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学生会文体部们工作总结范文（33篇）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学生会文体部们工作总结范文（精选33篇）</w:t>
      </w:r>
      <w:r>
        <w:rPr>
          <w:lang w:eastAsia="zh-CN"/>
        </w:rPr>
        <w:br/>
      </w:r>
      <w:r>
        <w:rPr>
          <w:lang w:eastAsia="zh-CN"/>
        </w:rPr>
        <w:t xml:space="preserve">    学生会文体部们工作总结范文 篇1 </w:t>
      </w:r>
      <w:r>
        <w:rPr>
          <w:lang w:eastAsia="zh-CN"/>
        </w:rPr>
        <w:br/>
      </w:r>
      <w:r>
        <w:rPr>
          <w:lang w:eastAsia="zh-CN"/>
        </w:rPr>
        <w:t>　　1、第一份任务就是篮球赛，篮球赛的比赛过程都让人激动，我们部门的成员也带着激情来到赛场上呐喊助威，赶着后勤工作，默默的为他们服务。</w:t>
      </w:r>
      <w:r>
        <w:rPr>
          <w:lang w:eastAsia="zh-CN"/>
        </w:rPr>
        <w:br/>
      </w:r>
      <w:r>
        <w:rPr>
          <w:lang w:eastAsia="zh-CN"/>
        </w:rPr>
        <w:t>　　2、第二就是校运会，校运会开幕式上有啦啦操比赛，我们文娱部也有付出努力的，个别成员也是比赛队员，不管是怎样的环境，都在努力训练，恶劣的天气阻挡不了我们舞蹈的步伐，我们的队员就像寒冬的精灵一样跳跃着，绽放着他们的美丽姿态。</w:t>
      </w:r>
      <w:r>
        <w:rPr>
          <w:lang w:eastAsia="zh-CN"/>
        </w:rPr>
        <w:br/>
      </w:r>
      <w:r>
        <w:rPr>
          <w:lang w:eastAsia="zh-CN"/>
        </w:rPr>
        <w:t>　　3、第三个任务就是准备四星大赛，虽然在这份中作中我们部门扮演的是协助角色，但是我们部门都拿出了一百二十分的激情与努力，随着初赛到复赛的轮番pk，我们选出了不少优秀节目，过两天就是决赛，我们都很期待，不管我们部门扮演着什么角色，我们都会干好自己的本职工作，同时也会积极参与、主动协助其他同事，为活动的成功取得圆满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时光流逝，回顾这个月，我们的工作的不足主要在篮球赛上，虽然有付出女里，但是始终觉得成绩不那么尽人意，没有达到预料的那样激情、动人，主要问题还是队员的懒散，也许是初到大学，对同学都不太熟悉，赛场上都没达到那样的完美配合，希望以后再有这样的活动，我们能够让他们有效的沟通，能够积极的参与比赛。</w:t>
      </w:r>
      <w:r>
        <w:rPr>
          <w:lang w:eastAsia="zh-CN"/>
        </w:rPr>
        <w:br/>
      </w:r>
      <w:r>
        <w:rPr>
          <w:lang w:eastAsia="zh-CN"/>
        </w:rPr>
        <w:t xml:space="preserve">    学生会文体部们工作总结范文 篇2 </w:t>
      </w:r>
      <w:r>
        <w:rPr>
          <w:lang w:eastAsia="zh-CN"/>
        </w:rPr>
        <w:br/>
      </w:r>
      <w:r>
        <w:rPr>
          <w:lang w:eastAsia="zh-CN"/>
        </w:rPr>
        <w:t>　　一、校学生会内部篮球赛：</w:t>
      </w:r>
      <w:r>
        <w:rPr>
          <w:lang w:eastAsia="zh-CN"/>
        </w:rPr>
        <w:br/>
      </w:r>
      <w:r>
        <w:rPr>
          <w:lang w:eastAsia="zh-CN"/>
        </w:rPr>
        <w:t>　　_月17、18日，文体部在北篮球场举行了校学生会内部篮球赛，各部门积极参与，奉献了一场场精彩的比赛。赛场上，球员们激烈对决，汗水挥洒;赛场下，同学们为球员呐喊助威，让他们倍受鼓舞。秉承着友谊第一，比赛第二的原则，校学生会的每一个人度过了一个友好而且愉快的周末。</w:t>
      </w:r>
      <w:r>
        <w:rPr>
          <w:lang w:eastAsia="zh-CN"/>
        </w:rPr>
        <w:br/>
      </w:r>
      <w:r>
        <w:rPr>
          <w:lang w:eastAsia="zh-CN"/>
        </w:rPr>
        <w:t>　　此次篮球友谊赛，充分展现了校学生会成员们的体育精神以及他们健康向上的生活态度，促进了部门间成员及新老成员间的交流和沟通，为以后的部门合作奠定了坚实的基础。</w:t>
      </w:r>
      <w:r>
        <w:rPr>
          <w:lang w:eastAsia="zh-CN"/>
        </w:rPr>
        <w:br/>
      </w:r>
      <w:r>
        <w:rPr>
          <w:lang w:eastAsia="zh-CN"/>
        </w:rPr>
        <w:t>　　二、大众健身节口号征集：</w:t>
      </w:r>
      <w:r>
        <w:rPr>
          <w:lang w:eastAsia="zh-CN"/>
        </w:rPr>
        <w:br/>
      </w:r>
      <w:r>
        <w:rPr>
          <w:lang w:eastAsia="zh-CN"/>
        </w:rPr>
        <w:t>　　大众健身节作为文体部本学期的重点活动，其前期宣传工作--大众健身节口号征集活动显得尤为重要。因此，文体部专门召开例会，讨论口号征集活动中的具体细节，例如：海报的制作、征集平台的设置等。次日上午，文体部成员在大学生活动中心将活动的宣传海报完成，随时准备张贴，拉开大众健身节的序幕。但后来因资金和甲流等问题，大众健身节活动被迫取消，口号征集活动也同时终止。</w:t>
      </w:r>
      <w:r>
        <w:rPr>
          <w:lang w:eastAsia="zh-CN"/>
        </w:rPr>
        <w:br/>
      </w:r>
      <w:r>
        <w:rPr>
          <w:lang w:eastAsia="zh-CN"/>
        </w:rPr>
        <w:t>　　三、筹备校学生会内部秋游活动：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为加强校学生会各部门之间的联系，加深各部门成员感情，促进学生会家文化建设，校学生会文体部决定于11月1日举办校学生会内部秋游活动，为此，文体部召开例会，布置了每个成员的任务。在07、08级成员的引导下，筹备工作紧张有序的进行着，下发通知、统计各部门参与的人数、做预算文体部的成员尽量将每一件事做到最好，希望带给校学生会的成员们一个美好的周末。但是，由于甲流的影响，秋游活动不得不取消，筹备工作也停止了。</w:t>
      </w:r>
      <w:r>
        <w:rPr>
          <w:lang w:eastAsia="zh-CN"/>
        </w:rPr>
        <w:br/>
      </w:r>
      <w:r>
        <w:rPr>
          <w:lang w:eastAsia="zh-CN"/>
        </w:rPr>
        <w:t>　　四、筹备击剑比赛：</w:t>
      </w:r>
      <w:r>
        <w:rPr>
          <w:lang w:eastAsia="zh-CN"/>
        </w:rPr>
        <w:br/>
      </w:r>
      <w:r>
        <w:rPr>
          <w:lang w:eastAsia="zh-CN"/>
        </w:rPr>
        <w:t>　　与万泉击剑馆达成协议，与其合作举办一场击剑比赛，文体部负责比赛的宣传及报名，为此，文体部在例会上讨论了工作的细节及注意事项，也做了部分准备工作，以便举办一场高质量的比赛。</w:t>
      </w:r>
      <w:r>
        <w:rPr>
          <w:lang w:eastAsia="zh-CN"/>
        </w:rPr>
        <w:br/>
      </w:r>
      <w:r>
        <w:rPr>
          <w:lang w:eastAsia="zh-CN"/>
        </w:rPr>
        <w:t>　　虽然活动的效果不错，但是在举办活动的过程中，我们还发现了很多问题，现在总结如下：</w:t>
      </w:r>
      <w:r>
        <w:rPr>
          <w:lang w:eastAsia="zh-CN"/>
        </w:rPr>
        <w:br/>
      </w:r>
      <w:r>
        <w:rPr>
          <w:lang w:eastAsia="zh-CN"/>
        </w:rPr>
        <w:t>　　1、 校学生会内部篮球赛中，由于时间关系，使得赛程安排过紧，致使场上球员有个别出现体能不足的情况。报名时没有将名单落实到人，导致某些部门因为人数不够而现场拉外援。</w:t>
      </w:r>
      <w:r>
        <w:rPr>
          <w:lang w:eastAsia="zh-CN"/>
        </w:rPr>
        <w:br/>
      </w:r>
      <w:r>
        <w:rPr>
          <w:lang w:eastAsia="zh-CN"/>
        </w:rPr>
        <w:t>　　2、 校学生会内部秋游活动中，由于此次活动是临时决定的，所以准备时间略显不足，部分准备工作没有做到全面。</w:t>
      </w:r>
      <w:r>
        <w:rPr>
          <w:lang w:eastAsia="zh-CN"/>
        </w:rPr>
        <w:br/>
      </w:r>
      <w:r>
        <w:rPr>
          <w:lang w:eastAsia="zh-CN"/>
        </w:rPr>
        <w:t>　　以上问题为文体部提供了宝贵的经验，相信在以后的工作中，文体部的成员一定会扬长避短，做到最好。</w:t>
      </w:r>
      <w:r>
        <w:rPr>
          <w:lang w:eastAsia="zh-CN"/>
        </w:rPr>
        <w:br/>
      </w:r>
      <w:r>
        <w:rPr>
          <w:lang w:eastAsia="zh-CN"/>
        </w:rPr>
        <w:t xml:space="preserve">    学生会文体部们工作总结范文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学期我们文体部的首个活动是__级新生的跳绳踢毽子比赛。活动分为三个阶段，分别为前期筹备、中期举办和后期总结。怀着对新工作的热情，我部各部员积极落实器材准备，报名通知等工作，大大方便了之后的工作。但是由于缺乏丰富的工作经验和工作人员的有限，在活动举办期间，我们还是遇到了不少的问题，以致比赛现场有些许混乱等等，这都是值得我们在后期的总结中值得反思的。值得庆幸的是，在这次比赛中还是涌现出了许多跳绳踢毽子方面的高手。</w:t>
      </w:r>
      <w:r>
        <w:rPr>
          <w:lang w:eastAsia="zh-CN"/>
        </w:rPr>
        <w:br/>
      </w:r>
      <w:r>
        <w:rPr>
          <w:lang w:eastAsia="zh-CN"/>
        </w:rPr>
        <w:t>　　本学期我部的另一个活动便是校运动会我院啦啦队的彩排工作。我们啦啦队的队员大部分来自09级新生，各班派出20名同学分时段进行加油，其中五名组成了最强整容，主要参加开幕式当天的呐喊助威，为此，我们特地对他们进行了彩排。在办公室和社区部的大力帮助下，啦啦队加油器材的准备工作得以很顺利地进行，这为我们之后的工作大大降低了难度。在大家的共同努力下，开幕式当天，我院啦啦队气贯长虹，呐喊声此起彼伏。正是这般磅礴的气势，更激发了我院运动员们昂扬的斗志于奋发拼搏的意志，使他们发挥出了优异的水平。</w:t>
      </w:r>
      <w:r>
        <w:rPr>
          <w:lang w:eastAsia="zh-CN"/>
        </w:rPr>
        <w:br/>
      </w:r>
      <w:r>
        <w:rPr>
          <w:lang w:eastAsia="zh-CN"/>
        </w:rPr>
        <w:t>　　另外，我们部也参加了年级学生会的联谊活动。在活动中，各部部员相互交流本学期的工作心得，分享工作经验，讨论在工作中遇到的难题，增进彼此的了解，为今后进一步的合作打下了良好的基础，是我们09级年级学生会成为一支团结而又有战斗力的队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总结这半年来的工作，我们文体部能够主动自主完成组织领导下发的工作任务，积极配合其他部门开展活动，部内部长副部相处融洽，工作积极认真，充分利用人才资源，发掘自己的潜力。可以说经过这半年的锻炼和学习，文体部全体成员成长进步很多，希望在今后的工作中吸取经验教训，经过全体成员的共同奋斗拼搏，将工作做的更好，将年级学生会工作做的更好，将学院工作做的更好。</w:t>
      </w:r>
      <w:r>
        <w:rPr>
          <w:lang w:eastAsia="zh-CN"/>
        </w:rPr>
        <w:br/>
      </w:r>
      <w:r>
        <w:rPr>
          <w:lang w:eastAsia="zh-CN"/>
        </w:rPr>
        <w:t xml:space="preserve">    学生会文体部们工作总结范文 篇4 </w:t>
      </w:r>
      <w:r>
        <w:rPr>
          <w:lang w:eastAsia="zh-CN"/>
        </w:rPr>
        <w:br/>
      </w:r>
      <w:r>
        <w:rPr>
          <w:lang w:eastAsia="zh-CN"/>
        </w:rPr>
        <w:t>　　2月底开学到现在，虽然只是4个月的时间，但是这4个月却是说长也长，说短也短的时间。我一直认为，在其位谋其职，既然选择去做一件事就不要打酱油，要做就要尽最大的努力去做好，才不会有遗憾，才不会在以后的日子里对自己说：唉，当初要是怎么怎么样就好了。</w:t>
      </w:r>
      <w:r>
        <w:rPr>
          <w:lang w:eastAsia="zh-CN"/>
        </w:rPr>
        <w:br/>
      </w:r>
      <w:r>
        <w:rPr>
          <w:lang w:eastAsia="zh-CN"/>
        </w:rPr>
        <w:t>　　从开学的女生文化节进行的校园天使说吧。其实我刚进学生会的时候想竞选的部门就是文体部，当时觉得以自己的特长或者说是性格待在文体部应该会很不错，不过后来自己被分到女生部学习到的东西也很多，很快让我觉得其实院团学会根本就没有什么部门部门之分，要做的事情大家都是一起进行的，不过我做梦也没想到自己能够在演播厅举行一场自己部门的活动校园天使。虽然当时二楼没坐满，虽然在活动进行时出现了很多问题，但是问题的出现让我们这一大群人有所成长，出现问题不要紧，重要的是能够在问题出现之后去解决，保证下次不再出现类似的问题，在这里我也非常感谢所有为校园天使工作的伙伴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写到这里突然我很想把现在想的一些东西写下来，想到廷哥，想到星姐，想到吴柯毅学长，很多很多优秀的学姐学长永远都是我们前进的动力，之前因为学生会的工作太忙而怠慢过学习，可是现在在家里，看着刘同的《谁的青春不迷茫》，突然想到之前刘冠廷学长说过的一句话，不要让学生会的工作影响到自己的学业。我知道怠慢学业的原因有一部分是因为自己对学业不够重视，太懒散才会被忙碌打败，可是那些都不构成借口，人仿佛一下子就会成长一般，希望下学期能够把握好学业与工作之间的主次。学生应以学为主！</w:t>
      </w:r>
      <w:r>
        <w:rPr>
          <w:lang w:eastAsia="zh-CN"/>
        </w:rPr>
        <w:br/>
      </w:r>
      <w:r>
        <w:rPr>
          <w:lang w:eastAsia="zh-CN"/>
        </w:rPr>
        <w:t>　　再说一说换届之后的感想吧，经过这一学期的相处，让我觉得个人在不断成长，第九届团学会也在不断成长。注入了一些新鲜的血液，譬如易宜、游卉、刘嘉伟在工作上都帮了我极大的忙，每个人都有优秀的一面，只是要看看阳光是否照耀得到，只是要看看你是否能够发现得了。几次大型活动下来，让我发现我们还需要努力，更加的发现问题，思考问题，希望下学期能够更好的奋斗。</w:t>
      </w:r>
      <w:r>
        <w:rPr>
          <w:lang w:eastAsia="zh-CN"/>
        </w:rPr>
        <w:br/>
      </w:r>
      <w:r>
        <w:rPr>
          <w:lang w:eastAsia="zh-CN"/>
        </w:rPr>
        <w:t>　　自己部门下学期的主要任务就是礼仪队的招选，__级的学弟学妹进入南湖这个大家庭，我们将在军训结束后进行礼仪队的选拔活动，以更好的来辅助学院的活动的文明进行。</w:t>
      </w:r>
      <w:r>
        <w:rPr>
          <w:lang w:eastAsia="zh-CN"/>
        </w:rPr>
        <w:br/>
      </w:r>
      <w:r>
        <w:rPr>
          <w:lang w:eastAsia="zh-CN"/>
        </w:rPr>
        <w:t>　　再次就是辅助各个部门的活动开展。</w:t>
      </w:r>
      <w:r>
        <w:rPr>
          <w:lang w:eastAsia="zh-CN"/>
        </w:rPr>
        <w:br/>
      </w:r>
      <w:r>
        <w:rPr>
          <w:lang w:eastAsia="zh-CN"/>
        </w:rPr>
        <w:t>　　希望我们能够进步得更好。</w:t>
      </w:r>
      <w:r>
        <w:rPr>
          <w:lang w:eastAsia="zh-CN"/>
        </w:rPr>
        <w:br/>
      </w:r>
      <w:r>
        <w:rPr>
          <w:lang w:eastAsia="zh-CN"/>
        </w:rPr>
        <w:t xml:space="preserve">    学生会文体部们工作总结范文 篇5 </w:t>
      </w:r>
      <w:r>
        <w:rPr>
          <w:lang w:eastAsia="zh-CN"/>
        </w:rPr>
        <w:br/>
      </w:r>
      <w:r>
        <w:rPr>
          <w:lang w:eastAsia="zh-CN"/>
        </w:rPr>
        <w:t>　　时间如水，岁月如梭。转眼间这个学期又要结束了，为了使今后的工作取得更大的进步，现对本学期工作做出总结，希望能发扬优点，克服不足，总结经验，继往开来，以促进工作更上一层楼。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__年下学期我进入了团总支文体部，开始了我的工作。__年里我觉得什么也没有学到。__年过去了__年的来临使我更能好好锻炼自己。因为我担任了团总支文体部部长。虽然只是一个小小的部长，但比起学生更能锻炼自己。</w:t>
      </w:r>
      <w:r>
        <w:rPr>
          <w:lang w:eastAsia="zh-CN"/>
        </w:rPr>
        <w:br/>
      </w:r>
      <w:r>
        <w:rPr>
          <w:lang w:eastAsia="zh-CN"/>
        </w:rPr>
        <w:t>　　__年我系部团总支文体部，在领导和老师的带领下，丰富同学们的课余文化生活，服务系部师生的的原则，积极倡导和组织同学们参与校内相关文艺体育活动。营造积极健康活跃的系部文化氛围，开辟出了一块有特色，真正为同学们服务，受同学欢迎的文体阵地。在此一年中文体部在老师的带领下，开展了一系列的活动，并取得了一定成绩。这一年的总结：在3月举行了篮球比赛，这次篮球比赛使同学们认识了团结的重要性，在以后的工作中该怎样去工作。这次比赛在其他部门的配合下，取得了圆满成功。协助系部举办的各种晚会，在晚会的筹划和和举办过程中，文体部成员工作认真，积极主动，尽到了自己的职责，出色地完成了各项工作。在参加植树节活动中，我部成员也是积极的，在举行科技文化艺术节上，我部成员集思广益，协调一致，认真完成了各项工作。</w:t>
      </w:r>
      <w:r>
        <w:rPr>
          <w:lang w:eastAsia="zh-CN"/>
        </w:rPr>
        <w:br/>
      </w:r>
      <w:r>
        <w:rPr>
          <w:lang w:eastAsia="zh-CN"/>
        </w:rPr>
        <w:t>　　我部存在的不足：工作时有个别成员说闲话，有时忘记带胸卡，但是在大家的互相帮助监督下改正了很多。</w:t>
      </w:r>
      <w:r>
        <w:rPr>
          <w:lang w:eastAsia="zh-CN"/>
        </w:rPr>
        <w:br/>
      </w:r>
      <w:r>
        <w:rPr>
          <w:lang w:eastAsia="zh-CN"/>
        </w:rPr>
        <w:t>　　因为这学期的各种原因没有举办过几次活动，但在以前工作中，文体部在实践中不断成长，努力提高自身水平，从各种工作中获得了收获，为以后工作积累了有益的经验，为下年打下了结实的基础。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在新的学期工作中，要找出不足，吸取教训，发扬以往的优良作风，恪尽职守，再接再厉，并组织举办更多适合我系部师生同学的文艺和体育活动，丰富同学们的课余生活，为同学的学习和生活作出应有的帮助。</w:t>
      </w:r>
      <w:r>
        <w:rPr>
          <w:lang w:eastAsia="zh-CN"/>
        </w:rPr>
        <w:br/>
      </w:r>
      <w:r>
        <w:rPr>
          <w:lang w:eastAsia="zh-CN"/>
        </w:rPr>
        <w:t>　　我的总结：要想管理好组织，就得先从自身做起，如果自己都做不好，就不能谈得组织和管理。在迎接新的学期我部成员会严厉要求自己尽我们的能力去完成系部工作。</w:t>
      </w:r>
      <w:r>
        <w:rPr>
          <w:lang w:eastAsia="zh-CN"/>
        </w:rPr>
        <w:br/>
      </w:r>
      <w:r>
        <w:rPr>
          <w:lang w:eastAsia="zh-CN"/>
        </w:rPr>
        <w:t>　　我们相信在系部领导的指引下，在我文体部全体的共同努力下，文体部的工作会再上一层楼。</w:t>
      </w:r>
      <w:r>
        <w:rPr>
          <w:lang w:eastAsia="zh-CN"/>
        </w:rPr>
        <w:br/>
      </w:r>
      <w:r>
        <w:rPr>
          <w:lang w:eastAsia="zh-CN"/>
        </w:rPr>
        <w:t xml:space="preserve">    学生会文体部们工作总结范文 篇6 </w:t>
      </w:r>
      <w:r>
        <w:rPr>
          <w:lang w:eastAsia="zh-CN"/>
        </w:rPr>
        <w:br/>
      </w:r>
      <w:r>
        <w:rPr>
          <w:lang w:eastAsia="zh-CN"/>
        </w:rPr>
        <w:t>　　不知不觉中，进入我系学生会文体部已有一年了，转眼本年度的工作就要结束了。从最初的懵懂到如今的渐渐成熟，我有很多的感触。在主席团和部门部长的认真指导下，对于我部的工作也从不懂，到了解，到渐渐熟悉。从充满激情到冷静稳重，我成长了很多，也学到了很多。从干事的选拔到后来文体部各项工作的开展，我从中累积了一定的工作经验，特此作年度工作总结。</w:t>
      </w:r>
      <w:r>
        <w:rPr>
          <w:lang w:eastAsia="zh-CN"/>
        </w:rPr>
        <w:br/>
      </w:r>
      <w:r>
        <w:rPr>
          <w:lang w:eastAsia="zh-CN"/>
        </w:rPr>
        <w:t>　　20__年度学期初，也就是我们刚刚步入大学校门的时候，我系学生会面向全系学生进行了纳新，承蒙学生会历届干部赏识，我顺利地通过两轮面试和为期一个月的考察，正式成为文体部的一名干事。经过两轮的面试，我学会了用自信和从容的心态面对各种挑战，充分展现自己的优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接下来，就是实实在在对我们工作的考验。在__年的后半年中，我们接到了第一个任务，组织系篮球比赛;接着我们又举办了系拔河比赛;最后我们又协助院里参与了排球比赛和足球比赛;在__年上半年，我们举办了“我的中国梦”演讲比赛，并接到文体部本学期的一个挑战——院篮球赛。为了确保篮球赛的顺利进行，部长多次主持召开部门会议，让我们积极挑选培养优秀的篮球运动员，不断加强训练，为系争光做准备。这些工作看似简单，确实实在在的锻炼了我们的毅力、耐心、细心等在工作中需要的素质，让我们受益匪浅。训练期间，尽管有时天气不尽人意，但是我们热情不减，坚守工作岗位，积极备战。篮球赛结束后，虽然我们只取得了第四名，但是这是我们拼搏努力的结果，我们不会沮丧，只有在失败后才能汲取经验，弥补不足。经历了以上工作，我们的工作能力都有了很大的提高，更让我们开心的是文体部内部的凝聚力得到了很大的提升。我们从怕苦怕累到勇于承担责任，从工作时相互扯皮到现在的互相协助。从懒懒散散到团结一致，从互不熟识到亲如姐弟，文体部越来越成为学生会中凝聚力的部门，我为有个这样的集体感到自豪!</w:t>
      </w:r>
      <w:r>
        <w:rPr>
          <w:lang w:eastAsia="zh-CN"/>
        </w:rPr>
        <w:br/>
      </w:r>
      <w:r>
        <w:rPr>
          <w:lang w:eastAsia="zh-CN"/>
        </w:rPr>
        <w:t>　　当然，在这为期一年的工作中，我们还存在许多不足的地方，但我相信在明确了自己的不足后，我会努力改正，提高自己的工作能力，不辜负部长们对我们的期望，为部门、学生会、乃至全系同学做出更大的贡献!</w:t>
      </w:r>
      <w:r>
        <w:rPr>
          <w:lang w:eastAsia="zh-CN"/>
        </w:rPr>
        <w:br/>
      </w:r>
      <w:r>
        <w:rPr>
          <w:lang w:eastAsia="zh-CN"/>
        </w:rPr>
        <w:t xml:space="preserve">    学生会文体部们工作总结范文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时光飞逝，转眼间，一个学期即将结束了，学生会的工作也马上就要全面结束了，让我们不得不叹息时间的无情，美好的时光在稍不留意间就悄悄溜走，在这一学期中我们学院学生会各部门都开展了各种活动，我们文体部在这一学期中也开展了各种活动和工作，下面我就本部门学期开展的活动和工作进行简单的总结。希望可以总结出我们工作中的优点和弊端，为今后的工作提供一些参考。</w:t>
      </w:r>
      <w:r>
        <w:rPr>
          <w:lang w:eastAsia="zh-CN"/>
        </w:rPr>
        <w:br/>
      </w:r>
      <w:r>
        <w:rPr>
          <w:lang w:eastAsia="zh-CN"/>
        </w:rPr>
        <w:t>　　首先我们迎来了新生，在新生的接待工作上我们部的成员工作积极，准时值班，帮新生拿行李，不厌其烦的接受新生的问询。与此同时我们部还接受了在迎新晚会的任务，时间紧任务重，节目的征集还有各项事宜的准备都很匆忙，节目的安排没有系统的整理好，导致现场有些混乱，经过这次的晚会的考验，我们文体部会制定一套完备的晚会准备方案，包括类似像这样的紧急状况，当然，最后晚会还是圆满的结束了，与新同学的互动让他们感受到了工业设计学院同学们的热情。</w:t>
      </w:r>
      <w:r>
        <w:rPr>
          <w:lang w:eastAsia="zh-CN"/>
        </w:rPr>
        <w:br/>
      </w:r>
      <w:r>
        <w:rPr>
          <w:lang w:eastAsia="zh-CN"/>
        </w:rPr>
        <w:t>　　随即我们迎来了大院的“三V三”篮球联赛，本部门也积极的去宣传、参加及组织。我院篮球队员也早早的开始了训练，最终选出了我院球技高超的十二名篮球爱好者进行学院的篮球赛。学院的比赛扣人心弦，紧张激烈，经过了两周的小组循环赛、淘汰赛，本系篮球队不甘示弱，虽然最终未能出线，但我们发掘了一批优秀的有潜质的大一篮球手们，相信在大家的努力下明年我们能够取的更好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然后由文体部下属的文体社篮球部组织了迎新篮球比赛，整个活动的组织情况是很不错的，很有效率的号召了大一到大三各班组织篮球队。但在比赛开始前遇到准备工作不足的情况，这是由于组织比赛的同学缺乏经验造成的，但整个活动还是顺利的结束了，达到了跨年级交流的目的，相信也消除了大一新生的一些陌生感。</w:t>
      </w:r>
      <w:r>
        <w:rPr>
          <w:lang w:eastAsia="zh-CN"/>
        </w:rPr>
        <w:br/>
      </w:r>
      <w:r>
        <w:rPr>
          <w:lang w:eastAsia="zh-CN"/>
        </w:rPr>
        <w:t>　　随后是学生会纳新，在此次纳新中，我们部挑选了不少在文娱体育方面有特长与组织能力的新生，他们加入后学生会更加壮大了。</w:t>
      </w:r>
      <w:r>
        <w:rPr>
          <w:lang w:eastAsia="zh-CN"/>
        </w:rPr>
        <w:br/>
      </w:r>
      <w:r>
        <w:rPr>
          <w:lang w:eastAsia="zh-CN"/>
        </w:rPr>
        <w:t>　　最后，每年最重要的一次晚会，也就是元旦晚会，整个学生会上下都对此次晚会非常重视，同学们的参加热情也很高，此次出现了话剧多余歌舞表演的情况，同学们自发的组织在一起写剧本，排练，非常的认真，宣传，后勤工作也都做的非常到位，相信这次晚会是工造院前所未有的最好的一次晚会。</w:t>
      </w:r>
      <w:r>
        <w:rPr>
          <w:lang w:eastAsia="zh-CN"/>
        </w:rPr>
        <w:br/>
      </w:r>
      <w:r>
        <w:rPr>
          <w:lang w:eastAsia="zh-CN"/>
        </w:rPr>
        <w:t>　　至此，学生会的工作已经到了收尾阶段，总体来说，文体部的工作得到了老师们和同学们的支持和赞成，进展比较顺利，不过不足之处我们还要加强改进，比如在各项工作和赛事的宣传方面，还可以更加到位，各部门的联系可以更加紧密，在人手的安排以及活动的前期工作上可以更加充分。在这一学期中，我们文体部大体工作也就这么多了，虽不是战果累累，但却有一定的成绩，不惊天动地却也实实在在，相信未来的工作中，我们将会做的更好，将会取得更加优异的成绩，我们文体部也将一如既往的保持这份热情，希望大家可以一起努力，一起学习，一起进步。</w:t>
      </w:r>
      <w:r>
        <w:rPr>
          <w:lang w:eastAsia="zh-CN"/>
        </w:rPr>
        <w:br/>
      </w:r>
      <w:r>
        <w:rPr>
          <w:lang w:eastAsia="zh-CN"/>
        </w:rPr>
        <w:t xml:space="preserve">    学生会文体部们工作总结范文 篇8 </w:t>
      </w:r>
      <w:r>
        <w:rPr>
          <w:lang w:eastAsia="zh-CN"/>
        </w:rPr>
        <w:br/>
      </w:r>
      <w:r>
        <w:rPr>
          <w:lang w:eastAsia="zh-CN"/>
        </w:rPr>
        <w:t>　　时间飞逝，仿佛流星划过，没有痕迹。但在文体部这个大家庭里我却度过了难忘而又充实的一年。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这一年里我经历了许多，也得到了许多，现在回想起来感觉自己很庆幸，庆幸当时纳新时选择了文体部，选择了这个大家庭!因为在这里我学到了许多如何做事与如何做人的方法，学到了许多如何与人相处、如何合作与如何团结的一些在我们课堂内无法学到的富有实践意义的东西。还有在这个大家庭里我认识了许多志同道合的兄弟姐妹，我们一起工作，一起努力，我们付出了流汗了，我们也收获了，收获了成绩，收获了喜悦，更重要的是这让我们收获了深厚的友谊。种种这些收获让我感受到了文体部这个大家庭的魅力之所在!</w:t>
      </w:r>
      <w:r>
        <w:rPr>
          <w:lang w:eastAsia="zh-CN"/>
        </w:rPr>
        <w:br/>
      </w:r>
      <w:r>
        <w:rPr>
          <w:lang w:eastAsia="zh-CN"/>
        </w:rPr>
        <w:t>　　在这一年里我们文体部举办了如下各项活动：首先院内篮球联赛，对于刚加入文体部的我来说，本来对篮球不是很在行，更何况当裁判，这一任务摆在我面前，不可推卸，我害怕过，我不自信，但我还是鼓足勇气担起了这项任务，尽管做的不是很好，但我还是做了，我挺过来了，现在感觉就是啥事只要我们有勇气去做，就是好样的!接下来是校际乒乓球赛，在我们文体部的带领下我院运动员取得了团体校第二名的好成绩，这让我感受到了我们文体部的凝聚力与向心力。院内乒乓球赛在篮球联赛接近尾声时开赛，这对我来说又是_专题一个挑战，也许是我对数字不敏感，老是记错比分，我很纳闷，所以我专门花时间用了很大心思终于找到诀窍，克服了这一困难。从这件事上我认为只要我们能正确对待所面临的困难，仔细分析，就一定可以找到突破口，去克服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到此__年下半年结束了，20__年开学伊始我们文体部举办了院运会，这也是我们__级部员参与的第一个大型活动，这对于我们每个人都是一种考验与磨练，在这其中我感受到了团结的力量，感受到了合作的必然性，知道了只有大家拧成一股绳才能办大事，个人的力量在某些情况下是微不足道的，所以我觉得我应该多动脑筋用合适的方法去努力，去提高办事效率。院运会在我们文体部及各部的配合下圆满完成，并且这次运动会为之后的校运会选拔了一批优秀的运动员。广播操对我来说又是一件值得我骄傲的事，因为我参与了，并且在文体部的`训练与督促之下，取得了第七名好成绩，我感受最深的是只要参与了就能感受到那份参与的价值之所在，感受到那份参与的精神之伟大。同时感觉到作为一个活动的组织者的不易。接着是校运会，在如此之大型的活动中我们每个人各负其责，保证各项比赛事宜的有序进行，如此三日，我们起到了为运动员服务，为运动员提供方便的作用，在文体部与各部门的的配合下，我院取得了团体第四的好成绩。经过参与校运会我的感受是要服从组织调配，做到各负其责，坚守岗位，从大局从发，培养战略眼光、全局意识，个人服从组织，坚持集体主义原则。最后就是这一年的最后一个活动__级趣味运动会，我们都怀着强烈的责任心和使命感努力做好前期准备工作，在活动过程中也尽职尽责，得以保证了活动的正常有序进行，直到圆满结束。但由于经验不足，缺乏全面细致的考虑，在宣传动员方面做的不到位以及时间选取不恰当，导致参赛专业人员缺乏，甚至整个专业弃权，这些都是不足之处，值得深思和警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通过阐述这一年的活动与感受以及经验和想法，我认为尽管努力了，付出了，也收获了，但最重要的还是对存在问题的认识和解决。例如，做事且考虑、只是埋头苦干，不用心思考、言语表达能力不够强、在人际交往方面缺乏积极主动性、遇事考虑片面、实践性不够强，理想化、不能从全局角度看问题等。诸如此类问题，有待于认真领悟，逐一解决!</w:t>
      </w:r>
      <w:r>
        <w:rPr>
          <w:lang w:eastAsia="zh-CN"/>
        </w:rPr>
        <w:br/>
      </w:r>
      <w:r>
        <w:rPr>
          <w:lang w:eastAsia="zh-CN"/>
        </w:rPr>
        <w:t xml:space="preserve">    学生会文体部们工作总结范文 篇9 </w:t>
      </w:r>
      <w:r>
        <w:rPr>
          <w:lang w:eastAsia="zh-CN"/>
        </w:rPr>
        <w:br/>
      </w:r>
      <w:r>
        <w:rPr>
          <w:lang w:eastAsia="zh-CN"/>
        </w:rPr>
        <w:t>　　时光飞逝，转眼间，一个学期即将结束了，学生会的工作也马上就要全面结束了，让我们不得不叹息时间的无情，美好的时光在稍不留意间就悄悄溜走，在这一学期中我们院学生会各部门都开展了各种活动，我们文体部在这一学期中也开展了各种活动和工作，下面我就本部门学期开展的活动和工作进行简单的总结。希望可以总结出我们工作中的优点和弊端，为今后的工作提供一些参考。我们部现有部长3人，部员4人，他们来自不同的班级，只因同一个梦想而加入到和睦的文体部。</w:t>
      </w:r>
      <w:r>
        <w:rPr>
          <w:lang w:eastAsia="zh-CN"/>
        </w:rPr>
        <w:br/>
      </w:r>
      <w:r>
        <w:rPr>
          <w:lang w:eastAsia="zh-CN"/>
        </w:rPr>
        <w:t>　　新学年开学伊始，我院迎来了新生。文体部也在这时候进行了纳新，新成员的进入增加了文体部的信心，为文体部注入了新鲜的血液。这一学期我们部首先按照学校安排，组织策划了军训后的迎新晚会。本次活动增强了本部各干事间的沟通和交流。参会的同学在温馨、融洽的气氛，在有趣、刺激的游戏中加深了沟通和了解。文体部的干事们作为一个整体第一次走在了一起，并慢慢形成起一个团结、合作、相互信赖的有机整体，为以后的工作建立起了良好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11月底我们在新校区举办了为期一周的3v3的篮球赛赛，本次活动达到了理想的效果。在宣传的期间，很多同学都展现出积极参加比赛的热情。比赛中，充分体现了同学们的坚强和勇敢，团队协作的精神，其余同学都表现出极大的参与兴趣，为篮球赛比赛队员呐喊助威。特别是当双方比分的相持不下时，尽管听他们都已经身心疲惫，但还是咬紧牙关，打完整场比赛。本次活动不仅锻炼了各位参赛选手，也锻炼了我们自己。从这次活动中可以看出，我们文体部的团队合作和组织能力，在遇到困难时，团队一起合作把这些问题解决了，这充分发挥了我们文体部团结合作的精神，让我们体会到团结的力量是伟大的，也加速我们文体部成员之间的默契磨合。</w:t>
      </w:r>
      <w:r>
        <w:rPr>
          <w:lang w:eastAsia="zh-CN"/>
        </w:rPr>
        <w:br/>
      </w:r>
      <w:r>
        <w:rPr>
          <w:lang w:eastAsia="zh-CN"/>
        </w:rPr>
        <w:t>　　12月份我们联合学生会各部门着力打造元旦晚会。我们在这次元旦新晚会的工作中再一次充分发挥团队优势，团结合作、共同努力，与老师、同学携手办出一台有我院特色的晚会。元旦晚会的举办，正值新旧交替之际，既是对一年的工作学习的总结，更是对新一年的美好期盼与希冀。同时，元旦晚会使得全院师生共聚一堂，增进师生之谊，深厚同学之情。晚会上精彩的节目在给师生带来欢乐的同时，也发掘了系里的一批文艺人才，与社体学院进行了很好的沟通与合作，为他们提供了一个广阔的舞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总体来说，文体部的工作得到了老师们和同学们的支持和赞成，进展比较顺利，不过不足之处我们还要加强改进，比如在各项工作和赛事的宣传方面，还可以更加到位，各部门的联系可以更加紧密，在人手的安排以及活动的前期工作上可以更加充分。在这一学期中，我们文体部大体工作也就这么多了，虽不是战果累累，但却有一定的成绩，不惊天动地却也实实在在。</w:t>
      </w:r>
      <w:r>
        <w:rPr>
          <w:lang w:eastAsia="zh-CN"/>
        </w:rPr>
        <w:br/>
      </w:r>
      <w:r>
        <w:rPr>
          <w:lang w:eastAsia="zh-CN"/>
        </w:rPr>
        <w:t xml:space="preserve">    学生会文体部们工作总结范文 篇10 </w:t>
      </w:r>
      <w:r>
        <w:rPr>
          <w:lang w:eastAsia="zh-CN"/>
        </w:rPr>
        <w:br/>
      </w:r>
      <w:r>
        <w:rPr>
          <w:lang w:eastAsia="zh-CN"/>
        </w:rPr>
        <w:t>　　时间匆匆闪过，一个学期就快结束了，在学生会这个无比宽广的大家庭里，我们文艺部挥洒着热情，尽全力地完成任务，我们曾经也彷徨过，曾经也辛苦过，但我们始终没有放弃，仍秉着服务大家，锻炼自己的宗旨认真做事，在短短的一学期的工作时间里，在各位领导和老师的指导与关怀下，在广大同学们支持与配合下，经过文艺部和其他部门的共同努力和踏实工作，我们克服了工作中遇到的一些困难，我们以积极的工作态度出色地完成了这一学期的任务。这一学期来我们文艺部在学生会这个大家庭中成长着、发展着、学习着，我们在不断进步，同时也收获了不少，为了以后能更好的开展工作，提高我们工作能力，服务同学，在此做总结如下。</w:t>
      </w:r>
      <w:r>
        <w:rPr>
          <w:lang w:eastAsia="zh-CN"/>
        </w:rPr>
        <w:br/>
      </w:r>
      <w:r>
        <w:rPr>
          <w:lang w:eastAsia="zh-CN"/>
        </w:rPr>
        <w:t>　　活动如下：</w:t>
      </w:r>
      <w:r>
        <w:rPr>
          <w:lang w:eastAsia="zh-CN"/>
        </w:rPr>
        <w:br/>
      </w:r>
      <w:r>
        <w:rPr>
          <w:lang w:eastAsia="zh-CN"/>
        </w:rPr>
        <w:t>　　一、 文艺部协助我系方正队，并在_月_日第__届田径运动会上表现良好，方正队意气风发，为经管系增添了荣光;</w:t>
      </w:r>
      <w:r>
        <w:rPr>
          <w:lang w:eastAsia="zh-CN"/>
        </w:rPr>
        <w:br/>
      </w:r>
      <w:r>
        <w:rPr>
          <w:lang w:eastAsia="zh-CN"/>
        </w:rPr>
        <w:t>　　二、 文艺部积极完成从9月9日开始的晨跑计划;</w:t>
      </w:r>
      <w:r>
        <w:rPr>
          <w:lang w:eastAsia="zh-CN"/>
        </w:rPr>
        <w:br/>
      </w:r>
      <w:r>
        <w:rPr>
          <w:lang w:eastAsia="zh-CN"/>
        </w:rPr>
        <w:t>　　三、 _月底，文艺部配合完成主题为我的一家ppt大赛;　　四、 _月_日，文艺部配合女工部完成了第二届展;</w:t>
      </w:r>
      <w:r>
        <w:rPr>
          <w:lang w:eastAsia="zh-CN"/>
        </w:rPr>
        <w:br/>
      </w:r>
      <w:r>
        <w:rPr>
          <w:lang w:eastAsia="zh-CN"/>
        </w:rPr>
        <w:t>　　五、_月_日，文艺部配合体育部完成了院教职工与经管系篮球队进行的杯篮球赛;</w:t>
      </w:r>
      <w:r>
        <w:rPr>
          <w:lang w:eastAsia="zh-CN"/>
        </w:rPr>
        <w:br/>
      </w:r>
      <w:r>
        <w:rPr>
          <w:lang w:eastAsia="zh-CN"/>
        </w:rPr>
        <w:t>　　六、_月_日&amp;&amp;_月_日，文艺部协助学习部和团办公室完成了杯辩论赛;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七、_月_日&amp;&amp;_月_日，文艺部协助院文艺部举行了卡拉ok大赛，我们先是从各班的宣传做起，然后召集各班文艺委员开了有关的会议，希望在他们的协助下能顺利完成，再来就是收集各班参赛曲目的伴奏带以及参赛者的名单，在各班班干，以及学生会各部门的积极配合下，文艺部顺利地完成了任务，代表系里参加院卡拉ok大赛的选手也取得了优异的成绩，包揽了院卡拉ok大赛的前三名;</w:t>
      </w:r>
      <w:r>
        <w:rPr>
          <w:lang w:eastAsia="zh-CN"/>
        </w:rPr>
        <w:br/>
      </w:r>
      <w:r>
        <w:rPr>
          <w:lang w:eastAsia="zh-CN"/>
        </w:rPr>
        <w:t>　　八、_月_日&amp;&amp;_月_日，文艺部完成了与卡拉ok同时接手的任务&amp;&amp;大合唱，在各班级的积极配合下，在学生会各部门的全力协助下，我系推选进入院大合唱的四个班级也取得了非常好的成绩，其中两个班级包揽了院大合唱的前两名;</w:t>
      </w:r>
      <w:r>
        <w:rPr>
          <w:lang w:eastAsia="zh-CN"/>
        </w:rPr>
        <w:br/>
      </w:r>
      <w:r>
        <w:rPr>
          <w:lang w:eastAsia="zh-CN"/>
        </w:rPr>
        <w:t>　　九、_月_日，在各部门的协助下文艺部完成了系宣传栏的板报;</w:t>
      </w:r>
      <w:r>
        <w:rPr>
          <w:lang w:eastAsia="zh-CN"/>
        </w:rPr>
        <w:br/>
      </w:r>
      <w:r>
        <w:rPr>
          <w:lang w:eastAsia="zh-CN"/>
        </w:rPr>
        <w:t>　　十、_月_日，文艺部配合女工部完成了跳绳比赛;</w:t>
      </w:r>
      <w:r>
        <w:rPr>
          <w:lang w:eastAsia="zh-CN"/>
        </w:rPr>
        <w:br/>
      </w:r>
      <w:r>
        <w:rPr>
          <w:lang w:eastAsia="zh-CN"/>
        </w:rPr>
        <w:t>　　总结：系里活动层出不穷，不断更新，但活动的质量还有待提高，对于各班活动宣传，大家重视度都不高，参加积极性较差，因此我们要考虑活动的可行性、可操作性，做好活动前的相关准备，分配的任务不可推辞，要以身作则，从而提升活动的质量;其次加大宣传力度，可采纳任何有必要采纳的提议，提高活动对大家的吸引力，让大家能积极去参加系里所组织的活动，而不是被迫参加。</w:t>
      </w:r>
      <w:r>
        <w:rPr>
          <w:lang w:eastAsia="zh-CN"/>
        </w:rPr>
        <w:br/>
      </w:r>
      <w:r>
        <w:rPr>
          <w:lang w:eastAsia="zh-CN"/>
        </w:rPr>
        <w:t>　　这一学期里，文艺部也取得了不错的成绩，在各部门积极配合、全力协助下，我们顺利完成了这个学期的任务，我们也会再接再厉，继续努力，共同前进，踏实做事，服务我们经管系。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最后，文艺部预祝我系在明年的工作中做的越来越好，文艺部也将吸取本学期的不足，以崭新的面貌迎接明年的工作。</w:t>
      </w:r>
      <w:r>
        <w:rPr>
          <w:lang w:eastAsia="zh-CN"/>
        </w:rPr>
        <w:br/>
      </w:r>
      <w:r>
        <w:rPr>
          <w:lang w:eastAsia="zh-CN"/>
        </w:rPr>
        <w:t xml:space="preserve">    学生会文体部们工作总结范文 篇11 </w:t>
      </w:r>
      <w:r>
        <w:rPr>
          <w:lang w:eastAsia="zh-CN"/>
        </w:rPr>
        <w:br/>
      </w:r>
      <w:r>
        <w:rPr>
          <w:lang w:eastAsia="zh-CN"/>
        </w:rPr>
        <w:t>　　在过去的20__年精彩的一年中，学生会在校领导、老师的指导下，学生会成员的共同努力下，成功地组织和参与了多次学校工作和活动，比如学生会纳新、迎新晚会、新年晚会、学生生毕业典礼等等，取得了不菲的成绩。</w:t>
      </w:r>
      <w:r>
        <w:rPr>
          <w:lang w:eastAsia="zh-CN"/>
        </w:rPr>
        <w:br/>
      </w:r>
      <w:r>
        <w:rPr>
          <w:lang w:eastAsia="zh-CN"/>
        </w:rPr>
        <w:t>　　随着新学期的到来，新的工作也陆续展开，本学期文体部的主要工作有如下：</w:t>
      </w:r>
      <w:r>
        <w:rPr>
          <w:lang w:eastAsia="zh-CN"/>
        </w:rPr>
        <w:br/>
      </w:r>
      <w:r>
        <w:rPr>
          <w:lang w:eastAsia="zh-CN"/>
        </w:rPr>
        <w:t>　　一、 新学期文体部的基本工作原则</w:t>
      </w:r>
      <w:r>
        <w:rPr>
          <w:lang w:eastAsia="zh-CN"/>
        </w:rPr>
        <w:br/>
      </w:r>
      <w:r>
        <w:rPr>
          <w:lang w:eastAsia="zh-CN"/>
        </w:rPr>
        <w:t>　　(一)认真执行研究生会管理制度，把文体部打造成一支严谨认真踏实肯干的高素质队伍。</w:t>
      </w:r>
      <w:r>
        <w:rPr>
          <w:lang w:eastAsia="zh-CN"/>
        </w:rPr>
        <w:br/>
      </w:r>
      <w:r>
        <w:rPr>
          <w:lang w:eastAsia="zh-CN"/>
        </w:rPr>
        <w:t>　　(二)严格部门制度，对内部成员进行考核，杜绝挂名不办事的行为发生。</w:t>
      </w:r>
      <w:r>
        <w:rPr>
          <w:lang w:eastAsia="zh-CN"/>
        </w:rPr>
        <w:br/>
      </w:r>
      <w:r>
        <w:rPr>
          <w:lang w:eastAsia="zh-CN"/>
        </w:rPr>
        <w:t>　　(三)部内成员要注意自身素质的培养，以积极的态度和高度的热情对待每项工作，并保持活动力，规范自身言行。</w:t>
      </w:r>
      <w:r>
        <w:rPr>
          <w:lang w:eastAsia="zh-CN"/>
        </w:rPr>
        <w:br/>
      </w:r>
      <w:r>
        <w:rPr>
          <w:lang w:eastAsia="zh-CN"/>
        </w:rPr>
        <w:t>　　(四)集中力量办好传统活动，在原有的基础上进行创新，做到有高度、有质量、有水平。</w:t>
      </w:r>
      <w:r>
        <w:rPr>
          <w:lang w:eastAsia="zh-CN"/>
        </w:rPr>
        <w:br/>
      </w:r>
      <w:r>
        <w:rPr>
          <w:lang w:eastAsia="zh-CN"/>
        </w:rPr>
        <w:t>　　(五)完善工作程序，负责人员更加明确，从活动的计划、总结等书面材料的整理到资金的结算等落实到部内具体人员。</w:t>
      </w:r>
      <w:r>
        <w:rPr>
          <w:lang w:eastAsia="zh-CN"/>
        </w:rPr>
        <w:br/>
      </w:r>
      <w:r>
        <w:rPr>
          <w:lang w:eastAsia="zh-CN"/>
        </w:rPr>
        <w:t>　　(六)做好自己部门工作的基础上，还要配合研究生会其他部门展开工作，加强团队合作，共同进步。</w:t>
      </w:r>
      <w:r>
        <w:rPr>
          <w:lang w:eastAsia="zh-CN"/>
        </w:rPr>
        <w:br/>
      </w:r>
      <w:r>
        <w:rPr>
          <w:lang w:eastAsia="zh-CN"/>
        </w:rPr>
        <w:t>　　二、 活跃校园文化，丰富大学生活，发展文体特色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 活动名称：学生生会纳新</w:t>
      </w:r>
      <w:r>
        <w:rPr>
          <w:lang w:eastAsia="zh-CN"/>
        </w:rPr>
        <w:br/>
      </w:r>
      <w:r>
        <w:rPr>
          <w:lang w:eastAsia="zh-CN"/>
        </w:rPr>
        <w:t>　　活动时间：9月26日下午2：30</w:t>
      </w:r>
      <w:r>
        <w:rPr>
          <w:lang w:eastAsia="zh-CN"/>
        </w:rPr>
        <w:br/>
      </w:r>
      <w:r>
        <w:rPr>
          <w:lang w:eastAsia="zh-CN"/>
        </w:rPr>
        <w:t>　　活动地点：鸿文楼304</w:t>
      </w:r>
      <w:r>
        <w:rPr>
          <w:lang w:eastAsia="zh-CN"/>
        </w:rPr>
        <w:br/>
      </w:r>
      <w:r>
        <w:rPr>
          <w:lang w:eastAsia="zh-CN"/>
        </w:rPr>
        <w:t>　　活动内容：文体部计划招纳新干事10名。</w:t>
      </w:r>
      <w:r>
        <w:rPr>
          <w:lang w:eastAsia="zh-CN"/>
        </w:rPr>
        <w:br/>
      </w:r>
      <w:r>
        <w:rPr>
          <w:lang w:eastAsia="zh-CN"/>
        </w:rPr>
        <w:t>　　活动意义：保证文体部有新鲜的血液的注入，有足够高素质的后备力量，能更有效地开展研究生会工作，实现研究生会干部的新老交替，培养和壮研究生会干部队伍，保证研会工作的连续性，充分发挥学生的主体作用。同时，也是响应国家提出的素质教育，全面提高大学生的能力。</w:t>
      </w:r>
      <w:r>
        <w:rPr>
          <w:lang w:eastAsia="zh-CN"/>
        </w:rPr>
        <w:br/>
      </w:r>
      <w:r>
        <w:rPr>
          <w:lang w:eastAsia="zh-CN"/>
        </w:rPr>
        <w:t>　　(二) 活动名称：迎新晚会</w:t>
      </w:r>
      <w:r>
        <w:rPr>
          <w:lang w:eastAsia="zh-CN"/>
        </w:rPr>
        <w:br/>
      </w:r>
      <w:r>
        <w:rPr>
          <w:lang w:eastAsia="zh-CN"/>
        </w:rPr>
        <w:t>　　活动时间：十二月</w:t>
      </w:r>
      <w:r>
        <w:rPr>
          <w:lang w:eastAsia="zh-CN"/>
        </w:rPr>
        <w:br/>
      </w:r>
      <w:r>
        <w:rPr>
          <w:lang w:eastAsia="zh-CN"/>
        </w:rPr>
        <w:t>　　活动地点：学术报告厅</w:t>
      </w:r>
      <w:r>
        <w:rPr>
          <w:lang w:eastAsia="zh-CN"/>
        </w:rPr>
        <w:br/>
      </w:r>
      <w:r>
        <w:rPr>
          <w:lang w:eastAsia="zh-CN"/>
        </w:rPr>
        <w:t>　　活动内容：由学生生各学院分别出节目进行表演，要求内容健康，积极向上。鼓励自创。</w:t>
      </w:r>
      <w:r>
        <w:rPr>
          <w:lang w:eastAsia="zh-CN"/>
        </w:rPr>
        <w:br/>
      </w:r>
      <w:r>
        <w:rPr>
          <w:lang w:eastAsia="zh-CN"/>
        </w:rPr>
        <w:t>　　活动意义：浓厚校园文化氛围，丰富同学的课余生活，发掘文艺人才，给同学们创造一个锻炼自我的舞台，提高同学们的艺术欣赏水平，陶冶情操，让同学们在浓厚的艺术氛围中健康成长，将来为社会做贡献。</w:t>
      </w:r>
      <w:r>
        <w:rPr>
          <w:lang w:eastAsia="zh-CN"/>
        </w:rPr>
        <w:br/>
      </w:r>
      <w:r>
        <w:rPr>
          <w:lang w:eastAsia="zh-CN"/>
        </w:rPr>
        <w:t>　　以上是我部本学期的工作计划，希望我们的工作可以给全体同学带来快乐，我们一定会全力以赴，并与其他部门积极配合，为建立一个拥有完善体系、高效工作机制的研究生会而努力。</w:t>
      </w:r>
      <w:r>
        <w:rPr>
          <w:lang w:eastAsia="zh-CN"/>
        </w:rPr>
        <w:br/>
      </w:r>
      <w:r>
        <w:rPr>
          <w:lang w:eastAsia="zh-CN"/>
        </w:rPr>
        <w:t xml:space="preserve">    学生会文体部们工作总结范文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新的学期中，我们要继续坚持以“自我服务，自我管理，自我教育”的方针、“深入同学，服务同学”的宗旨开展工作。多和同学们交流沟通，吸取往年的经验，以便改正不足，争取在新的学期举办高水品高质量的校园活动。本学期的具体工作如下：</w:t>
      </w:r>
      <w:r>
        <w:rPr>
          <w:lang w:eastAsia="zh-CN"/>
        </w:rPr>
        <w:br/>
      </w:r>
      <w:r>
        <w:rPr>
          <w:lang w:eastAsia="zh-CN"/>
        </w:rPr>
        <w:t>　　一、 新学期文体部的基本工作原则：</w:t>
      </w:r>
      <w:r>
        <w:rPr>
          <w:lang w:eastAsia="zh-CN"/>
        </w:rPr>
        <w:br/>
      </w:r>
      <w:r>
        <w:rPr>
          <w:lang w:eastAsia="zh-CN"/>
        </w:rPr>
        <w:t>　　(一)认真执行学生会管理制度，把文体部打造成一支严谨认真踏实肯干的高素质团队</w:t>
      </w:r>
      <w:r>
        <w:rPr>
          <w:lang w:eastAsia="zh-CN"/>
        </w:rPr>
        <w:br/>
      </w:r>
      <w:r>
        <w:rPr>
          <w:lang w:eastAsia="zh-CN"/>
        </w:rPr>
        <w:t>　　1、 要做到自律自己，及时签到及时值班。</w:t>
      </w:r>
      <w:r>
        <w:rPr>
          <w:lang w:eastAsia="zh-CN"/>
        </w:rPr>
        <w:br/>
      </w:r>
      <w:r>
        <w:rPr>
          <w:lang w:eastAsia="zh-CN"/>
        </w:rPr>
        <w:t>　　2、 每周例会要准时召开并做好记录和存档工作。</w:t>
      </w:r>
      <w:r>
        <w:rPr>
          <w:lang w:eastAsia="zh-CN"/>
        </w:rPr>
        <w:br/>
      </w:r>
      <w:r>
        <w:rPr>
          <w:lang w:eastAsia="zh-CN"/>
        </w:rPr>
        <w:t>　　3、 严格部门制度，进行严格考核，杜绝挂名不办事的行为发生。</w:t>
      </w:r>
      <w:r>
        <w:rPr>
          <w:lang w:eastAsia="zh-CN"/>
        </w:rPr>
        <w:br/>
      </w:r>
      <w:r>
        <w:rPr>
          <w:lang w:eastAsia="zh-CN"/>
        </w:rPr>
        <w:t>　　4、 部门成员要注意自身素质的培养，以积极的态度和百分百的激情对待每项工作，并保持活力规范自身言行。</w:t>
      </w:r>
      <w:r>
        <w:rPr>
          <w:lang w:eastAsia="zh-CN"/>
        </w:rPr>
        <w:br/>
      </w:r>
      <w:r>
        <w:rPr>
          <w:lang w:eastAsia="zh-CN"/>
        </w:rPr>
        <w:t>　　5、 集中力量办好传统活动，在原有基础上进行创新，做到有高度，有质量，有水平。</w:t>
      </w:r>
      <w:r>
        <w:rPr>
          <w:lang w:eastAsia="zh-CN"/>
        </w:rPr>
        <w:br/>
      </w:r>
      <w:r>
        <w:rPr>
          <w:lang w:eastAsia="zh-CN"/>
        </w:rPr>
        <w:t>　　6、 完善工作程序，负责人员更加明确，从活动的计划、总结等书面材料的整理到资金的结算等落实到部内具体人员。</w:t>
      </w:r>
      <w:r>
        <w:rPr>
          <w:lang w:eastAsia="zh-CN"/>
        </w:rPr>
        <w:br/>
      </w:r>
      <w:r>
        <w:rPr>
          <w:lang w:eastAsia="zh-CN"/>
        </w:rPr>
        <w:t>　　(二)加强内外在联系，展开多方面的交流</w:t>
      </w:r>
      <w:r>
        <w:rPr>
          <w:lang w:eastAsia="zh-CN"/>
        </w:rPr>
        <w:br/>
      </w:r>
      <w:r>
        <w:rPr>
          <w:lang w:eastAsia="zh-CN"/>
        </w:rPr>
        <w:t>　　1、 做好自己部门工作的基础上，还要配合学生会其他部门展开工作，加强团队合作，共同进步。</w:t>
      </w:r>
      <w:r>
        <w:rPr>
          <w:lang w:eastAsia="zh-CN"/>
        </w:rPr>
        <w:br/>
      </w:r>
      <w:r>
        <w:rPr>
          <w:lang w:eastAsia="zh-CN"/>
        </w:rPr>
        <w:t>　　2、 增进与大学生艺术团的联系和交流，在争取双赢的基础上，保持我们文艺活动的开展，做到文艺与体育活动并重。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 加强与各院部体育部和文艺部的联系，定期举行各院部学生会文体部的交流和沟通的活动，进一步向思想引领性学生会迈进。</w:t>
      </w:r>
      <w:r>
        <w:rPr>
          <w:lang w:eastAsia="zh-CN"/>
        </w:rPr>
        <w:br/>
      </w:r>
      <w:r>
        <w:rPr>
          <w:lang w:eastAsia="zh-CN"/>
        </w:rPr>
        <w:t>　　二、 新学期文体部的活动计划：</w:t>
      </w:r>
      <w:r>
        <w:rPr>
          <w:lang w:eastAsia="zh-CN"/>
        </w:rPr>
        <w:br/>
      </w:r>
      <w:r>
        <w:rPr>
          <w:lang w:eastAsia="zh-CN"/>
        </w:rPr>
        <w:t>　　(一)响应团委号召，做好团委的左膀右臂</w:t>
      </w:r>
      <w:r>
        <w:rPr>
          <w:lang w:eastAsia="zh-CN"/>
        </w:rPr>
        <w:br/>
      </w:r>
      <w:r>
        <w:rPr>
          <w:lang w:eastAsia="zh-CN"/>
        </w:rPr>
        <w:t>　　1.各学院迎新晚会</w:t>
      </w:r>
      <w:r>
        <w:rPr>
          <w:lang w:eastAsia="zh-CN"/>
        </w:rPr>
        <w:br/>
      </w:r>
      <w:r>
        <w:rPr>
          <w:lang w:eastAsia="zh-CN"/>
        </w:rPr>
        <w:t>　　活动时间：十月</w:t>
      </w:r>
      <w:r>
        <w:rPr>
          <w:lang w:eastAsia="zh-CN"/>
        </w:rPr>
        <w:br/>
      </w:r>
      <w:r>
        <w:rPr>
          <w:lang w:eastAsia="zh-CN"/>
        </w:rPr>
        <w:t>　　活动地点：待定</w:t>
      </w:r>
      <w:r>
        <w:rPr>
          <w:lang w:eastAsia="zh-CN"/>
        </w:rPr>
        <w:br/>
      </w:r>
      <w:r>
        <w:rPr>
          <w:lang w:eastAsia="zh-CN"/>
        </w:rPr>
        <w:t>　　又是一年一度新生到来的时候，校学生会作为团委的下属组织，应该做好团委的助手，为新生提供周到的服务，让他们尽快的适应大学的生活。我部将会提前做好各项准备工作，在原有的基础上汲取往年的经验，以保证晚会更有秩序更流畅的完成，做到精益求精。</w:t>
      </w:r>
      <w:r>
        <w:rPr>
          <w:lang w:eastAsia="zh-CN"/>
        </w:rPr>
        <w:br/>
      </w:r>
      <w:r>
        <w:rPr>
          <w:lang w:eastAsia="zh-CN"/>
        </w:rPr>
        <w:t>　　(二)进一步推动家文化建设，增强学生会内部凝聚力</w:t>
      </w:r>
      <w:r>
        <w:rPr>
          <w:lang w:eastAsia="zh-CN"/>
        </w:rPr>
        <w:br/>
      </w:r>
      <w:r>
        <w:rPr>
          <w:lang w:eastAsia="zh-CN"/>
        </w:rPr>
        <w:t>　　活动名称：校学生会内部秋游</w:t>
      </w:r>
      <w:r>
        <w:rPr>
          <w:lang w:eastAsia="zh-CN"/>
        </w:rPr>
        <w:br/>
      </w:r>
      <w:r>
        <w:rPr>
          <w:lang w:eastAsia="zh-CN"/>
        </w:rPr>
        <w:t>　　活动时间：待定</w:t>
      </w:r>
      <w:r>
        <w:rPr>
          <w:lang w:eastAsia="zh-CN"/>
        </w:rPr>
        <w:br/>
      </w:r>
      <w:r>
        <w:rPr>
          <w:lang w:eastAsia="zh-CN"/>
        </w:rPr>
        <w:t>　　活动地点：待定</w:t>
      </w:r>
      <w:r>
        <w:rPr>
          <w:lang w:eastAsia="zh-CN"/>
        </w:rPr>
        <w:br/>
      </w:r>
      <w:r>
        <w:rPr>
          <w:lang w:eastAsia="zh-CN"/>
        </w:rPr>
        <w:t>　　在家刚刚过完暑假，大家需要舒展一下筋骨，投入到紧张的学习和生活中，并且，这一个学期，我们迎来一批新的校学生会成员。通过秋游活动，不仅可以让大家亲密接触大自然，增强身体素质，还可以增进新老成员之间的交流，促进彼此之间的友谊，培养大家的团结协作精神。我们会发扬往年的优点，吸取往年的不足，争取把活动做到万无一失。</w:t>
      </w:r>
      <w:r>
        <w:rPr>
          <w:lang w:eastAsia="zh-CN"/>
        </w:rPr>
        <w:br/>
      </w:r>
      <w:r>
        <w:rPr>
          <w:lang w:eastAsia="zh-CN"/>
        </w:rPr>
        <w:t>　　(三)活跃校园文化，丰富大学生生活，发展文体特色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活动名称：新青年才艺大赛</w:t>
      </w:r>
      <w:r>
        <w:rPr>
          <w:lang w:eastAsia="zh-CN"/>
        </w:rPr>
        <w:br/>
      </w:r>
      <w:r>
        <w:rPr>
          <w:lang w:eastAsia="zh-CN"/>
        </w:rPr>
        <w:t>　　活动时间：十一月</w:t>
      </w:r>
      <w:r>
        <w:rPr>
          <w:lang w:eastAsia="zh-CN"/>
        </w:rPr>
        <w:br/>
      </w:r>
      <w:r>
        <w:rPr>
          <w:lang w:eastAsia="zh-CN"/>
        </w:rPr>
        <w:t>　　活动地点：待定</w:t>
      </w:r>
      <w:r>
        <w:rPr>
          <w:lang w:eastAsia="zh-CN"/>
        </w:rPr>
        <w:br/>
      </w:r>
      <w:r>
        <w:rPr>
          <w:lang w:eastAsia="zh-CN"/>
        </w:rPr>
        <w:t>　　活动意义：丰富同学们的课余生活，营造健康向上，积极活泼的校园文化氛围，推进和谐校园建设，展现我校大学生的青春风采和精神面貌。</w:t>
      </w:r>
      <w:r>
        <w:rPr>
          <w:lang w:eastAsia="zh-CN"/>
        </w:rPr>
        <w:br/>
      </w:r>
      <w:r>
        <w:rPr>
          <w:lang w:eastAsia="zh-CN"/>
        </w:rPr>
        <w:t>　　参赛资格：凡具有我校正式学籍的注册学生均可报名 活动计划：本次活动分为预赛和决赛两部分</w:t>
      </w:r>
      <w:r>
        <w:rPr>
          <w:lang w:eastAsia="zh-CN"/>
        </w:rPr>
        <w:br/>
      </w:r>
      <w:r>
        <w:rPr>
          <w:lang w:eastAsia="zh-CN"/>
        </w:rPr>
        <w:t>　　预赛：本环节以自我介绍和才艺展示为主，通过选手的表现情况，评委依照评分标准给予选手相应的分数，依分数高低排序，前10名即可进入决赛环节。</w:t>
      </w:r>
      <w:r>
        <w:rPr>
          <w:lang w:eastAsia="zh-CN"/>
        </w:rPr>
        <w:br/>
      </w:r>
      <w:r>
        <w:rPr>
          <w:lang w:eastAsia="zh-CN"/>
        </w:rPr>
        <w:t>　　决赛：本环节分为两个部分：才艺展示和知识竞答。评委依其表现进行评分，观众根据各自喜好进行投票，最后总得分由评委打分、竞答得分及观众投票三部分决定。</w:t>
      </w:r>
      <w:r>
        <w:rPr>
          <w:lang w:eastAsia="zh-CN"/>
        </w:rPr>
        <w:br/>
      </w:r>
      <w:r>
        <w:rPr>
          <w:lang w:eastAsia="zh-CN"/>
        </w:rPr>
        <w:t>　　(四)继续开展常规活动，在传统中谋求创新</w:t>
      </w:r>
      <w:r>
        <w:rPr>
          <w:lang w:eastAsia="zh-CN"/>
        </w:rPr>
        <w:br/>
      </w:r>
      <w:r>
        <w:rPr>
          <w:lang w:eastAsia="zh-CN"/>
        </w:rPr>
        <w:t>　　活动名称：纪念一二九运动长跑接力赛</w:t>
      </w:r>
      <w:r>
        <w:rPr>
          <w:lang w:eastAsia="zh-CN"/>
        </w:rPr>
        <w:br/>
      </w:r>
      <w:r>
        <w:rPr>
          <w:lang w:eastAsia="zh-CN"/>
        </w:rPr>
        <w:t>　　活动时间：十二月</w:t>
      </w:r>
      <w:r>
        <w:rPr>
          <w:lang w:eastAsia="zh-CN"/>
        </w:rPr>
        <w:br/>
      </w:r>
      <w:r>
        <w:rPr>
          <w:lang w:eastAsia="zh-CN"/>
        </w:rPr>
        <w:t>　　活动意义：纪念“一二、九”运动，缅怀革命先烈，继承革命传统，增强同学们爱国主义意识，培养当代大学生顽强奋斗、勇于拼搏的优良品质;增强我校学生合作意识和集体主义精神，丰富大学生课余生活。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这是一个一年一度的常规活动，为保证活动的顺利进行，我部将提前做好各项准备工作，并注重和各院部领队的沟通，避免发生错误。同时，我们将吸取往年的经验，争取将活动做到最好。</w:t>
      </w:r>
      <w:r>
        <w:rPr>
          <w:lang w:eastAsia="zh-CN"/>
        </w:rPr>
        <w:br/>
      </w:r>
      <w:r>
        <w:rPr>
          <w:lang w:eastAsia="zh-CN"/>
        </w:rPr>
        <w:t>　　(五)关爱弱势群体，用心帮助他们</w:t>
      </w:r>
      <w:r>
        <w:rPr>
          <w:lang w:eastAsia="zh-CN"/>
        </w:rPr>
        <w:br/>
      </w:r>
      <w:r>
        <w:rPr>
          <w:lang w:eastAsia="zh-CN"/>
        </w:rPr>
        <w:t>　　活动名称：关爱艾滋病患者</w:t>
      </w:r>
      <w:r>
        <w:rPr>
          <w:lang w:eastAsia="zh-CN"/>
        </w:rPr>
        <w:br/>
      </w:r>
      <w:r>
        <w:rPr>
          <w:lang w:eastAsia="zh-CN"/>
        </w:rPr>
        <w:t>　　活动地点：广场</w:t>
      </w:r>
      <w:r>
        <w:rPr>
          <w:lang w:eastAsia="zh-CN"/>
        </w:rPr>
        <w:br/>
      </w:r>
      <w:r>
        <w:rPr>
          <w:lang w:eastAsia="zh-CN"/>
        </w:rPr>
        <w:t>　　活动时间：12月初</w:t>
      </w:r>
      <w:r>
        <w:rPr>
          <w:lang w:eastAsia="zh-CN"/>
        </w:rPr>
        <w:br/>
      </w:r>
      <w:r>
        <w:rPr>
          <w:lang w:eastAsia="zh-CN"/>
        </w:rPr>
        <w:t>　　活动意义：本次活动是一公益性的宣传活动。民大校园里再次让更多的同学进一步了解“爱滋病”的知识，通过本次活动让大家加深了对“爱滋病”的认识，懂得了更多的“预防爱滋病”的常识，相信通过举办这样的活动我们的会员及民大的全体同学们都会受益匪浅，总是来说这次活动达到了我们期望的效果!</w:t>
      </w:r>
      <w:r>
        <w:rPr>
          <w:lang w:eastAsia="zh-CN"/>
        </w:rPr>
        <w:br/>
      </w:r>
      <w:r>
        <w:rPr>
          <w:lang w:eastAsia="zh-CN"/>
        </w:rPr>
        <w:t>　　希望整个社会都参与到防治艾滋病、关心艾滋病患者的活动中来，共同创建和谐社会!寒冷的冬天，暖暖的阳光依然，愿我们每个人都奉献出我们的理解与关爱，让艾滋病人同样拥有一片温暖的阳光!</w:t>
      </w:r>
      <w:r>
        <w:rPr>
          <w:lang w:eastAsia="zh-CN"/>
        </w:rPr>
        <w:br/>
      </w:r>
      <w:r>
        <w:rPr>
          <w:lang w:eastAsia="zh-CN"/>
        </w:rPr>
        <w:t>　　以上就是文体部的学期工作计划，新的学期，文体部的每一个成员都将以饱满的热情投入到工作中，并在工作中扎实努力，勇于创新。相信在所有文体人的共同努力下，文体部的工作一定会更上一层楼。</w:t>
      </w:r>
      <w:r>
        <w:rPr>
          <w:lang w:eastAsia="zh-CN"/>
        </w:rPr>
        <w:br/>
      </w:r>
      <w:r>
        <w:rPr>
          <w:lang w:eastAsia="zh-CN"/>
        </w:rPr>
        <w:t xml:space="preserve">    学生会文体部们工作总结范文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时光转瞬即逝，不知不觉中已在文体部任职一个学期。从干事的选拔到后来文体部各项工作的开展，我从中学到了很多并积累了一定的工作经验，特此作学期工作总结。</w:t>
      </w:r>
      <w:r>
        <w:rPr>
          <w:lang w:eastAsia="zh-CN"/>
        </w:rPr>
        <w:br/>
      </w:r>
      <w:r>
        <w:rPr>
          <w:lang w:eastAsia="zh-CN"/>
        </w:rPr>
        <w:t>　　学期初，学生会面向全院进行了招新，承蒙学生会历届干部赏识，我顺利通过两轮面试和为期一个月的考察，正式成为文体部的一名干事。经过两轮的面试，我学会了用自信和从容的心态面对各种挑战，充分展现自己的闪光点。</w:t>
      </w:r>
      <w:r>
        <w:rPr>
          <w:lang w:eastAsia="zh-CN"/>
        </w:rPr>
        <w:br/>
      </w:r>
      <w:r>
        <w:rPr>
          <w:lang w:eastAsia="zh-CN"/>
        </w:rPr>
        <w:t>　　接下来，就是实实在在对我们工作的考验。10月份，我们接到第一个任务，新生杯篮球赛。11月份，我们面临着文体部本学期的一个挑战——院运动会。为了确保运动会顺利召开，部长多次主持召开部门会议，我们献力献策，不断完善策划方案，明确分工，从各种会议，各班运动项目报名，到收发号码簿，各项运动器材的搬运工作，我们都有条不紊地进行。这些工作看似简单，确实实在在地锻炼了我们的毅力，耐心，细心等在工作中需要的素质，让我们受益匪浅。运动会期间，尽管天气不尽人意，但是我们热情不减，坚守工作岗位。运动会顺利闭幕让我们再次尝到成功的喜悦。学期内，我们也积极协助其它部门工作开展，负责了主持人大赛以及十佳歌手大赛的宣传和场地布置工作。</w:t>
      </w:r>
      <w:r>
        <w:rPr>
          <w:lang w:eastAsia="zh-CN"/>
        </w:rPr>
        <w:br/>
      </w:r>
      <w:r>
        <w:rPr>
          <w:lang w:eastAsia="zh-CN"/>
        </w:rPr>
        <w:t>　　经历了以上工作，我们的工作能力都有了很大的提高，更让人开心的是文体部内部的凝聚力得到了很大的提升。我们从怕苦怕累到勇于承担责任，从工作相互扯皮到相互协作。从懒懒散散到团结一致，从互不熟识到亲如兄妹，文体部越来越成为学生会中凝聚力的部门，我为有个这样的集体感到自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当然，在为期一学期的工作中，我们还存在许多不足的地方，但我相信在明确了自己的不足后，我会努力改正，提高自己的工作能力，不辜负部长及副部对我们的期望，为部门、学生会、乃至全院同学做出更大的贡献!</w:t>
      </w:r>
      <w:r>
        <w:rPr>
          <w:lang w:eastAsia="zh-CN"/>
        </w:rPr>
        <w:br/>
      </w:r>
      <w:r>
        <w:rPr>
          <w:lang w:eastAsia="zh-CN"/>
        </w:rPr>
        <w:t xml:space="preserve">    学生会文体部们工作总结范文 篇14 </w:t>
      </w:r>
      <w:r>
        <w:rPr>
          <w:lang w:eastAsia="zh-CN"/>
        </w:rPr>
        <w:br/>
      </w:r>
      <w:r>
        <w:rPr>
          <w:lang w:eastAsia="zh-CN"/>
        </w:rPr>
        <w:t>　　时光荏苒，转眼间已临近这学期的尾声。回顾这一学期我们通控系文体部的工作，我们在这些工作中一次次地成长与进步。这与我们文体部的各位的努力有着密切的关系。下面我对我们文体部这学期的工作进行一下总结：</w:t>
      </w:r>
      <w:r>
        <w:rPr>
          <w:lang w:eastAsia="zh-CN"/>
        </w:rPr>
        <w:br/>
      </w:r>
      <w:r>
        <w:rPr>
          <w:lang w:eastAsia="zh-CN"/>
        </w:rPr>
        <w:t>　　一、升旗仪式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每个月的双周早晨的升旗仪式使我们部门的常规工作，回顾这一学期我们通控系的升旗情况，最好的一次是第十三周第10次升旗仪式，10级的同学到得很早，甚至有些班级比我们干事还要早到，都十分的积极，充分的体现了“快、静、齐”的特点。因此此次升旗仪式我系在院里的排名是第一名。相比较10级的升旗仪式，11级、12级的情况就有些不太尽如人意，有些班级到得比较晚，甚至于有一些班级的一些缺到，有一次一个班级竟然就有十几个人缺到，且没有假条。因此我系在院里的排名也比较落后了。针对这个不好的现象，我们部门的干事在以后通知各班班长时要更进一步的强调缺到的严重性，严格扣分到个人，并叮嘱班长带好班上因故不能参加升旗仪式的同学的假条，避免出现上次因未能及时上交假条而差点勿扣同学学分的事情。尽早的督促班长通知班上同学准时到达，积极的参加升旗仪式。也希望各班班长能够积极的配合我们部门的工作，为我们系也是为了各班的集体荣誉而奋斗。</w:t>
      </w:r>
      <w:r>
        <w:rPr>
          <w:lang w:eastAsia="zh-CN"/>
        </w:rPr>
        <w:br/>
      </w:r>
      <w:r>
        <w:rPr>
          <w:lang w:eastAsia="zh-CN"/>
        </w:rPr>
        <w:t>　　二、20__级新生篮球赛的举办</w:t>
      </w:r>
      <w:r>
        <w:rPr>
          <w:lang w:eastAsia="zh-CN"/>
        </w:rPr>
        <w:br/>
      </w:r>
      <w:r>
        <w:rPr>
          <w:lang w:eastAsia="zh-CN"/>
        </w:rPr>
        <w:t>　　由文体部的各位干事到我系各个班级进行宣传，鼓励大家踊跃参加，并对男、女篮球运动员分别进行了选拔。于每日的早上六点半以及下午12点半对女篮进行训练，每日都由三名干事负责签到、送水、送药等相关事宜，一共历练了将近一个月，最终取得了骄人的成绩，男篮获得第二名，女篮更是创最好记录，获得第四名。这些荣誉都是篮球运动员的努力的汗水最好的见证，同时也是对我们部门工作的肯定。当然，我们的工作也存在一些不足，比如说在通知各班班长叫同学来观看篮球赛时，总是有些班级的到勤率比较低，这也许是我们部门通知不力的原因吧，还有就是在早上篮球运动员训练时，干事送水不太及时，以后我们会尽我们最大的努力来弥补这些不足。</w:t>
      </w:r>
      <w:r>
        <w:rPr>
          <w:lang w:eastAsia="zh-CN"/>
        </w:rPr>
        <w:br/>
      </w:r>
      <w:r>
        <w:rPr>
          <w:lang w:eastAsia="zh-CN"/>
        </w:rPr>
        <w:t>　　三、第六届田径运动会的召开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们部门与女生部、勤助部一起负责我系运动员的各项工作，运动员们都尽自己最大的努力拼搏着，虽然我们系在院里没获得名次，但是运动员们的努力是不可抹杀的，是大家都有目共睹的。校运会的那两天天气比较寒冷，但是我们文体部、女生部、勤助部的干事们仍是冒着严寒在我系的服务点守候着，为我们的运动员们分发和管理号码簿以及送水送药等工作。大家辛苦了!与此同时，作为机动小组的负责人，我想说一声抱歉，在校运会那两天中我没有充分的尽到自己的职责，以致于产生一些不便，对此我表示深深的歉意，以后我一定会做好的，坚决不会再让这种事情发生。</w:t>
      </w:r>
      <w:r>
        <w:rPr>
          <w:lang w:eastAsia="zh-CN"/>
        </w:rPr>
        <w:br/>
      </w:r>
      <w:r>
        <w:rPr>
          <w:lang w:eastAsia="zh-CN"/>
        </w:rPr>
        <w:t>　　四、配合其他部门开展活动</w:t>
      </w:r>
      <w:r>
        <w:rPr>
          <w:lang w:eastAsia="zh-CN"/>
        </w:rPr>
        <w:br/>
      </w:r>
      <w:r>
        <w:rPr>
          <w:lang w:eastAsia="zh-CN"/>
        </w:rPr>
        <w:t>　　在评估期间，由于文建部的检查卫生等事务忙不过来，人手不够。我部门积极地配合文建部在学而楼检查每天早晨的带早餐情况，虽然要比较早的去检查，但是我们部门干事仍是很不错的完成任务。</w:t>
      </w:r>
      <w:r>
        <w:rPr>
          <w:lang w:eastAsia="zh-CN"/>
        </w:rPr>
        <w:br/>
      </w:r>
      <w:r>
        <w:rPr>
          <w:lang w:eastAsia="zh-CN"/>
        </w:rPr>
        <w:t>　　五、部门内部成员之间的相互熟悉</w:t>
      </w:r>
      <w:r>
        <w:rPr>
          <w:lang w:eastAsia="zh-CN"/>
        </w:rPr>
        <w:br/>
      </w:r>
      <w:r>
        <w:rPr>
          <w:lang w:eastAsia="zh-CN"/>
        </w:rPr>
        <w:t>　　12级新生的加入为文体部注入了新的血液，大家最初都不太熟悉彼此，比较的陌生，但经过这一个学期的共同工作，相互之间都比较熟悉了，大家的默契度也提高了，这对部门的工作开展有了很大的帮助。各位干事以及部长之间的交流加强了，对我们工作上的不足更能够及时地去找出并解决，同时也在一起进步，在学习与生后方面都能够互相帮助。这对提高我们部门的凝聚力是很重要的。</w:t>
      </w:r>
      <w:r>
        <w:rPr>
          <w:lang w:eastAsia="zh-CN"/>
        </w:rPr>
        <w:br/>
      </w:r>
      <w:r>
        <w:rPr>
          <w:lang w:eastAsia="zh-CN"/>
        </w:rPr>
        <w:t>　　六、对干事能力的发展</w:t>
      </w:r>
      <w:r>
        <w:rPr>
          <w:lang w:eastAsia="zh-CN"/>
        </w:rPr>
        <w:br/>
      </w:r>
      <w:r>
        <w:rPr>
          <w:lang w:eastAsia="zh-CN"/>
        </w:rPr>
        <w:t>　　每位干事都要学着独立地去处理每件事，每位干事都有自己要负责的班级，将部长分配的任务通知到自己所负责的班级。譬如升旗仪式、篮球赛、校运会时，每个干事与他们进行沟通交流，这不仅锻炼了干事们的交际能力，也增强了干事在面对各种突发状况时的应变能力以及毅力。下一学期我们干事都要更加注重培养自己的能力，对待事物有自己的思想和见解，不要等着部长分配任务，而要自己去发现哪里有需要做的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这一学期的工作中，我们有着很大的进步，同时也存在着许多不足之处，我们会对这些不足之处进行反思总结，尽我们最大的努力来改善。干事之间相互的学习、纠正，正视自己的不足之处，取长补短，共同进步。为了我们文体部更好的发展，让我们继续努力吧!</w:t>
      </w:r>
      <w:r>
        <w:rPr>
          <w:lang w:eastAsia="zh-CN"/>
        </w:rPr>
        <w:br/>
      </w:r>
      <w:r>
        <w:rPr>
          <w:lang w:eastAsia="zh-CN"/>
        </w:rPr>
        <w:t xml:space="preserve">    学生会文体部们工作总结范文 篇15 </w:t>
      </w:r>
      <w:r>
        <w:rPr>
          <w:lang w:eastAsia="zh-CN"/>
        </w:rPr>
        <w:br/>
      </w:r>
      <w:r>
        <w:rPr>
          <w:lang w:eastAsia="zh-CN"/>
        </w:rPr>
        <w:t>　　20__年任职为文娱部部长,但时光飞逝,眨眼间大二将过去,回顾这一年文娱部所做的工作,总体说来还是比较成功的。文娱部全体成员在辅导员老师和主席团的领导下,在关心爱护学生会文娱部的同学的帮助下,较出色地完成了这一年的计划与任务。大家不分彼此,互相帮助,听从主席团的安排,尽了自己的一份力。虽然大家工作都充满热情,但由于经验不足,在一些活动中难免出现一些问题。这里,我代表文娱部,详细地进行一下分析和总结,并请各位领导,老师,各位同学提出宝贵意见。</w:t>
      </w:r>
      <w:r>
        <w:rPr>
          <w:lang w:eastAsia="zh-CN"/>
        </w:rPr>
        <w:br/>
      </w:r>
      <w:r>
        <w:rPr>
          <w:lang w:eastAsia="zh-CN"/>
        </w:rPr>
        <w:t>　　20__年12月1日正式任命为文娱部部长。土木系学生会为了对新生的到来表示欢迎,特意举办了以唱响青春,舞动年华为主题的迎新晚会!这个晚会主要是我们文娱部负责,晚会自筹办初到正式投入演出,得到广大同学的强烈响应以及各方面校领导的大力支持。这场晚会节目多、质量好、档次高,受到学校领导和广大师生的高度赞扬和肯定,至此,晚会取得圆满成功。但是我们在工作中的不足总结如下:</w:t>
      </w:r>
      <w:r>
        <w:rPr>
          <w:lang w:eastAsia="zh-CN"/>
        </w:rPr>
        <w:br/>
      </w:r>
      <w:r>
        <w:rPr>
          <w:lang w:eastAsia="zh-CN"/>
        </w:rPr>
        <w:t>　　首先对于整场晚会,同学们反应最多的还是灯光和音响问题。由于综合楼三楼的条件有限,我们的资金又不充裕,灯光和音响没跟上,使得舞台效果欠佳,并热切希望学校方面能够予以改进。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其次就是颁奖的环节显然有些混乱,导致颁奖颁少一个奖项,希望以后的工作中,要有一个专门负责人,跟进每个节目奖项的名单,以发现问题尽快跟主席团的人报到。</w:t>
      </w:r>
      <w:r>
        <w:rPr>
          <w:lang w:eastAsia="zh-CN"/>
        </w:rPr>
        <w:br/>
      </w:r>
      <w:r>
        <w:rPr>
          <w:lang w:eastAsia="zh-CN"/>
        </w:rPr>
        <w:t>　　再次,由于人数多的问题,而大家的位置都坐得比较乱,而且由于大家见乱都想往前面坐所以都往前面挤。为了追求晚会现场活跃的气氛,我们并未过去制止,导致现场秩序有些混乱。后面甚至有些同学站在椅子上,这样会挡住后面站着看的观众。</w:t>
      </w:r>
      <w:r>
        <w:rPr>
          <w:lang w:eastAsia="zh-CN"/>
        </w:rPr>
        <w:br/>
      </w:r>
      <w:r>
        <w:rPr>
          <w:lang w:eastAsia="zh-CN"/>
        </w:rPr>
        <w:t>　　20__年3月份,作为学生干部素质拓展营活动的组长,协助冯辅导员举办学生干部素质拓展营,活动的目的让学生干部在以后组织同学参赛的过程中,都不同程度的提高了自身修养、增强了个人素质,锻炼了自我能力,努力服务于同学,实现了自身的价值,做一个合格的学生干部。在活动的过程中,各个学生干部都积极配合,团结一致,力争做到最能好!还有协助组织部举办学雷锋活动日,在这热情洋溢的三月,我们系所有学生会成员都积极参加了学生会组织部组织开展的学雷锋活动。</w:t>
      </w:r>
      <w:r>
        <w:rPr>
          <w:lang w:eastAsia="zh-CN"/>
        </w:rPr>
        <w:br/>
      </w:r>
      <w:r>
        <w:rPr>
          <w:lang w:eastAsia="zh-CN"/>
        </w:rPr>
        <w:t>　　我们土木系学生会成员在01幢教学楼周围及地上的垃圾全被我们清除了,同学们不怕累,不怕脏,把欢乐与美好留给了他人,向观众展现了雷锋精神,把雷锋精神在社会生活中传播。还联系学院文娱部和各个系学生会文娱部搞文娱之夜的联谊。让他们更好地跟大家交流下工作的经验,以后更好地开展文娱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紧接着4月份我们学院为了响应学院号召,我系在本月举办了主题为我与学院同发展,我为学院做贡献的演讲比赛。演讲比赛的各种工作主要是由我们文娱部来负责安排。在很短的时间内,我们部门要完成申请教室.麦克风.做好评分表等工作,但是在经过一系列的准备和其他部门成员的协助,整个活动能顺利完成。在这个活动中,让大家了解到该如何去组织一个活动,计划好科学的活动流程,合理分配人员,冷静处理突发事件。但是仍然存在着很多明显的不足。</w:t>
      </w:r>
      <w:r>
        <w:rPr>
          <w:lang w:eastAsia="zh-CN"/>
        </w:rPr>
        <w:br/>
      </w:r>
      <w:r>
        <w:rPr>
          <w:lang w:eastAsia="zh-CN"/>
        </w:rPr>
        <w:t>　　演讲比赛的不足之处在于以下方面:1宣传的力度不够,令有着方面能力的同学没有得到消息而流失机会;2申请的课室占用的时间不明确,导致离比赛时间就要开始却还有老师在课室上课;3场地布置不合理,使比赛现场看起来比较混乱。4所需设备检查不清楚,致使临近比赛才匆匆去买麦克风电池。接着协助生活部举办水果拼盘大赛,水果拼盘大赛我们文娱部主要负责申请设备工作,协助其他人员布置场地和维持秩序等工作。经过这次活动,我了解到大概流程,观察到存在的问题,和以后该如何改善这类活动的方向。在组织活动中,我们同样享受到其中的乐趣。</w:t>
      </w:r>
      <w:r>
        <w:rPr>
          <w:lang w:eastAsia="zh-CN"/>
        </w:rPr>
        <w:br/>
      </w:r>
      <w:r>
        <w:rPr>
          <w:lang w:eastAsia="zh-CN"/>
        </w:rPr>
        <w:t>　　5月份主要是搞内学生会内部活动就是学院评估研讨会,让同学们自觉遵守学院的各项规章制度,加强自身的文明行为,自觉抵制不文明行为。了解院史院情、评建知识、规章制度,熟悉专业课程设置、实践实习、培养方向、就业方向等方面的情况。了解专家深度访谈的内容和可能提出的问题,并做好充分的准备。协助学习部举办建筑知识竞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文章千古事,得失寸心知。文娱部的工作亦有成有败。虽然在这其中依然存在许多问题,但是我们已经在一次次的历练中成长,在一次次的失误中积累了许多经验。今天对于昨天的总结是为了明天的前进,如果没有及时的总结,那么明天还只会是存在不足的今天。在今后的工作中,我们要加强与学生会其他部门的沟通工作,多了解同学们的思想和意愿,在沟通的基础上互相帮助,团结一心,共同工作,并联合其它系的学生会,把影响范围扩大,更加调动同学们的积极性。有理由相信,我们会在以后的路上越走越好!</w:t>
      </w:r>
      <w:r>
        <w:rPr>
          <w:lang w:eastAsia="zh-CN"/>
        </w:rPr>
        <w:br/>
      </w:r>
      <w:r>
        <w:rPr>
          <w:lang w:eastAsia="zh-CN"/>
        </w:rPr>
        <w:t>　　最后,我想对文娱部的每一位成员表示感谢,在这大学的第一学期里,我们共同分担了许多,和你们在一起工作是轻松而愉快的,我真心的希望在今后的日子里,继续共同办好各项活动;现在谈一下我们部里的人吧。黄忠奇,李日辉,伍世强,林福彦,麦秀萍还要吴峥嵘。他们都很优秀,我觉得能与他们共事是我的幸运。因为很多时候我都很放心,交给他们的工作都做得很好。副部长黄忠奇办事比较认真,每次活动的筹办中他都能够提出很好的建议,工作上真是我的一个好帮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是个很棒的女生,但是她很低调,做每件事都很有条理,最近这段时间她真是累坏了,她的个性签名说她连去篮球场的力气都没有了,你们以后你要多帮帮她。是个很干练的人,唱功也是特别利害,虽然有时候开会看不到你,可我知道你并没有偷懒,一直在默默的做事情。,好多力气活都让你干了,踏实肯干是你留给我最深刻的印象,要继续努力!支持方面很不错,每个活动你都很认真地去准备,经过一系列的主持大赛,你已经成了我们系的金牌主持人。平时比较低调,他人也比较忙,有时候想找他,打几次电话也打不通。但一旦工作落实到他的手里,他都会尽自己最大的努力去完成。最大的遗憾是没有和我们部门的人一起出去外边游玩。我和你们在一起的时间越来越少了,所以就倍加珍惜每一次共度的时光。记得我们一起集餐。</w:t>
      </w:r>
      <w:r>
        <w:rPr>
          <w:lang w:eastAsia="zh-CN"/>
        </w:rPr>
        <w:br/>
      </w:r>
      <w:r>
        <w:rPr>
          <w:lang w:eastAsia="zh-CN"/>
        </w:rPr>
        <w:t>　　一起谈天说地,真的很开心很快乐。这都是无法复制的记忆,也将值得我珍藏一生。在这里我要感谢的人有好多,但我想第一个应该是王溪吧。王溪是个很随和也很优秀的女生,跟着她工作我学到了很多东西,工作上的,生活上的。我慢慢的也开始自信起来,从原来那个在班会上讲普通话很普通表现很紧张的小男生,成长到现在脸皮还算厚的部长。感谢辅导员冯老师和学生辅导员吴霖健和学生会主席兼学生辅导员黄日平,为我们的文娱部的活动费了很多心思,活动结束后给我们提供了很多有用的信息和宝贵的建议,感谢秘书长宋萌萌带领秘书部的成员,在活动需要人手的时候,他们都会及时帮我们安排人手。</w:t>
      </w:r>
      <w:r>
        <w:rPr>
          <w:lang w:eastAsia="zh-CN"/>
        </w:rPr>
        <w:br/>
      </w:r>
      <w:r>
        <w:rPr>
          <w:lang w:eastAsia="zh-CN"/>
        </w:rPr>
        <w:t>　　感谢二位副主席、和各个部的正副部长,无论在台前还是台后他们也帮助我们作了很多工作,却从不抱怨什么;感谢宣传部出海报的宣传部的所有成员,做好前期的宣传工作,是我们文艺部能够顺利开展活动的有力保障;还要感谢各班文体委员和学生会所以的成员我们举办的活动做出的巨大努力</w:t>
      </w:r>
      <w:r>
        <w:rPr>
          <w:lang w:eastAsia="zh-CN"/>
        </w:rPr>
        <w:br/>
      </w:r>
      <w:r>
        <w:rPr>
          <w:lang w:eastAsia="zh-CN"/>
        </w:rPr>
        <w:t xml:space="preserve">    学生会文体部们工作总结范文 篇16 </w:t>
      </w:r>
      <w:r>
        <w:rPr>
          <w:lang w:eastAsia="zh-CN"/>
        </w:rPr>
        <w:br/>
      </w:r>
    </w:p>
    <w:p w:rsidR="001B1F19" w14:textId="27C3F48A">
      <w:pPr>
        <w:rPr>
          <w:rFonts w:hint="eastAsia"/>
          <w:lang w:eastAsia="zh-CN"/>
        </w:rPr>
      </w:pPr>
      <w:r>
        <w:rPr>
          <w:lang w:eastAsia="zh-CN"/>
        </w:rPr>
        <w:t>　　在学生会呆了快两年了，我从一个干事做到了一个部长。现在的我们也快退休了，可是心里依旧有些不舍，有些眷恋。总记得第一次竞选部长的时候，面试老师们的喋喋不休，不依不饶。等到我们当面试人员的时候，我们对干事的喋喋不休，不依不饶。林林总总，这些画面一直在我的脑海里回荡。现在想起来，有点觉得不可思议。快大三了，我们这群老一辈的也该退了，可是却放心不下我们的干事，我们的家。一直以来总感觉自己做得不够好，不够认真，没有做好部长这个职务，带好自己的干事。可是我还是想对我们的干事们说，其实有些事不是靠我们部长教出来的，是要你们自己亲自去摸索才能弄明白的。马上我们就要退了，也许你们还在迷茫，还不知道下一年度你们是否还在学生会里干事，我在这里告诉你们，不要迷茫，想干一番事业的就大胆的干下去，我们没有做好的，你们努力做到最好。</w:t>
      </w:r>
      <w:r>
        <w:rPr>
          <w:lang w:eastAsia="zh-CN"/>
        </w:rPr>
        <w:br/>
      </w:r>
      <w:r>
        <w:rPr>
          <w:lang w:eastAsia="zh-CN"/>
        </w:rPr>
        <w:t>　　曾经的曾经，都已经过去了，年轻的你们，不能再这样犹犹豫豫下去，想干什么就干什么，这不就是你们年轻人应有的冲劲么?你们应该做的就是好好的想想，学生会的将来在你们自己的手中又会是怎样的一番新天地。</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https://d.book118.com/415224010134011114</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522401013401111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