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有关四年级语文教学总结汇编（33篇）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有关四年级语文教学总结汇编（通用33篇）</w:t>
      </w:r>
      <w:r>
        <w:rPr>
          <w:lang w:eastAsia="zh-CN"/>
        </w:rPr>
        <w:br/>
      </w:r>
      <w:r>
        <w:rPr>
          <w:lang w:eastAsia="zh-CN"/>
        </w:rPr>
        <w:t xml:space="preserve">    有关四年级语文教学总结汇编 篇1 </w:t>
      </w:r>
      <w:r>
        <w:rPr>
          <w:lang w:eastAsia="zh-CN"/>
        </w:rPr>
        <w:br/>
      </w:r>
      <w:r>
        <w:rPr>
          <w:lang w:eastAsia="zh-CN"/>
        </w:rPr>
        <w:t>　　本学期我担任四（2）语文教学工作，一学期以来，我本着爱学生的心；怀着高度的责任感，工作上勤勤恳恳，兢兢业业，较顺利地完成了本学期的教学任务。现将本学期语文教学工作总结如下：</w:t>
      </w:r>
      <w:r>
        <w:rPr>
          <w:lang w:eastAsia="zh-CN"/>
        </w:rPr>
        <w:br/>
      </w:r>
      <w:r>
        <w:rPr>
          <w:lang w:eastAsia="zh-CN"/>
        </w:rPr>
        <w:t>　　一、用全新的教育教学理念，改革课堂教学</w:t>
      </w:r>
      <w:r>
        <w:rPr>
          <w:lang w:eastAsia="zh-CN"/>
        </w:rPr>
        <w:br/>
      </w:r>
      <w:r>
        <w:rPr>
          <w:lang w:eastAsia="zh-CN"/>
        </w:rPr>
        <w:t>　　从参加新教材培训到实施课程改革以来，我反复学习有关的教育教学理论，深刻领会新课标精神，认真反思自身教学实际，研究学生，探究教法，逐步树立起以学生的终身发展为目的的教学思想，树立起以教师为主导学生为主体的新的教学理念，在教学实践中积极探索焕发语文课堂活力，有助于学生能力提高与发展的语文课堂教学的新思路、新模式启发思维，训练方法为主的自读课文阅读方法、以感知探究反思延伸为主线的重点篇目学习法、以合作探究创造创新为核心的语文活动课等，收到了一定的教学效果。</w:t>
      </w:r>
      <w:r>
        <w:rPr>
          <w:lang w:eastAsia="zh-CN"/>
        </w:rPr>
        <w:br/>
      </w:r>
      <w:r>
        <w:rPr>
          <w:lang w:eastAsia="zh-CN"/>
        </w:rPr>
        <w:t>　　二、用生动灵活的教学方式，焕发课堂活力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应试教学课堂围绕知识目标而展开，储存继承前人积累下来的经验和体验，但忽视了学生创新的动机、兴趣、情感、意志，如何激活所需的先前经验，萌动求智欲望呢？新课标要求我们建立以自主、合作、探究为主的教学模式，激活学生好奇心，探究欲，培养学生主动思考、质疑、求索以及善于捕捉新信息的能力，并把这种能力的培养定为课堂教学的终极目的。为此，我仔细研究教育心理，准确把握高一学生的心理特征和思维特点，积极探索有利于激发兴趣、激活思维、激励探讨的课堂教学方法。例如在处理每单元的重点课文时，我们始终采用整体感知合作探究反思质疑拓展延伸的教学模式，根据不同内容精心设计问题，组织课堂教学。</w:t>
      </w:r>
      <w:r>
        <w:rPr>
          <w:lang w:eastAsia="zh-CN"/>
        </w:rPr>
        <w:br/>
      </w:r>
      <w:r>
        <w:rPr>
          <w:lang w:eastAsia="zh-CN"/>
        </w:rPr>
        <w:t>　　这样教学，课堂上感受到的是一种亲切、和谐、活跃的气氛。教师已成为学生的亲密朋友，教室也转变成为学生的学堂，学生再也不是僵化呆板、默默无闻的模范听众。他们的个性得到充分的展现与培养：或质疑问难，或浮想联翩，或组间交流，或挑战权威。师生互动，生生互动，组际互动，环境互动，在有限的时间内，每一位学生都得到了较为充分的锻炼和表现的机会。教室中再没有阴暗冰冷的.“死角”，课堂上充满着流动的阳光，平等、和谐与交流共存，发现、挑战与沉思同在。活跃的思维，频动的闪光点，让学生成为课堂上真正的主人。教师的授课既源于教材，又不唯教材。师生的情感与个性融在其中，现实的生活进入课堂，学生在互动中求知，在活动中探索，既轻松地掌握了知识，又潜移默化地培养了能力。学生的整体素质有了质的提高，语文课堂真正焕发出它应有的活力。</w:t>
      </w:r>
      <w:r>
        <w:rPr>
          <w:lang w:eastAsia="zh-CN"/>
        </w:rPr>
        <w:br/>
      </w:r>
      <w:r>
        <w:rPr>
          <w:lang w:eastAsia="zh-CN"/>
        </w:rPr>
        <w:t>　　三、用先进的教学手段，提高学习效率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现代科学技术日新月异的飞速发展，要求具有新鲜活力的语文课堂不仅要有教学模式的转变，学生思维的开启，更要有引导学生学会学习，掌握丰富的语文知识并获取叩开知识大门金钥匙的课堂教学效果。这是新课标对语文课程的基本要求，也是语文学科工具性与人文性特点的集中体现。</w:t>
      </w:r>
      <w:r>
        <w:rPr>
          <w:lang w:eastAsia="zh-CN"/>
        </w:rPr>
        <w:br/>
      </w:r>
      <w:r>
        <w:rPr>
          <w:lang w:eastAsia="zh-CN"/>
        </w:rPr>
        <w:t>　　应试教学课堂总是教师比比划划，总是在如何把知识线条明晰化上动心思，在学习中学生不能亲自体验到获得知识的过程与乐趣，其接受知识的过程间接而单一。新课程要求课堂要以更新教学手段为重点，借助各种媒体和教学资源让学生自主体验、感受，使得师生在探索中经验共享。信息时代多样的媒体和无所不在的网络正好为我们扩展课堂教学的领域，拓宽摄取知识的渠道，实现提高学生信息素养，开发学生的探究能力、学习能力、合作能力、创造能力提供了一个的可操作的平台。</w:t>
      </w:r>
      <w:r>
        <w:rPr>
          <w:lang w:eastAsia="zh-CN"/>
        </w:rPr>
        <w:br/>
      </w:r>
      <w:r>
        <w:rPr>
          <w:lang w:eastAsia="zh-CN"/>
        </w:rPr>
        <w:t>　　教学中，我一改过去课堂上过于注重知识传授，内容上过于注重书本知识，结构上过于强调学科本位，实施中过于强调接受学习，死记硬背，机械训练等状况，仔细研究教材内容，精心设计教学环节，将学生从原有的课堂圈子中“解放”出来，调动学生充分利资源，使他们能够在自主探究与交流的过程中，不断挑战自我，扩展创造性思维。</w:t>
      </w:r>
      <w:r>
        <w:rPr>
          <w:lang w:eastAsia="zh-CN"/>
        </w:rPr>
        <w:br/>
      </w:r>
      <w:r>
        <w:rPr>
          <w:lang w:eastAsia="zh-CN"/>
        </w:rPr>
        <w:t>　　四、用扎实多样的训练，培养学生的语文实践能力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死教书、教死书不能适应社会对教育的需要，新课程改革正是对今天教师教学观念的挑战。教师应由知识的占有者转化为知识的组织者，由知识的传递者转化为学习的促进者，超越课堂的藩篱，将现代教学过程演化为“培养学习者”的过程，实现由“授之以鱼”到“授之以渔”的根本转变。用扎实多样的训练，多方面提高学生的语文素养，努力培养学生的语文实践能力，使学生获得一定的终身学习的本领。</w:t>
      </w:r>
      <w:r>
        <w:rPr>
          <w:lang w:eastAsia="zh-CN"/>
        </w:rPr>
        <w:br/>
      </w:r>
      <w:r>
        <w:rPr>
          <w:lang w:eastAsia="zh-CN"/>
        </w:rPr>
        <w:t>　　“授之以鱼,仅供一饭之需;授之以渔,则终身受用无穷”。教育的意旨并非知识的累积，而是心智上的能力的发育。学生在学校的时间是有限的，所学的知识也受时代的局限，他们要在未来有所作为，要在未来跟上时代，就一定要不断地学习，终身学习，去吸收新东西，更新知识结构。可见，方法的确比知识更为重要，教授方法才是教学的根本。那么，学生对于传授的方法是否能够灵活运用，对与才小学四年级的学生而言，则需要一个较长时间的反复的训练过程。</w:t>
      </w:r>
      <w:r>
        <w:rPr>
          <w:lang w:eastAsia="zh-CN"/>
        </w:rPr>
        <w:br/>
      </w:r>
      <w:r>
        <w:rPr>
          <w:lang w:eastAsia="zh-CN"/>
        </w:rPr>
        <w:t>　　为此，我针对不同的知识版块，采取不同的训练方法：夯实基础——字词、背诵紧抓不放；扩大积累——课外阅读每日一段，读书笔记（摘记）天天都写；训练能力——阅读理解，从总体方法到解题技巧，系统指导，反复锤炼；作文训练——循序渐进，小作文依课文内容随堂布置，借“题”发挥，大作文紧扣课标和高考方向力求既有章法，又有创新，鼓励学生放飞思想，大胆发挥……</w:t>
      </w:r>
      <w:r>
        <w:rPr>
          <w:lang w:eastAsia="zh-CN"/>
        </w:rPr>
        <w:br/>
      </w:r>
      <w:r>
        <w:rPr>
          <w:lang w:eastAsia="zh-CN"/>
        </w:rPr>
        <w:t>　　教学有法，教无定法，从基础入手到提高能力直至学以致用，生动、活泼，扎实、系统，有序、有恒的训练，使学生在不同内容和方法的相互交叉、渗透和整合中开阔了视野，提高了学习效率，初步获得了一些基本的语文实践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xml:space="preserve">    有关四年级语文教学总结汇编 篇2 </w:t>
      </w:r>
      <w:r>
        <w:rPr>
          <w:lang w:eastAsia="zh-CN"/>
        </w:rPr>
        <w:br/>
      </w:r>
      <w:r>
        <w:rPr>
          <w:lang w:eastAsia="zh-CN"/>
        </w:rPr>
        <w:t>　　本学期，我担任四年级语文教学工作，一学期以来，我本着爱学生的心，怀着高度的责任感，工作上认认真真，勤勤恳恳，兢兢业业，在教学中，我依据新课程标准的指导思想，认真落实课程标准，全身心地投入到教学中，抓好教学常规工作，较顺利地完成了本学期的教学任务。为了能从本学期的教学工作中总结经验，吸取教训，也为了使自己的教学水平有所提高，在此，特对本学期的语文教学工作做一个回顾总结。</w:t>
      </w:r>
      <w:r>
        <w:rPr>
          <w:lang w:eastAsia="zh-CN"/>
        </w:rPr>
        <w:br/>
      </w:r>
      <w:r>
        <w:rPr>
          <w:lang w:eastAsia="zh-CN"/>
        </w:rPr>
        <w:t>　　素质教育要求每一名教师都要不断提高业务素质，为此，我积极向先进教师学习。课堂上积极发挥每一名学生的主动性和创造性，让他们真正尝试到成功的喜悦。我努力鼓励学生敢说敢为，引导学生能说会做，不断促进各方面素质的提高。为了更好地促进教学，我认真备课、上课、辅导和批改各种作业。每一堂课都尽量精心设计，力求做到学生愿学、乐学。</w:t>
      </w:r>
      <w:r>
        <w:rPr>
          <w:lang w:eastAsia="zh-CN"/>
        </w:rPr>
        <w:br/>
      </w:r>
      <w:r>
        <w:rPr>
          <w:lang w:eastAsia="zh-CN"/>
        </w:rPr>
        <w:t>　　课堂是学生获取知识与培养能力的主要阵地。为了上好每一节课，我课前认真钻研教材，吃透教材，并结合本班学生的实际特点，采用适合本班学生的教学形式，激发他们学习兴趣。课堂上努力贯彻当前一些新的教育理念，创设轻松民主的教学氛围，鼓励学生踊跃发言，形成群言堂。以学生为主体，构建探究式课堂模式，引导主动探究，自主获取知识，提高学生的能力。此外，注重鼓励后进生，提供更多的机会给他们，使他们也能取得进步，产生浓厚的学习兴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在教学中针对我们班学生的实际，我充分激发他们的古诗文诵读积极性，每节早读我都坚持和学生一起诵读优美的古诗文，激发学生背诵古诗文的兴趣。为了更好地培养学生的朗读、理解能力，我一直要求学生多读多想，并且要求学生坚持写学完古诗、课文后的感受，鼓励学生大胆用文字或图画的形式表现出来。</w:t>
      </w:r>
      <w:r>
        <w:rPr>
          <w:lang w:eastAsia="zh-CN"/>
        </w:rPr>
        <w:br/>
      </w:r>
      <w:r>
        <w:rPr>
          <w:lang w:eastAsia="zh-CN"/>
        </w:rPr>
        <w:t>　　在自身的素质上自己还将努力提高教学水平，在各项活动中多学习先进的方法和经验，平时的教学中还要注重能力的提高。这学期虽然我重视了学生知识的积累，但都没有要求学生把本学期积累的知识完完整整的记录在积累本上。以往的教学中我都要求学生记录下来的，但如果只是一味的记录并不翻看、积累、消化的话也都是白搭，所以本学期我就没有要求孩子们统一记录，零散的记录在语文书上。可平时掌握得再好，最后复习还是遗忘了一些。</w:t>
      </w:r>
      <w:r>
        <w:rPr>
          <w:lang w:eastAsia="zh-CN"/>
        </w:rPr>
        <w:br/>
      </w:r>
      <w:r>
        <w:rPr>
          <w:lang w:eastAsia="zh-CN"/>
        </w:rPr>
        <w:t>　　总之，经过一个学期的辛勤努力，我的教学水平有所提高，课堂教学方面也有一些进步。但我明白我还存在着不足，今后我将继续努力，勤于学，努力钻，不断提高自己的教育教学水平。为全面提高学生的语文成绩而努力奋斗！</w:t>
      </w:r>
      <w:r>
        <w:rPr>
          <w:lang w:eastAsia="zh-CN"/>
        </w:rPr>
        <w:br/>
      </w:r>
      <w:r>
        <w:rPr>
          <w:lang w:eastAsia="zh-CN"/>
        </w:rPr>
        <w:t>　　科任教师：袁兴艳一个学期又过去了，时间过得真是太快了。在这个学期我担任四年级和二年级的语文教学工作。在教学中，我依据新课程标准的指导思想，以及学生个体差异，认真落实和抓好教学常规工作，圆满完成了教学任务。为了能从本学期的教学工作中总结经验，吸取教训，也为了使自己的教学水平有所提高，在此，特对本学期的语文教学工作做一个全面的回顾和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经过四年的学习强化与教育指导，四年级的绝大部分同学各项行为习惯已形成，大部分同学对语文学习有浓厚的兴趣，形成了学习语文的良好氛围。但仍有几个学生因基础差，与班级队伍有一定的差距，希望通过复习使他们的成绩有所进步，并能尽量与大部分同学缩小差距，使班级总体成绩上一个新台阶。二、教学所达到的目标以及采取的措施。</w:t>
      </w:r>
      <w:r>
        <w:rPr>
          <w:lang w:eastAsia="zh-CN"/>
        </w:rPr>
        <w:br/>
      </w:r>
      <w:r>
        <w:rPr>
          <w:lang w:eastAsia="zh-CN"/>
        </w:rPr>
        <w:t>　　1、培养学生良好的学习习惯。针对学生的实际情况和好胜心强的特点，实行奖励竞争机制，评选出学习认真的好学生，奖以学习用品或小礼物，以此促进学生自觉的学习，逐渐养成良好的学习习惯。利用写字课安排科任老师负责学生练字的情况。以此培养学生的自觉学习能力和朗读能力。经过自己的不断努力，学生朗读能力提高了，课文读熟了，上课的热情自然就高涨了，同时也锻炼了学生的自我组织能力。</w:t>
      </w:r>
      <w:r>
        <w:rPr>
          <w:lang w:eastAsia="zh-CN"/>
        </w:rPr>
        <w:br/>
      </w:r>
      <w:r>
        <w:rPr>
          <w:lang w:eastAsia="zh-CN"/>
        </w:rPr>
        <w:t>　　2、规范学生的书写习惯，提高书写质量。发作业本时强调：表扬优秀的，有进步的，鼓励作业差的学生向优秀学生学习。这样，学生慢慢的开始对比了，开始竞争了，对老师作业上的批语重视了，书写习惯也逐步向好的方向发展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3、正确指导学生理解和运用祖国语言丰富语言的积累，使他们具有初步的听写读说能力，养成良好的学习习惯。在教学过程中，使学生受到爱国主义教育，培养学生的创造力，爱美情趣，发展健康个性，养成良好的意志品质。上好每一堂课，注重发挥学生的主体作用，充分利用各种辅助设施调动学生的积极性，使学生积极主动地参与到课堂教学中来。</w:t>
      </w:r>
      <w:r>
        <w:rPr>
          <w:lang w:eastAsia="zh-CN"/>
        </w:rPr>
        <w:br/>
      </w:r>
      <w:r>
        <w:rPr>
          <w:lang w:eastAsia="zh-CN"/>
        </w:rPr>
        <w:t>　　4、根据学生实际，取长补短，灵活运用。加强预习的指导与检查，每课在指导预习上，从课文的朗读、字词、预习提纲、预习问题的训练入手，把预习的方法教给学生。逐步让学生掌握自主预习。根据学生的质疑，调整教学设计，加强教学的针对性，要使学生通过不断地预习，逐步培养自学能力，养成良好的学习习惯。教师要转变角色，由单一的传统知识变为教学活动的组织者，引导学生进行自主性学习和探究性学习，由知识教学变为能力的培养。逐步训练学生的自主学习能力，有了一定的进展。</w:t>
      </w:r>
      <w:r>
        <w:rPr>
          <w:lang w:eastAsia="zh-CN"/>
        </w:rPr>
        <w:br/>
      </w:r>
      <w:r>
        <w:rPr>
          <w:lang w:eastAsia="zh-CN"/>
        </w:rPr>
        <w:t>　　5、在阅读教学中,把读书的时间还给学生，充分信任学生能读懂课文，让学生在自主的阅读实践中学会读书。引导学生把自己当作课文中的人物去感受，去体验，去思考，引导学生入境入情地读,在读中感悟理解。</w:t>
      </w:r>
      <w:r>
        <w:rPr>
          <w:lang w:eastAsia="zh-CN"/>
        </w:rPr>
        <w:br/>
      </w:r>
      <w:r>
        <w:rPr>
          <w:lang w:eastAsia="zh-CN"/>
        </w:rPr>
        <w:t>　　6、以学生为主体，精心组织教学活动。充分发挥了学生的积极性和主动性，让学生通过自主学习，理解课文思想内容，并在自学实践中逐步提高了理解能力。</w:t>
      </w:r>
      <w:r>
        <w:rPr>
          <w:lang w:eastAsia="zh-CN"/>
        </w:rPr>
        <w:br/>
      </w:r>
      <w:r>
        <w:rPr>
          <w:lang w:eastAsia="zh-CN"/>
        </w:rPr>
        <w:t>　　7、重视培养习作兴趣，使学生乐于表达。加强习作与阅读、口语交际、综合性学习的联系。重视习作中学生之间的合作与交流。给学生提供展示写作才能的机会。提高了学生的习作水平。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9、开展了语文综合实践活动，比如“我国的世界遗产”“观察”“中外童话”“成长故事”等，开发了一系列的'语文教学资源，将课本内容改编成课本剧，丰富了学生的视野，并在学习习惯和学习动机上加强引导，使学生变被动学习为主动学习。充分培养学生良好的阅读课外书籍的习惯。本学期结合阅读课，为学生配备了课外阅读书籍，让学生从中积累好词佳句，并对有特点的词句进行归类，及时摘抄在读书笔记本上，先摘抄自己喜欢的句子或故事，然后初步写出自己的感想。</w:t>
      </w:r>
      <w:r>
        <w:rPr>
          <w:lang w:eastAsia="zh-CN"/>
        </w:rPr>
        <w:br/>
      </w:r>
      <w:r>
        <w:rPr>
          <w:lang w:eastAsia="zh-CN"/>
        </w:rPr>
        <w:t>　　10、进行了家庭作业自主学习和作文领域的探索，在学生的自主学习和习作兴趣上取得了一定得效果。</w:t>
      </w:r>
      <w:r>
        <w:rPr>
          <w:lang w:eastAsia="zh-CN"/>
        </w:rPr>
        <w:br/>
      </w:r>
      <w:r>
        <w:rPr>
          <w:lang w:eastAsia="zh-CN"/>
        </w:rPr>
        <w:t>　　针对学生的因材施教、分层教学做得还不够细致，没有达到预期的效果。教学中对学生的学习要求有时比较笼统。对学生的课外阅读指导还不够到位，这就需要在以后的教学中有所侧重。不应过于注重学生读，而应引导学生边读边悟，注重知识的积累，还有学习语文要与学生的生活实际紧密联系起来，充分利用生活中的语文资源，比如电视、报纸、杂志、网络等，学生的自主学习能力还有待于进一步引导和提高，从根本上提高学生的语文素养，让学生真正成为学习的主人，全面提高学生的语文素养。</w:t>
      </w:r>
      <w:r>
        <w:rPr>
          <w:lang w:eastAsia="zh-CN"/>
        </w:rPr>
        <w:br/>
      </w:r>
      <w:r>
        <w:rPr>
          <w:lang w:eastAsia="zh-CN"/>
        </w:rPr>
        <w:t>　　我认为：好的教师就应该多下苦功夫去研究教学教材，多花心思去和孩子们接触，探讨方法。在以后的工作中，努力改掉不足之处，真正和孩子融为一体共同学习，让孩子们感受到学习的乐趣，知道学习的意义，树立远大的抱负，为实现自己的目标而奋斗！</w:t>
      </w:r>
      <w:r>
        <w:rPr>
          <w:lang w:eastAsia="zh-CN"/>
        </w:rPr>
        <w:br/>
      </w:r>
      <w:r>
        <w:rPr>
          <w:lang w:eastAsia="zh-CN"/>
        </w:rPr>
        <w:t xml:space="preserve">    有关四年级语文教学总结汇编 篇3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松坊溪雪景》是西师版四年级下册第二单元的一篇略读课文。这篇课文文情并茂。课文分两个部分，第一部分写雪中松坊溪的美景，一切都披上了雪白的盛装；第二部分写松坊溪雪后的美景，彩色的溪鱼给那银装素裹的世界增添了勃勃的生机。</w:t>
      </w:r>
      <w:r>
        <w:rPr>
          <w:lang w:eastAsia="zh-CN"/>
        </w:rPr>
        <w:br/>
      </w:r>
      <w:r>
        <w:rPr>
          <w:lang w:eastAsia="zh-CN"/>
        </w:rPr>
        <w:t>　　20__年4月，我重新上这篇课文，主要是想通过本篇课文的教学，教给学生一些简单的批注方法，并引导学生在课外阅读时有针对性地给文章作批注。这是我这堂课最重要的一个教学目标，是我根据本班学生的情况和我们几位老师参加的“小学生课外阅读实效性研究”课题情况来确定的。前几年我曾专门细读了西师版教材中的批读文教的批注方法，并做了不成熟的归类总结。从学生方面看，这个班我才接手半年，学生的语文学习习惯比较差，对文本的理解能力也不够强。如果能教会他们作批注的方法，学生在课外阅读时应该会更认真，也更有实效。而《松坊溪雪景》一课，语言优美，结构清晰，很适合我教给学生对写景类文章进行批注的方法。</w:t>
      </w:r>
      <w:r>
        <w:rPr>
          <w:lang w:eastAsia="zh-CN"/>
        </w:rPr>
        <w:br/>
      </w:r>
      <w:r>
        <w:rPr>
          <w:lang w:eastAsia="zh-CN"/>
        </w:rPr>
        <w:t>　　我的这种设计，应该算是一种技能训练课。也就是说，孩子们通过学习，学会某种语文技能。当然，这篇文章的语文味儿也不能丢，因此，引导学生有感情地朗读；鼓励学生展开想象，模仿课文写话，让他们充分感受松坊溪冬天景色的美丽，也是我这节课的教学目标之一。</w:t>
      </w:r>
      <w:r>
        <w:rPr>
          <w:lang w:eastAsia="zh-CN"/>
        </w:rPr>
        <w:br/>
      </w:r>
      <w:r>
        <w:rPr>
          <w:lang w:eastAsia="zh-CN"/>
        </w:rPr>
        <w:t>　　上完课后，我自己颇有收获。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1、次我重新修改了这篇课文的教学设计，让自己总结的批注方法更加准确，经得起别人的推敲。我从预习入手，引导学生了解批注的定义，知道批注大致分为符号式和文字式两大类。我把以前归纳的“抓课题，提问题”这种批注方法改为了“提问”；把“抓修辞，说好处”这种批注方法改成了“赏析语言”……我的设计由易到难，让学生在语文实践中去主动获得知识，因而在课堂上，学生们对这些知识掌握得很快。</w:t>
      </w:r>
      <w:r>
        <w:rPr>
          <w:lang w:eastAsia="zh-CN"/>
        </w:rPr>
        <w:br/>
      </w:r>
      <w:r>
        <w:rPr>
          <w:lang w:eastAsia="zh-CN"/>
        </w:rPr>
        <w:t>　　2、节课体现了学生“由不会到会”的过程，多数学生都学有所获。起初，孩子们在赏析文中优美的语言时，只能找出文中的修辞手法，却不知道还要写出使用这种修辞手法的好处。我就以第一个学生的发言为例，引导学生学习作批注的方法。例如，我展示了柳絮、芦花、蒲公英带绒毛的种子的图片，引导学生体会：“作者为什么要把雪比作柳絮、芦花、蒲公英带绒毛的种子？它们有什么相似之处？”学生结合在一单元所学的有关修辞手法的知识，很快就懂得了作者这样写的好处是“生动形象地写出了雪的白、轻、美”。此时，我马上请他们把这句话补充在自己作的批注旁边，同时，提醒他们回头看看，还有哪些句子也用了修辞手法，自己有没有批注这样写的好处。如果没有写，就立刻补上去。后来，在学生们展示自己对其他句子的批注时，我可以明显看到孩子们的进步。他们的批注都写得比较完整了，可见他们已经掌握了这种批注方法。</w:t>
      </w:r>
      <w:r>
        <w:rPr>
          <w:lang w:eastAsia="zh-CN"/>
        </w:rPr>
        <w:br/>
      </w:r>
      <w:r>
        <w:rPr>
          <w:lang w:eastAsia="zh-CN"/>
        </w:rPr>
        <w:t>　　3、节课极好地培养了学生的想象力和语言表达能力。在学生读了课文中描写大小溪石的这一段时，我出示了图片，让学生们想象，并模仿课文写话：“溪中的大溪石和小溪石都覆盖着白雪了：好像</w:t>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xml:space="preserve"> 。”因为我班的孩子有些胆小，平时思维不算活跃，我担心他们不能积极发言。结果却不是这样的。孩子们纷纷展开了想象的翅膀，有的说：“像一群小白兔在溪边喝水”，有的说：“像一只大海龟在溪边休息”，有的说“像几只洁白的天鹅落在松坊溪上了”……这个环节之所以很出彩，一是课文内容本身写得生动有趣，示范作用好；二是我提供的图片生动形象，能激发学生的想象。</w:t>
      </w:r>
      <w:r>
        <w:rPr>
          <w:lang w:eastAsia="zh-CN"/>
        </w:rPr>
        <w:br/>
      </w:r>
      <w:r>
        <w:rPr>
          <w:lang w:eastAsia="zh-CN"/>
        </w:rPr>
        <w:t xml:space="preserve">    有关四年级语文教学总结汇编 篇4 </w:t>
      </w:r>
      <w:r>
        <w:rPr>
          <w:lang w:eastAsia="zh-CN"/>
        </w:rPr>
        <w:br/>
      </w:r>
      <w:r>
        <w:rPr>
          <w:lang w:eastAsia="zh-CN"/>
        </w:rPr>
        <w:t>　　光阴似箭，一学期的教学工作结束了。这一学期在忙忙碌碌的教学工作中度过，有许多值得总结和反思的地方。现将本学期的教学工作做以小结，以促进提高今后的工作。</w:t>
      </w:r>
      <w:r>
        <w:rPr>
          <w:lang w:eastAsia="zh-CN"/>
        </w:rPr>
        <w:br/>
      </w:r>
      <w:r>
        <w:rPr>
          <w:lang w:eastAsia="zh-CN"/>
        </w:rPr>
        <w:t>　　一、具体工作</w:t>
      </w:r>
      <w:r>
        <w:rPr>
          <w:lang w:eastAsia="zh-CN"/>
        </w:rPr>
        <w:br/>
      </w:r>
      <w:r>
        <w:rPr>
          <w:lang w:eastAsia="zh-CN"/>
        </w:rPr>
        <w:t>　　（一）制定教学计划。</w:t>
      </w:r>
      <w:r>
        <w:rPr>
          <w:lang w:eastAsia="zh-CN"/>
        </w:rPr>
        <w:br/>
      </w:r>
      <w:r>
        <w:rPr>
          <w:lang w:eastAsia="zh-CN"/>
        </w:rPr>
        <w:t>　　开学前根据新课程的要求，以及教材的编写特点，结合本学生的实际情况，制定了一套全面系统的教学计划。教学计划按照学校的统一时间安排，合理设定了教学进度；根据本册教材的训练重点，规定了总的教学目标：培养学生的语言感受能力，形成较高的语言表达能力。学会从内容提要中体会思想，分清文章主次。会听、会说、会写、会阅读。对不同的课文明确了重难点。教学计划使整个学期的语文教学在预定的安排下，有目的、有计划、有针对性地开展工作。</w:t>
      </w:r>
      <w:r>
        <w:rPr>
          <w:lang w:eastAsia="zh-CN"/>
        </w:rPr>
        <w:br/>
      </w:r>
      <w:r>
        <w:rPr>
          <w:lang w:eastAsia="zh-CN"/>
        </w:rPr>
        <w:t>　　（二）精心备课。</w:t>
      </w:r>
      <w:r>
        <w:rPr>
          <w:lang w:eastAsia="zh-CN"/>
        </w:rPr>
        <w:br/>
      </w:r>
      <w:r>
        <w:rPr>
          <w:lang w:eastAsia="zh-CN"/>
        </w:rPr>
        <w:t>　　备课是一个必不可少、十分重要的环节，备学生，又要备教法。每天我都花费大量的时间在备课上，认认真真钻研教材和教法，尤其是实行生本教育以来，在备课上，我认真了解、分析学生的实际情况，具体问题具体分析，尽量做到因材施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（三）针对学生普遍存在的语文方面的弱点重点突破。</w:t>
      </w:r>
      <w:r>
        <w:rPr>
          <w:lang w:eastAsia="zh-CN"/>
        </w:rPr>
        <w:br/>
      </w:r>
      <w:r>
        <w:rPr>
          <w:lang w:eastAsia="zh-CN"/>
        </w:rPr>
        <w:t>　　1、汉语拼音。在教室黑板上，把声母和韵母都抄出来，利用早读，教学生字时等一切可用的时间，进行复习、巩固汉语拼音。</w:t>
      </w:r>
      <w:r>
        <w:rPr>
          <w:lang w:eastAsia="zh-CN"/>
        </w:rPr>
        <w:br/>
      </w:r>
      <w:r>
        <w:rPr>
          <w:lang w:eastAsia="zh-CN"/>
        </w:rPr>
        <w:t>　　2、字词记忆。从开学起，坚持对课文中的生字新词进行读写、听写。</w:t>
      </w:r>
      <w:r>
        <w:rPr>
          <w:lang w:eastAsia="zh-CN"/>
        </w:rPr>
        <w:br/>
      </w:r>
      <w:r>
        <w:rPr>
          <w:lang w:eastAsia="zh-CN"/>
        </w:rPr>
        <w:t>　　3、课文朗读。课堂上用了大量的时间，对学生进行朗读训练与指导。</w:t>
      </w:r>
      <w:r>
        <w:rPr>
          <w:lang w:eastAsia="zh-CN"/>
        </w:rPr>
        <w:br/>
      </w:r>
      <w:r>
        <w:rPr>
          <w:lang w:eastAsia="zh-CN"/>
        </w:rPr>
        <w:t>　　4、阅读。从平时上课到考试，刻意让学生进行阅读的训练，多思考，多解决问题，提高阅读水平。</w:t>
      </w:r>
      <w:r>
        <w:rPr>
          <w:lang w:eastAsia="zh-CN"/>
        </w:rPr>
        <w:br/>
      </w:r>
      <w:r>
        <w:rPr>
          <w:lang w:eastAsia="zh-CN"/>
        </w:rPr>
        <w:t>　　（四）针对差生，我制定了一些具体的计划和目标，对这部分学生进行有计划的.辅导。</w:t>
      </w:r>
      <w:r>
        <w:rPr>
          <w:lang w:eastAsia="zh-CN"/>
        </w:rPr>
        <w:br/>
      </w:r>
      <w:r>
        <w:rPr>
          <w:lang w:eastAsia="zh-CN"/>
        </w:rPr>
        <w:t>　　我把这批学生分为三组：</w:t>
      </w:r>
      <w:r>
        <w:rPr>
          <w:lang w:eastAsia="zh-CN"/>
        </w:rPr>
        <w:br/>
      </w:r>
      <w:r>
        <w:rPr>
          <w:lang w:eastAsia="zh-CN"/>
        </w:rPr>
        <w:t>　　第一组是有能力提高，但平时懒的动脑筋不学的，对这些学生，我采取集体辅导，给他们分配固定任务，不让他们有偷懒的机会，让他们发挥应有的水平；</w:t>
      </w:r>
      <w:r>
        <w:rPr>
          <w:lang w:eastAsia="zh-CN"/>
        </w:rPr>
        <w:br/>
      </w:r>
      <w:r>
        <w:rPr>
          <w:lang w:eastAsia="zh-CN"/>
        </w:rPr>
        <w:t>　　第二组是肯学，但由于能力不强成绩不好的学生，对这些学生要适当引导，耐心教导，慢慢提高他们的成绩，且多鼓励，让他们明白，只要肯努力，成绩就一定会提高；</w:t>
      </w:r>
      <w:r>
        <w:rPr>
          <w:lang w:eastAsia="zh-CN"/>
        </w:rPr>
        <w:br/>
      </w:r>
      <w:r>
        <w:rPr>
          <w:lang w:eastAsia="zh-CN"/>
        </w:rPr>
        <w:t>　　第三组是纪律松散，学习不认真，基础又不好的学生，对这部分学生我采取个别辅导的方法，降低教学要求，重点抓基础知识。我相信，只要坚持辅导，他们肯定会有或多或少的进步。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（五）为了全面提高学生的语文综合素养，采用了一些个性化的方法。</w:t>
      </w:r>
      <w:r>
        <w:rPr>
          <w:lang w:eastAsia="zh-CN"/>
        </w:rPr>
        <w:br/>
      </w:r>
      <w:r>
        <w:rPr>
          <w:lang w:eastAsia="zh-CN"/>
        </w:rPr>
        <w:t>　　1、每位学生都有一本日记。</w:t>
      </w:r>
      <w:r>
        <w:rPr>
          <w:lang w:eastAsia="zh-CN"/>
        </w:rPr>
        <w:br/>
      </w:r>
      <w:r>
        <w:rPr>
          <w:lang w:eastAsia="zh-CN"/>
        </w:rPr>
        <w:t>　　一是将所学课文，课外阅读中看到的优美词句，喜欢的古诗词，名言警句等进行摘抄记录。</w:t>
      </w:r>
      <w:r>
        <w:rPr>
          <w:lang w:eastAsia="zh-CN"/>
        </w:rPr>
        <w:br/>
      </w:r>
      <w:r>
        <w:rPr>
          <w:lang w:eastAsia="zh-CN"/>
        </w:rPr>
        <w:t>　　二是进行每周日记练写。增加了学生语言和习作材料的积累。</w:t>
      </w:r>
      <w:r>
        <w:rPr>
          <w:lang w:eastAsia="zh-CN"/>
        </w:rPr>
        <w:br/>
      </w:r>
      <w:r>
        <w:rPr>
          <w:lang w:eastAsia="zh-CN"/>
        </w:rPr>
        <w:t>　　2、每两周写一篇作文。</w:t>
      </w:r>
      <w:r>
        <w:rPr>
          <w:lang w:eastAsia="zh-CN"/>
        </w:rPr>
        <w:br/>
      </w:r>
      <w:r>
        <w:rPr>
          <w:lang w:eastAsia="zh-CN"/>
        </w:rPr>
        <w:t>　　一般不规定作文内容，进行自由作文。充分激发学生的写作热情，发展学生的创作才能。</w:t>
      </w:r>
      <w:r>
        <w:rPr>
          <w:lang w:eastAsia="zh-CN"/>
        </w:rPr>
        <w:br/>
      </w:r>
      <w:r>
        <w:rPr>
          <w:lang w:eastAsia="zh-CN"/>
        </w:rPr>
        <w:t>　　3、课前朗读古诗词。提高学生对古文化的感悟能力，并进行记忆积累。</w:t>
      </w:r>
      <w:r>
        <w:rPr>
          <w:lang w:eastAsia="zh-CN"/>
        </w:rPr>
        <w:br/>
      </w:r>
      <w:r>
        <w:rPr>
          <w:lang w:eastAsia="zh-CN"/>
        </w:rPr>
        <w:t>　　二、所取成绩。</w:t>
      </w:r>
      <w:r>
        <w:rPr>
          <w:lang w:eastAsia="zh-CN"/>
        </w:rPr>
        <w:br/>
      </w:r>
      <w:r>
        <w:rPr>
          <w:lang w:eastAsia="zh-CN"/>
        </w:rPr>
        <w:t>　　在师生的共同努力下，本学期的语文教学取得了一定的成绩。</w:t>
      </w:r>
      <w:r>
        <w:rPr>
          <w:lang w:eastAsia="zh-CN"/>
        </w:rPr>
        <w:br/>
      </w:r>
      <w:r>
        <w:rPr>
          <w:lang w:eastAsia="zh-CN"/>
        </w:rPr>
        <w:t>　　1、开学前所制定的教学目标大部分已完成。</w:t>
      </w:r>
      <w:r>
        <w:rPr>
          <w:lang w:eastAsia="zh-CN"/>
        </w:rPr>
        <w:br/>
      </w:r>
      <w:r>
        <w:rPr>
          <w:lang w:eastAsia="zh-CN"/>
        </w:rPr>
        <w:t>　　2、学生的语言综合运用能力有所提高。</w:t>
      </w:r>
      <w:r>
        <w:rPr>
          <w:lang w:eastAsia="zh-CN"/>
        </w:rPr>
        <w:br/>
      </w:r>
      <w:r>
        <w:rPr>
          <w:lang w:eastAsia="zh-CN"/>
        </w:rPr>
        <w:t>　　3、学生朗读水平有了显著提高。</w:t>
      </w:r>
      <w:r>
        <w:rPr>
          <w:lang w:eastAsia="zh-CN"/>
        </w:rPr>
        <w:br/>
      </w:r>
      <w:r>
        <w:rPr>
          <w:lang w:eastAsia="zh-CN"/>
        </w:rPr>
        <w:t>　　4、后进生有所转变。</w:t>
      </w:r>
      <w:r>
        <w:rPr>
          <w:lang w:eastAsia="zh-CN"/>
        </w:rPr>
        <w:br/>
      </w:r>
      <w:r>
        <w:rPr>
          <w:lang w:eastAsia="zh-CN"/>
        </w:rPr>
        <w:t>　　三、存在问题。</w:t>
      </w:r>
      <w:r>
        <w:rPr>
          <w:lang w:eastAsia="zh-CN"/>
        </w:rPr>
        <w:br/>
      </w:r>
      <w:r>
        <w:rPr>
          <w:lang w:eastAsia="zh-CN"/>
        </w:rPr>
        <w:t>　　1、培优补差工作由于时间，人数，任务多等主客观原因，开展较少，成效不大。</w:t>
      </w:r>
      <w:r>
        <w:rPr>
          <w:lang w:eastAsia="zh-CN"/>
        </w:rPr>
        <w:br/>
      </w:r>
      <w:r>
        <w:rPr>
          <w:lang w:eastAsia="zh-CN"/>
        </w:rPr>
        <w:t>　　2、没有能全面，多层次提高学生语文水平。</w:t>
      </w:r>
      <w:r>
        <w:rPr>
          <w:lang w:eastAsia="zh-CN"/>
        </w:rPr>
        <w:br/>
      </w:r>
      <w:r>
        <w:rPr>
          <w:lang w:eastAsia="zh-CN"/>
        </w:rPr>
        <w:t>　　四、努力方向与措施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1、进一步加强理论学习，深入推进课程改革，在实践中不断探究、反思、总结。</w:t>
      </w:r>
      <w:r>
        <w:rPr>
          <w:lang w:eastAsia="zh-CN"/>
        </w:rPr>
        <w:br/>
      </w:r>
      <w:r>
        <w:rPr>
          <w:lang w:eastAsia="zh-CN"/>
        </w:rPr>
        <w:t>　　2、是进一步明确阅读教学的中心地位，要切切实实学好基础知识。</w:t>
      </w:r>
      <w:r>
        <w:rPr>
          <w:lang w:eastAsia="zh-CN"/>
        </w:rPr>
        <w:br/>
      </w:r>
      <w:r>
        <w:rPr>
          <w:lang w:eastAsia="zh-CN"/>
        </w:rPr>
        <w:t>　　3、是教学中重视学习方法的指导，特别是写作方法的指导。在今后的教研活动中，进一步通过课题研究，通过专题指导引导教师重视对学生良好学习习惯的培养。</w:t>
      </w:r>
      <w:r>
        <w:rPr>
          <w:lang w:eastAsia="zh-CN"/>
        </w:rPr>
        <w:br/>
      </w:r>
      <w:r>
        <w:rPr>
          <w:lang w:eastAsia="zh-CN"/>
        </w:rPr>
        <w:t>　　4、多与学生家长沟通，配合管好学生。</w:t>
      </w:r>
      <w:r>
        <w:rPr>
          <w:lang w:eastAsia="zh-CN"/>
        </w:rPr>
        <w:br/>
      </w:r>
      <w:r>
        <w:rPr>
          <w:lang w:eastAsia="zh-CN"/>
        </w:rPr>
        <w:t>　　综上所述，在本学期里，不断更新自己的教学理念，严格要求自己，时刻注意汲取他人的长处，弥补自己的不足，认真地做好了教学工作，较好地完成了教学任务。虽然学生的成绩还不是特别理想，但是他们都有了进步，这对我来说，就是最大的欣慰。</w:t>
      </w:r>
      <w:r>
        <w:rPr>
          <w:lang w:eastAsia="zh-CN"/>
        </w:rPr>
        <w:br/>
      </w:r>
      <w:r>
        <w:rPr>
          <w:lang w:eastAsia="zh-CN"/>
        </w:rPr>
        <w:t xml:space="preserve">    有关四年级语文教学总结汇编 篇5 </w:t>
      </w:r>
      <w:r>
        <w:rPr>
          <w:lang w:eastAsia="zh-CN"/>
        </w:rPr>
        <w:br/>
      </w:r>
      <w:r>
        <w:rPr>
          <w:lang w:eastAsia="zh-CN"/>
        </w:rPr>
        <w:t>　　光阴荏苒，秋去冬来，转眼间一学期就过去了。回顾本学期的教学工作，虽觉辛苦，却甚感欣慰。因为我的学生在本学期他们的双基础得很扎实，语文能力有了明显提高。现将本学期的教学工作总结如下。</w:t>
      </w:r>
      <w:r>
        <w:rPr>
          <w:lang w:eastAsia="zh-CN"/>
        </w:rPr>
        <w:br/>
      </w:r>
      <w:r>
        <w:rPr>
          <w:lang w:eastAsia="zh-CN"/>
        </w:rPr>
        <w:t>　　一、加强备课探究，设计有效课堂教案</w:t>
      </w:r>
      <w:r>
        <w:rPr>
          <w:lang w:eastAsia="zh-CN"/>
        </w:rPr>
        <w:br/>
      </w:r>
      <w:r>
        <w:rPr>
          <w:lang w:eastAsia="zh-CN"/>
        </w:rPr>
        <w:t>　　开学初，学校教导处制订了各年级组集体备课计划。根据安排，我组按时到点开展教研活动。针对课题热烈讨论，各抒己见。在发言中，不仅分析教材特点，而且重点交流学生能力水平，探究教学方法，改革课堂教学结构，创设和谐、平等、开放的课堂。</w:t>
      </w:r>
      <w:r>
        <w:rPr>
          <w:lang w:eastAsia="zh-CN"/>
        </w:rPr>
        <w:br/>
      </w:r>
      <w:r>
        <w:rPr>
          <w:lang w:eastAsia="zh-CN"/>
        </w:rPr>
        <w:t>　　二、重视预习指导，培养自学习惯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学习新课之前，我都要布置学生进行预习，以往的预习作业对学习不自觉的学生来说，是可完成可不完成的，因为那时我没有进行检测，使得许多学生钻了空子。本学期我改变了做法，在第一课时，我重在检测学生的预习效果。上课后，我首先出示要求认识的字，开火车轮读，谁读不出来，就说明回家没有好好预习，就要受到批评。此外，我还检测学生对多音字、近反义词的记忆情况，多采用提问的方式。对于要求会写的字，我让学生交流完组词情况后，一般做一个两分钟记字游戏，就是让学生快速记忆字形，然后马上听写，学生挺喜欢这种小游戏的，记字效果也很好。再者，对于内容简单的课文，我主要利用早读检查，采用指名读的方式，有时读一个自然段，有时读几句话。这样在上课的时候，学生有话可说，且乐于各抒己见，滔滔不绝。从此，学生爱上预习，主动预习。</w:t>
      </w:r>
      <w:r>
        <w:rPr>
          <w:lang w:eastAsia="zh-CN"/>
        </w:rPr>
        <w:br/>
      </w:r>
      <w:r>
        <w:rPr>
          <w:lang w:eastAsia="zh-CN"/>
        </w:rPr>
        <w:t>　　三、强化阅读教学，提高理解能力</w:t>
      </w:r>
      <w:r>
        <w:rPr>
          <w:lang w:eastAsia="zh-CN"/>
        </w:rPr>
        <w:br/>
      </w:r>
      <w:r>
        <w:rPr>
          <w:lang w:eastAsia="zh-CN"/>
        </w:rPr>
        <w:t>　　教材的编排有它的特点，每个单元中之首篇课文属精读课文。我都反复研读教材，寻找阅读训练点。如《观潮》一课中第三四段的内容，我采取观看CAI课件与感情阅读相结合，让学生体会感受语句的具体形象以及钱塘江潮来时的壮景，从而理解天下奇观之说。再如《爬山虎的脚》一文，我把握作者叶圣陶先生描写爬山虎的叶子的特点与它爬墙时的情形，指导学生反复地认真地阅读，在读读、想想、说说之中理解作者仔细观察的态度及爬山虎独有的特点。又如《白鹅》这篇课文，我引导学生抓住文章的中心语句反复朗读，因而理解白鹅的高傲在于它的叫声、步态与吃相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四、结合教材特点，训练表达能力</w:t>
      </w:r>
      <w:r>
        <w:rPr>
          <w:lang w:eastAsia="zh-CN"/>
        </w:rPr>
        <w:br/>
      </w:r>
      <w:r>
        <w:rPr>
          <w:lang w:eastAsia="zh-CN"/>
        </w:rPr>
        <w:t>　　有的课文开头和结尾很典型，我就训练学生仿写开头和结尾。如《鸟的天堂》和《爬山虎的脚》等课文是典型写景的文章，开头和结尾很有味儿，我不仅要学生背下来，还要他们进行仿写，尤其要写出景物的特点来。还有文中出现的比喻、拟人、排比等修饰句，我都要精心设计出作业进行训练。这样积累丰富的词汇、句子，为学生作文奠定了扎实的基础。</w:t>
      </w:r>
      <w:r>
        <w:rPr>
          <w:lang w:eastAsia="zh-CN"/>
        </w:rPr>
        <w:br/>
      </w:r>
      <w:r>
        <w:rPr>
          <w:lang w:eastAsia="zh-CN"/>
        </w:rPr>
        <w:t>　　五、加大训练数量，提高作文水平</w:t>
      </w:r>
      <w:r>
        <w:rPr>
          <w:lang w:eastAsia="zh-CN"/>
        </w:rPr>
        <w:br/>
      </w:r>
      <w:r>
        <w:rPr>
          <w:lang w:eastAsia="zh-CN"/>
        </w:rPr>
        <w:t>　　本学期，我一直比较重视训练学生的写作能力一般要求学生能把句子写得完整、通顺。尽可能用上学过的好词，以及用上比喻或拟人的修辞手法。把文章写得比较形象生动。为了达到这一目标，本学期我安排学生每大周练笔两次，练笔形式多样，有时是仿写一个开头或结尾，有时仿写几句话，有时补写课文，对于教材中要求写的作文，每一篇我都用心去指导，在学生写好后，我又认真去批改。对孩子们文章中比较好的句段我都要画上波浪线。批改完作文后，我都利用一节课的时间重点进行讲评。让学生站起来念自己作文中画波浪线部分，感受成功之喜悦;对于作文中普遍存在的问题也认真地进行讲解，让孩子们能针对自己作文中的问题进行再修改，竭力让他们自己改出好文章来。为此，学生在大量的训练中获得了不少经验，不仅有了写作的兴趣，而且作文写得真实、生动起来。</w:t>
      </w:r>
      <w:r>
        <w:rPr>
          <w:lang w:eastAsia="zh-CN"/>
        </w:rPr>
        <w:br/>
      </w:r>
      <w:r>
        <w:rPr>
          <w:lang w:eastAsia="zh-CN"/>
        </w:rPr>
        <w:t>　　六、做好期末复习，巩固所学知识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全册共32篇课文，现即将授完，我将安排两周的时间进行复习。在复习的第一周，我采用两条线同时走的方法进行复习：一条线是我把每个单元的基础知识点打印出来，让学生带回家去复习，第二天我都及时批改出来，在课堂上让学生自己订正;另一条线是让学生也做些综合模拟卷，做到不贪多，目的是训练学生的审题能力，分析能力。在复习的第二周，我仍然是两条线同时走：一条线是重点复习书上的课后习题，语文园地里的练习题;另一条线是分大块复习拼音、词语、句子、阅读、作文，复习时做到精讲精练，以讲促练。这样系统归纳，使学生获得全面巩固与提高</w:t>
      </w:r>
      <w:r>
        <w:rPr>
          <w:lang w:eastAsia="zh-CN"/>
        </w:rPr>
        <w:br/>
      </w:r>
      <w:r>
        <w:rPr>
          <w:lang w:eastAsia="zh-CN"/>
        </w:rPr>
        <w:t>　　本学期中使自己感到遗憾并决心改正的有以下几点。</w:t>
      </w:r>
      <w:r>
        <w:rPr>
          <w:lang w:eastAsia="zh-CN"/>
        </w:rPr>
        <w:br/>
      </w:r>
      <w:r>
        <w:rPr>
          <w:lang w:eastAsia="zh-CN"/>
        </w:rPr>
        <w:t>　　1、少数个别学生的学习习惯比较差，还有待进一步引导改正。如：不能自觉地完成作业，作业中字迹潦草。</w:t>
      </w:r>
      <w:r>
        <w:rPr>
          <w:lang w:eastAsia="zh-CN"/>
        </w:rPr>
        <w:br/>
      </w:r>
      <w:r>
        <w:rPr>
          <w:lang w:eastAsia="zh-CN"/>
        </w:rPr>
        <w:t>　　2、部分学生的阅读能力不够强。以后要多训练，加强阅读方法指导。</w:t>
      </w:r>
      <w:r>
        <w:rPr>
          <w:lang w:eastAsia="zh-CN"/>
        </w:rPr>
        <w:br/>
      </w:r>
      <w:r>
        <w:rPr>
          <w:lang w:eastAsia="zh-CN"/>
        </w:rPr>
        <w:t>　　3、在课改不断深入的今天，而我的课堂有时候死气沉沉的。要努力构建开放性课堂，让语文课堂充满民主、和谐以及师生平等的氛围，使学生真正成为学习的主人，全面提高学生的语文素养。</w:t>
      </w:r>
      <w:r>
        <w:rPr>
          <w:lang w:eastAsia="zh-CN"/>
        </w:rPr>
        <w:br/>
      </w:r>
      <w:r>
        <w:rPr>
          <w:lang w:eastAsia="zh-CN"/>
        </w:rPr>
        <w:t xml:space="preserve">    有关四年级语文教学总结汇编 篇6 </w:t>
      </w:r>
      <w:r>
        <w:rPr>
          <w:lang w:eastAsia="zh-CN"/>
        </w:rPr>
        <w:br/>
      </w:r>
      <w:r>
        <w:rPr>
          <w:lang w:eastAsia="zh-CN"/>
        </w:rPr>
        <w:t>　　本学期，我担任四年级语文教学工作，一学期以来，我本着爱学生的心，怀着高度的责任感，工作上勤勤恳恳，兢兢业业，较顺利地完成了本学期的教学任务。现将本学期语文教学工作总结如下：</w:t>
      </w:r>
      <w:r>
        <w:rPr>
          <w:lang w:eastAsia="zh-CN"/>
        </w:rPr>
        <w:br/>
      </w:r>
      <w:r>
        <w:rPr>
          <w:lang w:eastAsia="zh-CN"/>
        </w:rPr>
        <w:t>　　一、用全新的教育教学理念，改革课堂教学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从参加新教材培训到实施课程改革以来，我反复学习有关的教育教学理论，深刻领会新课标精神，认真反思自身教学实际，研究学生，探究教法，逐步树立起以学生的终身发展为目的的教学思想，树立起以教师为主导学生为主体的新的教学理念，在教学实践中积极探索焕发语文课堂活力，有助于学生能力提高与发展的语文课堂教学的新思路、新模式启发思维，训练方法为主的自读课文阅读方法、以感知——探究——反思——延伸为主线的重点篇目学习法、以合作——探究——创造——创新为核心的语文活动课等，收到了一定的教学效果。</w:t>
      </w:r>
      <w:r>
        <w:rPr>
          <w:lang w:eastAsia="zh-CN"/>
        </w:rPr>
        <w:br/>
      </w:r>
      <w:r>
        <w:rPr>
          <w:lang w:eastAsia="zh-CN"/>
        </w:rPr>
        <w:t>　　二、用生动灵活的教学方式，焕发课堂活力</w:t>
      </w:r>
      <w:r>
        <w:rPr>
          <w:lang w:eastAsia="zh-CN"/>
        </w:rPr>
        <w:br/>
      </w:r>
      <w:r>
        <w:rPr>
          <w:lang w:eastAsia="zh-CN"/>
        </w:rPr>
        <w:t>　　新课标要求我们建立以自主、合作、探究为主的教学模式，激活学生好奇心，探究欲，培养学生主动思考、质疑、求索以及善于捕捉新信息的能力，并把这种能力的培养定为课堂教学的终极目的。为此，我仔细研究教育心理，准确把握学生的心理特征和思维特点，积极探索有利于激发兴趣、激活思维、激励探讨的课堂教学方法。例如在处理每单元的重点课文时，我们始终采用整体感知——合作探究——反思质疑——拓展延伸的教学模式，根据不同内容精心设计问题，组织课堂教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这样教学，课堂上感受到的是一种亲切、和谐、活跃的气氛。教师已成为学生的亲密朋友，教室也转变成为学生的学堂，学生再也不是僵化呆板、默默无闻的模范听众。他们的个性得到充分的展现与培养：或质疑问难，或浮想联翩，或组间交流，或挑战权威。师生互动，生生互动，组际互动，环境互动，在有限的时间内，每一位学生都得到了较为充分的锻炼和表现的机会。教室中再没有阴暗冰冷的“死角”，课堂上充满着流动的阳光，平等、和谐与交流共存，发现、挑战与沉思同在。活跃的思维，频动的闪光点，让学生成为课堂上真正的主人。教师的授课既源于教材，又不唯教材。师生的情感与个性融在其中，现实的生活进入课堂，学生在互动中求知，在活动中探索，既轻松地掌握了知识，又潜移默化地培养了能力。学生的整体素质有了质的提高，语文课堂真正焕发出它应有的活力。</w:t>
      </w:r>
      <w:r>
        <w:rPr>
          <w:lang w:eastAsia="zh-CN"/>
        </w:rPr>
        <w:br/>
      </w:r>
      <w:r>
        <w:rPr>
          <w:lang w:eastAsia="zh-CN"/>
        </w:rPr>
        <w:t>　　三、用先进的教学手段，提高学习效率</w:t>
      </w:r>
      <w:r>
        <w:rPr>
          <w:lang w:eastAsia="zh-CN"/>
        </w:rPr>
        <w:br/>
      </w:r>
      <w:r>
        <w:rPr>
          <w:lang w:eastAsia="zh-CN"/>
        </w:rPr>
        <w:t>　　教学中，我一改过去课堂上过于注重知识传授，内容上过于注重书本知识，结构上过于强调学科本位，实施中过于强调接受学习，死记硬背，机械训练等状况，仔细研究教材内容，精心设计教学环节，将学生从原有的课堂圈子中“解放”出来，调动学生充分利用信息课上的网络资源，使他们能够在自主探究与交流的过程中，不断挑战自我，扩展创造性思维。并使学生的理解能力一下子突飞猛进。情感调动也特别到位。学习效率自然而然就提高了。</w:t>
      </w:r>
      <w:r>
        <w:rPr>
          <w:lang w:eastAsia="zh-CN"/>
        </w:rPr>
        <w:br/>
      </w:r>
      <w:r>
        <w:rPr>
          <w:lang w:eastAsia="zh-CN"/>
        </w:rPr>
        <w:t>　　四、用扎实多样的训练，培养学生的语文实践能力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授之以鱼，仅供一饭之需;授之以渔，则终身受用无穷”。教育的意旨并非知识的累积，而是心智上的能力的发育。学生在学校的时间是有限的，所学的知识也受时代的局限，他们要在未来有所作为，要在未来跟上时代，就一定要不断地学习，终身学习，去吸收新东西，更新知识结构。可见，方法的确比知识更为重要，教授方法才是教学的根本。那么，学生对于传授的方法是否能够灵活运用，对与才小学四年级的学生而言，则需要一个较长时间的反复的训练过程。</w:t>
      </w:r>
      <w:r>
        <w:rPr>
          <w:lang w:eastAsia="zh-CN"/>
        </w:rPr>
        <w:br/>
      </w:r>
      <w:r>
        <w:rPr>
          <w:lang w:eastAsia="zh-CN"/>
        </w:rPr>
        <w:t>　　为此，我针对不同的知识版块，采取不同的训练方法：夯实基础――字词、背诵紧抓不放;扩大积累――课外阅读每日一段，读书笔记(摘记)天天都写;训练能力――阅读理解，从总体方法到解题技巧，系统指导，反复锤炼;作文训练――循序渐进，小作文依课文内容随堂布置，借“题”发挥，大作文紧扣课标和高考方向力求既有章法，又有创新，鼓励学生放飞思想，大胆发挥。</w:t>
      </w:r>
      <w:r>
        <w:rPr>
          <w:lang w:eastAsia="zh-CN"/>
        </w:rPr>
        <w:br/>
      </w:r>
      <w:r>
        <w:rPr>
          <w:lang w:eastAsia="zh-CN"/>
        </w:rPr>
        <w:t>　　教学有法，教无定法，从基础入手到提高能力直至学以致用，生动、活泼，扎实、系统，有序、有恒的训练，使学生在不同内容和方法的相互交叉、渗透和整合中开阔了视野，提高了学习效率，初步获得了一些基本的语文实践能力。</w:t>
      </w:r>
      <w:r>
        <w:rPr>
          <w:lang w:eastAsia="zh-CN"/>
        </w:rPr>
        <w:br/>
      </w:r>
      <w:r>
        <w:rPr>
          <w:lang w:eastAsia="zh-CN"/>
        </w:rPr>
        <w:t xml:space="preserve">    有关四年级语文教学总结汇编 篇7 </w:t>
      </w:r>
      <w:r>
        <w:rPr>
          <w:lang w:eastAsia="zh-CN"/>
        </w:rPr>
        <w:br/>
      </w:r>
      <w:r>
        <w:rPr>
          <w:lang w:eastAsia="zh-CN"/>
        </w:rPr>
        <w:t>　　本学期，我担任四年级（2）班语文教学工作，工作中，我本着爱学生的态度，怀着高度的责任感，工作上勤勤恳恳，兢兢业业，较顺利地完成了本学期的教学任务。为了能从本学期的教学工作中总结经验，吸取教训，也为了使自己的教学水平有所提高，在此，特对本学期的教学工作做一个全面的、系统的总结：</w:t>
      </w:r>
      <w:r>
        <w:rPr>
          <w:lang w:eastAsia="zh-CN"/>
        </w:rPr>
        <w:br/>
      </w:r>
      <w:r>
        <w:rPr>
          <w:lang w:eastAsia="zh-CN"/>
        </w:rPr>
        <w:t>　　一、依据学情、生情现状，全面系统地制订教学计划。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教学计划按照学校的统一时间安排，合理设定了教学进度。根据本册教材的训练重点，规定了总的教学目标、教学计划，使整个学期的教学在预定的安排下，有目的、有计划、有针对性地开展工作。</w:t>
      </w:r>
      <w:r>
        <w:rPr>
          <w:lang w:eastAsia="zh-CN"/>
        </w:rPr>
        <w:br/>
      </w:r>
      <w:r>
        <w:rPr>
          <w:lang w:eastAsia="zh-CN"/>
        </w:rPr>
        <w:t>　　二、“抓两头，带中间”，注重学生整体发展。</w:t>
      </w:r>
      <w:r>
        <w:rPr>
          <w:lang w:eastAsia="zh-CN"/>
        </w:rPr>
        <w:br/>
      </w:r>
      <w:r>
        <w:rPr>
          <w:lang w:eastAsia="zh-CN"/>
        </w:rPr>
        <w:t>　　在教学中，注重培养优等生，同时，还在班级里开展“一帮一”的活动帮助学困生。这当然离不开班里的小干部，对于背诵课文等基础作业，实行优帮差，小干部及时检查自己的帮扶对象，使其在复习期间能迎头赶上。在课上注意激励学困生，帮助他们树立信心，多给他们创造表现机会，以此激起他们的学习兴趣。同时做好家访工作，及时与家长联系，取得家长的支持，家校合力共同提高教学质量。</w:t>
      </w:r>
      <w:r>
        <w:rPr>
          <w:lang w:eastAsia="zh-CN"/>
        </w:rPr>
        <w:br/>
      </w:r>
      <w:r>
        <w:rPr>
          <w:lang w:eastAsia="zh-CN"/>
        </w:rPr>
        <w:t>　　三、培养阅读兴趣，掌握阅读方法。</w:t>
      </w:r>
      <w:r>
        <w:rPr>
          <w:lang w:eastAsia="zh-CN"/>
        </w:rPr>
        <w:br/>
      </w:r>
      <w:r>
        <w:rPr>
          <w:lang w:eastAsia="zh-CN"/>
        </w:rPr>
        <w:t>　　本学期，还注重培养学生良好的阅读课外书籍的习惯，为提高学生的写作能力打好基础。我让学生自己准备一个摘抄本，在课外阅读时积累好词佳句，并对有特点的词句进行归类，及时摘抄。</w:t>
      </w:r>
      <w:r>
        <w:rPr>
          <w:lang w:eastAsia="zh-CN"/>
        </w:rPr>
        <w:br/>
      </w:r>
      <w:r>
        <w:rPr>
          <w:lang w:eastAsia="zh-CN"/>
        </w:rPr>
        <w:t>　　四、以写字为突破口，使学生形成正确的学习态度。</w:t>
      </w:r>
      <w:r>
        <w:rPr>
          <w:lang w:eastAsia="zh-CN"/>
        </w:rPr>
        <w:br/>
      </w:r>
      <w:r>
        <w:rPr>
          <w:lang w:eastAsia="zh-CN"/>
        </w:rPr>
        <w:t>　　本学期我还着重培养学生的书写规范的意识。写好汉字不但可以陶冶学生的思想情感，提高学生的审美能力，增强学生对祖国语言文字的热爱和对中华璀璨文化艺术的理解能力，而且有利于培养学生学习的恒心和毅力，增强学生做人做事的责任感，提高学生的整体素养。经过一学期的良好书写教学和训练，现在，绝大多数学生已经能自觉工整规范的书写，高质量地完成各科作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五、扎实做好教学工作的备课、上课、作业、辅导等环节，切实提高学生学习成绩。</w:t>
      </w:r>
      <w:r>
        <w:rPr>
          <w:lang w:eastAsia="zh-CN"/>
        </w:rPr>
        <w:br/>
      </w:r>
      <w:r>
        <w:rPr>
          <w:lang w:eastAsia="zh-CN"/>
        </w:rPr>
        <w:t>　　认真备课，钻研教材、教参，做到心中有数，掌握每一部分知识在单元中，在整册书中的地位、作用，思考老师怎样教、学生怎样学，学生将会产生什么疑难，该怎样解决。在备课本中体现教师的引导，学生的主动学习过程，充分理解课后习题的作用，设计好练习。针对学生作业我一般选择面批，不同的练习错误，个别指出，集体订正共性问题。批改作业时，对于简单的问题我就点出错题，不指明错处，让学生自己查找错误，增强学生的分析能力。</w:t>
      </w:r>
      <w:r>
        <w:rPr>
          <w:lang w:eastAsia="zh-CN"/>
        </w:rPr>
        <w:br/>
      </w:r>
      <w:r>
        <w:rPr>
          <w:lang w:eastAsia="zh-CN"/>
        </w:rPr>
        <w:t>　　学生改正之后，及时予以鼓励。在教学中我还注意坚持正确的教育思想，树立与素质教育相适应的教学观念，紧紧围绕学生的探索与创新活动展开，呈现出“乐、实、活、新”的教学情境。</w:t>
      </w:r>
      <w:r>
        <w:rPr>
          <w:lang w:eastAsia="zh-CN"/>
        </w:rPr>
        <w:br/>
      </w:r>
      <w:r>
        <w:rPr>
          <w:lang w:eastAsia="zh-CN"/>
        </w:rPr>
        <w:t>　　一学期紧张的工作结束了，在今后的工作中，我将更严格要求自己，努力工作，发扬成绩，改正缺点，开拓前进，为学生的科学成长尽自己应尽的责任。</w:t>
      </w:r>
      <w:r>
        <w:rPr>
          <w:lang w:eastAsia="zh-CN"/>
        </w:rPr>
        <w:br/>
      </w:r>
      <w:r>
        <w:rPr>
          <w:lang w:eastAsia="zh-CN"/>
        </w:rPr>
        <w:t xml:space="preserve">    有关四年级语文教学总结汇编 篇8 </w:t>
      </w:r>
      <w:r>
        <w:rPr>
          <w:lang w:eastAsia="zh-CN"/>
        </w:rPr>
        <w:br/>
      </w:r>
      <w:r>
        <w:rPr>
          <w:lang w:eastAsia="zh-CN"/>
        </w:rPr>
        <w:t>　　转眼间，一学期工作已经结束，我四年级的语文教学工作也暂告一段落。现将这一学期四年级的语文教学工作总结如下：</w:t>
      </w:r>
      <w:r>
        <w:rPr>
          <w:lang w:eastAsia="zh-CN"/>
        </w:rPr>
        <w:br/>
      </w:r>
      <w:r>
        <w:rPr>
          <w:lang w:eastAsia="zh-CN"/>
        </w:rPr>
        <w:t>　　一：基本情况分析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经过四年的学习强化与教育指导，四年级的绝大部分同学各项行为习惯已形成，大部分同学对语文学习有浓厚的兴趣，形成了学习语文的良好氛围。但仍有个别学生因基础差，与班级队伍有一定的差距，希望通过复习能尽量缩小差距，使班级总体成绩上一个新台阶。</w:t>
      </w:r>
      <w:r>
        <w:rPr>
          <w:lang w:eastAsia="zh-CN"/>
        </w:rPr>
        <w:br/>
      </w:r>
      <w:r>
        <w:rPr>
          <w:lang w:eastAsia="zh-CN"/>
        </w:rPr>
        <w:t>　　二：激发学生学习兴趣，提高学生语文素养</w:t>
      </w:r>
      <w:r>
        <w:rPr>
          <w:lang w:eastAsia="zh-CN"/>
        </w:rPr>
        <w:br/>
      </w:r>
      <w:r>
        <w:rPr>
          <w:lang w:eastAsia="zh-CN"/>
        </w:rPr>
        <w:t>　　语文是一门充满思想、充满人文精神、充满智慧的学科。在新课改的大背景中，学生的自主学习，培养学生的创新能力，已成为教师关注的热点，讨论、交流、探究等学习方式已成为课堂的主流。我在语文课堂教学中，力求做到让学生变得鲜活，让学生学得兴致盎然，使学生在语文学习中享受学习的乐趣，从而发展学生的语文素养。</w:t>
      </w:r>
      <w:r>
        <w:rPr>
          <w:lang w:eastAsia="zh-CN"/>
        </w:rPr>
        <w:br/>
      </w:r>
      <w:r>
        <w:rPr>
          <w:lang w:eastAsia="zh-CN"/>
        </w:rPr>
        <w:t>　　三：重视朗读品评感悟，让课堂教学“活”起来。</w:t>
      </w:r>
      <w:r>
        <w:rPr>
          <w:lang w:eastAsia="zh-CN"/>
        </w:rPr>
        <w:br/>
      </w:r>
      <w:r>
        <w:rPr>
          <w:lang w:eastAsia="zh-CN"/>
        </w:rPr>
        <w:t>　　小学语文课本中的每一篇课文都是文质兼美的佳作，其语境描述的美妙，语言运用的精妙，思想表达的深邃，见解阐述的独到，都是引导学生感悟的重要内容。而由于课堂教学时间的有限，课文中的精彩之处没有可能引导学生一一感悟。为了给学生留下整体印象，我们可以在阅读中抓重点，引导学生对语言文字反复诵读，以悟出语言丰富的形象内涵，意义内涵，情感内涵。同时，让学生在感悟的基础上，引导学生居高临下地对课文进行品评，在品评中深化理解，升华认识，填补空白。</w:t>
      </w:r>
      <w:r>
        <w:rPr>
          <w:lang w:eastAsia="zh-CN"/>
        </w:rPr>
        <w:br/>
      </w:r>
      <w:r>
        <w:rPr>
          <w:lang w:eastAsia="zh-CN"/>
        </w:rPr>
        <w:t>　　四：注重课内外结合。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美国的一位教育家指出：“课堂的外延与课外的外延相等。以课堂学习为核心，能动地向学生的'学校生活、家庭生活、社会生活等各个生活领域自然延伸和拓展，使课堂训练与课外行为训练形成有序、有趣、有力、有效的结合，取得语文教学的整体效益。”在课程改革实践中，我把语文教学的触角伸向了广阔的天地。通过这些收集与阅读，为深入理解课文内容奠定了基础。其次，重视丰富多彩的语文实践活动。此外，注意学科间的整合。让学生从不同角度，采用不同的途径获得知识，培养能力。本学期我虽然尽了自己的责任和能力去完成了教学工作任务，也取得了一定的成绩，但预期的要求尚差甚远，今后我将继续加倍地努力工作，为全面提高学生的语文成绩而努力奋斗！</w:t>
      </w:r>
      <w:r>
        <w:rPr>
          <w:lang w:eastAsia="zh-CN"/>
        </w:rPr>
        <w:br/>
      </w:r>
      <w:r>
        <w:rPr>
          <w:lang w:eastAsia="zh-CN"/>
        </w:rPr>
        <w:t xml:space="preserve">    有关四年级语文教学总结汇编 篇9 </w:t>
      </w:r>
      <w:r>
        <w:rPr>
          <w:lang w:eastAsia="zh-CN"/>
        </w:rPr>
        <w:br/>
      </w:r>
      <w:r>
        <w:rPr>
          <w:lang w:eastAsia="zh-CN"/>
        </w:rPr>
        <w:t>　　一个学期又过去了，时光太匆匆。在这个学期里，我担任四年级的语文教学工作，在教学中，我依据新课程标准的指导思想，认真落实课程标准，抓好教学常规工作，圆满完成了教学任务。为了能从本学期的教学工作中总结经验，吸取教训，也为了使自己的教学水平有所提高，在此，特对本学期的语文教学工作做一个全面的、系统的回顾总结：</w:t>
      </w:r>
      <w:r>
        <w:rPr>
          <w:lang w:eastAsia="zh-CN"/>
        </w:rPr>
        <w:br/>
      </w:r>
      <w:r>
        <w:rPr>
          <w:lang w:eastAsia="zh-CN"/>
        </w:rPr>
        <w:t>　　一、基本情况分析：</w:t>
      </w:r>
      <w:r>
        <w:rPr>
          <w:lang w:eastAsia="zh-CN"/>
        </w:rPr>
        <w:br/>
      </w:r>
      <w:r>
        <w:rPr>
          <w:lang w:eastAsia="zh-CN"/>
        </w:rPr>
        <w:t>　　经过四年的学习强化与教育指导，本班绝大部分同学的各项行为习惯已形成，大部分同学对语文学习有浓厚的兴趣，形成了学习语文的良好氛围。但仍有个别学生因基础差，与班级队伍有一定的差距，希望下学期能通过各种方法尽量缩小差距，使班级总体成绩上一个新台阶。</w:t>
      </w:r>
      <w:r>
        <w:rPr>
          <w:lang w:eastAsia="zh-CN"/>
        </w:rPr>
        <w:br/>
      </w:r>
      <w:r>
        <w:rPr>
          <w:lang w:eastAsia="zh-CN"/>
        </w:rPr>
        <w:t>　　二、教学所达到的目标以及采取的措施：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1、培养学生良好的学习习惯。针对学生的实际情况和好胜心强的特点，实行全班竞争机制，评选出学习认真的好学生，奖以各种贴纸，以此促进学生自觉的学习，逐渐养成良好的学习习惯。每天在早读时间里，安排两位学生当“小老师”负责早读情况。一位安排读的内容，一位边读边在下面转着看，以免有些学生开小差。以此培养学生的组织能力和朗读能力。经过自己的不断努力，学生朗读能力提高了，课文读熟了，上课的热情高涨了，同时也锻炼了学生的自我组织能力。</w:t>
      </w:r>
      <w:r>
        <w:rPr>
          <w:lang w:eastAsia="zh-CN"/>
        </w:rPr>
        <w:br/>
      </w:r>
      <w:r>
        <w:rPr>
          <w:lang w:eastAsia="zh-CN"/>
        </w:rPr>
        <w:t>　　2、规范学生的书写习惯，提高书写质量。发作业本时强调：表扬优秀的、有进步的，鼓励作业差的学生向优秀学生学习。这样，学生慢慢的开始对比了，开始竞争了，对老师作业上的批语重视了，书写习惯也逐步向好的方向发展了。</w:t>
      </w:r>
      <w:r>
        <w:rPr>
          <w:lang w:eastAsia="zh-CN"/>
        </w:rPr>
        <w:br/>
      </w:r>
      <w:r>
        <w:rPr>
          <w:lang w:eastAsia="zh-CN"/>
        </w:rPr>
        <w:t>　　3、正确指导学生理解和运用祖国语言丰富语言的积累，使他们具有初步的听写读说能力，养成良好的学习习惯。在教学过程中，使学生受到爱国主义教育，培养学生的创造力，爱美情趣，发展健康个性，养成良好的意志品质。上好每一堂课，注重发挥学生的主体作用，充分利用各种辅助设施调动学生的积极性，使学生积极主动地参与到课堂教学中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4、根据学生实际，取长补短，灵活运用。加强预习的指导与检查，每课在指导预习上，从课文的朗读、字词、预习提纲、预习问题的训练入手，把预习的方法教给学生。逐步让学生掌握自主预习。根据学生的质疑，调整教学设计，加强教学的针对性，要使学生通过不断地预习，逐步培养自学能力，养成良好的学习习惯。教师要转变角色，由单一的传统知识变为教学活动的组织者，引导学生进行自主性学习和探究性学习，由知识教学变为能力的培养。逐步训练学生的自主学习能力，有了一定的进展。</w:t>
      </w:r>
      <w:r>
        <w:rPr>
          <w:lang w:eastAsia="zh-CN"/>
        </w:rPr>
        <w:br/>
      </w:r>
      <w:r>
        <w:rPr>
          <w:lang w:eastAsia="zh-CN"/>
        </w:rPr>
        <w:t>　　5、在阅读教学中,把读书的时间还给学生，充分信任学生能读懂课文，让学生在自主的阅读实践中学会读书。引导学生把自己当作课文中的人物去感受，去体验，去思考，引导学生入境入情地读,在读中感悟理解。</w:t>
      </w:r>
      <w:r>
        <w:rPr>
          <w:lang w:eastAsia="zh-CN"/>
        </w:rPr>
        <w:br/>
      </w:r>
      <w:r>
        <w:rPr>
          <w:lang w:eastAsia="zh-CN"/>
        </w:rPr>
        <w:t>　　6、以学定教，顺学而导，精心组织教学活动。充分发挥了学生的积极性和主动性，让学生通过自主学习，理解课文思想内容，并在自学实践中逐步提高了理解能力。</w:t>
      </w:r>
      <w:r>
        <w:rPr>
          <w:lang w:eastAsia="zh-CN"/>
        </w:rPr>
        <w:br/>
      </w:r>
      <w:r>
        <w:rPr>
          <w:lang w:eastAsia="zh-CN"/>
        </w:rPr>
        <w:t>　　7、重视培养习作兴趣，使学生乐于表达。加强习作与阅读、口语交际、综合性学习的联系，重视习作中学生之间的合作与交流。给学生提供展示写作才能的机会，提高了学生的习作水平。</w:t>
      </w:r>
      <w:r>
        <w:rPr>
          <w:lang w:eastAsia="zh-CN"/>
        </w:rPr>
        <w:br/>
      </w:r>
      <w:r>
        <w:rPr>
          <w:lang w:eastAsia="zh-CN"/>
        </w:rPr>
        <w:t>　　8、培养学生良好的阅读课外书籍的习惯。本学期结合阅读课，为学生配备了课外阅读书籍，让学生从中积累好词佳句，并对有特点的词句进行归类，及时摘抄在读书笔记本上，先摘抄自己喜欢的句子或故事，然后初步写出自己的感想。</w:t>
      </w:r>
      <w:r>
        <w:rPr>
          <w:lang w:eastAsia="zh-CN"/>
        </w:rPr>
        <w:br/>
      </w:r>
      <w:r>
        <w:rPr>
          <w:lang w:eastAsia="zh-CN"/>
        </w:rPr>
        <w:t>　　三、存在的问题以及今后的措施：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针对学生的因材施教、分层教学做得还不够细致，没有达到预期的效果。教学中对学生的学习要求有时比较笼统。对学生的课外阅读指导还不够到位，这就需要在以后的教学中有所侧重。不应过于注重学生读，而应引导学生边读边悟，注重知识的积累，还有学习语文要与学生的生活实际紧密联系起来，充分利用生活中的语文资源，学生的自主学习能力还有待于进一步引导和提高，从根本上提高学生的语文素养，让学生真正成为学习的主人，全面提高学生的语文素养。</w:t>
      </w:r>
      <w:r>
        <w:rPr>
          <w:lang w:eastAsia="zh-CN"/>
        </w:rPr>
        <w:br/>
      </w:r>
      <w:r>
        <w:rPr>
          <w:lang w:eastAsia="zh-CN"/>
        </w:rPr>
        <w:t>　　“一份耕耘，一份收获”。好的教师就应该多下苦功夫去研究教学教材，多花心思去和孩子们接触，探讨方法。在以后的工作中，努力改掉不足之处，真正和孩子融为一体共同学习，让孩子们感受到学习的乐趣，知道学习的意义，树立远大的抱负，为实现自己的目标而奋斗!</w:t>
      </w:r>
      <w:r>
        <w:rPr>
          <w:lang w:eastAsia="zh-CN"/>
        </w:rPr>
        <w:br/>
      </w:r>
      <w:r>
        <w:rPr>
          <w:lang w:eastAsia="zh-CN"/>
        </w:rPr>
        <w:t xml:space="preserve">    有关四年级语文教学总结汇编 篇10 </w:t>
      </w:r>
      <w:r>
        <w:rPr>
          <w:lang w:eastAsia="zh-CN"/>
        </w:rPr>
        <w:br/>
      </w:r>
      <w:r>
        <w:rPr>
          <w:lang w:eastAsia="zh-CN"/>
        </w:rPr>
        <w:t>　　本学期我担任四年级的语文教学，回顾这一学期，既忙碌，又充实，有许多值得总结和反思的地方。现将本学年的工作做一个小结，借以促进提高。</w:t>
      </w:r>
      <w:r>
        <w:rPr>
          <w:lang w:eastAsia="zh-CN"/>
        </w:rPr>
        <w:br/>
      </w:r>
      <w:r>
        <w:rPr>
          <w:lang w:eastAsia="zh-CN"/>
        </w:rPr>
        <w:t>　　一、了解班级语文水平的实际情况。</w:t>
      </w:r>
      <w:r>
        <w:rPr>
          <w:lang w:eastAsia="zh-CN"/>
        </w:rPr>
        <w:br/>
      </w:r>
      <w:r>
        <w:rPr>
          <w:lang w:eastAsia="zh-CN"/>
        </w:rPr>
        <w:t>　　教学就是教与学，两者是相互联系，不可分割的，有教者就必然有学者。一方面，农村的孩子听、说的能力相对较弱，语文语感教学的功能相对要难得多。因此，讲得太深，没有照顾到整体，我备课时也没有注意到这点，因此教学效果不如理想。从此可以看出，了解及分析学生实际情况，实事求是，具体问题具体分析，做到因材施教，对授课效果有直接影响。</w:t>
      </w:r>
      <w:r>
        <w:rPr>
          <w:lang w:eastAsia="zh-CN"/>
        </w:rPr>
        <w:br/>
      </w:r>
      <w:r>
        <w:rPr>
          <w:lang w:eastAsia="zh-CN"/>
        </w:rPr>
        <w:t>　　二、重视朗读品评感悟，让课堂教学“活”起来。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苏教版小学语文课本中的每一篇课文都是文质兼美的佳作，其语境描述的美妙，语言运用的精妙，思想表达的深邃，见解阐述的独到，都是引导学生感悟的重要内容。而由于课堂教学时间的有限，课文中的精彩之处没有可能引导学生一一感悟。为了使这些精彩给学生留下整体印象，我们可以在阅读中抓重点，引导学生对语言文字反复诵读，以悟出语言丰富的形象内涵，意义内涵，情感内涵。同时，让学生在感悟的基础上，引导学生居高临下地对课文进行品评，在品评中深化理解，升华认识，填补空白。</w:t>
      </w:r>
      <w:r>
        <w:rPr>
          <w:lang w:eastAsia="zh-CN"/>
        </w:rPr>
        <w:br/>
      </w:r>
      <w:r>
        <w:rPr>
          <w:lang w:eastAsia="zh-CN"/>
        </w:rPr>
        <w:t>　　三、重知识迁移 重课内外结合</w:t>
      </w:r>
      <w:r>
        <w:rPr>
          <w:lang w:eastAsia="zh-CN"/>
        </w:rPr>
        <w:br/>
      </w:r>
      <w:r>
        <w:rPr>
          <w:lang w:eastAsia="zh-CN"/>
        </w:rPr>
        <w:t>　　以课堂学习为核心，能动地向学生的学校生活、家庭生活、社会</w:t>
      </w:r>
      <w:r>
        <w:rPr>
          <w:lang w:eastAsia="zh-CN"/>
        </w:rPr>
        <w:br/>
      </w:r>
      <w:r>
        <w:rPr>
          <w:lang w:eastAsia="zh-CN"/>
        </w:rPr>
        <w:t>　　生活等各个生活领域自然延伸和拓展，使课堂训练与课外行为训练形成有序、有趣、有力、有效的结合，取得语文教学的整体效益。有意让学生将课外学到的词语迁移到课堂学习中来，进行展示、交流，这是激发学生课外阅读兴趣的重要方法。也会大大激发学生在平时学习中养成随时积累的好习惯！让学生阅读大量的课外书；通过这些收集与阅读，为深入理解课文内容奠定了基础。为此我还特意和同学上了一堂语文综合实践活动课，让学生爱阅读、会阅读 ，在阅读中丰富知识。</w:t>
      </w:r>
      <w:r>
        <w:rPr>
          <w:lang w:eastAsia="zh-CN"/>
        </w:rPr>
        <w:br/>
      </w:r>
      <w:r>
        <w:rPr>
          <w:lang w:eastAsia="zh-CN"/>
        </w:rPr>
        <w:t>　　以上就是我在本学期的教学工作总结。由于经验颇浅，许多地方存在不足，希望在未来的日子里，能继续努力，提高教学质量，创造出更好的成绩。</w:t>
      </w:r>
      <w:r>
        <w:rPr>
          <w:lang w:eastAsia="zh-CN"/>
        </w:rPr>
        <w:br/>
      </w:r>
      <w:r>
        <w:rPr>
          <w:lang w:eastAsia="zh-CN"/>
        </w:rPr>
        <w:t xml:space="preserve">    有关四年级语文教学总结汇编 篇11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光阴荏苒，一个学期不知不觉就结束了，可以说，这个学期过得既紧张又充实，因为进行了一场全新的课堂教学改革——那就是运用杜郎口的教学模式来上课，这完全不同于以往的教学模式，让我们从最初的困惑到渐渐的适应。经过一学期来的教学改革，我有了以下一些认识：</w:t>
      </w:r>
      <w:r>
        <w:rPr>
          <w:lang w:eastAsia="zh-CN"/>
        </w:rPr>
        <w:br/>
      </w:r>
      <w:r>
        <w:rPr>
          <w:lang w:eastAsia="zh-CN"/>
        </w:rPr>
        <w:t>　　一、在教学中真正做到“解放”学生</w:t>
      </w:r>
      <w:r>
        <w:rPr>
          <w:lang w:eastAsia="zh-CN"/>
        </w:rPr>
        <w:br/>
      </w:r>
      <w:r>
        <w:rPr>
          <w:lang w:eastAsia="zh-CN"/>
        </w:rPr>
        <w:t>　　在我们的教学中，我们也知道了学生在课堂中的重要性，也知道要放手学生，可没做到真正的“解放”学生，我们认为只有通过自己的反复讲述，学生才可能理解，学生只有通过大量习题的练习才能真正掌握。而杜郎口教学采取“10+30”的模式，一节课40分钟，教师只有10分钟时间，而30分钟完全交给学生来支配。这样，教师在课堂上不是想到自己该教些什么，而是想办法引领学生自主学习，为学生的教而教。真正做到了把课堂交给学生，突出了学生的主体地位，让学生在课堂上能尽情的展示自我，在快乐中学习，在学习中体现自己生命的价值。</w:t>
      </w:r>
      <w:r>
        <w:rPr>
          <w:lang w:eastAsia="zh-CN"/>
        </w:rPr>
        <w:br/>
      </w:r>
      <w:r>
        <w:rPr>
          <w:lang w:eastAsia="zh-CN"/>
        </w:rPr>
        <w:t>　　二、发挥小组合作的作用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在我们的教学中也有很多地方用到小组合作，通过小组学习来解决某一个问题，但很多时候，都是在教师的指导下、控制下进行学习，有一定效果，但没有发小组合作的最大作用。在杜郎口的教学中，小组合作的作用得到了最好的体现，他们采用的是“兵管兵、兵教兵、兵强兵”的形式，将全班学生分成了六个小组，小组长由“冒尖”的学生担任，他还要担任教师的“课堂助理”，他要负责协助教师处理那些“学困生”的学习问题，让小组的每一个成员，都能高质量的完成自己的学习任务。遇到班里最差的学生，他们也决不放弃，而是采取“一帮一”的方法，不让每个学生落队。这种方法不仅调动了学生的学习积极性，而且增强了集体荣誉感。</w:t>
      </w:r>
      <w:r>
        <w:rPr>
          <w:lang w:eastAsia="zh-CN"/>
        </w:rPr>
        <w:br/>
      </w:r>
      <w:r>
        <w:rPr>
          <w:lang w:eastAsia="zh-CN"/>
        </w:rPr>
        <w:t>　　三、学生有良好的学习行为习惯。</w:t>
      </w:r>
      <w:r>
        <w:rPr>
          <w:lang w:eastAsia="zh-CN"/>
        </w:rPr>
        <w:br/>
      </w:r>
      <w:r>
        <w:rPr>
          <w:lang w:eastAsia="zh-CN"/>
        </w:rPr>
        <w:t>　　在我们的'教学中，课堂上要么是安安静静的，学生端坐如松，一本正经的；要么是太过于“活跃”，学生很活泼，但说的都是一些不着边际的话，课堂效果很差；上课回答问题不积极，或根本不愿意回答问题，老师启而不发，双边活动尴尬。其后果，学生厌学，老师疲惫的进行教学。而杜朗口中学的课堂也很“乱”，但很有序，这与他们学生良好的学习习惯是分不开的。学生积极参与教学中，勇于展示自我，严格自我约束，同学之间相互学习等。在课上积极回答问题时，争着回答，用最响的声音来获得回答问题的发言权，课堂上发言声此起彼伏，每个发言结束之后了，学生都给予掌声；在别人回答时，其他人在积极准备抢答或是在思考答题（对还错），回答完毕后，学生发表自己的意见或点评，让每个学生都参与到课堂中来，让课堂真正活起来，真正做到学中玩，在玩中学。杜郎口教学模式提倡学生自主学习和合作学习。这种教学模式很符合当前新课标的要求。这一学期以来，我也借鉴和运用这种学习教学方法。在我上的展示课上，课堂也比较活跃，大部分学生也比较积极参与，但也存在一些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一、部分学生预习不充分，展示内容单调或对展示内容不甚了解，只是对展示内容简单分析。原因在于学生没有掌握和领会展示板块的重难点知识。只是在别的资料上抄袭知识点，展示完事。因此，在今后的操作中，我应该在预习课上对比较难的知识点要给予深入的辅导。</w:t>
      </w:r>
      <w:r>
        <w:rPr>
          <w:lang w:eastAsia="zh-CN"/>
        </w:rPr>
        <w:br/>
      </w:r>
      <w:r>
        <w:rPr>
          <w:lang w:eastAsia="zh-CN"/>
        </w:rPr>
        <w:t>　　二、部分学生积极参与。原因是这部分学生多是学困生，语文基础较差，不愿意参与，怕出错。对此，我应当在平时多帮帮他们，鼓励他们，让他们找回自信，树立信心，敢于表现。</w:t>
      </w:r>
      <w:r>
        <w:rPr>
          <w:lang w:eastAsia="zh-CN"/>
        </w:rPr>
        <w:br/>
      </w:r>
      <w:r>
        <w:rPr>
          <w:lang w:eastAsia="zh-CN"/>
        </w:rPr>
        <w:t>　　三，小组讨论浮于表面，不能解决实际问题；在讨论中有的学生讲闲话，争论一些无关紧要的问题。表面热闹，实质对某些学生来说没有任何收获。其二，小组对抗不够激烈；当某个小组在展示本组预习成果的过程中出现错误时，别组的组员不能够及时指出与其争论。很少有其他的同学提出与其观点不同的问题的。</w:t>
      </w:r>
      <w:r>
        <w:rPr>
          <w:lang w:eastAsia="zh-CN"/>
        </w:rPr>
        <w:br/>
      </w:r>
      <w:r>
        <w:rPr>
          <w:lang w:eastAsia="zh-CN"/>
        </w:rPr>
        <w:t>　　课堂教学改革是一条漫漫之路，还需我们不断求索，在学习杜郎口教学的同时，也要有我们自己的特色，不能照搬照抄，根据自己和学生的实际情况，真正处理好教学任务和有限时间之间的矛盾，让学生真正感到参与教学快乐，在快乐中学习，在学习中成长。变苦学为乐学，变乐学为会学。</w:t>
      </w:r>
      <w:r>
        <w:rPr>
          <w:lang w:eastAsia="zh-CN"/>
        </w:rPr>
        <w:br/>
      </w:r>
      <w:r>
        <w:rPr>
          <w:lang w:eastAsia="zh-CN"/>
        </w:rPr>
        <w:t xml:space="preserve">    有关四年级语文教学总结汇编 篇12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本学期，担任四年级五班的语文教学工作，在语文教学中，以语文的课本学习为主，掌握生字词的书写以及重点语段的理解积累；以海量的课外阅读为辅，提升学生的文本理解能力，拓宽知识面；以作文指导为语文学习的重要目标，认真进行写作水平的指导；以经典的诵读作为语文学习的重要补充，提升学生的语文素养。</w:t>
      </w:r>
      <w:r>
        <w:rPr>
          <w:lang w:eastAsia="zh-CN"/>
        </w:rPr>
        <w:br/>
      </w:r>
      <w:r>
        <w:rPr>
          <w:lang w:eastAsia="zh-CN"/>
        </w:rPr>
        <w:t>　　一 、基本情况分析</w:t>
      </w:r>
      <w:r>
        <w:rPr>
          <w:lang w:eastAsia="zh-CN"/>
        </w:rPr>
        <w:br/>
      </w:r>
      <w:r>
        <w:rPr>
          <w:lang w:eastAsia="zh-CN"/>
        </w:rPr>
        <w:t>　　本班共有学生71人，男生多，女生少的课堂，就很容易造成学生的浮躁。好在经过了这几年的训练指导，学生已经渐渐养成了喜欢读书、喜欢写作的学习氛围，感觉教室内也安静了许多。</w:t>
      </w:r>
      <w:r>
        <w:rPr>
          <w:lang w:eastAsia="zh-CN"/>
        </w:rPr>
        <w:br/>
      </w:r>
      <w:r>
        <w:rPr>
          <w:lang w:eastAsia="zh-CN"/>
        </w:rPr>
        <w:t>　　现在班级孩子的识字量非常大，阅读文章没有任何困难；阅读能力强，每个孩子每周都能完成至少2本书的阅读；学生的写作速度越来越快，能够用一节课的时间轻松提交一篇文章。在其他方面，学生也有很大进步，总体来看，学生已经做好了从中年级到高年级的过渡。</w:t>
      </w:r>
      <w:r>
        <w:rPr>
          <w:lang w:eastAsia="zh-CN"/>
        </w:rPr>
        <w:br/>
      </w:r>
      <w:r>
        <w:rPr>
          <w:lang w:eastAsia="zh-CN"/>
        </w:rPr>
        <w:t>　　二、重视朗读品评感悟，扩大语文课堂内涵</w:t>
      </w:r>
      <w:r>
        <w:rPr>
          <w:lang w:eastAsia="zh-CN"/>
        </w:rPr>
        <w:br/>
      </w:r>
      <w:r>
        <w:rPr>
          <w:lang w:eastAsia="zh-CN"/>
        </w:rPr>
        <w:t>　　小学语文课本中的每一篇课文都是文质兼美的佳作，其语境描述的美妙，语言运用的精妙，思想表达的深邃，见解阐述的独到，都是引导学生感悟的重要内容。而由于课堂教学时间的有限，课文中的精彩之处没有可能引导学生一一感悟。为了使这些精彩给学生留下整体印象，在语文课堂中重视有感情朗读地指导，引导学生在多种形式的朗读中，感悟文章内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在课文讲解中，注重文体的拓展，比如同一作者不同作品的感悟，不同作者同一题材的感悟，故事发生的时代背景，与课文内容有关的历史典故、人物故事的加入，让语文课堂内涵得以扩展，将课堂内容由一篇课文扩展到多种文本的学习，将课文内容的理解，扩展到对作者的剖析，对生活的感悟，极大地提升了学生对文本的感悟能力，理解分析能力。</w:t>
      </w:r>
      <w:r>
        <w:rPr>
          <w:lang w:eastAsia="zh-CN"/>
        </w:rPr>
        <w:br/>
      </w:r>
      <w:r>
        <w:rPr>
          <w:lang w:eastAsia="zh-CN"/>
        </w:rPr>
        <w:t>　　三、采用多种手段激发学生课外阅读兴趣</w:t>
      </w:r>
      <w:r>
        <w:rPr>
          <w:lang w:eastAsia="zh-CN"/>
        </w:rPr>
        <w:br/>
      </w:r>
      <w:r>
        <w:rPr>
          <w:lang w:eastAsia="zh-CN"/>
        </w:rPr>
        <w:t>　　阅读是语文学习的基础，也是学好语文的重要手段，到了四年级，可以在每次考试中清晰感知到，没有了阅读，语文的学习很难有质的飞跃。对于学生的考察，已经开始由低年级的重点考察字词，开始过渡到考察学生的句型转换、文本内容的理解和作文上来，一些不读书的孩子，很容易就被大家甩在了后面。</w:t>
      </w:r>
      <w:r>
        <w:rPr>
          <w:lang w:eastAsia="zh-CN"/>
        </w:rPr>
        <w:br/>
      </w:r>
      <w:r>
        <w:rPr>
          <w:lang w:eastAsia="zh-CN"/>
        </w:rPr>
        <w:t>　　为了激发学生阅读兴趣，我们采用每周记录读书情况，并奖励前5名的方式，对阅读量多的孩子加以鼓励。有的孩子虽然读书很慢，但是可以做到每周记录，这也是我们表扬的重点。阅读的数量不是最要紧的，关键是养成阅读的习惯。</w:t>
      </w:r>
      <w:r>
        <w:rPr>
          <w:lang w:eastAsia="zh-CN"/>
        </w:rPr>
        <w:br/>
      </w:r>
      <w:r>
        <w:rPr>
          <w:lang w:eastAsia="zh-CN"/>
        </w:rPr>
        <w:t>　　学生读得如何？我们采用读书竞赛的方式进行检查，我们每两周共读一本书，开始是我为孩子们出题，后来是每个孩子出10道题，这些题目有时候我们采用竞赛的方式进行抢答，有时候是做试卷的方式，检验了孩子的理解能力。前3名同学可以申请一份自己喜欢的礼物。这样的激励措施让孩子对一本书的阅读能够达到7、8遍，对于书中的主题思想、人物品质都有了深刻的理解。在《上下五千年》的阅读竞赛中，我们班的历史达人王启鉴脱颖而出，我们惊奇地发现，这个孩子对历史有着超强的记忆力和知识，成为了同学们羡慕的对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写读书笔记也是阅读的好方法，对于优美句段的记录，丰富了学生的词汇。读后感的撰写，让学生对于文本的理解有了升华。这些都是检验读书成果的好方法，当然还有做读书手抄报。</w:t>
      </w:r>
      <w:r>
        <w:rPr>
          <w:lang w:eastAsia="zh-CN"/>
        </w:rPr>
        <w:br/>
      </w:r>
      <w:r>
        <w:rPr>
          <w:lang w:eastAsia="zh-CN"/>
        </w:rPr>
        <w:t>　　本学期还领着学生一共到学校图书室借书4次，阅览三次，这些都是学生喜欢的活动。</w:t>
      </w:r>
      <w:r>
        <w:rPr>
          <w:lang w:eastAsia="zh-CN"/>
        </w:rPr>
        <w:br/>
      </w:r>
      <w:r>
        <w:rPr>
          <w:lang w:eastAsia="zh-CN"/>
        </w:rPr>
        <w:t>　　阅读这件事情，可能一时之间很难见到成效，但是只要坚持下去，你就会慢慢发现孩子正在变得与众不同，尤其是气质方面，这可能也就是人们常说的“腹有诗书气自华”了。</w:t>
      </w:r>
      <w:r>
        <w:rPr>
          <w:lang w:eastAsia="zh-CN"/>
        </w:rPr>
        <w:br/>
      </w:r>
      <w:r>
        <w:rPr>
          <w:lang w:eastAsia="zh-CN"/>
        </w:rPr>
        <w:t>　　四、海量背诵为学生未来注入力量</w:t>
      </w:r>
      <w:r>
        <w:rPr>
          <w:lang w:eastAsia="zh-CN"/>
        </w:rPr>
        <w:br/>
      </w:r>
      <w:r>
        <w:rPr>
          <w:lang w:eastAsia="zh-CN"/>
        </w:rPr>
        <w:t>　　对于学生来说，最有拓展时间的就是小学阶段了，这时候学习压力不是很大，有大把的时间可以做很多的事情，有时候每天挤出一点，一个学期下来就是一个庞大的数字。</w:t>
      </w:r>
      <w:r>
        <w:rPr>
          <w:lang w:eastAsia="zh-CN"/>
        </w:rPr>
        <w:br/>
      </w:r>
      <w:r>
        <w:rPr>
          <w:lang w:eastAsia="zh-CN"/>
        </w:rPr>
        <w:t>　　海量的背诵为语文的学习打好了基础，不管是从培养记忆力、识字能力还是阅读能力，影响都是潜移默化的。而这些本来需要以后孩子挤出时间学习的东西，现在竟然仅仅利用晨读课就掌握了，这不得不算是一个巨大的收获。</w:t>
      </w:r>
      <w:r>
        <w:rPr>
          <w:lang w:eastAsia="zh-CN"/>
        </w:rPr>
        <w:br/>
      </w:r>
      <w:r>
        <w:rPr>
          <w:lang w:eastAsia="zh-CN"/>
        </w:rPr>
        <w:t>　　五、重视作文指导，提升语言表达能力</w:t>
      </w:r>
      <w:r>
        <w:rPr>
          <w:lang w:eastAsia="zh-CN"/>
        </w:rPr>
        <w:br/>
      </w:r>
      <w:r>
        <w:rPr>
          <w:lang w:eastAsia="zh-CN"/>
        </w:rPr>
        <w:t>　　在我看来，语文课堂最终要实现的就是阅读和写作能力。有了大量的阅读做积累，学生写起作文来也就容易多了，在提升作文水平这一块，除了课堂的指导，就是学生的练笔了。本学期基本能够保证每周一篇日记，每周一篇作文，本学期共计批改作文由8次增长到了10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为了帮助学生掌握作文的技巧，我们充分利用课前的几分钟开展优秀作文欣赏评析活动，在小伙伴们的优秀作文带领下，一批批写作能手涌现出来，王##、孟##动辄能够写上大稿纸5、6页；李##、王##擅长运用优美语句，用简洁的语言写出优美的意境；陈##、王##的作文越来越有味道，尤其是题目每次都让人眼前一亮；张##的作文内容很丰富；牛##、李##、王##等同学每次的作文都是一气呵成。</w:t>
      </w:r>
      <w:r>
        <w:rPr>
          <w:lang w:eastAsia="zh-CN"/>
        </w:rPr>
        <w:br/>
      </w:r>
      <w:r>
        <w:rPr>
          <w:lang w:eastAsia="zh-CN"/>
        </w:rPr>
        <w:t>　　总之，本学期在许多方面能够尽最大努力，给予学生更多地帮助，在潜移默化中提升学生的知识、能力，在今后的教学工作中，将在以下几方面努力提升：</w:t>
      </w:r>
      <w:r>
        <w:rPr>
          <w:lang w:eastAsia="zh-CN"/>
        </w:rPr>
        <w:br/>
      </w:r>
      <w:r>
        <w:rPr>
          <w:lang w:eastAsia="zh-CN"/>
        </w:rPr>
        <w:t>　　1、努力提升自身水平。教师的水平课题提升学生的水平，教师自身知识的匮乏，会让学生失去更多获取知识的机会。尤其在课文内容的拓展、历史背景的解析方面，而这些恰恰可以帮助学生更好地理解文本。</w:t>
      </w:r>
      <w:r>
        <w:rPr>
          <w:lang w:eastAsia="zh-CN"/>
        </w:rPr>
        <w:br/>
      </w:r>
      <w:r>
        <w:rPr>
          <w:lang w:eastAsia="zh-CN"/>
        </w:rPr>
        <w:t>　　2、给予后进学生更多的帮助。</w:t>
      </w:r>
      <w:r>
        <w:rPr>
          <w:lang w:eastAsia="zh-CN"/>
        </w:rPr>
        <w:br/>
      </w:r>
      <w:r>
        <w:rPr>
          <w:lang w:eastAsia="zh-CN"/>
        </w:rPr>
        <w:t xml:space="preserve">    有关四年级语文教学总结汇编 篇13 </w:t>
      </w:r>
      <w:r>
        <w:rPr>
          <w:lang w:eastAsia="zh-CN"/>
        </w:rPr>
        <w:br/>
      </w:r>
      <w:r>
        <w:rPr>
          <w:lang w:eastAsia="zh-CN"/>
        </w:rPr>
        <w:t>　　时间过得真快，转眼间，一个学期的教育教学工作已经结束了。在校领导和同事们的帮助下，我顺利的完成了本学年的工作。本学期我担任四年级(2)班的语文教学，回顾这一学年，既忙碌，又充实，现将本学年的工作做一个小结，借以促进提高。</w:t>
      </w:r>
      <w:r>
        <w:rPr>
          <w:lang w:eastAsia="zh-CN"/>
        </w:rPr>
        <w:br/>
      </w:r>
      <w:r>
        <w:rPr>
          <w:lang w:eastAsia="zh-CN"/>
        </w:rPr>
        <w:t>　　一、创设情境，激发学习语文的兴趣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语文是一门充满人文精神,充满智慧的科学,在新课改的大背景中,培养学生的自主学习创新能力已成为教师关注的热点、讨论、交流、探究已成为课堂的主流。我在语文课堂教学中力求做到让学生学得兴致盎然,使学生在语文学习中享受学习的乐趣,从而发展学生的语文素养。如在教学《桂林山水》时,由于大多数学生没去过桂林,为了调动学生的学习兴趣,首先用远程课件让学生通过优美的画面,精彩的录像与桂林进行亲密接触,犹如身临其境。初步感受了桂林山水就像一幅美丽的风景画。接着学习课文第二、三自然段，提问：这两段分别介绍了桂林山、水的什么特点?在此基础上,引导学生结合看图,朗读帮助学生感受体会桂林山水之美，并适时地播放桂林山水的风光片,让学生尽情想象如：这些山还像什么看到这些,你想到了什么……从而让学生真正领悟“桂林山水甲天下”的原因。在此基础上,指导学生感情朗读就水到渠成了。之后，让学生以导游的身份作介绍。要求学生能抓住桂林山、水的特点,并把自己的喜爱之情表现出来，将积累下来的语句进行运用,在实践中进一步巩固。这样的教学不仅让学生感知了桂林山水之美,也大大激发了他们学习语文的兴趣。</w:t>
      </w:r>
      <w:r>
        <w:rPr>
          <w:lang w:eastAsia="zh-CN"/>
        </w:rPr>
        <w:br/>
      </w:r>
      <w:r>
        <w:rPr>
          <w:lang w:eastAsia="zh-CN"/>
        </w:rPr>
        <w:t>　　二、培养学生良好的习惯，促进学生的全面发展</w:t>
      </w:r>
      <w:r>
        <w:rPr>
          <w:lang w:eastAsia="zh-CN"/>
        </w:rPr>
        <w:br/>
      </w:r>
      <w:r>
        <w:rPr>
          <w:lang w:eastAsia="zh-CN"/>
        </w:rPr>
        <w:t>　　1、培养学生自觉的学习习惯。四年级是知识的关键阶段，也是学生养成良好习惯的关键所在。我针对本班学生的实际情况和好胜心强的特点，实行竞争机制，一周一小评，两周一大评。评选出学习认真的好学生，以此促进学生自觉的学习，逐渐养成良好的学习习惯。除此之外，每天在早读的读书时间里，安排一位学生当“小老师”负责早读的读书情况，以此培养学生的组织能力和朗读能力。</w:t>
      </w:r>
      <w:r>
        <w:rPr>
          <w:lang w:eastAsia="zh-CN"/>
        </w:rPr>
        <w:br/>
      </w:r>
      <w:r>
        <w:rPr>
          <w:lang w:eastAsia="zh-CN"/>
        </w:rPr>
        <w:t>　　2、培养学生边读边想的习惯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一边读一边想是一件很好的读书方法，又是学生学习语文的一种能力。学生自学能力要得到提高，必须学会边读边想。首先让学生充分读书，把课文读通顺，读熟练，让学生在读书实践中掌握方法。在实际教学工作中，尽管教给了学生种种思维方法，但学生却不能主动</w:t>
      </w:r>
      <w:r>
        <w:rPr>
          <w:lang w:eastAsia="zh-CN"/>
        </w:rPr>
        <w:br/>
      </w:r>
      <w:r>
        <w:rPr>
          <w:lang w:eastAsia="zh-CN"/>
        </w:rPr>
        <w:t>　　运用，大多数学生读书是“小和尚念经”，只不过把无声的书面语言变为有声语言，头脑里却什么也没有想，或者不知道怎样去想，于是我从以下方面入手。</w:t>
      </w:r>
      <w:r>
        <w:rPr>
          <w:lang w:eastAsia="zh-CN"/>
        </w:rPr>
        <w:br/>
      </w:r>
      <w:r>
        <w:rPr>
          <w:lang w:eastAsia="zh-CN"/>
        </w:rPr>
        <w:t>　　(1)激发兴趣，培养爱好。小学生好奇心强，小学语文课本中的范文不仅言语规范，而且富有情趣，能很好的调动学生读书的积极性。</w:t>
      </w:r>
      <w:r>
        <w:rPr>
          <w:lang w:eastAsia="zh-CN"/>
        </w:rPr>
        <w:br/>
      </w:r>
      <w:r>
        <w:rPr>
          <w:lang w:eastAsia="zh-CN"/>
        </w:rPr>
        <w:t>　　(2)动口动手，促人思考。“读”是外在活动，是可以看出来的，但无法确定学生读书是否在想，在想什么?那如何让学生“想”这种思维活动以其他方式外显呢?引导学生在读中做记号，重要的地方或生字新词的下面划线，关键词下划点，精彩的句子下画圈，对某些内容有疑问的后面加问号，需要重读或摘抄的章节前加角。只要学生在读时能按老师的要求去做，就可以肯定学生在思考。这是引导学生边读边想的有效途径。</w:t>
      </w:r>
      <w:r>
        <w:rPr>
          <w:lang w:eastAsia="zh-CN"/>
        </w:rPr>
        <w:br/>
      </w:r>
      <w:r>
        <w:rPr>
          <w:lang w:eastAsia="zh-CN"/>
        </w:rPr>
        <w:t>　　(3)把握联系，引发思考。一篇文章是一个整体，各部分内容都是相互联系的，抓住文章内容，引发学生思考，是读懂课文的关键，是培养学生边读边想的重要途径。因此，要认真钻研教材，从教材形式和内容两方面去领会作者的写作思路，把握文章之间的联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3、培养学生阅读课外书籍的良好习惯。首先定时定量的训练，师生定时检查。以使他们逐渐养成习惯，为提高学生的写作能力打好基础，为激发学生写作兴趣，我从阅读入手，让他们读优秀的作文选和童话选。把他们读的兴趣，又慢慢引到写的上面来。如：由喜欢读童话到自己动手去写童话。把发生在自己身边的事，编故事写出来……</w:t>
      </w:r>
      <w:r>
        <w:rPr>
          <w:lang w:eastAsia="zh-CN"/>
        </w:rPr>
        <w:br/>
      </w:r>
      <w:r>
        <w:rPr>
          <w:lang w:eastAsia="zh-CN"/>
        </w:rPr>
        <w:t>　　三、用扎实多样的训练，培养学生的语文实践能力</w:t>
      </w:r>
      <w:r>
        <w:rPr>
          <w:lang w:eastAsia="zh-CN"/>
        </w:rPr>
        <w:br/>
      </w:r>
    </w:p>
    <w:p w:rsidR="001B1F19" w14:textId="27C3F48A">
      <w:pPr>
        <w:rPr>
          <w:rFonts w:hint="eastAsia"/>
          <w:lang w:eastAsia="zh-CN"/>
        </w:rPr>
      </w:pPr>
      <w:r>
        <w:rPr>
          <w:lang w:eastAsia="zh-CN"/>
        </w:rPr>
        <w:t>　　死教书、教死书不能适应社会对教育的需要，新课程改革正是对今天教师教学观念的挑战。教师应由知识的占有者转化为知识的组织者，由知识的传递者转化为学习的促进者，超越课堂的藩篱，将现代教学过程演化为“培养学习者”的过程，实现由“授之以鱼”到“授之以渔”的根本转变。用扎实多样的训练，多方面提高学生的语文素养，努力培养学生的语文实践能力，使学生获得一定的终身学习的本领。“授之以鱼,仅供一饭之需;授之以渔,则终身受用无穷”。教育的意旨并非知识的累积，而是心智上的能力的发育。学生在学校的时间是有限的，所学的知识也受时代的局限，他们要在未来有所作为，要在未来跟上时代，就一定要不断地学习，终身学习，去吸收新东西，更新知识结构。可见，方法的确比知识更为重要，教授方法才是教学的根本。那么，学生对于传授的方法是否能够灵活运用，对于才小学四年级的学生而言，则需要一个较长时间的反复的训练过程。为此，我针对不同的知识版块，采取不同的训练方法：夯实基础字词、背诵紧抓不放;扩大积累课外阅读每日一段，读书笔记(摘记)天天都写;训练能力阅读理解，从总体方法到解题技巧，系统指导，反复锤炼;作文训练循序渐进，小作文依课文内容随堂布置，借“题”发挥，大作文紧扣课标和期考方向，力求既有章法，又有创新，鼓励学生放飞思想，大胆发挥……教学有法，教无定法，从基础入手到提高能力直至学以致用，生动、活泼，扎实、系统，有序、有恒的训练，使学生在不同内容和方法的相互交叉、渗透和整合中开阔了视野，提高了学习效率，初步获得了一些基本的语文实践能力。</w:t>
      </w:r>
      <w:r>
        <w:rPr>
          <w:lang w:eastAsia="zh-CN"/>
        </w:rPr>
        <w:br/>
      </w:r>
      <w:r>
        <w:rPr>
          <w:lang w:eastAsia="zh-CN"/>
        </w:rPr>
        <w:t>　　总之，新世纪的语文教学面临很大的挑战，我们要充分发挥学生的主体作用，发展他们的个性和潜能，变学生的被动学习为主动学习。今后，我将继续加倍地努力工作，为全面提高学生的语文素养而努力奋斗!</w:t>
      </w:r>
      <w:r>
        <w:rPr>
          <w:lang w:eastAsia="zh-CN"/>
        </w:rPr>
        <w:br/>
      </w:r>
      <w:r>
        <w:rPr>
          <w:lang w:eastAsia="zh-CN"/>
        </w:rPr>
        <w:t xml:space="preserve">    有关四年级语文教学总结汇编 篇14 </w:t>
      </w:r>
      <w:r>
        <w:rPr>
          <w:lang w:eastAsia="zh-CN"/>
        </w:rPr>
        <w:br/>
      </w:r>
      <w:r>
        <w:rPr>
          <w:lang w:eastAsia="zh-CN"/>
        </w:rPr>
        <w:t>　　语文教学工作总结本学期，我担任四年级语文教学工作，一学期以来，我本着爱学生的心；怀着高度的责任感，工作上勤勤恳恳，兢兢业业，较顺利地完成了本学期的教学任务。现将本学期语文教学工作总结如下：</w:t>
      </w:r>
      <w:r>
        <w:rPr>
          <w:lang w:eastAsia="zh-CN"/>
        </w:rPr>
        <w:br/>
      </w:r>
      <w:r>
        <w:rPr>
          <w:lang w:eastAsia="zh-CN"/>
        </w:rPr>
        <w:t>　　一、用全新的教育教学理念，改革课堂教学</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https://d.book118.com/417125101013006050</w:t>
        </w:r>
      </w:hyperlink>
    </w:p>
    <w:p w:rsidR="001B1F19">
      <w:pPr>
        <w:rPr>
          <w:rFonts w:hint="eastAsia"/>
          <w:lang w:eastAsia="zh-CN"/>
        </w:rPr>
      </w:pPr>
    </w:p>
    <w:sectPr>
      <w:type w:val="nextPage"/>
      <w:pgSz w:w="11906" w:h="16838"/>
      <w:pgMar w:top="1440"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17125101013006050"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