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2024上半年销售个人工作总结（32篇）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入公司半年以来，面对自己从未接触的销售工作，真的是既兴奋又迷茫了，还好有领导的亲自带队和同事的热心帮助，用自己的方式、方法，在短时间内掌握了所需的基础专业知识，并很好的融入到这个销售团队，应用到实际的工作中，并不断的提高自己的技能，下面我要对自己上半年的工作做一份销售工作总结。</w:t>
      </w:r>
      <w:r>
        <w:rPr>
          <w:lang w:eastAsia="zh-CN"/>
        </w:rPr>
        <w:br/>
      </w:r>
      <w:r>
        <w:rPr>
          <w:lang w:eastAsia="zh-CN"/>
        </w:rPr>
        <w:t>　　刚开始，我和我的师傅，一直在跟进他的项目，为开发商提供热管材料，我学到了很多东西，这些在平常的生活中根本无法学的。尤其是营销活动中我们要掌握的只是：1.对自己产品一定要认识到位;2.本身所具有的知识结构，有关市场的、有关社交的、有关人文的、有关沟通的技巧和学识必须要掌握;3.需要一份坚强的信念来支撑自己的职业，当面对面对复杂的人、复杂的社会时，采取一种对待方式与自己的价值观能否进行有效的吻合、兼容和融合;4.专业的营销理论和技巧;5.正视成功与失败，总结经验。这是每个做营销职业的人必须具备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接下来的三个月，根据自己掌握的知识，广泛了解整个房地产开发市场的动态。开始寻找新项目。从零做起，一边学习产品知识，一边摸索市场。遇到销售和产品方面的问题，及时向同事和领导请教，一起寻找解决问题的办法。到目前为止，我已经寻找新项目20个。在老人和领导的帮助下，奇迹般的成功了18个，我深知这与大家的帮助密不可分，我深深地体会到了公司强大的凝聚力。</w:t>
      </w:r>
      <w:r>
        <w:rPr>
          <w:lang w:eastAsia="zh-CN"/>
        </w:rPr>
        <w:br/>
      </w:r>
      <w:r>
        <w:rPr>
          <w:lang w:eastAsia="zh-CN"/>
        </w:rPr>
        <w:t>　　我也从中总结了一些自己的小经验：1.对建材市场、对应行业要充分了解;2.对自己产品功能的掌握尤其重要;3.不能过分的信赖客户，要掌握主动权;4.关注竞争对手的动向。</w:t>
      </w:r>
      <w:r>
        <w:rPr>
          <w:lang w:eastAsia="zh-CN"/>
        </w:rPr>
        <w:br/>
      </w:r>
      <w:r>
        <w:rPr>
          <w:lang w:eastAsia="zh-CN"/>
        </w:rPr>
        <w:t>　　以上是我的销售工作总结，接下来又是一个忙碌的时期，我会奋斗，积极的抓住市场，学习、总结，为了自己和公司再创辉煌!</w:t>
      </w:r>
      <w:r>
        <w:rPr>
          <w:lang w:eastAsia="zh-CN"/>
        </w:rPr>
        <w:br/>
      </w:r>
      <w:r>
        <w:rPr>
          <w:lang w:eastAsia="zh-CN"/>
        </w:rPr>
        <w:t xml:space="preserve">    2024上半年销售个人工作总结 篇23 </w:t>
      </w:r>
      <w:r>
        <w:rPr>
          <w:lang w:eastAsia="zh-CN"/>
        </w:rPr>
        <w:br/>
      </w:r>
      <w:r>
        <w:rPr>
          <w:lang w:eastAsia="zh-CN"/>
        </w:rPr>
        <w:t>　　20__年，我局营销工作在电力公司的正确领导和关怀支持下，按照年初工作会、职代会制定的奋斗目标及公司确立的一个总目标、两个战略转移和营销十项重点工作、四个目标。深入开展安全、管理、效益、创新主题年活动，全面推进大薛家湾供电区建设。面对电力体制的重大改革和电力市场的急剧变化，克服了因国家宏观调控致使高载能市场严重萎缩带来的市场压力;全体营销干部职工在局领导班子的带领下，坚定信念，以饱满的热情，高昂的战斗力，强大的凝聚力，出色的执行力，团结拼搏较好地完成了20__年营销各项工作。简要汇报如下：</w:t>
      </w:r>
      <w:r>
        <w:rPr>
          <w:lang w:eastAsia="zh-CN"/>
        </w:rPr>
        <w:br/>
      </w:r>
      <w:r>
        <w:rPr>
          <w:lang w:eastAsia="zh-CN"/>
        </w:rPr>
        <w:t>　　一、主要经济指标完成情况及简要分析</w:t>
      </w:r>
      <w:r>
        <w:rPr>
          <w:lang w:eastAsia="zh-CN"/>
        </w:rPr>
        <w:br/>
      </w:r>
      <w:r>
        <w:rPr>
          <w:lang w:eastAsia="zh-CN"/>
        </w:rPr>
        <w:t>　　(一)指标完成情况</w:t>
      </w:r>
      <w:r>
        <w:rPr>
          <w:lang w:eastAsia="zh-CN"/>
        </w:rPr>
        <w:br/>
      </w:r>
      <w:r>
        <w:rPr>
          <w:lang w:eastAsia="zh-CN"/>
        </w:rPr>
        <w:t>　　1、售电量完成万kWh，完成公司年计划万KWh的107.68%;同比增长0.2%。</w:t>
      </w:r>
      <w:r>
        <w:rPr>
          <w:lang w:eastAsia="zh-CN"/>
        </w:rPr>
        <w:br/>
      </w:r>
      <w:r>
        <w:rPr>
          <w:lang w:eastAsia="zh-CN"/>
        </w:rPr>
        <w:t>　　2、线损率完成2.89%，同比降低0.3个百分点。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3、平均电价完成276.81元/kkWh，同比提高9.04元/kkWh，比公司下达的计划提高1.06元/kkWh。</w:t>
      </w:r>
      <w:r>
        <w:rPr>
          <w:lang w:eastAsia="zh-CN"/>
        </w:rPr>
        <w:br/>
      </w:r>
      <w:r>
        <w:rPr>
          <w:lang w:eastAsia="zh-CN"/>
        </w:rPr>
        <w:t>　　4、销售收入完成53654.3万元，同比增收1840.04万元</w:t>
      </w:r>
      <w:r>
        <w:rPr>
          <w:lang w:eastAsia="zh-CN"/>
        </w:rPr>
        <w:br/>
      </w:r>
      <w:r>
        <w:rPr>
          <w:lang w:eastAsia="zh-CN"/>
        </w:rPr>
        <w:t>　　5、当年电费回收率完成100%，上缴率累计完成100%。</w:t>
      </w:r>
      <w:r>
        <w:rPr>
          <w:lang w:eastAsia="zh-CN"/>
        </w:rPr>
        <w:br/>
      </w:r>
      <w:r>
        <w:rPr>
          <w:lang w:eastAsia="zh-CN"/>
        </w:rPr>
        <w:t>　　6、营业外收入全年完成160万元。</w:t>
      </w:r>
      <w:r>
        <w:rPr>
          <w:lang w:eastAsia="zh-CN"/>
        </w:rPr>
        <w:br/>
      </w:r>
      <w:r>
        <w:rPr>
          <w:lang w:eastAsia="zh-CN"/>
        </w:rPr>
        <w:t>　　7、其它收入全年完成9.5万元。</w:t>
      </w:r>
      <w:r>
        <w:rPr>
          <w:lang w:eastAsia="zh-CN"/>
        </w:rPr>
        <w:br/>
      </w:r>
      <w:r>
        <w:rPr>
          <w:lang w:eastAsia="zh-CN"/>
        </w:rPr>
        <w:t>　　8、自备电厂系统备用费：2621.96万元。</w:t>
      </w:r>
      <w:r>
        <w:rPr>
          <w:lang w:eastAsia="zh-CN"/>
        </w:rPr>
        <w:br/>
      </w:r>
      <w:r>
        <w:rPr>
          <w:lang w:eastAsia="zh-CN"/>
        </w:rPr>
        <w:t>　　(二)全年指标完成情况分析</w:t>
      </w:r>
      <w:r>
        <w:rPr>
          <w:lang w:eastAsia="zh-CN"/>
        </w:rPr>
        <w:br/>
      </w:r>
      <w:r>
        <w:rPr>
          <w:lang w:eastAsia="zh-CN"/>
        </w:rPr>
        <w:t>　　1、售电量：全年完成19.38亿kWh，增长0.2%。由于高载能电量比重占到全局电量的81.02%，其增长率只有2.83%，故与去年同期比较增长率较低。其他行业电量增长势头良好;其中：非普工业用电增长率高达92.51%，居民用电增长率38.19%，非居民、商业用电增长超过24%。</w:t>
      </w:r>
      <w:r>
        <w:rPr>
          <w:lang w:eastAsia="zh-CN"/>
        </w:rPr>
        <w:br/>
      </w:r>
      <w:r>
        <w:rPr>
          <w:lang w:eastAsia="zh-CN"/>
        </w:rPr>
        <w:t>　　2、平均电价：全年完成276.81元/kkWh，比去年同期增长7.35元/kkWh。平均电价增长的主要原因是：一是20__年6月份电价调整。二是8月份以后由于电价检查和高载能电石市场的恢复，取消电石企业低谷优惠电力，是平均电价提高的主要原因。</w:t>
      </w:r>
      <w:r>
        <w:rPr>
          <w:lang w:eastAsia="zh-CN"/>
        </w:rPr>
        <w:br/>
      </w:r>
      <w:r>
        <w:rPr>
          <w:lang w:eastAsia="zh-CN"/>
        </w:rPr>
        <w:t>　　3、资金发行及回收情况：全年电费发行预计完成55106.54万元，同比增收3292.28万元。</w:t>
      </w:r>
      <w:r>
        <w:rPr>
          <w:lang w:eastAsia="zh-CN"/>
        </w:rPr>
        <w:br/>
      </w:r>
      <w:r>
        <w:rPr>
          <w:lang w:eastAsia="zh-CN"/>
        </w:rPr>
        <w:t>　　&amp;&amp;营销重点工作完成情况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20__年是公司的管理效益年，也是我局开展安全、管理、效益、创新主题活动年。我局按照公司20__年工作会及20__年公司营销工作会议精神，积极应对因高载能市场低迷、环保治理和地方政府限制高载能发展等诸多不利因素，局领导团结带领全体干部职工全力以赴开展高载能负荷启动和电费回收工作，较好地成全年各项目标任务。</w:t>
      </w:r>
      <w:r>
        <w:rPr>
          <w:lang w:eastAsia="zh-CN"/>
        </w:rPr>
        <w:br/>
      </w:r>
      <w:r>
        <w:rPr>
          <w:lang w:eastAsia="zh-CN"/>
        </w:rPr>
        <w:t>　　(一)、强化管理抓落实，体现严、细、实工作作风，向科学化、规范化、精细化的管理迈进。</w:t>
      </w:r>
      <w:r>
        <w:rPr>
          <w:lang w:eastAsia="zh-CN"/>
        </w:rPr>
        <w:br/>
      </w:r>
      <w:r>
        <w:rPr>
          <w:lang w:eastAsia="zh-CN"/>
        </w:rPr>
        <w:t>　　1、加强对神华准能自备电厂系统备用费的管理工作，从20__年7月份起，每月按照神华准能电厂发电量减去上网电量和厂用电后的电量全部为准能公司自用电，由公司财务部从上网电费中扣除准能公司系统备用费2621.96万元。</w:t>
      </w:r>
      <w:r>
        <w:rPr>
          <w:lang w:eastAsia="zh-CN"/>
        </w:rPr>
        <w:br/>
      </w:r>
      <w:r>
        <w:rPr>
          <w:lang w:eastAsia="zh-CN"/>
        </w:rPr>
        <w:t>　　2、积极配合自治区工业办全面完成《供电营业许可证》的换证工作和划分供电营业区重新划分工作。</w:t>
      </w:r>
      <w:r>
        <w:rPr>
          <w:lang w:eastAsia="zh-CN"/>
        </w:rPr>
        <w:br/>
      </w:r>
      <w:r>
        <w:rPr>
          <w:lang w:eastAsia="zh-CN"/>
        </w:rPr>
        <w:t>　　3、积极开展营业大普查工作，从今年年初我局就将营业大普查工作列入常态机制，成立以局长为组长的营业大普查领导小组，全面开展用电营业大普查工作。</w:t>
      </w:r>
      <w:r>
        <w:rPr>
          <w:lang w:eastAsia="zh-CN"/>
        </w:rPr>
        <w:br/>
      </w:r>
      <w:r>
        <w:rPr>
          <w:lang w:eastAsia="zh-CN"/>
        </w:rPr>
        <w:t>　　(1)结合公司文件要求今年开展了多次有规模的普查工作，围绕电价执行、基础资料的准确性、完整性，信息系统流程、丢户、漏户、体外运行和台区考核中存在的难点问题开展工作。全年共检查用户7303户，发现电价类别执行错误的62户，丢漏户11户，窃电户6户，计量故障漏计电量户13户，违约用电15户。全年共追收电量150万KWh，追缴电费25万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在局长和分管局长亲自带领下，营销部门组成了100多人宣传队伍，多次在薛家湾、大路和海子塔地区进行上街宣传，散发传单近5万份，同时在地方电视台上播放局领导的讲话和依法用电的理念。推动了营业普查工作，达到敲山震虎的目的。</w:t>
      </w:r>
      <w:r>
        <w:rPr>
          <w:lang w:eastAsia="zh-CN"/>
        </w:rPr>
        <w:br/>
      </w:r>
      <w:r>
        <w:rPr>
          <w:lang w:eastAsia="zh-CN"/>
        </w:rPr>
        <w:t>　　(3)成立了团员、青年降损公关小组，配合营业普查工作，实施降损措施。各班组，办公室结合各自的工作范围，有重点的进行普查，并且进行互查和各个班组协同检查，打破原有的普查方式，只查窃电和违章用电，我们加强了对计量装置的检测，利用秒表加钳型电流表测负荷的办法，对7000多用电客户进行了全方位的普查。</w:t>
      </w:r>
      <w:r>
        <w:rPr>
          <w:lang w:eastAsia="zh-CN"/>
        </w:rPr>
        <w:br/>
      </w:r>
      <w:r>
        <w:rPr>
          <w:lang w:eastAsia="zh-CN"/>
        </w:rPr>
        <w:t>　　4、积极开展台区考核工作。从7月份在薛家湾供电所加大台区考核力度;首先，我们制定了台区考核管理办法，并对所有公用变台的电能计量装置进行了更换;其次，重新制定了台区指标，明确了变台抄表人员和考核内容，把台区线损、电费回收和抄表人员工资有机的结合起来，极大的调动了人员积极性，使台区线损下降了1.2个百分点。此项工作取得一定实效。</w:t>
      </w:r>
      <w:r>
        <w:rPr>
          <w:lang w:eastAsia="zh-CN"/>
        </w:rPr>
        <w:br/>
      </w:r>
      <w:r>
        <w:rPr>
          <w:lang w:eastAsia="zh-CN"/>
        </w:rPr>
        <w:t>　　5、加强电能计量管理工作，开展了低压电能计量装置普查工作，进一步提高电能计量的准确性，规范了电能计量资产管理工作;电能计量五率完成情况良好。</w:t>
      </w:r>
      <w:r>
        <w:rPr>
          <w:lang w:eastAsia="zh-CN"/>
        </w:rPr>
        <w:br/>
      </w:r>
      <w:r>
        <w:rPr>
          <w:lang w:eastAsia="zh-CN"/>
        </w:rPr>
        <w:t>　　6、建立客户信用等级和奖惩机制，使电费回收工作取得成效。根据公司开展管理效益年、电费回收月等活动要求，我局立即调整思路，正确认识电费、电量关系，确立了电量和电费并举并的原则。通过五个方面的工作强化电费回收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(1)建立客户信誉档案，按照企业经营和交纳电费情况制定相应措施提高电费回收力度。</w:t>
      </w:r>
      <w:r>
        <w:rPr>
          <w:lang w:eastAsia="zh-CN"/>
        </w:rPr>
        <w:br/>
      </w:r>
      <w:r>
        <w:rPr>
          <w:lang w:eastAsia="zh-CN"/>
        </w:rPr>
        <w:t>　　(2)成立由局主要领导为组长的电费回收领导小组，对不能按时交费、信誉度较差的用户采取停电催费。</w:t>
      </w:r>
      <w:r>
        <w:rPr>
          <w:lang w:eastAsia="zh-CN"/>
        </w:rPr>
        <w:br/>
      </w:r>
      <w:r>
        <w:rPr>
          <w:lang w:eastAsia="zh-CN"/>
        </w:rPr>
        <w:t>　　(3)由分管局长带人多次赴沧州化工厂等单位帮助用户追缴货款，加强电费回收工作。</w:t>
      </w:r>
      <w:r>
        <w:rPr>
          <w:lang w:eastAsia="zh-CN"/>
        </w:rPr>
        <w:br/>
      </w:r>
      <w:r>
        <w:rPr>
          <w:lang w:eastAsia="zh-CN"/>
        </w:rPr>
        <w:t>　　(4)建立奖惩机制;四季度我局拿出20万元，对负荷启动和电费回收相关人员进行重奖。</w:t>
      </w:r>
      <w:r>
        <w:rPr>
          <w:lang w:eastAsia="zh-CN"/>
        </w:rPr>
        <w:br/>
      </w:r>
      <w:r>
        <w:rPr>
          <w:lang w:eastAsia="zh-CN"/>
        </w:rPr>
        <w:t>　　(5)对存在潜在风险的用户采取资产保全，努力降低经营风险;对欠费较多的个别用户进行起诉。</w:t>
      </w:r>
      <w:r>
        <w:rPr>
          <w:lang w:eastAsia="zh-CN"/>
        </w:rPr>
        <w:br/>
      </w:r>
      <w:r>
        <w:rPr>
          <w:lang w:eastAsia="zh-CN"/>
        </w:rPr>
        <w:t>　　通过一系列卓有成效的措施，扭转了电费拖欠严重的局面，当年电费回收率要达到100%。</w:t>
      </w:r>
      <w:r>
        <w:rPr>
          <w:lang w:eastAsia="zh-CN"/>
        </w:rPr>
        <w:br/>
      </w:r>
      <w:r>
        <w:rPr>
          <w:lang w:eastAsia="zh-CN"/>
        </w:rPr>
        <w:t>　　(二)、出主意、想办法，摆脱市场不利因素，积极开拓地区电力市场，确保全年售电量的完成。</w:t>
      </w:r>
      <w:r>
        <w:rPr>
          <w:lang w:eastAsia="zh-CN"/>
        </w:rPr>
        <w:br/>
      </w:r>
      <w:r>
        <w:rPr>
          <w:lang w:eastAsia="zh-CN"/>
        </w:rPr>
        <w:t>　　20__年上半年由于受国家产业调整和环保检查影响，使地区12万kVA高载能负荷停炉，准旗政府对高载能企业持限制态度，使得地区高载能负荷更是雪上加霜;虽经多方努力但上半年只完成了8.5亿千瓦时，离全年电量目标差距很大，为了完成全年目标，我局及时调整策略，根据我局电力负荷的实际情况制定恢复生产启动负荷的相应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1、由主要领导牵头，由分管领导主抓，成立负荷启动小组，召开了20多次专题会，明确责任、制定措施、严格考核;充分挖掘潜力提高负荷启动，根据走访用户和摸底情况，对高载能用户分情况制定启动方案;</w:t>
      </w:r>
      <w:r>
        <w:rPr>
          <w:lang w:eastAsia="zh-CN"/>
        </w:rPr>
        <w:br/>
      </w:r>
      <w:r>
        <w:rPr>
          <w:lang w:eastAsia="zh-CN"/>
        </w:rPr>
        <w:t>　　(1)对自己想要启动负荷的用户，我们一方面加强服务，简化程序确保电力供应畅通，同时积极联系地方相关部门完成相关手续的办理工作，使用户在短时间内恢复生产。(a)生产、基建、变电、调度、财务、营销口各单位共同协作，启动永胜110KV变电站，使友谊园区3.75万千瓦高载能用电负荷顺利接入，增加了地区生产负荷。(b)对7户环保治理不达标的硅钙企业，容量为2.02万kVA，我们积极和市环保局联系，最终选择一家进行环保装置试运行，试运合格后现全部恢复生产。</w:t>
      </w:r>
      <w:r>
        <w:rPr>
          <w:lang w:eastAsia="zh-CN"/>
        </w:rPr>
        <w:br/>
      </w:r>
      <w:r>
        <w:rPr>
          <w:lang w:eastAsia="zh-CN"/>
        </w:rPr>
        <w:t>　　(2)、对不准备启动和无资金难以启动的用户，我们积极联系;对有出租意向的用户我们帮助联系出租事宜;对不能按时还电费款的我们通过法律起诉进行资产转让，一方面确保电费回收，另一方面增加负荷。另外我们通过职工集资承包的方式启动两台电石炉。</w:t>
      </w:r>
      <w:r>
        <w:rPr>
          <w:lang w:eastAsia="zh-CN"/>
        </w:rPr>
        <w:br/>
      </w:r>
      <w:r>
        <w:rPr>
          <w:lang w:eastAsia="zh-CN"/>
        </w:rPr>
        <w:t>　　通过努力我们又启动高载能负荷12.8万千瓦，为完成全年售电量奠定了基础。</w:t>
      </w:r>
      <w:r>
        <w:rPr>
          <w:lang w:eastAsia="zh-CN"/>
        </w:rPr>
        <w:br/>
      </w:r>
      <w:r>
        <w:rPr>
          <w:lang w:eastAsia="zh-CN"/>
        </w:rPr>
        <w:t>　　2、增强服务意识，适时成立大路分局;根据地方政府大路新区发展建设的步伐，我局及时成立大路新区供电分局筹建处，与政府配合加大招商引资力度，为优质负荷的快速增长提供全方位服务，目前，已开工建设的大型项目达到8个，新区市政基础建设也已开始，施工负荷已达到2.1万千瓦，到20__年负荷将达到10万千瓦以上，到20__年预计达到50万千瓦以上，远期规划用电负荷达100万千瓦以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积极配合地区煤炭双电源改造，全面提高负荷供应能力;薛家湾供电局所辖地区经过资源整合后国家批复可生产的现有22座，用电负荷预计达到8万千瓦，为了增取用户早日投产，我局积极协助用户进行方案设计和施工，目前，伊东扶贫煤矿0.63万千瓦负荷已投入生产，多个百万吨煤矿正在建设改造中，迎泽、纳林沟110kV变电站将在年底前投入运行，20__年预(更多精彩文章来自秘书不求人)计6万千瓦煤炭开采负荷投入生产。</w:t>
      </w:r>
      <w:r>
        <w:rPr>
          <w:lang w:eastAsia="zh-CN"/>
        </w:rPr>
        <w:br/>
      </w:r>
      <w:r>
        <w:rPr>
          <w:lang w:eastAsia="zh-CN"/>
        </w:rPr>
        <w:t>　　4、严格执行薛家湾供电局业扩报装管理办法，满足客户新装、增容需求，简化部分项目业扩报装手续，全年完成报装接电998户，接电容量17759kW。</w:t>
      </w:r>
      <w:r>
        <w:rPr>
          <w:lang w:eastAsia="zh-CN"/>
        </w:rPr>
        <w:br/>
      </w:r>
      <w:r>
        <w:rPr>
          <w:lang w:eastAsia="zh-CN"/>
        </w:rPr>
        <w:t>　　(三)、树企业形象，深入开展蒙电服务进万家活动。</w:t>
      </w:r>
      <w:r>
        <w:rPr>
          <w:lang w:eastAsia="zh-CN"/>
        </w:rPr>
        <w:br/>
      </w:r>
      <w:r>
        <w:rPr>
          <w:lang w:eastAsia="zh-CN"/>
        </w:rPr>
        <w:t>　　1、深入开展蒙电服务进万家工程活动。在准格尔广场举办大型蒙电服务进万家活动，出动宣传队伍130人，宣传车队，散发传单1万余份。纪委、监察部门牵头开展用户走访活动，组织召开用户座谈会等活动，努力提高服务质量和水平。全年累计处理各项业务达3143件，其中报修542次，投诉2起，查询，咨询20__次，累计话务量达5216次，客户满意率为98%。受到各级领导的好评，20__年三八节期间，95598客服中心被准旗妇联命名为全旗巾帼文明示范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2、开展新农村、新牧区、新电力、新服务等系列活动，规范农电管理，提高农村供电可靠性和供电能力，努力拓展农村电力市场。随着农村建设步伐的加快，农电市场发展迅猛，20__年农电售电量增长率达102%。</w:t>
      </w:r>
      <w:r>
        <w:rPr>
          <w:lang w:eastAsia="zh-CN"/>
        </w:rPr>
        <w:br/>
      </w:r>
      <w:r>
        <w:rPr>
          <w:lang w:eastAsia="zh-CN"/>
        </w:rPr>
        <w:t>　　(1)利用农村集市，宣传安全用电知识，现场答复用电咨询、开展报装接电业务、宣传蒙电服务，保证农民用上及时电、放心电，开展用电服务活动。深入农村、走进田间地头，提供现场用电服务，开展农村用电服务宣传活动。</w:t>
      </w:r>
      <w:r>
        <w:rPr>
          <w:lang w:eastAsia="zh-CN"/>
        </w:rPr>
        <w:br/>
      </w:r>
      <w:r>
        <w:rPr>
          <w:lang w:eastAsia="zh-CN"/>
        </w:rPr>
        <w:t>　　(2)利用现有电源点的建设，积极对原有农电线路进行重新规划切改，缩短农电线路供电半径，提高供电质量。</w:t>
      </w:r>
      <w:r>
        <w:rPr>
          <w:lang w:eastAsia="zh-CN"/>
        </w:rPr>
        <w:br/>
      </w:r>
      <w:r>
        <w:rPr>
          <w:lang w:eastAsia="zh-CN"/>
        </w:rPr>
        <w:t>　　3、成立蒙电宣传服务队;并利用网络、信息、报纸、电台、电视台等多种媒体宣传蒙电服务的作用、意义及服务内容，做到家喻户晓;打响蒙电服务品牌。</w:t>
      </w:r>
      <w:r>
        <w:rPr>
          <w:lang w:eastAsia="zh-CN"/>
        </w:rPr>
        <w:br/>
      </w:r>
      <w:r>
        <w:rPr>
          <w:lang w:eastAsia="zh-CN"/>
        </w:rPr>
        <w:t>　　4、组织蒙电服务进园区。开展工业园区上门服务，到每个工业园区进行集中用电服务宣传活动，现场答复用电咨询、开展报装接电业务、宣传蒙电服务、安全用电知识和受理客户投诉举报，解决实际用电问题，为园区经济发展创造良好用电</w:t>
      </w:r>
      <w:r>
        <w:rPr>
          <w:lang w:eastAsia="zh-CN"/>
        </w:rPr>
        <w:br/>
      </w:r>
      <w:r>
        <w:rPr>
          <w:lang w:eastAsia="zh-CN"/>
        </w:rPr>
        <w:t>　　5、组织蒙电服务进校园。各供电所在辖区内中小学校及幼儿园，开展了安全用电知识宣传、助学用电服务，举办安全用电常识课、发放安全用电小人儿书等活动。并对辖区内中小学校普遍进行用电设施的检查，保证了人身和设备安全。</w:t>
      </w:r>
      <w:r>
        <w:rPr>
          <w:lang w:eastAsia="zh-CN"/>
        </w:rPr>
        <w:br/>
      </w:r>
      <w:r>
        <w:rPr>
          <w:lang w:eastAsia="zh-CN"/>
        </w:rPr>
        <w:t>　　6、20__年9月份完成了银电联网工作，开通了由工商银行、邮政储蓄、农行代收电费的业务，签订了电费代收协议。极大方便了居民交费，提高了整体服务水平。</w:t>
      </w:r>
      <w:r>
        <w:rPr>
          <w:lang w:eastAsia="zh-CN"/>
        </w:rPr>
        <w:br/>
      </w:r>
      <w:r>
        <w:rPr>
          <w:lang w:eastAsia="zh-CN"/>
        </w:rPr>
        <w:t>　　(四)、提高全员素质，认真完成营销信息系统整改工作。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信息系统的应用，在营销实践中发挥着越来越来越重要的作用，大大地提升了我局营销管理水平。根据公司对我局营销信息系统复查时提出的问题，及时制定了整改措施，任务明确，责任到人，进行了信息系统的回头看的整改工作，对基础数据进行完善、整合，从5月份开始，我们对信息系统基础数据(主要是客户资料、计量资产)进行了完善，在抄表员抄表时，按台区对所辖全部用户的基础信息重新收集、修改，并结合城网改造对配电资产进行了完善。并在月度工作中进行通报和考核。9月份各项整改工作已全面完成，待公司进行复查。</w:t>
      </w:r>
      <w:r>
        <w:rPr>
          <w:lang w:eastAsia="zh-CN"/>
        </w:rPr>
        <w:br/>
      </w:r>
      <w:r>
        <w:rPr>
          <w:lang w:eastAsia="zh-CN"/>
        </w:rPr>
        <w:t>　　2、强化营销队伍教育培训力度，积极参加公司举办客户服务和数字化营销培训班。加强职工在岗培训，开展每周两题问答和每月上机实际操作等方式努力提高营销人员业务技能水平。</w:t>
      </w:r>
      <w:r>
        <w:rPr>
          <w:lang w:eastAsia="zh-CN"/>
        </w:rPr>
        <w:br/>
      </w:r>
      <w:r>
        <w:rPr>
          <w:lang w:eastAsia="zh-CN"/>
        </w:rPr>
        <w:t>　　3、实现了全部农村供电所电费集中计算、帐务集中管理，提高了营业管理水平，为电力总公司的数据大集中创造了条件。</w:t>
      </w:r>
      <w:r>
        <w:rPr>
          <w:lang w:eastAsia="zh-CN"/>
        </w:rPr>
        <w:br/>
      </w:r>
      <w:r>
        <w:rPr>
          <w:lang w:eastAsia="zh-CN"/>
        </w:rPr>
        <w:t>　　&amp;&amp;工作中存在的问题</w:t>
      </w:r>
      <w:r>
        <w:rPr>
          <w:lang w:eastAsia="zh-CN"/>
        </w:rPr>
        <w:br/>
      </w:r>
      <w:r>
        <w:rPr>
          <w:lang w:eastAsia="zh-CN"/>
        </w:rPr>
        <w:t>　　1、由于我局80%以上负荷为高载能负荷，负荷结构单一化，导致抵御市场风险不足。</w:t>
      </w:r>
      <w:r>
        <w:rPr>
          <w:lang w:eastAsia="zh-CN"/>
        </w:rPr>
        <w:br/>
      </w:r>
      <w:r>
        <w:rPr>
          <w:lang w:eastAsia="zh-CN"/>
        </w:rPr>
        <w:t>　　2、通过台区考核发现，部分公变仍存在着计量资料不准确;由此可以看出我们的管理上还不到位，个别人员工作责任心不强。</w:t>
      </w:r>
      <w:r>
        <w:rPr>
          <w:lang w:eastAsia="zh-CN"/>
        </w:rPr>
        <w:br/>
      </w:r>
      <w:r>
        <w:rPr>
          <w:lang w:eastAsia="zh-CN"/>
        </w:rPr>
        <w:t>　　3、对高载能客户的用电安全管理和技术监督工作不够，导致用户设备故障频发，影响到我局输变电设备的安全运行。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4、准能公司自备电厂向鼎华电石厂的直供电行为，以威胁到我局的供用电市场发展，建议公司出台相应管理办法，进步规范供用电市场。</w:t>
      </w:r>
      <w:r>
        <w:rPr>
          <w:lang w:eastAsia="zh-CN"/>
        </w:rPr>
        <w:br/>
      </w:r>
      <w:r>
        <w:rPr>
          <w:lang w:eastAsia="zh-CN"/>
        </w:rPr>
        <w:t>　　5、小型机的维护问题，我局小型机由调度所信息中心维护，维护人员未进行过相关操作系统及双机软件的培训，且小型机已过质保期，备品备件、维护费用也都成了问题。四方公司对信息系统中发现的问题不能及时处理，很大程度上影响了实用化的应用和开发。</w:t>
      </w:r>
      <w:r>
        <w:rPr>
          <w:lang w:eastAsia="zh-CN"/>
        </w:rPr>
        <w:br/>
      </w:r>
      <w:r>
        <w:rPr>
          <w:lang w:eastAsia="zh-CN"/>
        </w:rPr>
        <w:t>　　6、供电辖区内的个别发电厂用网电量的计量点设置不规范。使该电厂在单机运行时，少计用网。</w:t>
      </w:r>
      <w:r>
        <w:rPr>
          <w:lang w:eastAsia="zh-CN"/>
        </w:rPr>
        <w:br/>
      </w:r>
      <w:r>
        <w:rPr>
          <w:lang w:eastAsia="zh-CN"/>
        </w:rPr>
        <w:t>　　7、部分营销人员亟待需要提高信息系统相关知识。</w:t>
      </w:r>
      <w:r>
        <w:rPr>
          <w:lang w:eastAsia="zh-CN"/>
        </w:rPr>
        <w:br/>
      </w:r>
      <w:r>
        <w:rPr>
          <w:lang w:eastAsia="zh-CN"/>
        </w:rPr>
        <w:t>　　8、由于取消贴费后，10kV配网改造和延伸资金困难，使10KV配网过负荷不能得到及时改善，目前市政916线和唐站912线路导线已经接近满负荷运行;使各个开发小区即将投运和已投运的楼房用电带来困难。</w:t>
      </w:r>
      <w:r>
        <w:rPr>
          <w:lang w:eastAsia="zh-CN"/>
        </w:rPr>
        <w:br/>
      </w:r>
      <w:r>
        <w:rPr>
          <w:lang w:eastAsia="zh-CN"/>
        </w:rPr>
        <w:t>　　&amp;&amp;20__年营销工作重点</w:t>
      </w:r>
      <w:r>
        <w:rPr>
          <w:lang w:eastAsia="zh-CN"/>
        </w:rPr>
        <w:br/>
      </w:r>
      <w:r>
        <w:rPr>
          <w:lang w:eastAsia="zh-CN"/>
        </w:rPr>
        <w:t>　　20__年是落实发展规划的重要一年。也是我局发展规划的重要年，售电量增幅可能不会太大。根据情况继续做好企业发展调整期增供扩销工作的研究，强化内部管理，提升管理水平。全面实施营销精细化管理年活动。</w:t>
      </w:r>
      <w:r>
        <w:rPr>
          <w:lang w:eastAsia="zh-CN"/>
        </w:rPr>
        <w:br/>
      </w:r>
      <w:r>
        <w:rPr>
          <w:lang w:eastAsia="zh-CN"/>
        </w:rPr>
        <w:t>　　一、经济指标计划</w:t>
      </w:r>
      <w:r>
        <w:rPr>
          <w:lang w:eastAsia="zh-CN"/>
        </w:rPr>
        <w:br/>
      </w:r>
      <w:r>
        <w:rPr>
          <w:lang w:eastAsia="zh-CN"/>
        </w:rPr>
        <w:t>　　1、售电量21亿kWh;</w:t>
      </w:r>
      <w:r>
        <w:rPr>
          <w:lang w:eastAsia="zh-CN"/>
        </w:rPr>
        <w:br/>
      </w:r>
      <w:r>
        <w:rPr>
          <w:lang w:eastAsia="zh-CN"/>
        </w:rPr>
        <w:t>　　2、线损率3.3%;</w:t>
      </w:r>
      <w:r>
        <w:rPr>
          <w:lang w:eastAsia="zh-CN"/>
        </w:rPr>
        <w:br/>
      </w:r>
      <w:r>
        <w:rPr>
          <w:lang w:eastAsia="zh-CN"/>
        </w:rPr>
        <w:t>　　3、平均电价276元/kKWh;</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4、销售收入57960万元;</w:t>
      </w:r>
      <w:r>
        <w:rPr>
          <w:lang w:eastAsia="zh-CN"/>
        </w:rPr>
        <w:br/>
      </w:r>
      <w:r>
        <w:rPr>
          <w:lang w:eastAsia="zh-CN"/>
        </w:rPr>
        <w:t>　　5、电费回收率100%;</w:t>
      </w:r>
      <w:r>
        <w:rPr>
          <w:lang w:eastAsia="zh-CN"/>
        </w:rPr>
        <w:br/>
      </w:r>
      <w:r>
        <w:rPr>
          <w:lang w:eastAsia="zh-CN"/>
        </w:rPr>
        <w:t>　　6、营业外收入200万元;</w:t>
      </w:r>
      <w:r>
        <w:rPr>
          <w:lang w:eastAsia="zh-CN"/>
        </w:rPr>
        <w:br/>
      </w:r>
      <w:r>
        <w:rPr>
          <w:lang w:eastAsia="zh-CN"/>
        </w:rPr>
        <w:t>　　7、准能自备电厂系统备用费1800万元;</w:t>
      </w:r>
      <w:r>
        <w:rPr>
          <w:lang w:eastAsia="zh-CN"/>
        </w:rPr>
        <w:br/>
      </w:r>
      <w:r>
        <w:rPr>
          <w:lang w:eastAsia="zh-CN"/>
        </w:rPr>
        <w:t>　　二、重点工作</w:t>
      </w:r>
      <w:r>
        <w:rPr>
          <w:lang w:eastAsia="zh-CN"/>
        </w:rPr>
        <w:br/>
      </w:r>
      <w:r>
        <w:rPr>
          <w:lang w:eastAsia="zh-CN"/>
        </w:rPr>
        <w:t>　　1、加强电力市场的稳定与开拓。一是20__年国家提出降耗减排战略，我局管辖的高载能企业在市场竞争实力单薄，必须采取整合集团化运营的方法，来抵御高载能市场的风险。积极帮助高载能企业进行集团化整合工作和办理行业准入手续，是稳定我局目前电力市场和可持续发展。二是积极加快大路新区煤化工基地和清水河电力市场的开拓，尽快改善我局供电负荷单一化结构。三是密切关注我局供电辖区内所有发电厂向大用户直供电事宜，维护好目前电力市场。四是争取鼎华公司四台电石炉用电和准能公司生活区用电由我局供电，提高市场占有率。</w:t>
      </w:r>
      <w:r>
        <w:rPr>
          <w:lang w:eastAsia="zh-CN"/>
        </w:rPr>
        <w:br/>
      </w:r>
      <w:r>
        <w:rPr>
          <w:lang w:eastAsia="zh-CN"/>
        </w:rPr>
        <w:t>　　2、加大电费回收工作，扭转我局电费回收被动局面。一是做好本年度电费回收工作，从年初抓好电费回收工作，制定切实可行的电费回收管理办法，强化月度电费考核工作。二是依靠法律追收成欠电费，降低电费风险。</w:t>
      </w:r>
      <w:r>
        <w:rPr>
          <w:lang w:eastAsia="zh-CN"/>
        </w:rPr>
        <w:br/>
      </w:r>
      <w:r>
        <w:rPr>
          <w:lang w:eastAsia="zh-CN"/>
        </w:rPr>
        <w:t xml:space="preserve">    2024上半年销售个人工作总结 篇24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20__上半年的时间过去了，看着自己在这上半年的业绩，就算是我，嘴角也不禁微微上扬。本来按照我的性格，一般都喜欢在最后再看自己努力的结果，但是在销售这个行业的工作彻底改变了我的习惯，毕竟市场是多变的，可不能在“失败”了才发现自己最后走错了路!</w:t>
      </w:r>
      <w:r>
        <w:rPr>
          <w:lang w:eastAsia="zh-CN"/>
        </w:rPr>
        <w:br/>
      </w:r>
      <w:r>
        <w:rPr>
          <w:lang w:eastAsia="zh-CN"/>
        </w:rPr>
        <w:t>　　在上半年的工作中，我又好好的开拓了我的顾客人脉，让自己的上半年的工作也算是小有成就。总之，既然已经看了自己在上半年的成绩，那么就好好的总结一下，规划下之后的工作方案吧!我的20__上半年销售总结如下：</w:t>
      </w:r>
      <w:r>
        <w:rPr>
          <w:lang w:eastAsia="zh-CN"/>
        </w:rPr>
        <w:br/>
      </w:r>
      <w:r>
        <w:rPr>
          <w:lang w:eastAsia="zh-CN"/>
        </w:rPr>
        <w:t>　　一、在人际关系上</w:t>
      </w:r>
      <w:r>
        <w:rPr>
          <w:lang w:eastAsia="zh-CN"/>
        </w:rPr>
        <w:br/>
      </w:r>
      <w:r>
        <w:rPr>
          <w:lang w:eastAsia="zh-CN"/>
        </w:rPr>
        <w:t>　　化妆品销售的业绩，除了要有一个过硬的产品以外，有几个属于自己的化妆品圈子也是非常重要的。无论是在人际交往、产品销售、产品反馈、产品推荐……等多种多样的事情上都能起到用途。</w:t>
      </w:r>
      <w:r>
        <w:rPr>
          <w:lang w:eastAsia="zh-CN"/>
        </w:rPr>
        <w:br/>
      </w:r>
      <w:r>
        <w:rPr>
          <w:lang w:eastAsia="zh-CN"/>
        </w:rPr>
        <w:t>　　在今上半年的工作中，我也一直在努力做好在这几个群组中的工作。相比在现实中自己去寻找新的顾客，我在这片网络的区域能做的更加如鱼得水。通过上半年的努力和投入，群组的成员和顾客有增加了许多，这就是网络人脉的好处，传播的非常快，非常远，能为自己招来许多意想不到的收获或者是潜在的顾客。</w:t>
      </w:r>
      <w:r>
        <w:rPr>
          <w:lang w:eastAsia="zh-CN"/>
        </w:rPr>
        <w:br/>
      </w:r>
      <w:r>
        <w:rPr>
          <w:lang w:eastAsia="zh-CN"/>
        </w:rPr>
        <w:t>　　二、在实际工作上</w:t>
      </w:r>
      <w:r>
        <w:rPr>
          <w:lang w:eastAsia="zh-CN"/>
        </w:rPr>
        <w:br/>
      </w:r>
      <w:r>
        <w:rPr>
          <w:lang w:eastAsia="zh-CN"/>
        </w:rPr>
        <w:t>　　就算我比较擅长网络销售，但是作为一名销售人员，脚踏实地的工作也是我们不能忘记的!我可不会忘记现在这么大的群组在当年是我如何一步一步在销售中邀请顾客建立起来的。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现实的销售中，我在___街的一家分店中工作，每天来往的客流量也是非常不少，但是无论是新老顾客我都会仔细的区分开，新顾客要给予好的服务和推荐。老顾客要像朋友一样去和她聊天，多去夸赞，细心观察亮点。在工作中越是对顾客了解，就越是能得到顾客的信赖，成为朋友是扩展人脉的第一步!</w:t>
      </w:r>
      <w:r>
        <w:rPr>
          <w:lang w:eastAsia="zh-CN"/>
        </w:rPr>
        <w:br/>
      </w:r>
      <w:r>
        <w:rPr>
          <w:lang w:eastAsia="zh-CN"/>
        </w:rPr>
        <w:t>　　三、总结</w:t>
      </w:r>
      <w:r>
        <w:rPr>
          <w:lang w:eastAsia="zh-CN"/>
        </w:rPr>
        <w:br/>
      </w:r>
      <w:r>
        <w:rPr>
          <w:lang w:eastAsia="zh-CN"/>
        </w:rPr>
        <w:t>　　虽然老顾客非常的重要，但是新顾客这样的资源我们也不能放弃，好好的将两边的工作都做好就是我现在的路线。虽然两边顾会让我感到很累，但是看着上半年的这些成绩，我相信这都是值得的。</w:t>
      </w:r>
      <w:r>
        <w:rPr>
          <w:lang w:eastAsia="zh-CN"/>
        </w:rPr>
        <w:br/>
      </w:r>
      <w:r>
        <w:rPr>
          <w:lang w:eastAsia="zh-CN"/>
        </w:rPr>
        <w:t>　　工作没有止境，现在的成就虽然让我高兴，但是还并没有到让我满足的地步，我会在接下来的下半年里继续努力，维护好现在的人脉的同时，继续努力!</w:t>
      </w:r>
      <w:r>
        <w:rPr>
          <w:lang w:eastAsia="zh-CN"/>
        </w:rPr>
        <w:br/>
      </w:r>
      <w:r>
        <w:rPr>
          <w:lang w:eastAsia="zh-CN"/>
        </w:rPr>
        <w:t xml:space="preserve">    2024上半年销售个人工作总结 篇25 </w:t>
      </w:r>
      <w:r>
        <w:rPr>
          <w:lang w:eastAsia="zh-CN"/>
        </w:rPr>
        <w:br/>
      </w:r>
      <w:r>
        <w:rPr>
          <w:lang w:eastAsia="zh-CN"/>
        </w:rPr>
        <w:t>　　20__年在繁忙的工作中不知不觉过了一半，回顾这半年的工作历程，我庆幸自己找到了一份适合自己的工作，我学的是旅游管理但在酒店实习根本就没有做过销售，刚从回来是一直在酒店寻找自己合适的岗位，但却发现这管理模式和自己所学的一点都不一样怎么样都融入不到团队里。</w:t>
      </w:r>
      <w:r>
        <w:rPr>
          <w:lang w:eastAsia="zh-CN"/>
        </w:rPr>
        <w:br/>
      </w:r>
      <w:r>
        <w:rPr>
          <w:lang w:eastAsia="zh-CN"/>
        </w:rPr>
        <w:t>　　自从进入房地产公司已经有半年多了，我进步了很多，不仅仅是在业务方面上的进步，还有很多现实中的问题。比如为人处世原则、处理问题的能力，以及和同事客户之间的关系。这些我都取得了很大的进步。我感觉自己在房地产公司工作真的是没有选错，自己进入了一个适合自己的行业和公司，我感觉十分的幸运。我将过去半年的工作做一下我的总结 ：</w:t>
      </w:r>
      <w:r>
        <w:rPr>
          <w:lang w:eastAsia="zh-CN"/>
        </w:rPr>
        <w:br/>
      </w:r>
      <w:r>
        <w:rPr>
          <w:lang w:eastAsia="zh-CN"/>
        </w:rPr>
        <w:t>　　一、业务能力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1、进入一个行业，对行业的知识，熟悉操作流程和建立自己的客户关系。在实际工作中，我也学到了如何抓准客户和跟踪客户，懂得不同客户的不同需求 。</w:t>
      </w:r>
      <w:r>
        <w:rPr>
          <w:lang w:eastAsia="zh-CN"/>
        </w:rPr>
        <w:br/>
      </w:r>
      <w:r>
        <w:rPr>
          <w:lang w:eastAsia="zh-CN"/>
        </w:rPr>
        <w:t>　　2、对市场的了解。不仅是要对目标市场有所了解，也对竞争对手的了解。绝对不能坐井观天，不知天下事。因为世界上唯一不变的就是“变化”，所以要根据市场的变化而做出相应的策略，这样才能在激烈的竞争中制胜。应该不断的学习，积累，了解行业动态，价格浮动。在了解了竞争对手的户型以及价格信息，才能凸显出自己楼盘的优势。</w:t>
      </w:r>
      <w:r>
        <w:rPr>
          <w:lang w:eastAsia="zh-CN"/>
        </w:rPr>
        <w:br/>
      </w:r>
      <w:r>
        <w:rPr>
          <w:lang w:eastAsia="zh-CN"/>
        </w:rPr>
        <w:t>　　3、处理好跟客户的关系，和客户建立好良好的关系。因为同一个客户，可能会接到很多户型以及户型的价格，如果关系不错，客户会主动将竞争对手的价格信息，以及户型特点主动告诉。在这个过程中，我们就要要充分利用自己的楼盘优势，特点，分析对方价格，并强调我们的优势，进一步促成成交。</w:t>
      </w:r>
      <w:r>
        <w:rPr>
          <w:lang w:eastAsia="zh-CN"/>
        </w:rPr>
        <w:br/>
      </w:r>
      <w:r>
        <w:rPr>
          <w:lang w:eastAsia="zh-CN"/>
        </w:rPr>
        <w:t>　　二、个人素质能力</w:t>
      </w:r>
      <w:r>
        <w:rPr>
          <w:lang w:eastAsia="zh-CN"/>
        </w:rPr>
        <w:br/>
      </w:r>
      <w:r>
        <w:rPr>
          <w:lang w:eastAsia="zh-CN"/>
        </w:rPr>
        <w:t>　　1、诚实&amp;&amp;做生意，最怕“奸商”，所以客户都喜欢跟诚实的人做朋友，做生意。售楼也是一样在与人交流的过程中，要体现自己的诚意。在客户交流的过程中，只有诚实，才能取得信任。</w:t>
      </w:r>
      <w:r>
        <w:rPr>
          <w:lang w:eastAsia="zh-CN"/>
        </w:rPr>
        <w:br/>
      </w:r>
      <w:r>
        <w:rPr>
          <w:lang w:eastAsia="zh-CN"/>
        </w:rPr>
        <w:t>　　2、热情&amp;&amp;只要对自己的职业有热情，才能全神贯注地把自己的精力投下去，房地产销售更是如此，因为销售是一个很长销售的过程。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耐心&amp;&amp;房地产销售中一个新客户的成交时间一般在一周或一个月甚至更长所以，不论是上门的客户还是电话客户，或是老客户带来的新客户，零零总总的加起来也有不少来客量，但是成交的客户却不是很多，我们可能很多时间都是在做“无用功”。但是一定要有耐心，有很多潜在的客户，都是要在很长的时间里才转变为真正的成交客户，所以必须有耐心才会把业绩做得更出色。只要有意向的客户，就要厚着脸皮把他抓住不放，总有一天会有意想不到的收获。对于成交的客户，不用说肯定是重中之重，需要时不时的问候一下有没有需要帮助的，维护好关系。</w:t>
      </w:r>
      <w:r>
        <w:rPr>
          <w:lang w:eastAsia="zh-CN"/>
        </w:rPr>
        <w:br/>
      </w:r>
      <w:r>
        <w:rPr>
          <w:lang w:eastAsia="zh-CN"/>
        </w:rPr>
        <w:t>　　在这个漫长的过程中，在自己没有成交而同事有成交的时候，一定要有耐心，暴风雨后便是彩虹。</w:t>
      </w:r>
      <w:r>
        <w:rPr>
          <w:lang w:eastAsia="zh-CN"/>
        </w:rPr>
        <w:br/>
      </w:r>
      <w:r>
        <w:rPr>
          <w:lang w:eastAsia="zh-CN"/>
        </w:rPr>
        <w:t>　　4、自信心&amp;&amp;这一点很重要，把他抓住不放，总有一天会有意想不到的收获。对于成交的客户，不用说肯定是重中之重，需要时不时的问候一下有没有需要帮助的，维护好关系。</w:t>
      </w:r>
      <w:r>
        <w:rPr>
          <w:lang w:eastAsia="zh-CN"/>
        </w:rPr>
        <w:br/>
      </w:r>
      <w:r>
        <w:rPr>
          <w:lang w:eastAsia="zh-CN"/>
        </w:rPr>
        <w:t>　　5、勤快，团结互助。一个人的力量在整个工作中显得非常渺小，只有大家团结互助精心合作才能保证成交的顺利完成。</w:t>
      </w:r>
      <w:r>
        <w:rPr>
          <w:lang w:eastAsia="zh-CN"/>
        </w:rPr>
        <w:br/>
      </w:r>
      <w:r>
        <w:rPr>
          <w:lang w:eastAsia="zh-CN"/>
        </w:rPr>
        <w:t>　　6、认真细心，做事用心。这样才能避免自己犯错误，从内心深处清醒的认识到：任何人都可能犯错误，客户也不是神，甚至在某些方面客户可能还不如我们&amp;&amp;才会更仔细地去工作，认真地去核对资料，及时发现和减少错误的发生。犯错误和返工是最大的误工和浪费。</w:t>
      </w:r>
      <w:r>
        <w:rPr>
          <w:lang w:eastAsia="zh-CN"/>
        </w:rPr>
        <w:br/>
      </w:r>
    </w:p>
    <w:p w:rsidR="001B1F19" w14:textId="27C3F48A">
      <w:pPr>
        <w:rPr>
          <w:rFonts w:hint="eastAsia"/>
          <w:lang w:eastAsia="zh-CN"/>
        </w:rPr>
      </w:pPr>
      <w:r>
        <w:rPr>
          <w:lang w:eastAsia="zh-CN"/>
        </w:rPr>
        <w:t>　　7、进一步规范自己的工作流程，在新的一年里避免一些低级性的错误出现，减少混乱，养成良好的工作习惯。增强自己工作的计划性，这样可以避免遗忘该做的事情，减少丢三落四现象的出现。</w:t>
      </w:r>
      <w:r>
        <w:rPr>
          <w:lang w:eastAsia="zh-CN"/>
        </w:rPr>
        <w:br/>
      </w:r>
      <w:r>
        <w:rPr>
          <w:lang w:eastAsia="zh-CN"/>
        </w:rPr>
        <w:t>　　我也深刻地认识到自己在工作中也还有很多不足之处，需要在20__年下半年的工作中进一步的学习和改进。</w:t>
      </w:r>
      <w:r>
        <w:rPr>
          <w:lang w:eastAsia="zh-CN"/>
        </w:rPr>
        <w:br/>
      </w:r>
      <w:r>
        <w:rPr>
          <w:lang w:eastAsia="zh-CN"/>
        </w:rPr>
        <w:t>　　世界没有完美的事情，每个人都有其优缺点，一旦遇到工作比较多的时候，工作多的时候容易急噪，或者不会花时间去检查，也很粗心。</w:t>
      </w:r>
      <w:r>
        <w:rPr>
          <w:lang w:eastAsia="zh-CN"/>
        </w:rPr>
        <w:br/>
      </w:r>
      <w:r>
        <w:rPr>
          <w:lang w:eastAsia="zh-CN"/>
        </w:rPr>
        <w:t>　　以目前的行为状况来看，我还不是一个合格的置业顾问，或者只是一个刚入门的置业顾问，本身谈吐，口才还不行，表达能力不够突出。主要没有突破自身的缺点，脸皮还不够厚，心理素质还不过关，每个人的经历和知识水平都不相同，这决定了每个人在做事情的能力上也会存在差别，但很多时候，工作能否做好，起决定作用的并不是能力。在实际工作中，有相当大的一部份工作不是靠能力来完成就能做好的，而是靠对公司对部门对自己的一种强烈的责任心与很强的执行力来完成来做好的。</w:t>
      </w:r>
      <w:r>
        <w:rPr>
          <w:lang w:eastAsia="zh-CN"/>
        </w:rPr>
        <w:br/>
      </w:r>
      <w:r>
        <w:rPr>
          <w:lang w:eastAsia="zh-CN"/>
        </w:rPr>
        <w:t>　　我想今后我一定会努力朝着以下几个方面继续努力，首先是抽空学习一些关于房地产销售的专业知识。作为一名业务员，如果当客户问一些有关产品的专业问题时，若一问三不知，那么很可能会失去这个客户。因此为了抓住每个潜在的客户，一定要对自己所销售的楼盘很熟悉，要达到了如指掌才能很专业地回答客户的问题。 其次，之前经理也说过作为一名合格的售楼人员，如果真的想使自己有成就感的话那就要做出业绩来，因此今后我也要朝着这个方向好好加油。</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https://d.book118.com/418032005111006033</w:t>
        </w:r>
      </w:hyperlink>
    </w:p>
    <w:p w:rsidR="001B1F19">
      <w:pPr>
        <w:rPr>
          <w:rFonts w:hint="eastAsia"/>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18032005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