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高中生的家长会发言稿（10篇万能范文）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高中生的家长会发言稿篇1 </w:t>
      </w:r>
      <w:r>
        <w:rPr>
          <w:lang w:eastAsia="zh-CN"/>
        </w:rPr>
        <w:br/>
      </w:r>
      <w:r>
        <w:rPr>
          <w:lang w:eastAsia="zh-CN"/>
        </w:rPr>
        <w:t xml:space="preserve">    各位家长： </w:t>
      </w:r>
      <w:r>
        <w:rPr>
          <w:lang w:eastAsia="zh-CN"/>
        </w:rPr>
        <w:br/>
      </w:r>
      <w:r>
        <w:rPr>
          <w:lang w:eastAsia="zh-CN"/>
        </w:rPr>
        <w:t xml:space="preserve">    大家上午好！ </w:t>
      </w:r>
      <w:r>
        <w:rPr>
          <w:lang w:eastAsia="zh-CN"/>
        </w:rPr>
        <w:br/>
      </w:r>
      <w:r>
        <w:rPr>
          <w:lang w:eastAsia="zh-CN"/>
        </w:rPr>
        <w:t xml:space="preserve">    感谢你们从百忙中抽出身来出席今天的家长会。在此，我代表学校、代表黄校长、代表高一年级全体师生向各位家长的光临表示热烈的欢迎和中心的感谢。 </w:t>
      </w:r>
      <w:r>
        <w:rPr>
          <w:lang w:eastAsia="zh-CN"/>
        </w:rPr>
        <w:br/>
      </w:r>
      <w:r>
        <w:rPr>
          <w:lang w:eastAsia="zh-CN"/>
        </w:rPr>
        <w:t xml:space="preserve">    学校召开这个家长会，主要目的也是希望家长多了解孩子的在校表现，加强家庭与学校之间的联系，双方携手，做好教育，让孩子们学得更好，取得更好的成绩！ </w:t>
      </w:r>
      <w:r>
        <w:rPr>
          <w:lang w:eastAsia="zh-CN"/>
        </w:rPr>
        <w:br/>
      </w:r>
      <w:r>
        <w:rPr>
          <w:lang w:eastAsia="zh-CN"/>
        </w:rPr>
        <w:t xml:space="preserve">    按照学校的统一安排，本次家长会，我重点讲三方面的内容：一是介绍学校基本的办学情况，二是汇报本学期年级的主要工作，三是给家长提几点教育建议。 </w:t>
      </w:r>
      <w:r>
        <w:rPr>
          <w:lang w:eastAsia="zh-CN"/>
        </w:rPr>
        <w:br/>
      </w:r>
      <w:r>
        <w:rPr>
          <w:lang w:eastAsia="zh-CN"/>
        </w:rPr>
        <w:t xml:space="preserve">    一、学校的基本办学情况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我校创办于1938年，是__省重点中学、__省规范化学校、教育部重点课题实验学校、全国百家特色学校，现有118个教学班，94个高中教学班，24个初中教学班，在校学生__人，教职工__名，一年来，在各级领导的关怀指导下，在您的关心支持下，学校遵循“学生提高、教师发展、家长满意、社会认可度高”的学年发展目标，学校进入了一个全新的时期，步入了健康发展的快车道。</w:t>
      </w:r>
      <w:r>
        <w:rPr>
          <w:lang w:eastAsia="zh-CN"/>
        </w:rPr>
        <w:t xml:space="preserve"> </w:t>
      </w:r>
      <w:r>
        <w:rPr>
          <w:lang w:eastAsia="zh-CN"/>
        </w:rPr>
        <w:br/>
      </w:r>
      <w:r>
        <w:rPr>
          <w:lang w:eastAsia="zh-CN"/>
        </w:rPr>
        <w:t xml:space="preserve">    学校创新年级管理体制，高中每个年级和初中部，分别由一位副校长或主任负总责，分别管理一个年级，对教学、管理等负总责，重点抓好教学研究，协调各级部关系。高中各年级设3个级部，初中每年级一个级部，各设级部主任一名，重点抓管理。 </w:t>
      </w:r>
      <w:r>
        <w:rPr>
          <w:lang w:eastAsia="zh-CN"/>
        </w:rPr>
        <w:br/>
      </w:r>
      <w:r>
        <w:rPr>
          <w:lang w:eastAsia="zh-CN"/>
        </w:rPr>
        <w:t xml:space="preserve">    学校建立健全促进教师成长的长效机制，提升教师素质，关注教师发展，改善教师待遇，关心教师健康，让教师快乐地工作，幸福地生活。从领导到老师转变学生管理理念，领导为师生服务，教师为学生服务，后勤为教学服务，坚持全程管理，全员育人，关心爱护每一名学生，正在形成一支品德高尚、乐于奉献、勤于育人的教师队伍，全面提升了学校的核心竞争力。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学校以教育教学改革为抓手，狠抓常规教学的落实，重点抓了学案的编制使用研究和高效课堂的推进。学校邀请学者专家来校举行了高效课堂创建培训会，使广大教师明确了新课程改革的方向、方法和措施；组织教师多次到先进学校学习，体验高效课堂氛围。大力推广“学-议-导-练”高效课堂模式，层层推进，充分展示课堂活力，全面提高教学效益。在今年的市教科院课堂教学调研和县教研室教学工作视导中，各位领导对我校的课堂改革都给予充分肯定，一致评价我校的课堂极具高效性，学生提高快。在20__年的__县优质课评选中，我校有20人获得一等奖，20人获得二等奖，6人获得三等奖，获奖等次人数名列全县第一。在刚刚结束的高三期末检测中，我校成绩优异，无论优秀人数还是上线率，都有成倍增长。各类竞赛，成绩斐然，全国电脑制作大赛，学生__的电脑制作作品《校讯通·关爱篇》、李茜钰的电脑制作作品《校讯通·平安篇》获得一等奖，徐丽红老师荣获国家级优秀辅导奖。在__省第六届体育教师教学技能大赛中，教师__、__分别夺得一等奖、二等奖；__代表__省参加全国教师教学技能大赛，名列全国第三名，荣获一等奖。学校先后荣获全国科研兴校示范基地、__省规范化学校等80多种全国省市荣誉称号。__教育考察团、__教育考察团等20多个教育考察团来校学习交流。</w:t>
      </w:r>
      <w:r>
        <w:rPr>
          <w:lang w:eastAsia="zh-CN"/>
        </w:rPr>
        <w:t xml:space="preserve"> </w:t>
      </w:r>
      <w:r>
        <w:rPr>
          <w:lang w:eastAsia="zh-CN"/>
        </w:rPr>
        <w:br/>
      </w:r>
      <w:r>
        <w:rPr>
          <w:lang w:eastAsia="zh-CN"/>
        </w:rPr>
        <w:t xml:space="preserve">    下段，我们将牢固树立以教学为中心的思想，把教育教学质量作为生命线，切实加强教学管理，继续抓好学案的编制使用研究和高效课堂的推进，提高教学效益；加强团队建设，打造优秀的领导团队和教师团队，全面提升学校核心竞争力；加强优秀生和特长生培养，全面提高育人水平；坚持育人为本，德育为先，进一步加强和改进德育工作，全面提高学生素质。 </w:t>
      </w:r>
      <w:r>
        <w:rPr>
          <w:lang w:eastAsia="zh-CN"/>
        </w:rPr>
        <w:br/>
      </w:r>
      <w:r>
        <w:rPr>
          <w:lang w:eastAsia="zh-CN"/>
        </w:rPr>
        <w:t xml:space="preserve">    各位家长，学校的重点工作，重要举措，还需要你们多提出宝贵意见；有些做得不够的地方，希望你们及时提出意见、建议，我们将努力改进，以求更大的提高。 </w:t>
      </w:r>
      <w:r>
        <w:rPr>
          <w:lang w:eastAsia="zh-CN"/>
        </w:rPr>
        <w:br/>
      </w:r>
      <w:r>
        <w:rPr>
          <w:lang w:eastAsia="zh-CN"/>
        </w:rPr>
        <w:t xml:space="preserve">    二、本学期年级主要工作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第一重视思想教育，落实育人为本。在对学生的思想教育方面，从开学第一课----军训开始，我们就利用晚上的时间播放和焦波拍摄的《俺爹俺娘》教育视频，以及邹越的《让生命充满爱》激情演讲，对学生进行爱祖国、爱父母、爱老师、爱自己教育，在每次的班会中班主任对学生进行思想教育也是班会必需内容，在年级召开的级会中，我也结合大量的事例对学生进行了责任感和爱心方面的教育，年级还借助军训、国庆、元旦三次放假时机，通过三封信同家长一起做孩子的思想教育工作，在教师按照全员育人导师制安排与学生谈话时，思想交流也是很重要的内容，在班主任组织的学情会商制度中也非常关注学生思想方面的问题探讨，发现问题及时对症下药予以引导解决。</w:t>
      </w:r>
      <w:r>
        <w:rPr>
          <w:lang w:eastAsia="zh-CN"/>
        </w:rPr>
        <w:t xml:space="preserve"> </w:t>
      </w:r>
      <w:r>
        <w:rPr>
          <w:lang w:eastAsia="zh-CN"/>
        </w:rPr>
        <w:br/>
      </w:r>
      <w:r>
        <w:rPr>
          <w:lang w:eastAsia="zh-CN"/>
        </w:rPr>
        <w:t xml:space="preserve">    第二、严抓常规管理，培养两个习惯。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好习惯是一个人储存在神经系统的资本，养成一种好的习惯，一辈子都用不完它的利息，养成一种坏的习惯，一辈子都还不清它的债务。开学初学校组织了为期七天的军训。虽然军训是苦的、累的，孩子们晒黑了、变瘦了，但军训培养了孩子们吃苦耐劳、永不服输的精神；磨炼了他们的意志力；增强了他们的团队精神。使他们真正成为有组织有纪律，有严谨的生活作风和学习作风，有较强的时间观念的高中生。在培养学生的良好生活习惯方面，我们年级开展了以巩固军训成果为目的的一系列常规达标落实活动：通过落实一小时课间体育活动，强化“快静齐”三个环节，使上操效果有了很大的提升，集合迅速，队列整齐，呼号响亮，高一年级学生跑操队伍成为学校一道亮丽的风景线；通过落实宿舍卫生天天查活动，使内务整理上了一个新台阶，叠放整齐的被褥和布置有序的宿舍成为孩子生活自理能力最好的证明；通过严抓两睡纪律，落实班主任入住学生宿舍，午休晚睡全过程检查和学生违纪日公布制度，让按时入睡，安静休息成为一种生活习惯。明年我们将进行方山坚韧之旅和乔山六十公里远足，进一步磨炼学生的意志。在培养学生良好的学习习惯方面，年级以强化安静有序、自主高效的自习纪律为核心，通过成长记录本督促学生养成天天有计划，日日有收获的学习习惯；通过学法总结簿督促学生养成一周一总结，一周一反思的学习习惯；通过典型错题集督促学生养成有错必纠，知错能改的学习习惯。</w:t>
      </w:r>
      <w:r>
        <w:rPr>
          <w:lang w:eastAsia="zh-CN"/>
        </w:rPr>
        <w:t xml:space="preserve"> </w:t>
      </w:r>
      <w:r>
        <w:rPr>
          <w:lang w:eastAsia="zh-CN"/>
        </w:rPr>
        <w:br/>
      </w:r>
      <w:r>
        <w:rPr>
          <w:lang w:eastAsia="zh-CN"/>
        </w:rPr>
        <w:t xml:space="preserve">    年级要求每个班级依据《__中学生德育学分认定办法》在班内征求意见的基础上，做到了每个班级都有班规，有班训，针对常规管理中的上操、两睡、卫生、自习纪律、考勤、仪容仪表、校园纪律都制定了详细的标准，在班级量化中严格按照标准落实，每周一公布，保证公开、公平、公正，打造了良好的班风、学风。 </w:t>
      </w:r>
      <w:r>
        <w:rPr>
          <w:lang w:eastAsia="zh-CN"/>
        </w:rPr>
        <w:br/>
      </w:r>
      <w:r>
        <w:rPr>
          <w:lang w:eastAsia="zh-CN"/>
        </w:rPr>
        <w:t xml:space="preserve">    期中考试后，为了提高学生全员参与管理班级的积极性，激发学生的班集体主人翁责任感和集体荣誉感，年级要求实行值日班长轮流制和值周班长轮流制，值日班长每天办好四件事，写好黑板上的格言，填好班级日志，处理好一天的日常事务，写好值日班长感悟，值周班长每周负责总结一周的班级常规管理情况。让每一个学生都有机会当一天家，全员参与班级日常管理；让每一个学生都有机会体验班主任和班干部的艰辛劳动，提高了自我管理能力。从落实情况来看，对于班级管理和改善师生关系都收到了非常好的效果。请各位家长放心，我们一中人愿付出自己全部的努力，严抓常规管理，让每一个孩子都能健康成长、学有所成。 </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转眼间，您的孩子已经在一中度过了四个多月的时光。在一中，他们结识了知心的伙伴，播洒着奋斗的汗水，感受着成长的喜悦。这里已成为孩子们学习的乐园、成长的家园，也必将成为孩子们终生难忘的地方。 </w:t>
      </w:r>
      <w:r>
        <w:rPr>
          <w:lang w:eastAsia="zh-CN"/>
        </w:rPr>
        <w:br/>
      </w:r>
      <w:r>
        <w:rPr>
          <w:lang w:eastAsia="zh-CN"/>
        </w:rPr>
        <w:t xml:space="preserve">    三、就学生的教育给家长提几条建议 </w:t>
      </w:r>
      <w:r>
        <w:rPr>
          <w:lang w:eastAsia="zh-CN"/>
        </w:rPr>
        <w:br/>
      </w:r>
      <w:r>
        <w:rPr>
          <w:lang w:eastAsia="zh-CN"/>
        </w:rPr>
        <w:t xml:space="preserve">    教育家__指出：“孩子是家长的希望，教育是人类的希望。”“一个孩子成了好人，社会受益，人民受益，集体受益，邻里受益，但活得最充实、受益最大的，还是他的父母和他自己。” </w:t>
      </w:r>
      <w:r>
        <w:rPr>
          <w:lang w:eastAsia="zh-CN"/>
        </w:rPr>
        <w:br/>
      </w:r>
      <w:r>
        <w:rPr>
          <w:lang w:eastAsia="zh-CN"/>
        </w:rPr>
        <w:t xml:space="preserve">    各位家长，为了使你的子女将来更有作为，为了使家庭学校更好地携起手来，教育好我们的下一代，下边给各位家长提几点教育建议： </w:t>
      </w:r>
      <w:r>
        <w:rPr>
          <w:lang w:eastAsia="zh-CN"/>
        </w:rPr>
        <w:br/>
      </w:r>
      <w:r>
        <w:rPr>
          <w:lang w:eastAsia="zh-CN"/>
        </w:rPr>
        <w:t xml:space="preserve">    1、思想重视，搞好家教。 </w:t>
      </w:r>
      <w:r>
        <w:rPr>
          <w:lang w:eastAsia="zh-CN"/>
        </w:rPr>
        <w:br/>
      </w:r>
      <w:r>
        <w:rPr>
          <w:lang w:eastAsia="zh-CN"/>
        </w:rPr>
        <w:t xml:space="preserve">    家长是孩子的第一任教师，也是终身的教师。现在的学生，特别是中学生思想活跃、可塑性强，正是其品德、习惯形成的重要时期。学生能否健康成长，除学校教育外，很大程度上取决于是否有良好的家庭教育。苏联教育家苏霍姆林斯基曾说过：“最完善的教育是学校教育与家庭教育的结合。”希望每一个家长都要重视家庭教育，培养好每一个孩子。 </w:t>
      </w:r>
      <w:r>
        <w:rPr>
          <w:lang w:eastAsia="zh-CN"/>
        </w:rPr>
        <w:br/>
      </w:r>
      <w:r>
        <w:rPr>
          <w:lang w:eastAsia="zh-CN"/>
        </w:rPr>
        <w:t xml:space="preserve">    2、密切配合，适时激励。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进入中学，孩子已步入青年时期，已有一定的思想内涵。作为父母对孩子的关心只停留在吃得好不好，睡得香不香已远远不够了。但是孩子待在家中的时间很少，再加上家长工作忙，因而与孩子的接触时间就更少，根本谈不上与孩子深谈。为了更多地了解孩子，把握好孩子的思想动态，善于发现孩子的优点，多进行赏识教育，多鼓励孩子，要利用工作的空隙时间或节假日，主动联系老师了解孩子的情况，听取老师的意见，对孩子进行有的放矢的教育。</w:t>
      </w:r>
      <w:r>
        <w:rPr>
          <w:lang w:eastAsia="zh-CN"/>
        </w:rPr>
        <w:t xml:space="preserve"> </w:t>
      </w:r>
      <w:r>
        <w:rPr>
          <w:lang w:eastAsia="zh-CN"/>
        </w:rPr>
        <w:br/>
      </w:r>
      <w:r>
        <w:rPr>
          <w:lang w:eastAsia="zh-CN"/>
        </w:rPr>
        <w:t xml:space="preserve">    首先是思想教育。培养树立正确的世界观、人生观和价值观教育，使他们真正成为品学兼优，吃苦耐劳，成长为未来社会的有用之材，应是百年大计，千秋大计。作为孩子的家长，更应重视这方面的教育。 </w:t>
      </w:r>
      <w:r>
        <w:rPr>
          <w:lang w:eastAsia="zh-CN"/>
        </w:rPr>
        <w:br/>
      </w:r>
      <w:r>
        <w:rPr>
          <w:lang w:eastAsia="zh-CN"/>
        </w:rPr>
        <w:t xml:space="preserve">    其次是心理健康的教育。当前，学生心理素质普遍较差，第一个表现是依赖性强，承受挫折的能力差。第二个表现是“富贵病”，吃不了苦。第三个表现是虚荣心，盲目攀比。人家穿什么，我就穿什么；人家吃什么，我也要吃什么。这一些都需要我们加强引导。 </w:t>
      </w:r>
      <w:r>
        <w:rPr>
          <w:lang w:eastAsia="zh-CN"/>
        </w:rPr>
        <w:br/>
      </w:r>
      <w:r>
        <w:rPr>
          <w:lang w:eastAsia="zh-CN"/>
        </w:rPr>
        <w:t xml:space="preserve">    再次是培养孩子对学习有一个认真负责的态度。教育孩子在学习的每一个环节上都要十分认真，让孩子懂得只有认真才能真正做好一件事。凡在家庭中家长所能看得见的子女的一切学习活动，都应严格地督促孩子做到“认真”二字。要让孩子懂得学习不只是个人的事，学习要对国家负责，对家庭负责，对自己负责。 </w:t>
      </w:r>
      <w:r>
        <w:rPr>
          <w:lang w:eastAsia="zh-CN"/>
        </w:rPr>
        <w:br/>
      </w:r>
      <w:r>
        <w:rPr>
          <w:lang w:eastAsia="zh-CN"/>
        </w:rPr>
        <w:t xml:space="preserve">    同时要注意教育方法，要把握孩子思想活动的脉搏，适时帮助孩子解决面临的困惑。说就说到点子上，说到心里，避免因无谓的说教，引起孩子的反感。要克服简单粗暴的做法，架起信任、理想、关心的桥梁，动之以情，晓之以理。 </w:t>
      </w:r>
      <w:r>
        <w:rPr>
          <w:lang w:eastAsia="zh-CN"/>
        </w:rPr>
        <w:br/>
      </w:r>
      <w:r>
        <w:rPr>
          <w:lang w:eastAsia="zh-CN"/>
        </w:rPr>
        <w:t xml:space="preserve">    4、家庭和睦、榜样示范。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有的家长，对子女管教严，但自己要求不严。还有些家长不注意自己形象，比如业余时间泡酒场、打麻将等，容易使孩子接受消极的影响。 </w:t>
      </w:r>
      <w:r>
        <w:rPr>
          <w:lang w:eastAsia="zh-CN"/>
        </w:rPr>
        <w:br/>
      </w:r>
      <w:r>
        <w:rPr>
          <w:lang w:eastAsia="zh-CN"/>
        </w:rPr>
        <w:t xml:space="preserve">    “喊破嗓子，不如做出样子。”一个有强烈的事业心，工作极端负责，品德高尚的家长，对子女肯定起着无形的榜样作用。特别提醒各位家长，配合学校要求，做好两方面的工作：一是不要让孩子带手机入校。二是不要给孩子太多的零花钱，培养孩子勤俭节约的好习惯。 </w:t>
      </w:r>
      <w:r>
        <w:rPr>
          <w:lang w:eastAsia="zh-CN"/>
        </w:rPr>
        <w:br/>
      </w:r>
      <w:r>
        <w:rPr>
          <w:lang w:eastAsia="zh-CN"/>
        </w:rPr>
        <w:t xml:space="preserve">    5、寒假需要落实的几件具体事： </w:t>
      </w:r>
      <w:r>
        <w:rPr>
          <w:lang w:eastAsia="zh-CN"/>
        </w:rPr>
        <w:br/>
      </w:r>
      <w:r>
        <w:rPr>
          <w:lang w:eastAsia="zh-CN"/>
        </w:rPr>
        <w:t xml:space="preserve">    今年的寒假是从1月16日到2月7日，共计22天，为了学生能愉快的过一个充实的寒假，在此希望家长能帮助你的孩子做到以下几点： </w:t>
      </w:r>
      <w:r>
        <w:rPr>
          <w:lang w:eastAsia="zh-CN"/>
        </w:rPr>
        <w:br/>
      </w:r>
      <w:r>
        <w:rPr>
          <w:lang w:eastAsia="zh-CN"/>
        </w:rPr>
        <w:t xml:space="preserve">    1、制定计划。明天，各位家长要和孩子一起制定假期计划，时间方面，早晨七点起床，中午要午休，晚上10点之前必须睡觉，保证孩子们的生活规律；内容上建议包括三点： </w:t>
      </w:r>
      <w:r>
        <w:rPr>
          <w:lang w:eastAsia="zh-CN"/>
        </w:rPr>
        <w:br/>
      </w:r>
      <w:r>
        <w:rPr>
          <w:lang w:eastAsia="zh-CN"/>
        </w:rPr>
        <w:t xml:space="preserve">    首先是学习，用心完成好老师的作业，搞好社会实践；其次是干家务，洗衣服，每天至少干一次家务活；（3）、积极锻炼身体。每天的计划一旦制定，就要做到日日清，家长要督促好计划的落实，并确认签字。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2、带孩子看望老人，让孩子表达自己的爱。春节期间正是让孩子表达对老人的爱的最好时候，让孩子感到我们是带着一颗真诚的心去看望老人的，让他们看到我们对待生命、对待老人的态度，血脉相传，尊敬老人的良好传统会世代相传。</w:t>
      </w:r>
      <w:r>
        <w:rPr>
          <w:lang w:eastAsia="zh-CN"/>
        </w:rPr>
        <w:t xml:space="preserve"> </w:t>
      </w:r>
      <w:r>
        <w:rPr>
          <w:lang w:eastAsia="zh-CN"/>
        </w:rPr>
        <w:br/>
      </w:r>
      <w:r>
        <w:rPr>
          <w:lang w:eastAsia="zh-CN"/>
        </w:rPr>
        <w:t xml:space="preserve">    3、挑选好书，共同阅读。 </w:t>
      </w:r>
      <w:r>
        <w:rPr>
          <w:lang w:eastAsia="zh-CN"/>
        </w:rPr>
        <w:br/>
      </w:r>
      <w:r>
        <w:rPr>
          <w:lang w:eastAsia="zh-CN"/>
        </w:rPr>
        <w:t xml:space="preserve">    一个人的阅读史就是他的精神成长史，读书是对心灵的滋养。我建议家长朋友们最好还是亲子共阅读，与孩子们一起阅读。每一本书的作者都是时代的巨人，当我们孩子读书的时候，就是与一个大师交流，就是同一个高尚的心灵进行精神的碰撞。家长与孩子共同读书，并鼓励孩子读后写出读后感悟。 </w:t>
      </w:r>
      <w:r>
        <w:rPr>
          <w:lang w:eastAsia="zh-CN"/>
        </w:rPr>
        <w:br/>
      </w:r>
      <w:r>
        <w:rPr>
          <w:lang w:eastAsia="zh-CN"/>
        </w:rPr>
        <w:t xml:space="preserve">    4、与孩子共同观看全优典网络自习室。为了让孩子们在假期中也能充分享受到学校的优质教育资源，观看学校老师的讲课，收到好的学习效果。我校通过网络自习室让一部分水平高的教师通过网络给学生上课，让学生在假期中查漏补缺，促强补弱，得以提高。假期中安排了十八节课供学生听课学习，其中有本次期末考试试卷的讲评，假期作业的讲授，希望家长和孩子共同观看，有关网络自习室的使用和报名，班主任还要做安排。 </w:t>
      </w:r>
      <w:r>
        <w:rPr>
          <w:lang w:eastAsia="zh-CN"/>
        </w:rPr>
        <w:br/>
      </w:r>
      <w:r>
        <w:rPr>
          <w:lang w:eastAsia="zh-CN"/>
        </w:rPr>
        <w:t xml:space="preserve">    另外提醒各位家长春节期间教育孩子注意交通和燃放烟花爆竹安全。 </w:t>
      </w:r>
      <w:r>
        <w:rPr>
          <w:lang w:eastAsia="zh-CN"/>
        </w:rPr>
        <w:br/>
      </w:r>
      <w:r>
        <w:rPr>
          <w:lang w:eastAsia="zh-CN"/>
        </w:rPr>
        <w:t xml:space="preserve">    各位家长，孩子是祖国的未来，是父母的希望。孩子是你们的，也是我们的，要培养孩子成才，学校和家庭都负有重大责任。学校的一切工作是为了学生，从这个角度讲，学校是我们的，也是你们的，希望大家关心支持学校，及时提出你们的意见建议甚至是批评，共同改进我们的工作。让我们携起手来，共同努力，把我们的孩子培养成为德智体全面发展的高素质人才。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各位家长，为总结一年的工作，学校印发了十件大事，请你们多提宝贵意见，同时，也多宣传学校。为满足广大学生接受优质教育的需要，20__年我校继续面向全省招收高一初一新生，欢迎广大家长介绍优秀初中、小学毕业生报考我校，我校将组织自主招生考试，择优录取。 </w:t>
      </w:r>
      <w:r>
        <w:rPr>
          <w:lang w:eastAsia="zh-CN"/>
        </w:rPr>
        <w:br/>
      </w:r>
      <w:r>
        <w:rPr>
          <w:lang w:eastAsia="zh-CN"/>
        </w:rPr>
        <w:t xml:space="preserve">    届时，各位家长可和班主任老师联系，也可直接向学校招生办咨询。 </w:t>
      </w:r>
      <w:r>
        <w:rPr>
          <w:lang w:eastAsia="zh-CN"/>
        </w:rPr>
        <w:br/>
      </w:r>
      <w:r>
        <w:rPr>
          <w:lang w:eastAsia="zh-CN"/>
        </w:rPr>
        <w:t xml:space="preserve">    最后请允许我代表学校、代表黄校长、代表高一年级全体老师，祝各位家长新年愉快，阖家幸福，万事如意！谢谢！ </w:t>
      </w:r>
      <w:r>
        <w:rPr>
          <w:lang w:eastAsia="zh-CN"/>
        </w:rPr>
        <w:br/>
      </w:r>
      <w:r>
        <w:rPr>
          <w:lang w:eastAsia="zh-CN"/>
        </w:rPr>
        <w:t xml:space="preserve">    高中生的家长会发言稿篇2 </w:t>
      </w:r>
      <w:r>
        <w:rPr>
          <w:lang w:eastAsia="zh-CN"/>
        </w:rPr>
        <w:br/>
      </w:r>
      <w:r>
        <w:rPr>
          <w:lang w:eastAsia="zh-CN"/>
        </w:rPr>
        <w:t xml:space="preserve">    亲爱的各位家长： </w:t>
      </w:r>
      <w:r>
        <w:rPr>
          <w:lang w:eastAsia="zh-CN"/>
        </w:rPr>
        <w:br/>
      </w:r>
      <w:r>
        <w:rPr>
          <w:lang w:eastAsia="zh-CN"/>
        </w:rPr>
        <w:t xml:space="preserve">    大家好! </w:t>
      </w:r>
      <w:r>
        <w:rPr>
          <w:lang w:eastAsia="zh-CN"/>
        </w:rPr>
        <w:br/>
      </w:r>
      <w:r>
        <w:rPr>
          <w:lang w:eastAsia="zh-CN"/>
        </w:rPr>
        <w:t xml:space="preserve">    非常感谢你们能抽出宝贵的时间来参加这次家长会，今天，我们聚在一起，只有一个目的，那就是为了孩子的健康成长，让我们的教师、我们的家长，携起手来，在教育孩子时，能站得高些，看得远些，想得深些，做得实些。 </w:t>
      </w:r>
      <w:r>
        <w:rPr>
          <w:lang w:eastAsia="zh-CN"/>
        </w:rPr>
        <w:br/>
      </w:r>
      <w:r>
        <w:rPr>
          <w:lang w:eastAsia="zh-CN"/>
        </w:rPr>
        <w:t xml:space="preserve">    一转眼，他们已经是六年级的学生了，小学六年级，也是小学与初中的接轨点，学生素质的高低，成绩的好坏，即将面临到一个新的环境中受到一个新的挑战、新的评价。所以我们应该认识到，六年级应该是个非常重要的阶段。下面我就结合我们班的实际情况向大家谈谈我的一些想法和一些建议： </w:t>
      </w:r>
      <w:r>
        <w:rPr>
          <w:lang w:eastAsia="zh-CN"/>
        </w:rPr>
        <w:br/>
      </w:r>
      <w:r>
        <w:rPr>
          <w:lang w:eastAsia="zh-CN"/>
        </w:rPr>
        <w:t xml:space="preserve">    首先我向大家介绍一下我们班级的基本情况： </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我们班从各方面情况来看，总体是不错的，班级学习气氛浓厚，集体荣誉感强。在良好的纪律的保证下我们班级教育教学秩序井然，同学之间、师生之间关系融洽，学生生活、学习等各方面都在不断进步。作为学生的语文教师兼班主任，我和他们已经共同度过了5年多的时光，每一个学生在我的心中都留有深刻的印象。这些对离不开家长对学校工作和老师工作的支持，在此，非常感谢各位家长的付出。 </w:t>
      </w:r>
      <w:r>
        <w:rPr>
          <w:lang w:eastAsia="zh-CN"/>
        </w:rPr>
        <w:br/>
      </w:r>
      <w:r>
        <w:rPr>
          <w:lang w:eastAsia="zh-CN"/>
        </w:rPr>
        <w:t xml:space="preserve">    当然也存在一些问题，班上到现在还是有少数同学的学习态度极不端正，虽然现在班上几乎没有不完成作业的学生，但抄袭的现象却非常严重，抄作业的学生我也了解过，也并不是不会做，主要还是思想上懒惰，不想动脑筋。还有些同学在学习上就是没有表现出很强烈的进取心，得过且过，成绩也就平平了，还有几个同学特别喜欢上网，会后我会找这几个家长个别交流，也希望家长给予积极的配合。 </w:t>
      </w:r>
      <w:r>
        <w:rPr>
          <w:lang w:eastAsia="zh-CN"/>
        </w:rPr>
        <w:br/>
      </w:r>
      <w:r>
        <w:rPr>
          <w:lang w:eastAsia="zh-CN"/>
        </w:rPr>
        <w:t xml:space="preserve">    孩子们辛苦了六年，多少风风雨雨，多少努力和付出。现在到了最后收获的季节，该给孩子的小学生活画上句号了，这一个句号能否划得圆满，这几个月的作用也是至关重要的。下面我就谈谈我个人的想法： </w:t>
      </w:r>
      <w:r>
        <w:rPr>
          <w:lang w:eastAsia="zh-CN"/>
        </w:rPr>
        <w:br/>
      </w:r>
      <w:r>
        <w:rPr>
          <w:lang w:eastAsia="zh-CN"/>
        </w:rPr>
        <w:t xml:space="preserve">    一、让孩子不留遗憾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作为老师，我希望我的学生，在长大以后，在回忆小学生活的时候，是快乐的，是幸福的，是没有遗憾的，是没有羞愧的。也希望他们每个人出现在别人的回忆里的时候，是个美好的形象。我希望我的学生离开母校的时候，带着三样东西：高尚的品质，良好的习惯，优异的成绩。我想在这方面，在座的各位家长和我是一样的。</w:t>
      </w:r>
      <w:r>
        <w:rPr>
          <w:lang w:eastAsia="zh-CN"/>
        </w:rPr>
        <w:t xml:space="preserve"> </w:t>
      </w:r>
      <w:r>
        <w:rPr>
          <w:lang w:eastAsia="zh-CN"/>
        </w:rPr>
        <w:br/>
      </w:r>
      <w:r>
        <w:rPr>
          <w:lang w:eastAsia="zh-CN"/>
        </w:rPr>
        <w:t xml:space="preserve">    二、为孩子进入中学奠定基础 </w:t>
      </w:r>
      <w:r>
        <w:rPr>
          <w:lang w:eastAsia="zh-CN"/>
        </w:rPr>
        <w:br/>
      </w:r>
      <w:r>
        <w:rPr>
          <w:lang w:eastAsia="zh-CN"/>
        </w:rPr>
        <w:t xml:space="preserve">    孩子带着良好的学习习惯，与人为善，宽容的心态，在进入中学后会更快地适应，也会受到老师和同学的欢迎。孩子的学习习惯好，中学再多的课业，他也能应对自如;孩子有好的品质，那么在和中学同学相处时就和谐了，孩子有了好人缘，他的心情就快乐，心情好了，学习的劲头的也就更大了。 </w:t>
      </w:r>
      <w:r>
        <w:rPr>
          <w:lang w:eastAsia="zh-CN"/>
        </w:rPr>
        <w:br/>
      </w:r>
      <w:r>
        <w:rPr>
          <w:lang w:eastAsia="zh-CN"/>
        </w:rPr>
        <w:t xml:space="preserve">    小学毕业的时候有个毕业考试，中学开学的时候，每个中学开学前都有一个入学的分班考试，如果孩子以一个较好的成绩走出小学，步入初中，我想他一定会充满信心，对以后的学习生活势必也会报着乐观的、向上的态度;有句话说的好：态度决定一切。也可以给中学的老师同学留下一个好的印象。 </w:t>
      </w:r>
      <w:r>
        <w:rPr>
          <w:lang w:eastAsia="zh-CN"/>
        </w:rPr>
        <w:br/>
      </w:r>
      <w:r>
        <w:rPr>
          <w:lang w:eastAsia="zh-CN"/>
        </w:rPr>
        <w:t xml:space="preserve">    所以，也可以这么说，小学毕业既是一个学习阶段的结束，也是另一个学习阶段的开始。好的开始是成功的一半，所以，我希望孩子们在这仅剩的几个月里，学习习惯，行为习惯方面，品德方面等都能突飞猛进，各方面有大的飞跃，为孩子的中学生活奠定坚实的基础。 </w:t>
      </w:r>
      <w:r>
        <w:rPr>
          <w:lang w:eastAsia="zh-CN"/>
        </w:rPr>
        <w:br/>
      </w:r>
      <w:r>
        <w:rPr>
          <w:lang w:eastAsia="zh-CN"/>
        </w:rPr>
        <w:t xml:space="preserve">    这两点想法不光需要我们老师的努力，更需要各位家长的配合，下面我就给大家在教育孩子时提几点建议： </w:t>
      </w:r>
      <w:r>
        <w:rPr>
          <w:lang w:eastAsia="zh-CN"/>
        </w:rPr>
        <w:br/>
      </w:r>
      <w:r>
        <w:rPr>
          <w:lang w:eastAsia="zh-CN"/>
        </w:rPr>
        <w:t xml:space="preserve">    1.多关心，少溺爱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给子女多一点引导。六年级的孩子，真是似懂非懂的阶段，他们还分不清是非。家长就要学会引导，学会沟通，学会解释，不能用简单粗暴的方法一棍子打死。特别是比较内向的孩子，你心急，一定要让他做到什么什么，那他的心理就会产生逆反，结果反而会把事情搞僵。</w:t>
      </w:r>
      <w:r>
        <w:rPr>
          <w:lang w:eastAsia="zh-CN"/>
        </w:rPr>
        <w:t xml:space="preserve"> </w:t>
      </w:r>
      <w:r>
        <w:rPr>
          <w:lang w:eastAsia="zh-CN"/>
        </w:rPr>
        <w:br/>
      </w:r>
      <w:r>
        <w:rPr>
          <w:lang w:eastAsia="zh-CN"/>
        </w:rPr>
        <w:t xml:space="preserve">    现在的孩子生活一帆风顺，一有挫折，一有压力就承受不了。学生在学校的压力就很大了，回到家里家长再乱说一通，甚至打骂，有些心理承受能力低下的孩子就会产生厌学的情绪，甚至出现逃学的现象。因此，我们的家长对孩子的教育也要注意方式方法，虽然这是老生常谈了，但还要引起我们足够的重视。 </w:t>
      </w:r>
      <w:r>
        <w:rPr>
          <w:lang w:eastAsia="zh-CN"/>
        </w:rPr>
        <w:br/>
      </w:r>
      <w:r>
        <w:rPr>
          <w:lang w:eastAsia="zh-CN"/>
        </w:rPr>
        <w:t xml:space="preserve">    学习上要帮助孩子。有些家长总以自己忙找借口，对于孩子的学习很少过问。其实现代社会人人过着节奏紧张的生活。同样作为家长，我们身有体会。但是孩子的成长是我们的希望，我想大家每天抽出10-20分钟，还是可以的。如在饭后或者在餐桌上和孩子聊一聊学校的情况，问一问最近的学习的内容，然后帮助他默写一下词语，背诵一下古诗，小学生记忆力好，有些东西会背了，可以终生不忘。家长在指导孩子学习时，可以引导孩子尽量地多背记一些词汇和课文，或出上几道数学题，甚至和他们一起读读书。这样既可以增进与孩子的亲密关系;还可以帮助孩子提高学习成绩，好处是多方面的。 </w:t>
      </w:r>
      <w:r>
        <w:rPr>
          <w:lang w:eastAsia="zh-CN"/>
        </w:rPr>
        <w:br/>
      </w:r>
      <w:r>
        <w:rPr>
          <w:lang w:eastAsia="zh-CN"/>
        </w:rPr>
        <w:t xml:space="preserve">    2.加强对孩子课外时间的管理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网络是一把双刃剑，他可以给我们的学习生活带来方便，但如果运用不当，那带给孩子的害处是我们所不敢想象的。所以千万要注意不要让孩子沉迷于电脑游戏之中，六年级这个年龄段最危险，一旦孩子沉迷网络之中，那就不单单是成绩下降的问题，后果也许会不堪设想。家里有电脑也能上网的家长更要注意了，孩子不去网吧了，可是在家里没有节制的上网也是一样的，除了查资料，最好孩子上网时有家长陪同。因此作为家长，必须多留心，防患于未然，让一切不安定因素消灭在萌芽状态。</w:t>
      </w:r>
      <w:r>
        <w:rPr>
          <w:lang w:eastAsia="zh-CN"/>
        </w:rPr>
        <w:t xml:space="preserve"> </w:t>
      </w:r>
      <w:r>
        <w:rPr>
          <w:lang w:eastAsia="zh-CN"/>
        </w:rPr>
        <w:br/>
      </w:r>
      <w:r>
        <w:rPr>
          <w:lang w:eastAsia="zh-CN"/>
        </w:rPr>
        <w:t xml:space="preserve">    关于作息时间，早上到校时间不早于7点40，中午到校时间不早于12点40，放学不迟于4点20出校门，这些规定既考虑了学生的人身安全问题又考虑了学生的健康问题，稍不注意就会出现安全隐患。在这里我要请各位家长对学校和老师的工作多加支持给以我们一定的配合。 </w:t>
      </w:r>
      <w:r>
        <w:rPr>
          <w:lang w:eastAsia="zh-CN"/>
        </w:rPr>
        <w:br/>
      </w:r>
      <w:r>
        <w:rPr>
          <w:lang w:eastAsia="zh-CN"/>
        </w:rPr>
        <w:t xml:space="preserve">    关于安全教育。由于学校周围交通繁忙，各种车辆来来往往。在学校里，我们每天都会关照学生，反复强调，注意安全，增强自我保护意识，也教育学生校内外不做危险游戏，上下路上不逗留，不玩耍，放学后要直接回家，六年级不许骑自行车。校外安全教育则更需要家长的加倍重视，相信各位家长和我们一样关心孩子的安全，因为孩子是家庭的希望，是学校的希望，更是国家的希望。 </w:t>
      </w:r>
      <w:r>
        <w:rPr>
          <w:lang w:eastAsia="zh-CN"/>
        </w:rPr>
        <w:br/>
      </w:r>
      <w:r>
        <w:rPr>
          <w:lang w:eastAsia="zh-CN"/>
        </w:rPr>
        <w:t xml:space="preserve">    3.给子女多一点安宁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我们认为，大多数孩子学习是认真的。他们回家后，首先就想到的是赶紧把作业做好。但是，有的家庭往往没有安静的学习环境。子女在做作业，家长在旁边大声说话，或者看电视，这样会严重影响学生的注意力。有的学生一边听电视，一边在做作业。这样作业质量下降，不利于提高学生的成绩。三心二意做作业，效果肯定不好。</w:t>
      </w:r>
      <w:r>
        <w:rPr>
          <w:lang w:eastAsia="zh-CN"/>
        </w:rPr>
        <w:t xml:space="preserve"> </w:t>
      </w:r>
      <w:r>
        <w:rPr>
          <w:lang w:eastAsia="zh-CN"/>
        </w:rPr>
        <w:br/>
      </w:r>
      <w:r>
        <w:rPr>
          <w:lang w:eastAsia="zh-CN"/>
        </w:rPr>
        <w:t xml:space="preserve">    因此，在做作业的时候，要尽量让孩子有一个安静的学习环境。家长在旁边，就不要多说话，更不能在孩子做作业时乱批评，乱吆喝。还是让孩子静心地做作业，细心地检查作业，严把家庭作业书写关!保质保量完成每天的作业吧。 </w:t>
      </w:r>
      <w:r>
        <w:rPr>
          <w:lang w:eastAsia="zh-CN"/>
        </w:rPr>
        <w:br/>
      </w:r>
      <w:r>
        <w:rPr>
          <w:lang w:eastAsia="zh-CN"/>
        </w:rPr>
        <w:t xml:space="preserve">    4.及时消除孩子的浮躁情绪 </w:t>
      </w:r>
      <w:r>
        <w:rPr>
          <w:lang w:eastAsia="zh-CN"/>
        </w:rPr>
        <w:br/>
      </w:r>
      <w:r>
        <w:rPr>
          <w:lang w:eastAsia="zh-CN"/>
        </w:rPr>
        <w:t xml:space="preserve">    孩子们快毕业了，而在这个时间段最容易出现的一种情绪，就是浮躁，心浮气躁，学习不踏实，做事不认真，原来一直都是规规矩矩的学生，现在都会随时给我一点意外了，这些都是我们不想看到的。现在我们的新课抓得很紧，争取早点进入了全面的复习，要对以往的知识进行梳理，查漏补缺。 </w:t>
      </w:r>
      <w:r>
        <w:rPr>
          <w:lang w:eastAsia="zh-CN"/>
        </w:rPr>
        <w:br/>
      </w:r>
      <w:r>
        <w:rPr>
          <w:lang w:eastAsia="zh-CN"/>
        </w:rPr>
        <w:t xml:space="preserve">    六年所学的知识，现在用有限的时间去复习巩固，学习任务应该是要比原来大的多。但是因为都是学过的内容，很多学生出现了倦怠，认为这些内容都很熟悉，开始不认真起来，表现得都很浮躁，那么我们家长针对这种情况在家也要及时进行心理疏导，跟他们讲道理，使他们懂得，不努力不会有大的收获，我们必须认识到只有家庭和学校相互配合好了，孩子才会有进步，现在我们的作业量并不大，有一部分家长买了一些资料让孩子在家里利用空余的时间练习，我觉得是一种很好的学习方法。 </w:t>
      </w:r>
      <w:r>
        <w:rPr>
          <w:lang w:eastAsia="zh-CN"/>
        </w:rPr>
        <w:br/>
      </w:r>
      <w:r>
        <w:rPr>
          <w:lang w:eastAsia="zh-CN"/>
        </w:rPr>
        <w:t xml:space="preserve">    5.做孩子成长的强有力的后盾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由于孩子的个体差异，免不了成绩有好有坏，孩子由于不肯学习，导致成绩差，我们就应该适当的批评，并督促其及时完成当天老师布置的作业，同时做好功课的复习巩固工作：如果孩子很尽力了，成绩却不怎么理想，我们更应该给他信心，而不是一味的给他泼冷水，这样反而会使他对学习产生反感的情绪。我们要正确看待孩子的分数。我们应该知道分数并不能代表一切，高分未必高能，只有素质综合、全面发展，有较强的适应能力和创新能力的学生才能适应未来社会的竞争和挑战。所以我认为培养孩子有一个好的性格是非常的重要的。</w:t>
      </w:r>
      <w:r>
        <w:rPr>
          <w:lang w:eastAsia="zh-CN"/>
        </w:rPr>
        <w:t xml:space="preserve"> </w:t>
      </w:r>
      <w:r>
        <w:rPr>
          <w:lang w:eastAsia="zh-CN"/>
        </w:rPr>
        <w:br/>
      </w:r>
      <w:r>
        <w:rPr>
          <w:lang w:eastAsia="zh-CN"/>
        </w:rPr>
        <w:t xml:space="preserve">    教育子女是一项浩大的工程，更是一项艰巨的工程，需要爱心，需要用心，需要细心，更需要耐心甚至是智慧。我希望在座的每一位父母都能成为优秀的父母，也希望你们的孩子都能成人，成才。 </w:t>
      </w:r>
      <w:r>
        <w:rPr>
          <w:lang w:eastAsia="zh-CN"/>
        </w:rPr>
        <w:br/>
      </w:r>
      <w:r>
        <w:rPr>
          <w:lang w:eastAsia="zh-CN"/>
        </w:rPr>
        <w:t xml:space="preserve">    谢谢大家! </w:t>
      </w:r>
      <w:r>
        <w:rPr>
          <w:lang w:eastAsia="zh-CN"/>
        </w:rPr>
        <w:br/>
      </w:r>
      <w:r>
        <w:rPr>
          <w:lang w:eastAsia="zh-CN"/>
        </w:rPr>
        <w:t xml:space="preserve">    高中生的家长会发言稿篇3 </w:t>
      </w:r>
      <w:r>
        <w:rPr>
          <w:lang w:eastAsia="zh-CN"/>
        </w:rPr>
        <w:br/>
      </w:r>
      <w:r>
        <w:rPr>
          <w:lang w:eastAsia="zh-CN"/>
        </w:rPr>
        <w:t xml:space="preserve">    尊敬的老师、各位家长们： </w:t>
      </w:r>
      <w:r>
        <w:rPr>
          <w:lang w:eastAsia="zh-CN"/>
        </w:rPr>
        <w:br/>
      </w:r>
      <w:r>
        <w:rPr>
          <w:lang w:eastAsia="zh-CN"/>
        </w:rPr>
        <w:t xml:space="preserve">    大家上午好！ </w:t>
      </w:r>
      <w:r>
        <w:rPr>
          <w:lang w:eastAsia="zh-CN"/>
        </w:rPr>
        <w:br/>
      </w:r>
      <w:r>
        <w:rPr>
          <w:lang w:eastAsia="zh-CN"/>
        </w:rPr>
        <w:t xml:space="preserve">    很高兴能作为学生代表在这里发言。首先，请允许我代表全体高一__班全体学生对大家的到来表示最诚挚的欢迎和最衷心的感谢！ </w:t>
      </w:r>
      <w:r>
        <w:rPr>
          <w:lang w:eastAsia="zh-CN"/>
        </w:rPr>
        <w:br/>
      </w:r>
      <w:r>
        <w:rPr>
          <w:lang w:eastAsia="zh-CN"/>
        </w:rPr>
        <w:t xml:space="preserve">    看到叔叔阿姨们一双双蕴涵无限慈爱和期待的眼睛，我的心很受触动。是啊，父母就是这样目送着我们，一路走来，陪我们一起面对挫折、面对人生，为我们呐喊，陪我们一起度过难关。现在，我又看到了同样熟悉的目光，无私地为着孩子，真诚地与学校交流，共商孩子的成才大计。 </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还记得刚来报到的那一天，面对高大整洁的校舍和一片万象更新的景象，我不禁有些茫然：我像只刚飞离家庭温暖巢穴的小鸟，我真的可以独自飞翔在那湛蓝广阔的天空吗？面对严厉亲切的领导，和蔼可亲的老师，踌躇满志的学长，我释然了。因为我知道，虽然我们远离家乡，但是我们并不孤单，我们拥有最诚挚的关爱，我们相信一定可以在这里为未来打下坚实的基础。 </w:t>
      </w:r>
      <w:r>
        <w:rPr>
          <w:lang w:eastAsia="zh-CN"/>
        </w:rPr>
        <w:br/>
      </w:r>
      <w:r>
        <w:rPr>
          <w:lang w:eastAsia="zh-CN"/>
        </w:rPr>
        <w:t xml:space="preserve">    也许，你们已经发现了，我们的校园已面貌一新，教学楼设备齐全，充满现代化气息，各种花草树木为美丽的校园增添了生机与活力。甬路旁的宣传栏，丰富了我们的文化知识，漂亮的手抄报，显示出二中学子的不同凡响。学校一天天在发展，环境一天天在改善，谁又能不为此自豪呢？ </w:t>
      </w:r>
      <w:r>
        <w:rPr>
          <w:lang w:eastAsia="zh-CN"/>
        </w:rPr>
        <w:br/>
      </w:r>
      <w:r>
        <w:rPr>
          <w:lang w:eastAsia="zh-CN"/>
        </w:rPr>
        <w:t xml:space="preserve">    能够在这里读书，让我们感到满意和幸运的绝不仅仅是学校有一流的硬件条件，更让我们感动的是我们学校的领导和我们的老师。 </w:t>
      </w:r>
      <w:r>
        <w:rPr>
          <w:lang w:eastAsia="zh-CN"/>
        </w:rPr>
        <w:br/>
      </w:r>
      <w:r>
        <w:rPr>
          <w:lang w:eastAsia="zh-CN"/>
        </w:rPr>
        <w:t xml:space="preserve">    为了我们，校领导和老师们一起，从点滴小事抓起，教会我们如何做人；从教我们拾起地上的一张废纸开始，教会我们怎样保护环境，怎样爱护自己的`家园；从教我们叠好行李开始，教会我们怎样独立生活；从教我们严守作息时间开始，教会我们懂得珍惜时间；从纠正我们一个错别字开始，教会我们做学问应认真严谨；从教我们写家信开始，让我们知道，感恩父母，回报社会……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为了我们，班主任们披着星星来，戴着月亮走，督促我们按时起床，教育我们严守纪律。他们，永远那么精力充沛，不知疲惫；他们，永远那么坚定可靠，信心百倍；他们，永远那么关怀备至，体贴入微。在学校，他们就是我们的严父慈母。得意时，他们告诫我们要戒骄戒躁，踏实稳重；失意时，他们鼓励我们重树信心，坚持奋进。无论何时，他们都陪伴着我们，指引着我们，守护着我们。</w:t>
      </w:r>
      <w:r>
        <w:rPr>
          <w:lang w:eastAsia="zh-CN"/>
        </w:rPr>
        <w:t xml:space="preserve"> </w:t>
      </w:r>
      <w:r>
        <w:rPr>
          <w:lang w:eastAsia="zh-CN"/>
        </w:rPr>
        <w:br/>
      </w:r>
      <w:r>
        <w:rPr>
          <w:lang w:eastAsia="zh-CN"/>
        </w:rPr>
        <w:t xml:space="preserve">    为了我们，任课教师认真对待每一堂课，钻教材，查资料，从备课到讲课，从批改到辅导，一丝不苟，每一个环节都不肯草率。课堂上，认真讲授，教给我们知识，教给我们方法，更教会我们做人的道理。工作中，仔细批改，耐心讲授，为我们答疑解难，兢兢业业。 </w:t>
      </w:r>
      <w:r>
        <w:rPr>
          <w:lang w:eastAsia="zh-CN"/>
        </w:rPr>
        <w:br/>
      </w:r>
      <w:r>
        <w:rPr>
          <w:lang w:eastAsia="zh-CN"/>
        </w:rPr>
        <w:t xml:space="preserve">    我们无法阻挡自己去重温军训的酸甜苦辣，无法阻止将这段日子深深的铭记在心。对于人生而言，这只是转瞬即逝的刹那，但就是这个刹那却将成为我们人生的记忆长河中一朵绚丽的浪花。这些天里，我们感受最多的是艰辛与疲惫，但我相信，以后，当回忆起军训时，感受最多的会是光荣与自豪！不能忘记教官们在训练中挺拔的身影，严厉的目光，果断的口令，规范的演示；不能忘记和蔼的容颜上那略带疲惫的双眼；不能忘记他们曾给予我们的关怀……是他们让我们进一步了解了学校，是他们让我们坚信了自己的选择！ </w:t>
      </w:r>
      <w:r>
        <w:rPr>
          <w:lang w:eastAsia="zh-CN"/>
        </w:rPr>
        <w:br/>
      </w:r>
      <w:r>
        <w:rPr>
          <w:lang w:eastAsia="zh-CN"/>
        </w:rPr>
        <w:t xml:space="preserve">    一路上，有这么多老师为我们指点迷津，为我们保驾护航，所以，在这里，我想说：爸爸妈妈，您尽管放心，在二中老师们的帮助下，我们一直在努力着、进步着。相信我们，我们必能成功！在此我也谨代表高一__班全体学生向老师们说一声：老师，您辛苦了，我们不会让你们失望的。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人在高中，使命在肩。我们已经不是昔日那个调皮、幼稚的孩子了，我们已经长大，我们已经知道自己该干什么、不该干什么。我们深知自己肩上的责任。我们有压力，更有动力；有耐心，更有信心；有士气，更有霸气。为了梦想，我们披星戴月，只争朝夕。高中的我们，没有彷徨，没有懒惰，没有自由散漫，只有踏实肯干，只有全力备战。我们正处在奔跑的季节，与时间赛跑，与效率赛跑，与自己赛跑。即使道路是坎坷的，我们乐于迎接挑战，我们乐于忍受黎明前的黑暗，因为我们懂得，每战胜一个困难，我们离高考的胜利就又近了一步。我们一直在努力着，拼搏着，战斗着。</w:t>
      </w:r>
      <w:r>
        <w:rPr>
          <w:lang w:eastAsia="zh-CN"/>
        </w:rPr>
        <w:t xml:space="preserve"> </w:t>
      </w:r>
      <w:r>
        <w:rPr>
          <w:lang w:eastAsia="zh-CN"/>
        </w:rPr>
        <w:br/>
      </w:r>
      <w:r>
        <w:rPr>
          <w:lang w:eastAsia="zh-CN"/>
        </w:rPr>
        <w:t xml:space="preserve">    在未来的日子里，我们更不会放松，更不会退缩。我们会牢记老师的殷切教导、父母的热切期盼，扬起梦想之帆，昂首阔步，去迎接明天的灿烂辉煌！我坚信天道酬勤，在学校领导的指导下，在老师的精心辅导下，在家长们的支持与关心下，我们一定会带上一颗感恩的心，向您交上一份满意的答卷！ </w:t>
      </w:r>
      <w:r>
        <w:rPr>
          <w:lang w:eastAsia="zh-CN"/>
        </w:rPr>
        <w:br/>
      </w:r>
      <w:r>
        <w:rPr>
          <w:lang w:eastAsia="zh-CN"/>
        </w:rPr>
        <w:t xml:space="preserve">    来到了这里，我们脚步铿锵，不再迷茫！ </w:t>
      </w:r>
      <w:r>
        <w:rPr>
          <w:lang w:eastAsia="zh-CN"/>
        </w:rPr>
        <w:br/>
      </w:r>
      <w:r>
        <w:rPr>
          <w:lang w:eastAsia="zh-CN"/>
        </w:rPr>
        <w:t xml:space="preserve">    来到了这里，我们志在四方，风雨直闯！ </w:t>
      </w:r>
      <w:r>
        <w:rPr>
          <w:lang w:eastAsia="zh-CN"/>
        </w:rPr>
        <w:br/>
      </w:r>
      <w:r>
        <w:rPr>
          <w:lang w:eastAsia="zh-CN"/>
        </w:rPr>
        <w:t xml:space="preserve">    来到了这里，我们敢踏平万仞山，掀起千层浪！ </w:t>
      </w:r>
      <w:r>
        <w:rPr>
          <w:lang w:eastAsia="zh-CN"/>
        </w:rPr>
        <w:br/>
      </w:r>
      <w:r>
        <w:rPr>
          <w:lang w:eastAsia="zh-CN"/>
        </w:rPr>
        <w:t xml:space="preserve">    各位领导、老师、家长们：人生非坦途，我们会共同恪守“自强不息，厚德载物”的古训；我们会拿出“天生我才必有用”的信心，拿出“吹尽黄沙始到金”的毅力，拿出“直挂云帆济沧海”的勇气，去迎接暴风雨的洗礼；我们会从今天开始、从现在开始，为家庭、为学校、为祖国的未来拼搏奋斗！ </w:t>
      </w:r>
      <w:r>
        <w:rPr>
          <w:lang w:eastAsia="zh-CN"/>
        </w:rPr>
        <w:br/>
      </w:r>
      <w:r>
        <w:rPr>
          <w:lang w:eastAsia="zh-CN"/>
        </w:rPr>
        <w:t xml:space="preserve">    谢谢大家！ </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高中生的家长会发言稿篇4 </w:t>
      </w:r>
      <w:r>
        <w:rPr>
          <w:lang w:eastAsia="zh-CN"/>
        </w:rPr>
        <w:br/>
      </w:r>
      <w:r>
        <w:rPr>
          <w:lang w:eastAsia="zh-CN"/>
        </w:rPr>
        <w:t xml:space="preserve">    尊敬的各位家长： </w:t>
      </w:r>
      <w:r>
        <w:rPr>
          <w:lang w:eastAsia="zh-CN"/>
        </w:rPr>
        <w:br/>
      </w:r>
      <w:r>
        <w:rPr>
          <w:lang w:eastAsia="zh-CN"/>
        </w:rPr>
        <w:t xml:space="preserve">    你们好! </w:t>
      </w:r>
      <w:r>
        <w:rPr>
          <w:lang w:eastAsia="zh-CN"/>
        </w:rPr>
        <w:br/>
      </w:r>
      <w:r>
        <w:rPr>
          <w:lang w:eastAsia="zh-CN"/>
        </w:rPr>
        <w:t xml:space="preserve">    首先请允许我代表高三班全体师生对您们的到来表示衷心的感谢!谢谢您们!记得前年九月，您们把孩子送到学校，满怀期望，深信不疑地交给了我们。时间过得真的很快，两年过去了，您们的小孩此刻正处在爬山的艰苦困难时期——高三学习阶段，高三对我们的每一位同学来说，都处在人生的十字路口，至关重要。在这最关键的时候，我们把各位家长请来，共同关心、了解和分析他们的学习和生活状况，家校共同努力，给他们以适当的帮忙和推动，使学校、学生，家庭三方构成合力。 </w:t>
      </w:r>
      <w:r>
        <w:rPr>
          <w:lang w:eastAsia="zh-CN"/>
        </w:rPr>
        <w:br/>
      </w:r>
      <w:r>
        <w:rPr>
          <w:lang w:eastAsia="zh-CN"/>
        </w:rPr>
        <w:t xml:space="preserve">    说真的，您们来了，于百忙之中挤出时间，不仅仅给我们带来开天辟地的勇气，更给您们的孩子带来最温馨的关怀。您们是孩子心中学习最深厚、最博大的动力根源!请相信一句话：人间自有公道，付出总有回报。在这有限的200多天里，只要有您们的倾力关注，便会有孩子们强大的持续不断的拼力!请暂时放下手中的生意与农活吧!为了孩子一生的幸福，所以我推荐：你们、孩子们、还有我们老师紧紧地团结在一齐，让您们的孩子我们的学生能够在明年的六月带着期望上路，放飞他们的梦想!为此，再一次感谢您们! </w:t>
      </w:r>
      <w:r>
        <w:rPr>
          <w:lang w:eastAsia="zh-CN"/>
        </w:rPr>
        <w:br/>
      </w:r>
      <w:r>
        <w:rPr>
          <w:lang w:eastAsia="zh-CN"/>
        </w:rPr>
        <w:t xml:space="preserve">    这天我们家长会的主要议程有以下七个方面： </w:t>
      </w:r>
      <w:r>
        <w:rPr>
          <w:lang w:eastAsia="zh-CN"/>
        </w:rPr>
        <w:br/>
      </w:r>
      <w:r>
        <w:rPr>
          <w:lang w:eastAsia="zh-CN"/>
        </w:rPr>
        <w:t xml:space="preserve">    一、班级状况介绍 </w:t>
      </w:r>
      <w:r>
        <w:rPr>
          <w:lang w:eastAsia="zh-CN"/>
        </w:rPr>
        <w:br/>
      </w:r>
      <w:r>
        <w:rPr>
          <w:lang w:eastAsia="zh-CN"/>
        </w:rPr>
        <w:t xml:space="preserve">    (一)、教师队伍(具体自己填写) </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(二)、班级构成 </w:t>
      </w:r>
      <w:r>
        <w:rPr>
          <w:lang w:eastAsia="zh-CN"/>
        </w:rPr>
        <w:br/>
      </w:r>
      <w:r>
        <w:rPr>
          <w:lang w:eastAsia="zh-CN"/>
        </w:rPr>
        <w:t xml:space="preserve">    高三共有文科学生309人。我们高三(12)班共有学生53人，文科平行班，女多男少。 </w:t>
      </w:r>
      <w:r>
        <w:rPr>
          <w:lang w:eastAsia="zh-CN"/>
        </w:rPr>
        <w:br/>
      </w:r>
      <w:r>
        <w:rPr>
          <w:lang w:eastAsia="zh-CN"/>
        </w:rPr>
        <w:t xml:space="preserve">    (三)、学习氛围 </w:t>
      </w:r>
      <w:r>
        <w:rPr>
          <w:lang w:eastAsia="zh-CN"/>
        </w:rPr>
        <w:br/>
      </w:r>
      <w:r>
        <w:rPr>
          <w:lang w:eastAsia="zh-CN"/>
        </w:rPr>
        <w:t xml:space="preserve">    总体特点：学习刻苦，竞争劲头足，成绩进步明显。住宿同学大部分是从早晨5点多起床到晚上10点50就寝，除了休息和吃饭外，基本上是除了学习还是学习。学习都是比较刻苦的。他们中有很多人早晨5点多一些就起床到教室看书，如：丘丽婷、许亮、黄琼珊、赖娴等。住在校外也有十分认真努力的。大家都唯恐落后，竞争的劲头都很足。在这种环境下，很多同学的成绩有了明显的上升，如丘丽婷、许亮、黄琼珊、赖婷、彭胜颖、丘艳梅、赖苑琼、邓翠梅等在学习努力程度和成绩上都有不同程度的进步。 </w:t>
      </w:r>
      <w:r>
        <w:rPr>
          <w:lang w:eastAsia="zh-CN"/>
        </w:rPr>
        <w:br/>
      </w:r>
      <w:r>
        <w:rPr>
          <w:lang w:eastAsia="zh-CN"/>
        </w:rPr>
        <w:t xml:space="preserve">    二、我校近几年的高考形势的简单介绍(具体自己填写) </w:t>
      </w:r>
      <w:r>
        <w:rPr>
          <w:lang w:eastAsia="zh-CN"/>
        </w:rPr>
        <w:br/>
      </w:r>
      <w:r>
        <w:rPr>
          <w:lang w:eastAsia="zh-CN"/>
        </w:rPr>
        <w:t xml:space="preserve">    根据学校带给的近三年的高考上线状况统计表介绍高考状况，我校无论是1A(国重)、二本(2A和2B以上)以上、省线(3A)以上人数比例均居梅州市同类学校的前列。 </w:t>
      </w:r>
      <w:r>
        <w:rPr>
          <w:lang w:eastAsia="zh-CN"/>
        </w:rPr>
        <w:br/>
      </w:r>
      <w:r>
        <w:rPr>
          <w:lang w:eastAsia="zh-CN"/>
        </w:rPr>
        <w:t xml:space="preserve">    三、学校的管理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鉴于高三的关键性以及为学生带给良好的学习和生活环境，学校专门为高三提出了严格的管理规。要求年级分管领导、班主任、还有高三其他老师全天全程陪同学生的学习和生活、保证有学生的地方，必定有我们的老师，让学生不会感到在学习路上的孤单和厌烦。同时，对那些害群之马也进行从快、从重、从严处理，所以期望家长能够理解并支持。</w:t>
      </w:r>
      <w:r>
        <w:rPr>
          <w:lang w:eastAsia="zh-CN"/>
        </w:rPr>
        <w:t xml:space="preserve"> </w:t>
      </w:r>
      <w:r>
        <w:rPr>
          <w:lang w:eastAsia="zh-CN"/>
        </w:rPr>
        <w:br/>
      </w:r>
      <w:r>
        <w:rPr>
          <w:lang w:eastAsia="zh-CN"/>
        </w:rPr>
        <w:t xml:space="preserve">    四、摸底考试简单分析 </w:t>
      </w:r>
      <w:r>
        <w:rPr>
          <w:lang w:eastAsia="zh-CN"/>
        </w:rPr>
        <w:br/>
      </w:r>
      <w:r>
        <w:rPr>
          <w:lang w:eastAsia="zh-CN"/>
        </w:rPr>
        <w:t xml:space="preserve">    在8月23、24两日，我们高三年级举行了进入高三级以来的首次大型考试。现向家长汇报如下： </w:t>
      </w:r>
      <w:r>
        <w:rPr>
          <w:lang w:eastAsia="zh-CN"/>
        </w:rPr>
        <w:br/>
      </w:r>
      <w:r>
        <w:rPr>
          <w:lang w:eastAsia="zh-CN"/>
        </w:rPr>
        <w:t xml:space="preserve">    (一)、班级考试状况整体分析(成绩单张贴在后面的公告栏里) </w:t>
      </w:r>
      <w:r>
        <w:rPr>
          <w:lang w:eastAsia="zh-CN"/>
        </w:rPr>
        <w:br/>
      </w:r>
      <w:r>
        <w:rPr>
          <w:lang w:eastAsia="zh-CN"/>
        </w:rPr>
        <w:t xml:space="preserve">    本次考试总共考六门，语文、数学、英语各150分，政治、历史、地理各100分，总分为750分。我班总平均分398.8分，排在年级五个平行班中第二位。其中我班许亮同学是最高分520分(全年级文科最高分597分)，在全年级排第19名，全年级前50名中，我班依次有许亮、丘丽婷、涂冰妮、赖婷、黄琼珊、黄建林等6位同学。 </w:t>
      </w:r>
      <w:r>
        <w:rPr>
          <w:lang w:eastAsia="zh-CN"/>
        </w:rPr>
        <w:br/>
      </w:r>
      <w:r>
        <w:rPr>
          <w:lang w:eastAsia="zh-CN"/>
        </w:rPr>
        <w:t xml:space="preserve">    (二)、光荣榜(前十名)(具体自己填写) </w:t>
      </w:r>
      <w:r>
        <w:rPr>
          <w:lang w:eastAsia="zh-CN"/>
        </w:rPr>
        <w:br/>
      </w:r>
      <w:r>
        <w:rPr>
          <w:lang w:eastAsia="zh-CN"/>
        </w:rPr>
        <w:t xml:space="preserve">    (三)、同学考试状况分析(具体自己填写) </w:t>
      </w:r>
      <w:r>
        <w:rPr>
          <w:lang w:eastAsia="zh-CN"/>
        </w:rPr>
        <w:br/>
      </w:r>
      <w:r>
        <w:rPr>
          <w:lang w:eastAsia="zh-CN"/>
        </w:rPr>
        <w:t xml:space="preserve">    1、成绩一向比较稳定在班级前十名的同学：许亮、丘丽婷、黄琼珊、赖婷、涂冰妮、黄建林等6位同学。 </w:t>
      </w:r>
      <w:r>
        <w:rPr>
          <w:lang w:eastAsia="zh-CN"/>
        </w:rPr>
        <w:br/>
      </w:r>
      <w:r>
        <w:rPr>
          <w:lang w:eastAsia="zh-CN"/>
        </w:rPr>
        <w:t xml:space="preserve">    2、进步较大的同学：江梦玲、彭胜颖、叶子凤、赖苑琼、杨维、邓翠媚、李珂非、黄雅等九位同学；其中彭胜颖、叶子凤、赖苑琼、邓翠媚、李珂非、黄雅分别前进十多名。 </w:t>
      </w:r>
      <w:r>
        <w:rPr>
          <w:lang w:eastAsia="zh-CN"/>
        </w:rPr>
        <w:br/>
      </w:r>
      <w:r>
        <w:rPr>
          <w:lang w:eastAsia="zh-CN"/>
        </w:rPr>
        <w:t xml:space="preserve">    3、学有余力的同学，但思想不太重视的同学：钟利灵、曾龙君、刘晓、钟清燕、刘海等人。期望家长加强沟通。多了解其内心想法。 </w:t>
      </w:r>
      <w:r>
        <w:rPr>
          <w:lang w:eastAsia="zh-CN"/>
        </w:rPr>
        <w:br/>
      </w:r>
      <w:r>
        <w:rPr>
          <w:lang w:eastAsia="zh-CN"/>
        </w:rPr>
        <w:t xml:space="preserve">    五、班级目前存在的问题。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1、部分学生偏科现象严重，包括一些成绩比较好的同学同样也存在这个现象。</w:t>
      </w:r>
      <w:r>
        <w:rPr>
          <w:lang w:eastAsia="zh-CN"/>
        </w:rPr>
        <w:t xml:space="preserve"> </w:t>
      </w:r>
      <w:r>
        <w:rPr>
          <w:lang w:eastAsia="zh-CN"/>
        </w:rPr>
        <w:br/>
      </w:r>
      <w:r>
        <w:rPr>
          <w:lang w:eastAsia="zh-CN"/>
        </w:rPr>
        <w:t xml:space="preserve">    2、部分学生的睡眠状况不是很好，这和他们的饮食习惯和作息习惯有关。 </w:t>
      </w:r>
      <w:r>
        <w:rPr>
          <w:lang w:eastAsia="zh-CN"/>
        </w:rPr>
        <w:br/>
      </w:r>
      <w:r>
        <w:rPr>
          <w:lang w:eastAsia="zh-CN"/>
        </w:rPr>
        <w:t xml:space="preserve">    3、部分学生心理压力大，学习上过于急躁，急于求成，总想一下把很多知识都学完。 </w:t>
      </w:r>
      <w:r>
        <w:rPr>
          <w:lang w:eastAsia="zh-CN"/>
        </w:rPr>
        <w:br/>
      </w:r>
      <w:r>
        <w:rPr>
          <w:lang w:eastAsia="zh-CN"/>
        </w:rPr>
        <w:t xml:space="preserve">    4、很多学生只停留在苦学上，不能做到实干加巧学。 </w:t>
      </w:r>
      <w:r>
        <w:rPr>
          <w:lang w:eastAsia="zh-CN"/>
        </w:rPr>
        <w:br/>
      </w:r>
      <w:r>
        <w:rPr>
          <w:lang w:eastAsia="zh-CN"/>
        </w:rPr>
        <w:t xml:space="preserve">    5、不能正确地估价自己，有时把目标定得太高，或有时把目标定的太低。 </w:t>
      </w:r>
      <w:r>
        <w:rPr>
          <w:lang w:eastAsia="zh-CN"/>
        </w:rPr>
        <w:br/>
      </w:r>
      <w:r>
        <w:rPr>
          <w:lang w:eastAsia="zh-CN"/>
        </w:rPr>
        <w:t xml:space="preserve">    6、不能正确地对待每一次考试成绩，个性是一次，两次考得不理想就感到无所适从，丧失信心，从此一蹶不振。 </w:t>
      </w:r>
      <w:r>
        <w:rPr>
          <w:lang w:eastAsia="zh-CN"/>
        </w:rPr>
        <w:br/>
      </w:r>
      <w:r>
        <w:rPr>
          <w:lang w:eastAsia="zh-CN"/>
        </w:rPr>
        <w:t xml:space="preserve">    7、上课不动脑筋，不跟老师一齐思考，热衷于获得现成答案，死记硬背。 </w:t>
      </w:r>
      <w:r>
        <w:rPr>
          <w:lang w:eastAsia="zh-CN"/>
        </w:rPr>
        <w:br/>
      </w:r>
      <w:r>
        <w:rPr>
          <w:lang w:eastAsia="zh-CN"/>
        </w:rPr>
        <w:t xml:space="preserve">    归纳起来主要的问题是：压力比较大、学习效率不高、心理承受力弱、学习不得法，自信心不足。针对以上这些问题，我们老师和家长就应为他们做些什么呢 </w:t>
      </w:r>
      <w:r>
        <w:rPr>
          <w:lang w:eastAsia="zh-CN"/>
        </w:rPr>
        <w:br/>
      </w:r>
      <w:r>
        <w:rPr>
          <w:lang w:eastAsia="zh-CN"/>
        </w:rPr>
        <w:t xml:space="preserve">    六、班主任工作 </w:t>
      </w:r>
      <w:r>
        <w:rPr>
          <w:lang w:eastAsia="zh-CN"/>
        </w:rPr>
        <w:br/>
      </w:r>
      <w:r>
        <w:rPr>
          <w:lang w:eastAsia="zh-CN"/>
        </w:rPr>
        <w:t xml:space="preserve">    1、做好任课老师与与学生之间的协调与配合。这也是班主任工作的重要职责之一。及时了解各门学科的教学状况，听听同学们的心声，把学生的信息反馈给任课老师，以到达调整教学的手段和方法。对于偏科的同学，今后还要想办法，鼓励学生尽量多投入时间和精力，同时鼓励学生多同自己所偏的学科教师多沟通，争取这种局面有所好转。 </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2、规范学生的行为。虽然是18、19岁的人了，但毕竟还是小孩子，纪律行为方面自控潜力还比较弱，再说人本身也是有惰性的，有时难免偷懒和放松，需要不时的督促。同时学校又是一个群体生活，需要有统一的行动，才能保证大家都有一个学习和休息的环境。所以这点推荐家长要个性配合。 </w:t>
      </w:r>
      <w:r>
        <w:rPr>
          <w:lang w:eastAsia="zh-CN"/>
        </w:rPr>
        <w:br/>
      </w:r>
      <w:r>
        <w:rPr>
          <w:lang w:eastAsia="zh-CN"/>
        </w:rPr>
        <w:t xml:space="preserve">    3、在学生学会做人、学会学习上下功夫。做人是无止境的。学习首先要学会做人，学会团结同学、尊敬师长、尊重他人，孝敬父母，培养一个健康良好的心态。 </w:t>
      </w:r>
      <w:r>
        <w:rPr>
          <w:lang w:eastAsia="zh-CN"/>
        </w:rPr>
        <w:br/>
      </w:r>
      <w:r>
        <w:rPr>
          <w:lang w:eastAsia="zh-CN"/>
        </w:rPr>
        <w:t xml:space="preserve">    4、帮忙学生构成良好的学习习惯。首先合理利用时间，时间对每个人都是平等的，大家都比较努力认真的状况下，谁合理地利用了时间，谁才有可能在竞争中获胜。我时常对学生说，早起是重要的，但效率更重要。中午必须要有一段休息的时间，这样才能保证下午和晚上有充沛的精力。其次要有一个良好的学习环境，一要心静，心无杂念，二要多问，多向老师请教，向同学问。 </w:t>
      </w:r>
      <w:r>
        <w:rPr>
          <w:lang w:eastAsia="zh-CN"/>
        </w:rPr>
        <w:br/>
      </w:r>
      <w:r>
        <w:rPr>
          <w:lang w:eastAsia="zh-CN"/>
        </w:rPr>
        <w:t xml:space="preserve">    5、用心与家长进行沟通和联系。学生的健康成长不仅仅需要很好的学校教育，还需要良好的社会教育和家庭教育。作为班主任，要主动地与家长取得联系，要多听取家长的意见和推荐，但同时也期望家长如果发现学生有什么问题要及时与我取得联系。 </w:t>
      </w:r>
      <w:r>
        <w:rPr>
          <w:lang w:eastAsia="zh-CN"/>
        </w:rPr>
        <w:br/>
      </w:r>
      <w:r>
        <w:rPr>
          <w:lang w:eastAsia="zh-CN"/>
        </w:rPr>
        <w:t xml:space="preserve">    七、需要家长配合的几个方面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有道是“有径可登锋，全凭众志成城，博雅塔前攻纳米，无绳能系日，务期韦编三绝，未明湖畔咏关睢。”既要求学生发扬韦编三绝、不达目的誓不休的韧劲，也要求大家众志成城，共同打造学生的教育环境。在那里，我结合我们学校、我们班级的状况，跟各位家长谈几点不成熟的推荐：</w:t>
      </w:r>
      <w:r>
        <w:rPr>
          <w:lang w:eastAsia="zh-CN"/>
        </w:rPr>
        <w:t xml:space="preserve"> </w:t>
      </w:r>
      <w:r>
        <w:rPr>
          <w:lang w:eastAsia="zh-CN"/>
        </w:rPr>
        <w:br/>
      </w:r>
      <w:r>
        <w:rPr>
          <w:lang w:eastAsia="zh-CN"/>
        </w:rPr>
        <w:t xml:space="preserve">    1、重视家庭教育。家庭教育是学校教育的基础。没有良好的家庭教育，学校教育寸步难行。有人认为：把孩子交给了学校，家长就万事大吉了，如果孩子不听话、成绩不好，就是老师没教好。状况不完全如此。您去研究一下那些优秀学生，看看他们之所以能进重点中学、考上大学，与他们的家庭和父母的素质有什么关系。我们都明白：“性格决定命运。”那么，人的性格是在哪里基本成型的是在家庭。家长一般都迷信分数，其实高分往往是以高情商作为前提的，而情商是性格的重要组成部分。我见过许多就智力来说上大学根本没有问题的学生，结果连初中都毕不了业，毛病就出在性格上：有的太懒，有的怕吃苦，有的任性，有的光明白花钱……家长是孩子的第一任老师，也是孩子的终身老师。所以，孩子的命运，他的学习成绩，他会考上什么学校，将来有没有出息，基本掌握在家长手里!我那里毫无推卸学校职责的意思，而是期望家庭和学校的教育能够各司其职，紧密结合。 </w:t>
      </w:r>
      <w:r>
        <w:rPr>
          <w:lang w:eastAsia="zh-CN"/>
        </w:rPr>
        <w:br/>
      </w:r>
      <w:r>
        <w:rPr>
          <w:lang w:eastAsia="zh-CN"/>
        </w:rPr>
        <w:t xml:space="preserve">    2、做一名有心的家长，经常和老师持续联系。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做后勤部长，在物质上给予适度保证，保证学生学习所需，有部分学生时常以饼干和方便面为食，导致胃病、感冒等时有发生，有时一次感冒就要耽误一两天学习没有效率。所以家长们在平时注重观察，及早发现一些状况，有病及早治疗，身体虚弱要加强营养。多带给诸如水果、牛奶、饼干、保健品等东西，让孩子有足够的体力和精力投入到紧张的备考中去，做心灵驿站，在精神上给学生的营造适当简单的氛围，要相信孩子，对孩子充满期望，和持续良性沟通，及时消除他们的不安和恐惧，帮忙他们坦然应对挫折。毕竟高考前的模拟考试比较多，偶尔的进退都正常。在应对成绩时，在班里和学校的排行位置也是值得关注的。你可千万别小看了这个位置排行，这也但是高考报志愿的最重要的依据之一，与此相比较而言，你孩子到底考了多少分倒是其次的。当然，家长首先要沉住气，不管孩子考得好坏，都要告诉他(她)：胜不骄、败不馁，成绩面前找差距，困难时刻看到光明……当然啦，家长你自己首先要带头做到这一点。同时，推荐家长在这一年，不要一味地迁就他，给手机用啦、给大笔的零花钱啦，护孩子的短啦，还是不行的。要透过合理的方式，规范他们的言行举止，要让自己小孩意识到：和别人比学习、比努力、比进步，而不是比穿得好，用得好，是不是名牌，做高考信息员，适当留意考试信息。</w:t>
      </w:r>
      <w:r>
        <w:rPr>
          <w:lang w:eastAsia="zh-CN"/>
        </w:rPr>
        <w:t xml:space="preserve"> </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https://d.book118.com/418042005071006045</w:t>
        </w:r>
      </w:hyperlink>
    </w:p>
    <w:p w:rsidR="001B1F19">
      <w:pPr>
        <w:rPr>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18042005071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