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HR个人工作计划范文（33篇）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HR个人工作计划范文（通用33篇）</w:t>
      </w:r>
      <w:r>
        <w:rPr>
          <w:lang w:eastAsia="zh-CN"/>
        </w:rPr>
        <w:br/>
      </w:r>
      <w:r>
        <w:rPr>
          <w:lang w:eastAsia="zh-CN"/>
        </w:rPr>
        <w:t xml:space="preserve">    HR个人工作计划范文 篇1 </w:t>
      </w:r>
      <w:r>
        <w:rPr>
          <w:lang w:eastAsia="zh-CN"/>
        </w:rPr>
        <w:br/>
      </w:r>
      <w:r>
        <w:rPr>
          <w:lang w:eastAsia="zh-CN"/>
        </w:rPr>
        <w:t>　　一、目标概述：</w:t>
      </w:r>
      <w:r>
        <w:rPr>
          <w:lang w:eastAsia="zh-CN"/>
        </w:rPr>
        <w:br/>
      </w:r>
      <w:r>
        <w:rPr>
          <w:lang w:eastAsia="zh-CN"/>
        </w:rPr>
        <w:t>　　职位分析是公司定岗、定编和调整组织架构、确定每个岗位薪酬的依据之一，通过职位分析既可以了解公司各部门各职位的'任职资格、工作内容，从而使公司各部门的工作分配、工作衔接和工作流程设计更加精确，也有助于公司了解各部门、各职位全面的工作要素，适时调整</w:t>
      </w:r>
      <w:r>
        <w:rPr>
          <w:lang w:eastAsia="zh-CN"/>
        </w:rPr>
        <w:br/>
      </w:r>
      <w:r>
        <w:rPr>
          <w:lang w:eastAsia="zh-CN"/>
        </w:rPr>
        <w:t>　　公司及部门组织架构，进行扩、缩编制。也可以通过职位分析对每个岗位的工作量、贡献值、责任程度等方面进行综合考量，以便为制定科学合理的薪酬制度提供良好的基础。详细的职位分析还给人力资源配置、招聘和为各部门员工提供方向性的培训提供依据。</w:t>
      </w:r>
      <w:r>
        <w:rPr>
          <w:lang w:eastAsia="zh-CN"/>
        </w:rPr>
        <w:br/>
      </w:r>
      <w:r>
        <w:rPr>
          <w:lang w:eastAsia="zh-CN"/>
        </w:rPr>
        <w:t>　　二、具体实施方案：</w:t>
      </w:r>
      <w:r>
        <w:rPr>
          <w:lang w:eastAsia="zh-CN"/>
        </w:rPr>
        <w:br/>
      </w:r>
      <w:r>
        <w:rPr>
          <w:lang w:eastAsia="zh-CN"/>
        </w:rPr>
        <w:t>　　1、__年3月底前完成公司职位分析方案，确定职位调查项目和调查方法，如各职位主要工作内容，工作行为与责任，所必须使用的表单、工具、机器，每项工作内容的绩效考核标准，工作环境与时间，各职位对担当此职位人员的全部要求，目前担当此职位人员的薪资状况等等。人力资源部保证方案尽可能细化单设计合理有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2、__年4月完成职位分析的基础信息搜集工作。4月初由人力资源部将职位信息调查表下发至各部门每一位职员。在4月15日前完成汇总工作。4月30日前完成公司各职位分析草案。</w:t>
      </w:r>
      <w:r>
        <w:rPr>
          <w:lang w:eastAsia="zh-CN"/>
        </w:rPr>
        <w:br/>
      </w:r>
      <w:r>
        <w:rPr>
          <w:lang w:eastAsia="zh-CN"/>
        </w:rPr>
        <w:t>　　3、__年5月人力资源部向公司董事会提交公司各职位分析详细资料，分部门交各部门经理提出修改意见，修改完成后汇总报请公司董事会审阅后备案，作为公司人力资源战略规划的基础性资料。</w:t>
      </w:r>
      <w:r>
        <w:rPr>
          <w:lang w:eastAsia="zh-CN"/>
        </w:rPr>
        <w:br/>
      </w:r>
      <w:r>
        <w:rPr>
          <w:lang w:eastAsia="zh-CN"/>
        </w:rPr>
        <w:t>　　三、实施目标注意事项：</w:t>
      </w:r>
      <w:r>
        <w:rPr>
          <w:lang w:eastAsia="zh-CN"/>
        </w:rPr>
        <w:br/>
      </w:r>
      <w:r>
        <w:rPr>
          <w:lang w:eastAsia="zh-CN"/>
        </w:rPr>
        <w:t>　　1、职位分析作为战略性人力资源管理的基础性工作，在信息搜集过程中要力求资料翔实准确。因此，人力资源部在开展此项工作时应注意员工的思想发动，争取各部门和每一位员工的通力配合，以达到预期效果。</w:t>
      </w:r>
      <w:r>
        <w:rPr>
          <w:lang w:eastAsia="zh-CN"/>
        </w:rPr>
        <w:br/>
      </w:r>
      <w:r>
        <w:rPr>
          <w:lang w:eastAsia="zh-CN"/>
        </w:rPr>
        <w:t>　　2、整理后的职位分析资料必须按部门、专业分类，以便工作中查询。</w:t>
      </w:r>
      <w:r>
        <w:rPr>
          <w:lang w:eastAsia="zh-CN"/>
        </w:rPr>
        <w:br/>
      </w:r>
      <w:r>
        <w:rPr>
          <w:lang w:eastAsia="zh-CN"/>
        </w:rPr>
        <w:t>　　3、职位分析必须注意：搜集的信息可能仅局限于公司现有编制内职位信息。但向董事会提交的公司职位分析资料必须严格参照公司组织架构对架构内所有职位进行职位分析。未能从职位信息调查中获取到的职位信息分析由人力资源部会同该职位所属部门进行撰写。</w:t>
      </w:r>
      <w:r>
        <w:rPr>
          <w:lang w:eastAsia="zh-CN"/>
        </w:rPr>
        <w:br/>
      </w:r>
      <w:r>
        <w:rPr>
          <w:lang w:eastAsia="zh-CN"/>
        </w:rPr>
        <w:t>　　4、该目标达成后将可以与公司组织架构配合在实际工作中应用，减少人力资源工作中的重复性工作，此目标达成需公司各部门配合，人力资源部注意做好部门间的协调与沟通工作。</w:t>
      </w:r>
      <w:r>
        <w:rPr>
          <w:lang w:eastAsia="zh-CN"/>
        </w:rPr>
        <w:br/>
      </w:r>
      <w:r>
        <w:rPr>
          <w:lang w:eastAsia="zh-CN"/>
        </w:rPr>
        <w:t>　　四、目标责任人：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第一责任人：人力资源部经理</w:t>
      </w:r>
      <w:r>
        <w:rPr>
          <w:lang w:eastAsia="zh-CN"/>
        </w:rPr>
        <w:br/>
      </w:r>
      <w:r>
        <w:rPr>
          <w:lang w:eastAsia="zh-CN"/>
        </w:rPr>
        <w:t>　　协同责任人：人力资源部经理助理</w:t>
      </w:r>
      <w:r>
        <w:rPr>
          <w:lang w:eastAsia="zh-CN"/>
        </w:rPr>
        <w:br/>
      </w:r>
      <w:r>
        <w:rPr>
          <w:lang w:eastAsia="zh-CN"/>
        </w:rPr>
        <w:t>　　五、目标实施需支持与配合的事项和部门：</w:t>
      </w:r>
      <w:r>
        <w:rPr>
          <w:lang w:eastAsia="zh-CN"/>
        </w:rPr>
        <w:br/>
      </w:r>
      <w:r>
        <w:rPr>
          <w:lang w:eastAsia="zh-CN"/>
        </w:rPr>
        <w:t>　　1、职位信息的调查搜集需各部门、各职位通力配合填写相关表单。</w:t>
      </w:r>
      <w:r>
        <w:rPr>
          <w:lang w:eastAsia="zh-CN"/>
        </w:rPr>
        <w:br/>
      </w:r>
      <w:r>
        <w:rPr>
          <w:lang w:eastAsia="zh-CN"/>
        </w:rPr>
        <w:t>　　2、职位分析草案完成后需公司各部门经理协助修改本部门职位分析资料，全部完成后需请公司董事会审阅通过。</w:t>
      </w:r>
      <w:r>
        <w:rPr>
          <w:lang w:eastAsia="zh-CN"/>
        </w:rPr>
        <w:br/>
      </w:r>
      <w:r>
        <w:rPr>
          <w:lang w:eastAsia="zh-CN"/>
        </w:rPr>
        <w:t xml:space="preserve">    HR个人工作计划范文 篇2 </w:t>
      </w:r>
      <w:r>
        <w:rPr>
          <w:lang w:eastAsia="zh-CN"/>
        </w:rPr>
        <w:br/>
      </w:r>
      <w:r>
        <w:rPr>
          <w:lang w:eastAsia="zh-CN"/>
        </w:rPr>
        <w:t>　　一晃而过，又一个学期开始了。蓦然回首，一年多的点点滴滴如昨日，感觉特别充实。这一年让我更加意识到，每一份努力都有收获。</w:t>
      </w:r>
      <w:r>
        <w:rPr>
          <w:lang w:eastAsia="zh-CN"/>
        </w:rPr>
        <w:br/>
      </w:r>
      <w:r>
        <w:rPr>
          <w:lang w:eastAsia="zh-CN"/>
        </w:rPr>
        <w:t>　　一年多来，在以王校长为首的团队的带领下，在各位老师的支持和帮助下，我兢兢业业，扎实工作。因为个人能力的原因，工作的某些方面还有待提高。下面简单汇报一下我个人和工作上的不足，以及我下半年的工作思路：</w:t>
      </w:r>
      <w:r>
        <w:rPr>
          <w:lang w:eastAsia="zh-CN"/>
        </w:rPr>
        <w:br/>
      </w:r>
      <w:r>
        <w:rPr>
          <w:lang w:eastAsia="zh-CN"/>
        </w:rPr>
        <w:t>　　☆过去半年存在的主要问题：</w:t>
      </w:r>
      <w:r>
        <w:rPr>
          <w:lang w:eastAsia="zh-CN"/>
        </w:rPr>
        <w:br/>
      </w:r>
      <w:r>
        <w:rPr>
          <w:lang w:eastAsia="zh-CN"/>
        </w:rPr>
        <w:t>　　（一）个人方面：</w:t>
      </w:r>
      <w:r>
        <w:rPr>
          <w:lang w:eastAsia="zh-CN"/>
        </w:rPr>
        <w:br/>
      </w:r>
      <w:r>
        <w:rPr>
          <w:lang w:eastAsia="zh-CN"/>
        </w:rPr>
        <w:t>　　在平时的学校管理工作中，工作不够细腻，方法不够灵活，问题考虑不够周到，对待工作只凭热情，有时没有考虑到周围同志的感受，工作的艺术性有待进一步提高；性格比较直爽，解决矛盾缺乏软硬兼施。</w:t>
      </w:r>
      <w:r>
        <w:rPr>
          <w:lang w:eastAsia="zh-CN"/>
        </w:rPr>
        <w:br/>
      </w:r>
      <w:r>
        <w:rPr>
          <w:lang w:eastAsia="zh-CN"/>
        </w:rPr>
        <w:t>　　（二）分管工作：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1、班级管理、学生习惯教育和道德教育的有效性有待加强。</w:t>
      </w:r>
      <w:r>
        <w:rPr>
          <w:lang w:eastAsia="zh-CN"/>
        </w:rPr>
        <w:br/>
      </w:r>
      <w:r>
        <w:rPr>
          <w:lang w:eastAsia="zh-CN"/>
        </w:rPr>
        <w:t>　　2、物流方面还是有浪费的，要进一步努力节约，加强物流物品的`采购和收集以及固定资产的管理。</w:t>
      </w:r>
      <w:r>
        <w:rPr>
          <w:lang w:eastAsia="zh-CN"/>
        </w:rPr>
        <w:br/>
      </w:r>
      <w:r>
        <w:rPr>
          <w:lang w:eastAsia="zh-CN"/>
        </w:rPr>
        <w:t>　　3、要进一步加强学前教育管理，不断提高办园效益，加快中心园改造，争创省级示范幼儿园。</w:t>
      </w:r>
      <w:r>
        <w:rPr>
          <w:lang w:eastAsia="zh-CN"/>
        </w:rPr>
        <w:br/>
      </w:r>
      <w:r>
        <w:rPr>
          <w:lang w:eastAsia="zh-CN"/>
        </w:rPr>
        <w:t>　　☆下半年思路：</w:t>
      </w:r>
      <w:r>
        <w:rPr>
          <w:lang w:eastAsia="zh-CN"/>
        </w:rPr>
        <w:br/>
      </w:r>
      <w:r>
        <w:rPr>
          <w:lang w:eastAsia="zh-CN"/>
        </w:rPr>
        <w:t>　　（1）道德教育</w:t>
      </w:r>
      <w:r>
        <w:rPr>
          <w:lang w:eastAsia="zh-CN"/>
        </w:rPr>
        <w:br/>
      </w:r>
      <w:r>
        <w:rPr>
          <w:lang w:eastAsia="zh-CN"/>
        </w:rPr>
        <w:t>　　以校园文化艺术节为载体，以素质教育推进年为契机，大力加强青少年思想道德建设，切实加强和提升德育基础工作，全面推进我校德育工作稳步持续发展。</w:t>
      </w:r>
      <w:r>
        <w:rPr>
          <w:lang w:eastAsia="zh-CN"/>
        </w:rPr>
        <w:br/>
      </w:r>
      <w:r>
        <w:rPr>
          <w:lang w:eastAsia="zh-CN"/>
        </w:rPr>
        <w:t>　　1、继续把行为习惯教育作为长期德育的重点。进一步加强德育常规管理，强化检查，实行日查、周评、月评、期末总评的管理办法，认真做好各项评比工作，坚持班级管理，促进养成教育的实施。从常规工作入手，继续抓好班级“五个一”的训练。</w:t>
      </w:r>
      <w:r>
        <w:rPr>
          <w:lang w:eastAsia="zh-CN"/>
        </w:rPr>
        <w:br/>
      </w:r>
      <w:r>
        <w:rPr>
          <w:lang w:eastAsia="zh-CN"/>
        </w:rPr>
        <w:t>　　2、以新中国成立60周年为契机，加强对学生的爱国主义教育，继续抓好每月一次的主题教育活动。</w:t>
      </w:r>
      <w:r>
        <w:rPr>
          <w:lang w:eastAsia="zh-CN"/>
        </w:rPr>
        <w:br/>
      </w:r>
      <w:r>
        <w:rPr>
          <w:lang w:eastAsia="zh-CN"/>
        </w:rPr>
        <w:t>　　3、修订和完善班级评价方法，继续探索有效、全面的学生评价方式，促进学生多元发展。</w:t>
      </w:r>
      <w:r>
        <w:rPr>
          <w:lang w:eastAsia="zh-CN"/>
        </w:rPr>
        <w:br/>
      </w:r>
      <w:r>
        <w:rPr>
          <w:lang w:eastAsia="zh-CN"/>
        </w:rPr>
        <w:t>　　4、美化环境促进和谐校园建设。精心布置校园环境，搞好班级文化环境建设，开展文明班级评比活动。</w:t>
      </w:r>
      <w:r>
        <w:rPr>
          <w:lang w:eastAsia="zh-CN"/>
        </w:rPr>
        <w:br/>
      </w:r>
      <w:r>
        <w:rPr>
          <w:lang w:eastAsia="zh-CN"/>
        </w:rPr>
        <w:t>　　（2）安全工作</w:t>
      </w:r>
      <w:r>
        <w:rPr>
          <w:lang w:eastAsia="zh-CN"/>
        </w:rPr>
        <w:br/>
      </w:r>
      <w:r>
        <w:rPr>
          <w:lang w:eastAsia="zh-CN"/>
        </w:rPr>
        <w:t>　　1、进一步规范学校安全标识。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2、拓宽安全教育渠道，加强师生安全教育。</w:t>
      </w:r>
      <w:r>
        <w:rPr>
          <w:lang w:eastAsia="zh-CN"/>
        </w:rPr>
        <w:br/>
      </w:r>
      <w:r>
        <w:rPr>
          <w:lang w:eastAsia="zh-CN"/>
        </w:rPr>
        <w:t>　　3、完善各类应急预案，进一步规范应急演练。</w:t>
      </w:r>
      <w:r>
        <w:rPr>
          <w:lang w:eastAsia="zh-CN"/>
        </w:rPr>
        <w:br/>
      </w:r>
      <w:r>
        <w:rPr>
          <w:lang w:eastAsia="zh-CN"/>
        </w:rPr>
        <w:t>　　（3）学前教育</w:t>
      </w:r>
      <w:r>
        <w:rPr>
          <w:lang w:eastAsia="zh-CN"/>
        </w:rPr>
        <w:br/>
      </w:r>
      <w:r>
        <w:rPr>
          <w:lang w:eastAsia="zh-CN"/>
        </w:rPr>
        <w:t>　　1、要进一步加强对保护教育日常工作的监督、检查和指导。</w:t>
      </w:r>
      <w:r>
        <w:rPr>
          <w:lang w:eastAsia="zh-CN"/>
        </w:rPr>
        <w:br/>
      </w:r>
      <w:r>
        <w:rPr>
          <w:lang w:eastAsia="zh-CN"/>
        </w:rPr>
        <w:t>　　2、要充分利用幼幼融合的优势，不断提高办园效益。</w:t>
      </w:r>
      <w:r>
        <w:rPr>
          <w:lang w:eastAsia="zh-CN"/>
        </w:rPr>
        <w:br/>
      </w:r>
      <w:r>
        <w:rPr>
          <w:lang w:eastAsia="zh-CN"/>
        </w:rPr>
        <w:t>　　3、加快中心园改造，进一步美化校园环境，使幼儿园成为孩子们的乐园，争创省级示范幼儿园。</w:t>
      </w:r>
      <w:r>
        <w:rPr>
          <w:lang w:eastAsia="zh-CN"/>
        </w:rPr>
        <w:br/>
      </w:r>
      <w:r>
        <w:rPr>
          <w:lang w:eastAsia="zh-CN"/>
        </w:rPr>
        <w:t>　　（4）物流服务</w:t>
      </w:r>
      <w:r>
        <w:rPr>
          <w:lang w:eastAsia="zh-CN"/>
        </w:rPr>
        <w:br/>
      </w:r>
      <w:r>
        <w:rPr>
          <w:lang w:eastAsia="zh-CN"/>
        </w:rPr>
        <w:t>　　要进一步加强后勤物资管理、采购物资审批和节约使用、固定资产投入等工作，使学校财产管理更加规范。</w:t>
      </w:r>
      <w:r>
        <w:rPr>
          <w:lang w:eastAsia="zh-CN"/>
        </w:rPr>
        <w:br/>
      </w:r>
      <w:r>
        <w:rPr>
          <w:lang w:eastAsia="zh-CN"/>
        </w:rPr>
        <w:t>　　☆对学校工作的建议：</w:t>
      </w:r>
      <w:r>
        <w:rPr>
          <w:lang w:eastAsia="zh-CN"/>
        </w:rPr>
        <w:br/>
      </w:r>
      <w:r>
        <w:rPr>
          <w:lang w:eastAsia="zh-CN"/>
        </w:rPr>
        <w:t>　　1、在理顺教师分工的同时，更好地协调部门与部门之间的工作关系，并使他们更加积极主动。</w:t>
      </w:r>
      <w:r>
        <w:rPr>
          <w:lang w:eastAsia="zh-CN"/>
        </w:rPr>
        <w:br/>
      </w:r>
      <w:r>
        <w:rPr>
          <w:lang w:eastAsia="zh-CN"/>
        </w:rPr>
        <w:t>　　2、加强教师的培养和指导，培养和留住名师，解决相应的工作和生活问题。</w:t>
      </w:r>
      <w:r>
        <w:rPr>
          <w:lang w:eastAsia="zh-CN"/>
        </w:rPr>
        <w:br/>
      </w:r>
      <w:r>
        <w:rPr>
          <w:lang w:eastAsia="zh-CN"/>
        </w:rPr>
        <w:t xml:space="preserve">    HR个人工作计划范文 篇3 </w:t>
      </w:r>
      <w:r>
        <w:rPr>
          <w:lang w:eastAsia="zh-CN"/>
        </w:rPr>
        <w:br/>
      </w:r>
      <w:r>
        <w:rPr>
          <w:lang w:eastAsia="zh-CN"/>
        </w:rPr>
        <w:t>　　一、指导思想</w:t>
      </w:r>
      <w:r>
        <w:rPr>
          <w:lang w:eastAsia="zh-CN"/>
        </w:rPr>
        <w:br/>
      </w:r>
      <w:r>
        <w:rPr>
          <w:lang w:eastAsia="zh-CN"/>
        </w:rPr>
        <w:t>　　在总支、院办的领导下，改善护理服务，树立行业新风，促进医患和谐，提高患者满意程度为主要内容，以确保护理安全为目标，强调过程管理和环节管理，强化内涵建设，提高技术水平和服务质量，创优质服务，让患者满意、社会满意、领导满意。</w:t>
      </w:r>
      <w:r>
        <w:rPr>
          <w:lang w:eastAsia="zh-CN"/>
        </w:rPr>
        <w:br/>
      </w:r>
      <w:r>
        <w:rPr>
          <w:lang w:eastAsia="zh-CN"/>
        </w:rPr>
        <w:t>　　二、工作目标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1、健全和完善各项管理制度，并狠抓落实，使各项护理工作做到制度化、科学化、规范化。</w:t>
      </w:r>
      <w:r>
        <w:rPr>
          <w:lang w:eastAsia="zh-CN"/>
        </w:rPr>
        <w:br/>
      </w:r>
      <w:r>
        <w:rPr>
          <w:lang w:eastAsia="zh-CN"/>
        </w:rPr>
        <w:t>　　2、强化内涵建设，不断提高护理队伍整体素质。</w:t>
      </w:r>
      <w:r>
        <w:rPr>
          <w:lang w:eastAsia="zh-CN"/>
        </w:rPr>
        <w:br/>
      </w:r>
      <w:r>
        <w:rPr>
          <w:lang w:eastAsia="zh-CN"/>
        </w:rPr>
        <w:t>　　3、坚持“以人为本”的服务理念，认真落实首问负责制，继续开展全程优质无缝服务活动，创优质服务效益。</w:t>
      </w:r>
      <w:r>
        <w:rPr>
          <w:lang w:eastAsia="zh-CN"/>
        </w:rPr>
        <w:br/>
      </w:r>
      <w:r>
        <w:rPr>
          <w:lang w:eastAsia="zh-CN"/>
        </w:rPr>
        <w:t>　　三、工作指标</w:t>
      </w:r>
      <w:r>
        <w:rPr>
          <w:lang w:eastAsia="zh-CN"/>
        </w:rPr>
        <w:br/>
      </w:r>
      <w:r>
        <w:rPr>
          <w:lang w:eastAsia="zh-CN"/>
        </w:rPr>
        <w:t>　　1、基础护理合格率≥90%</w:t>
      </w:r>
      <w:r>
        <w:rPr>
          <w:lang w:eastAsia="zh-CN"/>
        </w:rPr>
        <w:br/>
      </w:r>
      <w:r>
        <w:rPr>
          <w:lang w:eastAsia="zh-CN"/>
        </w:rPr>
        <w:t>　　2、特一级护理合格率≥90%</w:t>
      </w:r>
      <w:r>
        <w:rPr>
          <w:lang w:eastAsia="zh-CN"/>
        </w:rPr>
        <w:br/>
      </w:r>
      <w:r>
        <w:rPr>
          <w:lang w:eastAsia="zh-CN"/>
        </w:rPr>
        <w:t>　　3、专科护理合格率≥90%</w:t>
      </w:r>
      <w:r>
        <w:rPr>
          <w:lang w:eastAsia="zh-CN"/>
        </w:rPr>
        <w:br/>
      </w:r>
      <w:r>
        <w:rPr>
          <w:lang w:eastAsia="zh-CN"/>
        </w:rPr>
        <w:t>　　4、技术水平合格率≥90%</w:t>
      </w:r>
      <w:r>
        <w:rPr>
          <w:lang w:eastAsia="zh-CN"/>
        </w:rPr>
        <w:br/>
      </w:r>
      <w:r>
        <w:rPr>
          <w:lang w:eastAsia="zh-CN"/>
        </w:rPr>
        <w:t>　　5、护理文书书写合格率≥90%</w:t>
      </w:r>
      <w:r>
        <w:rPr>
          <w:lang w:eastAsia="zh-CN"/>
        </w:rPr>
        <w:br/>
      </w:r>
      <w:r>
        <w:rPr>
          <w:lang w:eastAsia="zh-CN"/>
        </w:rPr>
        <w:t>　　6、急救物品完好率100%</w:t>
      </w:r>
      <w:r>
        <w:rPr>
          <w:lang w:eastAsia="zh-CN"/>
        </w:rPr>
        <w:br/>
      </w:r>
      <w:r>
        <w:rPr>
          <w:lang w:eastAsia="zh-CN"/>
        </w:rPr>
        <w:t>　　7、消毒灭菌合格率100%、消毒隔离合格率100%</w:t>
      </w:r>
      <w:r>
        <w:rPr>
          <w:lang w:eastAsia="zh-CN"/>
        </w:rPr>
        <w:br/>
      </w:r>
      <w:r>
        <w:rPr>
          <w:lang w:eastAsia="zh-CN"/>
        </w:rPr>
        <w:t>　　8、病区管理合格率≥95%</w:t>
      </w:r>
      <w:r>
        <w:rPr>
          <w:lang w:eastAsia="zh-CN"/>
        </w:rPr>
        <w:br/>
      </w:r>
      <w:r>
        <w:rPr>
          <w:lang w:eastAsia="zh-CN"/>
        </w:rPr>
        <w:t>　　9、年压疮发生次数0</w:t>
      </w:r>
      <w:r>
        <w:rPr>
          <w:lang w:eastAsia="zh-CN"/>
        </w:rPr>
        <w:br/>
      </w:r>
      <w:r>
        <w:rPr>
          <w:lang w:eastAsia="zh-CN"/>
        </w:rPr>
        <w:t>　　10、健康教育病人覆盖率100%、病人知晓率≥80%</w:t>
      </w:r>
      <w:r>
        <w:rPr>
          <w:lang w:eastAsia="zh-CN"/>
        </w:rPr>
        <w:br/>
      </w:r>
      <w:r>
        <w:rPr>
          <w:lang w:eastAsia="zh-CN"/>
        </w:rPr>
        <w:t>　　11、医疗安全管理合格率≥90%</w:t>
      </w:r>
      <w:r>
        <w:rPr>
          <w:lang w:eastAsia="zh-CN"/>
        </w:rPr>
        <w:br/>
      </w:r>
      <w:r>
        <w:rPr>
          <w:lang w:eastAsia="zh-CN"/>
        </w:rPr>
        <w:t>　　12、急诊科、手术室、供应室质量管理合格率≥90%</w:t>
      </w:r>
      <w:r>
        <w:rPr>
          <w:lang w:eastAsia="zh-CN"/>
        </w:rPr>
        <w:br/>
      </w:r>
      <w:r>
        <w:rPr>
          <w:lang w:eastAsia="zh-CN"/>
        </w:rPr>
        <w:t>　　13、年护理严重差错、护理事故发生次数为0</w:t>
      </w:r>
      <w:r>
        <w:rPr>
          <w:lang w:eastAsia="zh-CN"/>
        </w:rPr>
        <w:br/>
      </w:r>
      <w:r>
        <w:rPr>
          <w:lang w:eastAsia="zh-CN"/>
        </w:rPr>
        <w:t>　　14、病人对护理服务的满意率≥98%</w:t>
      </w:r>
      <w:r>
        <w:rPr>
          <w:lang w:eastAsia="zh-CN"/>
        </w:rPr>
        <w:br/>
      </w:r>
      <w:r>
        <w:rPr>
          <w:lang w:eastAsia="zh-CN"/>
        </w:rPr>
        <w:t>　　15、护理人员培训率达100%，护理人员继续教育学分或学时达到规定要求。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16、每年在州级以上学术会议或刊物上交流，发表论文≥8篇</w:t>
      </w:r>
      <w:r>
        <w:rPr>
          <w:lang w:eastAsia="zh-CN"/>
        </w:rPr>
        <w:br/>
      </w:r>
      <w:r>
        <w:rPr>
          <w:lang w:eastAsia="zh-CN"/>
        </w:rPr>
        <w:t>　　17、年工作计划完成率≥95%</w:t>
      </w:r>
      <w:r>
        <w:rPr>
          <w:lang w:eastAsia="zh-CN"/>
        </w:rPr>
        <w:br/>
      </w:r>
      <w:r>
        <w:rPr>
          <w:lang w:eastAsia="zh-CN"/>
        </w:rPr>
        <w:t>　　四、工作措施</w:t>
      </w:r>
      <w:r>
        <w:rPr>
          <w:lang w:eastAsia="zh-CN"/>
        </w:rPr>
        <w:br/>
      </w:r>
      <w:r>
        <w:rPr>
          <w:lang w:eastAsia="zh-CN"/>
        </w:rPr>
        <w:t>　　(一)人员管理</w:t>
      </w:r>
      <w:r>
        <w:rPr>
          <w:lang w:eastAsia="zh-CN"/>
        </w:rPr>
        <w:br/>
      </w:r>
      <w:r>
        <w:rPr>
          <w:lang w:eastAsia="zh-CN"/>
        </w:rPr>
        <w:t>　　1、在护理人员配置上，尽早达到国家规定的护士配备比例。以满足临床工作需要，保证护理工作质量为基础，遇特殊情况按实际工作量尽可能在院内作适当的调整，制定紧急情况下护理人力资源调配的预案，避免造成护理资源的浪费。</w:t>
      </w:r>
      <w:r>
        <w:rPr>
          <w:lang w:eastAsia="zh-CN"/>
        </w:rPr>
        <w:br/>
      </w:r>
      <w:r>
        <w:rPr>
          <w:lang w:eastAsia="zh-CN"/>
        </w:rPr>
        <w:t>　　2、努力争取逐步做到分层次使用护士</w:t>
      </w:r>
      <w:r>
        <w:rPr>
          <w:lang w:eastAsia="zh-CN"/>
        </w:rPr>
        <w:br/>
      </w:r>
      <w:r>
        <w:rPr>
          <w:lang w:eastAsia="zh-CN"/>
        </w:rPr>
        <w:t>　　(1)、新进人员及低年资的护士认真完成本班护理工作和常见疾病的健康教育指导以及病人的生活护理，护师及主管护师应做好指导工作;</w:t>
      </w:r>
      <w:r>
        <w:rPr>
          <w:lang w:eastAsia="zh-CN"/>
        </w:rPr>
        <w:br/>
      </w:r>
      <w:r>
        <w:rPr>
          <w:lang w:eastAsia="zh-CN"/>
        </w:rPr>
        <w:t>　　(2)、主管护师、护师在完成本班工作的基础上，还应承担质控、带教、讲课、制订护理计划、科研等工作;</w:t>
      </w:r>
      <w:r>
        <w:rPr>
          <w:lang w:eastAsia="zh-CN"/>
        </w:rPr>
        <w:br/>
      </w:r>
      <w:r>
        <w:rPr>
          <w:lang w:eastAsia="zh-CN"/>
        </w:rPr>
        <w:t>　　(3)、把病人满意的护理骨干用到临床第一线，如静脉穿刺技术好的护士，可以考虑安排治疗班，以保障护理服务的“优质”，成立静脉治疗小组，解决全院疑难穿刺问题，充分调动护理人员工作学习的积极性、主动性。</w:t>
      </w:r>
      <w:r>
        <w:rPr>
          <w:lang w:eastAsia="zh-CN"/>
        </w:rPr>
        <w:br/>
      </w:r>
      <w:r>
        <w:rPr>
          <w:lang w:eastAsia="zh-CN"/>
        </w:rPr>
        <w:t>　　3、对各级护理人员进行考核、考评，护理部及科室认真做好护士技术档案的管理工作。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4、加强护士长的管理，做好护士长管理工作的检查、监督。认真落实整体护理，改变排班模式，合理、科学、弹性排班，充分体现以病人为中心的服务理念。</w:t>
      </w:r>
      <w:r>
        <w:rPr>
          <w:lang w:eastAsia="zh-CN"/>
        </w:rPr>
        <w:br/>
      </w:r>
      <w:r>
        <w:rPr>
          <w:lang w:eastAsia="zh-CN"/>
        </w:rPr>
        <w:t>　　(二)质量管理</w:t>
      </w:r>
      <w:r>
        <w:rPr>
          <w:lang w:eastAsia="zh-CN"/>
        </w:rPr>
        <w:br/>
      </w:r>
      <w:r>
        <w:rPr>
          <w:lang w:eastAsia="zh-CN"/>
        </w:rPr>
        <w:t>　　1、认真学习湖北省卫生厅、巴东县卫生局关于《医疗质量管理专项整治活动实施方案》的有关精神，结合医院实际，开展医疗质量专项整治活动。继续开展医院管理年和医疗质量万里行活动，落实首问负责制，开展全程优质无缝服务活动。</w:t>
      </w:r>
      <w:r>
        <w:rPr>
          <w:lang w:eastAsia="zh-CN"/>
        </w:rPr>
        <w:br/>
      </w:r>
      <w:r>
        <w:rPr>
          <w:lang w:eastAsia="zh-CN"/>
        </w:rPr>
        <w:t>　　2、完善护理质量控制制度和护士长会议制度，建立由分管院长为组长，护理部主任为副组长，护士长、质检员为成员的护理质量管理体系。进一步修订和完善护理质量考核内容及评分标准。抓好二级质控管理，按要求开展质控活动，明确分工，责任到人，做到人人参与，层层管理，共同把关，确保质量。有检查记录、分析、评价及改进措施，每季度有信息分析。护士对存在的问题和改进措施知晓率达100%,护理措施落实率达90%以上，以保证护理质量持续改进工作的有效性。</w:t>
      </w:r>
      <w:r>
        <w:rPr>
          <w:lang w:eastAsia="zh-CN"/>
        </w:rPr>
        <w:br/>
      </w:r>
      <w:r>
        <w:rPr>
          <w:lang w:eastAsia="zh-CN"/>
        </w:rPr>
        <w:t>　　3、落实护士长夜查房、节假日查房制度。加强对重点科室、重点部门、重点环节、重点人群、重点时段的管理。</w:t>
      </w:r>
      <w:r>
        <w:rPr>
          <w:lang w:eastAsia="zh-CN"/>
        </w:rPr>
        <w:br/>
      </w:r>
      <w:r>
        <w:rPr>
          <w:lang w:eastAsia="zh-CN"/>
        </w:rPr>
        <w:t>　　(三)安全管理</w:t>
      </w:r>
      <w:r>
        <w:rPr>
          <w:lang w:eastAsia="zh-CN"/>
        </w:rPr>
        <w:br/>
      </w:r>
      <w:r>
        <w:rPr>
          <w:lang w:eastAsia="zh-CN"/>
        </w:rPr>
        <w:t>　　1、组织认真学习《护士条例》、《医疗机构管理条例》、《医疗事故处理条例》、《医院感染管理办法》、《一次性医疗废物处理条例》等相关法律法规，每年进行一次法律法规考试，以提高护理人员的法律意识，依法从护，保护病人及护士的自身合法权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建立和完善护理差错报告和管理制度，加强护理缺陷管理。护理部统一规范护理缺陷、差错事故记录本，发现缺陷及时记录，科室每月组织讨论，分析原因并提出整改措施。发现差错及时记录并上报护理部，科室组织讨论、定性，有原因分析、有整改措施。</w:t>
      </w:r>
      <w:r>
        <w:rPr>
          <w:lang w:eastAsia="zh-CN"/>
        </w:rPr>
        <w:br/>
      </w:r>
      <w:r>
        <w:rPr>
          <w:lang w:eastAsia="zh-CN"/>
        </w:rPr>
        <w:t>　　3、狠抓核心制度的落实，严格执行各项规章制度及护理常规、规范。由护理部制定护理安全专项检查内容，各层管理人员定期和不定期督查，查隐患、定措施、促改进。</w:t>
      </w:r>
      <w:r>
        <w:rPr>
          <w:lang w:eastAsia="zh-CN"/>
        </w:rPr>
        <w:br/>
      </w:r>
      <w:r>
        <w:rPr>
          <w:lang w:eastAsia="zh-CN"/>
        </w:rPr>
        <w:t>　　4、加强与病人的沟通，每月召开工休会，向病人征求意见，及时为病人解决问题。对损伤性治疗或特殊检查认真履行告知义务。</w:t>
      </w:r>
      <w:r>
        <w:rPr>
          <w:lang w:eastAsia="zh-CN"/>
        </w:rPr>
        <w:br/>
      </w:r>
      <w:r>
        <w:rPr>
          <w:lang w:eastAsia="zh-CN"/>
        </w:rPr>
        <w:t>　　5、继续开展医疗安全月活动，查找自身和工作中存在的安全隐患，并写出自查自纠报告上交护理部。</w:t>
      </w:r>
      <w:r>
        <w:rPr>
          <w:lang w:eastAsia="zh-CN"/>
        </w:rPr>
        <w:br/>
      </w:r>
      <w:r>
        <w:rPr>
          <w:lang w:eastAsia="zh-CN"/>
        </w:rPr>
        <w:t>　　(四)业务管理</w:t>
      </w:r>
      <w:r>
        <w:rPr>
          <w:lang w:eastAsia="zh-CN"/>
        </w:rPr>
        <w:br/>
      </w:r>
      <w:r>
        <w:rPr>
          <w:lang w:eastAsia="zh-CN"/>
        </w:rPr>
        <w:t>　　1、进一步深化整体护理理念，以病人需求为服务导向，注重个性化服务，进一步规范健康教育制度，流程，确保措施的有效性。</w:t>
      </w:r>
      <w:r>
        <w:rPr>
          <w:lang w:eastAsia="zh-CN"/>
        </w:rPr>
        <w:br/>
      </w:r>
      <w:r>
        <w:rPr>
          <w:lang w:eastAsia="zh-CN"/>
        </w:rPr>
        <w:t>　　2、建立和完善危重、疑难病例护理会诊、护理查房、护理病例讨论制度，强化业务查房效果，护理部每季度组织全院护理业务查房1次，科室每年至少组织5次护理业务查房。</w:t>
      </w:r>
      <w:r>
        <w:rPr>
          <w:lang w:eastAsia="zh-CN"/>
        </w:rPr>
        <w:br/>
      </w:r>
      <w:r>
        <w:rPr>
          <w:lang w:eastAsia="zh-CN"/>
        </w:rPr>
        <w:t>　　3、引导护理人员积极开展护理科研，开展新技术、新业务，撰写护理论文，鼓励积极投稿。要求护师以上职称者每年至少完成1篇论文。</w:t>
      </w:r>
      <w:r>
        <w:rPr>
          <w:lang w:eastAsia="zh-CN"/>
        </w:rPr>
        <w:br/>
      </w:r>
      <w:r>
        <w:rPr>
          <w:lang w:eastAsia="zh-CN"/>
        </w:rPr>
        <w:t>　　4、开展中医特色护理，认真搞好中医适宜技术的推广工作，创建特色中医医院。</w:t>
      </w:r>
      <w:r>
        <w:rPr>
          <w:lang w:eastAsia="zh-CN"/>
        </w:rPr>
        <w:br/>
      </w:r>
      <w:r>
        <w:rPr>
          <w:lang w:eastAsia="zh-CN"/>
        </w:rPr>
        <w:t>　　5、在职培训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(1)选派2～3名护士长到上级医院进修学习新技术(PICC)、新业务。各科室派送年轻护士到宜昌中心医院进行轮训3个月，为搬进新大楼打好基础。</w:t>
      </w:r>
      <w:r>
        <w:rPr>
          <w:lang w:eastAsia="zh-CN"/>
        </w:rPr>
        <w:br/>
      </w:r>
      <w:r>
        <w:rPr>
          <w:lang w:eastAsia="zh-CN"/>
        </w:rPr>
        <w:t>　　(2)护理业务学习要求：全院每季度组织一次护理讲课，各科室每月组织一次业务学习，有记录、有讲稿。</w:t>
      </w:r>
      <w:r>
        <w:rPr>
          <w:lang w:eastAsia="zh-CN"/>
        </w:rPr>
        <w:br/>
      </w:r>
      <w:r>
        <w:rPr>
          <w:lang w:eastAsia="zh-CN"/>
        </w:rPr>
        <w:t>　　(3)护理理论培训内容：护理质量标准、各项工作制度、工作流程、“三基”护理知识、专科护理常规、应急预案、急救知识等;</w:t>
      </w:r>
      <w:r>
        <w:rPr>
          <w:lang w:eastAsia="zh-CN"/>
        </w:rPr>
        <w:br/>
      </w:r>
      <w:r>
        <w:rPr>
          <w:lang w:eastAsia="zh-CN"/>
        </w:rPr>
        <w:t>　　(4)护理技能培训重点</w:t>
      </w:r>
      <w:r>
        <w:rPr>
          <w:lang w:eastAsia="zh-CN"/>
        </w:rPr>
        <w:br/>
      </w:r>
      <w:r>
        <w:rPr>
          <w:lang w:eastAsia="zh-CN"/>
        </w:rPr>
        <w:t>　　①基础护理操作和中医护理操作的规范化培训，特别做好新员工及年轻护士的培训;</w:t>
      </w:r>
      <w:r>
        <w:rPr>
          <w:lang w:eastAsia="zh-CN"/>
        </w:rPr>
        <w:br/>
      </w:r>
      <w:r>
        <w:rPr>
          <w:lang w:eastAsia="zh-CN"/>
        </w:rPr>
        <w:t>　　②常用急救知识和技能。</w:t>
      </w:r>
      <w:r>
        <w:rPr>
          <w:lang w:eastAsia="zh-CN"/>
        </w:rPr>
        <w:br/>
      </w:r>
      <w:r>
        <w:rPr>
          <w:lang w:eastAsia="zh-CN"/>
        </w:rPr>
        <w:t>　　(5)积极参加省、州护理学会组织的各种短训班，不断增进新知识、开展新业务，带动全院护理业务水平的提高。</w:t>
      </w:r>
      <w:r>
        <w:rPr>
          <w:lang w:eastAsia="zh-CN"/>
        </w:rPr>
        <w:br/>
      </w:r>
      <w:r>
        <w:rPr>
          <w:lang w:eastAsia="zh-CN"/>
        </w:rPr>
        <w:t>　　(6)请院外护理专家到本院进行护理业务知识专题讲座1～2次。</w:t>
      </w:r>
      <w:r>
        <w:rPr>
          <w:lang w:eastAsia="zh-CN"/>
        </w:rPr>
        <w:br/>
      </w:r>
      <w:r>
        <w:rPr>
          <w:lang w:eastAsia="zh-CN"/>
        </w:rPr>
        <w:t>　　(7)鼓励护理人员在职继续学习，通过自学考试等方法提高学历，提升知识层次，改善护理队伍智能结构。</w:t>
      </w:r>
      <w:r>
        <w:rPr>
          <w:lang w:eastAsia="zh-CN"/>
        </w:rPr>
        <w:br/>
      </w:r>
      <w:r>
        <w:rPr>
          <w:lang w:eastAsia="zh-CN"/>
        </w:rPr>
        <w:t>　　(五)、积极参加医院和社会组织的其他活动</w:t>
      </w:r>
      <w:r>
        <w:rPr>
          <w:lang w:eastAsia="zh-CN"/>
        </w:rPr>
        <w:br/>
      </w:r>
      <w:r>
        <w:rPr>
          <w:lang w:eastAsia="zh-CN"/>
        </w:rPr>
        <w:t xml:space="preserve">    HR个人工作计划范文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首先我一定会在自己不足的地方加强，过去的一年在招聘工作上面我做的不是很好，作为一名人事我还是缺少一定的经验，招聘工作是一件非常严瑾的事情，为工作注入新鲜血液，这是需要有足够的经验的，过去的一年我在这方面做的还是不够多，我当然也是希望能够在未来的工作当中得到更多的锻炼机会，为填补自己过去的不足，再有就是提高业务能力，工作当中会有很多地方要注意的，细节地方总是会有着很多问题出现，所以有较高的业务能力非常的关键，这一年来有很多时候我都是在挑战自己，无论是做什么工作我都认真用心，在即将到来的_年我一定会继续保持，加强业务学习，提高业务能力，让今后的学习更加充满信心。</w:t>
      </w:r>
      <w:r>
        <w:rPr>
          <w:lang w:eastAsia="zh-CN"/>
        </w:rPr>
        <w:br/>
      </w:r>
      <w:r>
        <w:rPr>
          <w:lang w:eastAsia="zh-CN"/>
        </w:rPr>
        <w:t>　　我们公司的人事工作很多，接待新员工，还有培训方面这些都是我负责的工作之一，我相信在今后的工作当中还会有更多难题在等着我，_年我打算从细节的做好，用心面试好每一个人，接待好没一位新员工，整理归纳好每一份文件，这也是我的工作动力来源，在今后的工作当中我也有很多选择，这些选择都是非常谨慎的，做好人事工作不仅仅是大的方面，就像我刚刚提到的细节，其实都是会对我有所锻炼，_年努力打造好更加优秀的自己，给公司创造更多的价值，当然我也希望能够把一些细节的事情努力完善好。</w:t>
      </w:r>
      <w:r>
        <w:rPr>
          <w:lang w:eastAsia="zh-CN"/>
        </w:rPr>
        <w:br/>
      </w:r>
      <w:r>
        <w:rPr>
          <w:lang w:eastAsia="zh-CN"/>
        </w:rPr>
        <w:t>　　还有一点就是跟同事们保持良好关系，加强沟通，这些都是未来需要做好的事情，只有让自己在工作当中跟同事们保持足够的沟通，这么一来才能提高工作效率，我相信自己能够把握住这一点，在未来的工作当中继续保持下去，人事工作对我来讲还有很多地方需要加强，我一直都坚信在这个过程当中我能够不断的努力，一步步的朝着好的方向发展自己，充实自己，任重而道远，我定当负重前行。</w:t>
      </w:r>
      <w:r>
        <w:rPr>
          <w:lang w:eastAsia="zh-CN"/>
        </w:rPr>
        <w:br/>
      </w:r>
      <w:r>
        <w:rPr>
          <w:lang w:eastAsia="zh-CN"/>
        </w:rPr>
        <w:t xml:space="preserve">    HR个人工作计划范文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一，认识自我</w:t>
      </w:r>
      <w:r>
        <w:rPr>
          <w:lang w:eastAsia="zh-CN"/>
        </w:rPr>
        <w:br/>
      </w:r>
      <w:r>
        <w:rPr>
          <w:lang w:eastAsia="zh-CN"/>
        </w:rPr>
        <w:t>　　1，个人基本情况</w:t>
      </w:r>
      <w:r>
        <w:rPr>
          <w:lang w:eastAsia="zh-CN"/>
        </w:rPr>
        <w:br/>
      </w:r>
      <w:r>
        <w:rPr>
          <w:lang w:eastAsia="zh-CN"/>
        </w:rPr>
        <w:t>　　别人说我性格偏于内向，但我认为我性格具有两面性，我喜欢安静的环境，喜欢一个人学习、看书。但有时却喜欢热闹，和朋友在一起谈天，给彼此带来快乐，我会感觉很开心。喜欢画画，喜欢运动，尤其是打乒乓球。也喜欢路游，开阔眼界，陶冶情操。我平常的生活中较少主动与陌生人交往，喜欢默默地做自己的工作，但是在熟悉的人面前也能放宽心态、活泼的姿态与别人交流。在与人相处时，待人坦诚，往往能得到他人的认可。对自己从事的工作往往能尽心投入，尽自己最大努力工作</w:t>
      </w:r>
      <w:r>
        <w:rPr>
          <w:lang w:eastAsia="zh-CN"/>
        </w:rPr>
        <w:br/>
      </w:r>
      <w:r>
        <w:rPr>
          <w:lang w:eastAsia="zh-CN"/>
        </w:rPr>
        <w:t>　　2，职业倾向</w:t>
      </w:r>
      <w:r>
        <w:rPr>
          <w:lang w:eastAsia="zh-CN"/>
        </w:rPr>
        <w:br/>
      </w:r>
      <w:r>
        <w:rPr>
          <w:lang w:eastAsia="zh-CN"/>
        </w:rPr>
        <w:t>　　我希望能做建筑设计，工程造价这方面的工作，希望能施展自己的才华把建筑最完美的艺术，最赏心悦目的设计带给世界。</w:t>
      </w:r>
      <w:r>
        <w:rPr>
          <w:lang w:eastAsia="zh-CN"/>
        </w:rPr>
        <w:br/>
      </w:r>
      <w:r>
        <w:rPr>
          <w:lang w:eastAsia="zh-CN"/>
        </w:rPr>
        <w:t>　　3.个人性格：</w:t>
      </w:r>
      <w:r>
        <w:rPr>
          <w:lang w:eastAsia="zh-CN"/>
        </w:rPr>
        <w:br/>
      </w:r>
      <w:r>
        <w:rPr>
          <w:lang w:eastAsia="zh-CN"/>
        </w:rPr>
        <w:t>　　我是一个平时不苟言笑，缺乏幽默细胞的人，按理说我应该投身科研工作或者过一个标准白领的生活。但我又对朝九晚五的生活深恶痛绝，对科研工作不感冒。所以只能另谋出路。</w:t>
      </w:r>
      <w:r>
        <w:rPr>
          <w:lang w:eastAsia="zh-CN"/>
        </w:rPr>
        <w:br/>
      </w:r>
      <w:r>
        <w:rPr>
          <w:lang w:eastAsia="zh-CN"/>
        </w:rPr>
        <w:t>　　4.劣势分析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过于认真，对某些事物过于严谨和挑剔;我非常有主见，时常会将自己的观点和标准强加给别人，而且无视那些不自信的人的建议。我的完美和固执，使我易走极端;一旦决定后，拒绝改变，并抵制那些与我的价值观相冲突的想法。敏感，非常关注个人的感受和他人的反应，对任何批评都很在意，甚至会是为人身攻击。5职业性格分析</w:t>
      </w:r>
      <w:r>
        <w:rPr>
          <w:lang w:eastAsia="zh-CN"/>
        </w:rPr>
        <w:br/>
      </w:r>
      <w:r>
        <w:rPr>
          <w:lang w:eastAsia="zh-CN"/>
        </w:rPr>
        <w:t>　　在MBTI职业性格测试中我的性格类型倾向为INTP(内向直觉思维知觉倾向度：I80N56T65P76不假思索指数：28)</w:t>
      </w:r>
      <w:r>
        <w:rPr>
          <w:lang w:eastAsia="zh-CN"/>
        </w:rPr>
        <w:br/>
      </w:r>
      <w:r>
        <w:rPr>
          <w:lang w:eastAsia="zh-CN"/>
        </w:rPr>
        <w:t>　　对任何感兴趣的事物，都要探索一个合理的解释。喜欢理论和抽象的事情，喜欢理念思维多于社交活动。沉静，满足，有弹性，适应力强。在他们感兴趣的范畴内，有非凡的能力去专注而深入地解决问题。有怀疑精神，有时喜欢批判，常常善于分析。</w:t>
      </w:r>
      <w:r>
        <w:rPr>
          <w:lang w:eastAsia="zh-CN"/>
        </w:rPr>
        <w:br/>
      </w:r>
      <w:r>
        <w:rPr>
          <w:lang w:eastAsia="zh-CN"/>
        </w:rPr>
        <w:t>　　在霍兰德职业倾向测试中我为研究型职业倾向，适合做工程师类工作。</w:t>
      </w:r>
      <w:r>
        <w:rPr>
          <w:lang w:eastAsia="zh-CN"/>
        </w:rPr>
        <w:br/>
      </w:r>
      <w:r>
        <w:rPr>
          <w:lang w:eastAsia="zh-CN"/>
        </w:rPr>
        <w:t>　　自我分析小结：从兴趣、价值观、能力、性格以及职业测评等因素综合看，</w:t>
      </w:r>
      <w:r>
        <w:rPr>
          <w:lang w:eastAsia="zh-CN"/>
        </w:rPr>
        <w:br/>
      </w:r>
      <w:r>
        <w:rPr>
          <w:lang w:eastAsia="zh-CN"/>
        </w:rPr>
        <w:t>　　我还是比较适合做建筑设计，工程造价工作，我的优势在于能够严谨的对待每一个数字，有源源不断的建筑灵感，并且坚持综合全面发展。</w:t>
      </w:r>
      <w:r>
        <w:rPr>
          <w:lang w:eastAsia="zh-CN"/>
        </w:rPr>
        <w:br/>
      </w:r>
      <w:r>
        <w:rPr>
          <w:lang w:eastAsia="zh-CN"/>
        </w:rPr>
        <w:t>　　二，对所倾向职业的了解</w:t>
      </w:r>
      <w:r>
        <w:rPr>
          <w:lang w:eastAsia="zh-CN"/>
        </w:rPr>
        <w:br/>
      </w:r>
      <w:r>
        <w:rPr>
          <w:lang w:eastAsia="zh-CN"/>
        </w:rPr>
        <w:t>　　1，职业概况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建筑师(Architect)是一种职业。建筑师通过与工程投资方(即通常所说的甲方)和施工方的合作，在技术、经济、功能和造型上实现建筑物的营造。在逐步复杂的建筑营造领域，建筑师越来越多的扮演一种在建筑投资方和专业施工方(比如建筑设备等)之间的沟通角色。建筑师通常为建筑投资者所雇佣并对其负责而不是建筑施工者。</w:t>
      </w:r>
      <w:r>
        <w:rPr>
          <w:lang w:eastAsia="zh-CN"/>
        </w:rPr>
        <w:br/>
      </w:r>
      <w:r>
        <w:rPr>
          <w:lang w:eastAsia="zh-CN"/>
        </w:rPr>
        <w:t>　　工程造价师也称为造价工程师：是指既懂工程技术、又懂工程经济和管理，并具有实践经验，为建设项目提供全过程造价的确定、控制和管理，使工程技术与经济管理密切结合，达到人力、物力和建设资金最有效地利用，使既定的工程造价限额得到控制，并取得最大投资效益的人。更为准确地说，造价工程师是指由国家授予资格并准予注册后执业，专门接受某个部门或某个单位的指定、委托或聘请，负责并协助其进行工程造价的计价、定价及管理业务，以维护其合法权益的工程经济专业人员。</w:t>
      </w:r>
      <w:r>
        <w:rPr>
          <w:lang w:eastAsia="zh-CN"/>
        </w:rPr>
        <w:br/>
      </w:r>
      <w:r>
        <w:rPr>
          <w:lang w:eastAsia="zh-CN"/>
        </w:rPr>
        <w:t>　　2职业分析</w:t>
      </w:r>
      <w:r>
        <w:rPr>
          <w:lang w:eastAsia="zh-CN"/>
        </w:rPr>
        <w:br/>
      </w:r>
      <w:r>
        <w:rPr>
          <w:lang w:eastAsia="zh-CN"/>
        </w:rPr>
        <w:t>　　这两个职业主要以研究性为主，在国内有很大的发展前景，因为建筑与工程是永不落伍的行业，毕竟人们是要住下来的。而下一步就要注重自身的发展，要在这两类职业发展中站稳脚跟就必须要有过人的职业技能。</w:t>
      </w:r>
      <w:r>
        <w:rPr>
          <w:lang w:eastAsia="zh-CN"/>
        </w:rPr>
        <w:br/>
      </w:r>
      <w:r>
        <w:rPr>
          <w:lang w:eastAsia="zh-CN"/>
        </w:rPr>
        <w:t>　　3企业分析</w:t>
      </w:r>
      <w:r>
        <w:rPr>
          <w:lang w:eastAsia="zh-CN"/>
        </w:rPr>
        <w:br/>
      </w:r>
      <w:r>
        <w:rPr>
          <w:lang w:eastAsia="zh-CN"/>
        </w:rPr>
        <w:t>　　以下是建筑及工程行业中出类拔萃的企业：</w:t>
      </w:r>
      <w:r>
        <w:rPr>
          <w:lang w:eastAsia="zh-CN"/>
        </w:rPr>
        <w:br/>
      </w:r>
      <w:r>
        <w:rPr>
          <w:lang w:eastAsia="zh-CN"/>
        </w:rPr>
        <w:t>　　1中国铁路工程总公司</w:t>
      </w:r>
      <w:r>
        <w:rPr>
          <w:lang w:eastAsia="zh-CN"/>
        </w:rPr>
        <w:br/>
      </w:r>
      <w:r>
        <w:rPr>
          <w:lang w:eastAsia="zh-CN"/>
        </w:rPr>
        <w:t>　　2中国铁道建筑总公司</w:t>
      </w:r>
      <w:r>
        <w:rPr>
          <w:lang w:eastAsia="zh-CN"/>
        </w:rPr>
        <w:br/>
      </w:r>
      <w:r>
        <w:rPr>
          <w:lang w:eastAsia="zh-CN"/>
        </w:rPr>
        <w:t>　　3中国建筑工程总公司</w:t>
      </w:r>
      <w:r>
        <w:rPr>
          <w:lang w:eastAsia="zh-CN"/>
        </w:rPr>
        <w:br/>
      </w:r>
      <w:r>
        <w:rPr>
          <w:lang w:eastAsia="zh-CN"/>
        </w:rPr>
        <w:t>　　4中国交通建设集团有限公司</w:t>
      </w:r>
      <w:r>
        <w:rPr>
          <w:lang w:eastAsia="zh-CN"/>
        </w:rPr>
        <w:br/>
      </w:r>
      <w:r>
        <w:rPr>
          <w:lang w:eastAsia="zh-CN"/>
        </w:rPr>
        <w:t>　　5中国冶金科工集团公司</w:t>
      </w:r>
      <w:r>
        <w:rPr>
          <w:lang w:eastAsia="zh-CN"/>
        </w:rPr>
        <w:br/>
      </w:r>
      <w:r>
        <w:rPr>
          <w:lang w:eastAsia="zh-CN"/>
        </w:rPr>
        <w:t>　　6上海建工集团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7中国水利水电建设集团公司</w:t>
      </w:r>
      <w:r>
        <w:rPr>
          <w:lang w:eastAsia="zh-CN"/>
        </w:rPr>
        <w:br/>
      </w:r>
      <w:r>
        <w:rPr>
          <w:lang w:eastAsia="zh-CN"/>
        </w:rPr>
        <w:t>　　8中国太平洋建设集团</w:t>
      </w:r>
      <w:r>
        <w:rPr>
          <w:lang w:eastAsia="zh-CN"/>
        </w:rPr>
        <w:br/>
      </w:r>
      <w:r>
        <w:rPr>
          <w:lang w:eastAsia="zh-CN"/>
        </w:rPr>
        <w:t>　　9广厦控股创业投资有限公司</w:t>
      </w:r>
      <w:r>
        <w:rPr>
          <w:lang w:eastAsia="zh-CN"/>
        </w:rPr>
        <w:br/>
      </w:r>
      <w:r>
        <w:rPr>
          <w:lang w:eastAsia="zh-CN"/>
        </w:rPr>
        <w:t>　　10中国化学工程集团公司</w:t>
      </w:r>
      <w:r>
        <w:rPr>
          <w:lang w:eastAsia="zh-CN"/>
        </w:rPr>
        <w:br/>
      </w:r>
      <w:r>
        <w:rPr>
          <w:lang w:eastAsia="zh-CN"/>
        </w:rPr>
        <w:t>　　11北京城建集团有限责任公司</w:t>
      </w:r>
      <w:r>
        <w:rPr>
          <w:lang w:eastAsia="zh-CN"/>
        </w:rPr>
        <w:br/>
      </w:r>
      <w:r>
        <w:rPr>
          <w:lang w:eastAsia="zh-CN"/>
        </w:rPr>
        <w:t>　　12北京建工集团有限责任公司</w:t>
      </w:r>
      <w:r>
        <w:rPr>
          <w:lang w:eastAsia="zh-CN"/>
        </w:rPr>
        <w:br/>
      </w:r>
      <w:r>
        <w:rPr>
          <w:lang w:eastAsia="zh-CN"/>
        </w:rPr>
        <w:t>　　三，具体执行计划</w:t>
      </w:r>
      <w:r>
        <w:rPr>
          <w:lang w:eastAsia="zh-CN"/>
        </w:rPr>
        <w:br/>
      </w:r>
      <w:r>
        <w:rPr>
          <w:lang w:eastAsia="zh-CN"/>
        </w:rPr>
        <w:t>　　学习不仅是为了以后的工作，最重要的是它能让你终身收益。我一直坚信活到老，学到老的格言。无论怎样，学生最首要的任务就是学习。如果抛开学习，那么一切都无从谈起。在数字化、信息化的时代对计算机知识的掌握尤为必要。</w:t>
      </w:r>
      <w:r>
        <w:rPr>
          <w:lang w:eastAsia="zh-CN"/>
        </w:rPr>
        <w:br/>
      </w:r>
      <w:r>
        <w:rPr>
          <w:lang w:eastAsia="zh-CN"/>
        </w:rPr>
        <w:t>　　所以我对自己的大学生涯作出以下简短设计。</w:t>
      </w:r>
      <w:r>
        <w:rPr>
          <w:lang w:eastAsia="zh-CN"/>
        </w:rPr>
        <w:br/>
      </w:r>
      <w:r>
        <w:rPr>
          <w:lang w:eastAsia="zh-CN"/>
        </w:rPr>
        <w:t>　　大二：</w:t>
      </w:r>
      <w:r>
        <w:rPr>
          <w:lang w:eastAsia="zh-CN"/>
        </w:rPr>
        <w:br/>
      </w:r>
      <w:r>
        <w:rPr>
          <w:lang w:eastAsia="zh-CN"/>
        </w:rPr>
        <w:t>　　在这一年里，既要稳抓基础，又要做好由基础课向专业课过渡的准备，并要把一些重要的高年级课程逐一浏览，以便向大三平稳过渡。大二里有两次重要的考试：英语四级和计算机等级考试。在这段时期，我们要做的就是通过获取这两张科目认证证明来充实和丰富自己的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这个时期，我们也应考虑清楚未来是否深造或就业，了解相关的应有活动，并以提高自身的基本素质为主，通过参加学生会或社团等组织，锻炼自己的各种能力，同时检验自己的知识技能;可以开始尝试兼职、社会实践活动，并要具有坚持性，最好能在课余时间后长时间从事与自己未来职业或本专业有关的工作，提高自己的责任感、主动性和受挫能力。</w:t>
      </w:r>
      <w:r>
        <w:rPr>
          <w:lang w:eastAsia="zh-CN"/>
        </w:rPr>
        <w:br/>
      </w:r>
      <w:r>
        <w:rPr>
          <w:lang w:eastAsia="zh-CN"/>
        </w:rPr>
        <w:t>　　大二是充足的(如果我们能安排妥当)，然而，有一点是很值得注意的，</w:t>
      </w:r>
      <w:r>
        <w:rPr>
          <w:lang w:eastAsia="zh-CN"/>
        </w:rPr>
        <w:br/>
      </w:r>
      <w:r>
        <w:rPr>
          <w:lang w:eastAsia="zh-CN"/>
        </w:rPr>
        <w:t>　　那就是在适当的时刻学会放弃一些次要的东西。如果你企图无所不知，那你将一无所知。一位哲人如是说。是的，生命的小舟载不动太多虚无的希冀和渺茫的幻想</w:t>
      </w:r>
      <w:r>
        <w:rPr>
          <w:lang w:eastAsia="zh-CN"/>
        </w:rPr>
        <w:br/>
      </w:r>
      <w:r>
        <w:rPr>
          <w:lang w:eastAsia="zh-CN"/>
        </w:rPr>
        <w:t>　　在大二这段时间里，我们基本上为我们日后的发展定了方向，所以大二是非常重要的。</w:t>
      </w:r>
      <w:r>
        <w:rPr>
          <w:lang w:eastAsia="zh-CN"/>
        </w:rPr>
        <w:br/>
      </w:r>
      <w:r>
        <w:rPr>
          <w:lang w:eastAsia="zh-CN"/>
        </w:rPr>
        <w:t>　　1.认真学好专业知识和其他基础学科，坚信基础的东西一定是最重要的。注意提高自身的基本素质，通过参加各种社团等组织，锻炼自己的各科能力，同时检验自己的知识技能。</w:t>
      </w:r>
      <w:r>
        <w:rPr>
          <w:lang w:eastAsia="zh-CN"/>
        </w:rPr>
        <w:br/>
      </w:r>
      <w:r>
        <w:rPr>
          <w:lang w:eastAsia="zh-CN"/>
        </w:rPr>
        <w:t>　　2.做一些兼职，社会实践活动，同时在课余时间从事一些与自己未来职业有关的专业类的工作，进一步提高自己的责任感、主动性。</w:t>
      </w:r>
      <w:r>
        <w:rPr>
          <w:lang w:eastAsia="zh-CN"/>
        </w:rPr>
        <w:br/>
      </w:r>
      <w:r>
        <w:rPr>
          <w:lang w:eastAsia="zh-CN"/>
        </w:rPr>
        <w:t>　　大三：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开始尝试并学习写简历、求职信，了解社会需求。搜集与本人目标工作有关的信息，并通过信息渠道尝试和已毕业的校友交流思想。开始毕业前的申请，积极参加招聘，在实践中校验自己的知识积累。预习或模拟面试，积极利用学校提供的条件，了解就业指导中心体统的用人公司资料信息，强化求职技巧，进行模拟面试等训练，尽可能作出较为充分准备的情况下进行演练，为自己以后找到理想的工作而努力。</w:t>
      </w:r>
      <w:r>
        <w:rPr>
          <w:lang w:eastAsia="zh-CN"/>
        </w:rPr>
        <w:br/>
      </w:r>
      <w:r>
        <w:rPr>
          <w:lang w:eastAsia="zh-CN"/>
        </w:rPr>
        <w:t>　　大四了，开始向自己的职业卖出坚实的一步了。</w:t>
      </w:r>
      <w:r>
        <w:rPr>
          <w:lang w:eastAsia="zh-CN"/>
        </w:rPr>
        <w:br/>
      </w:r>
      <w:r>
        <w:rPr>
          <w:lang w:eastAsia="zh-CN"/>
        </w:rPr>
        <w:t>　　四，结语</w:t>
      </w:r>
      <w:r>
        <w:rPr>
          <w:lang w:eastAsia="zh-CN"/>
        </w:rPr>
        <w:br/>
      </w:r>
      <w:r>
        <w:rPr>
          <w:lang w:eastAsia="zh-CN"/>
        </w:rPr>
        <w:t>　　计划固然好，但更重要的，在于其具体实践并取得成效。任何目标，只说不做到头来都会是一场空。然而，现实是未知多变的，定出的目标计划随时都可能遭遇问题，要求有清醒的头脑。其实，每个人心中都有一座山峰，雕刻着理想、信念、追求、抱负;每个人心中都有一片森林，承载着收获、芬芳、失意、磨砺。一个人，若要获得成功，必须拿出勇气，付出努力、拼搏、奋斗。成功，不相信眼泪;成功，不相信颓废;成功不相信幻影，未来，要靠自己去打拼!</w:t>
      </w:r>
      <w:r>
        <w:rPr>
          <w:lang w:eastAsia="zh-CN"/>
        </w:rPr>
        <w:br/>
      </w:r>
      <w:r>
        <w:rPr>
          <w:lang w:eastAsia="zh-CN"/>
        </w:rPr>
        <w:t xml:space="preserve">    HR个人工作计划范文 篇6 </w:t>
      </w:r>
      <w:r>
        <w:rPr>
          <w:lang w:eastAsia="zh-CN"/>
        </w:rPr>
        <w:br/>
      </w:r>
      <w:r>
        <w:rPr>
          <w:lang w:eastAsia="zh-CN"/>
        </w:rPr>
        <w:t>　　20__年，办公室将紧紧围绕党工委、管委中心工作，牢牢把握主要领导提出的“总揽全局、规范高效、善抓关键、反应灵敏、用心细致、勇于超前”的工作目标，进一步提升工作质量和水平，力争更完善，更周到，更周密，更规范，更超前，更科学的完成各项工作。</w:t>
      </w:r>
      <w:r>
        <w:rPr>
          <w:lang w:eastAsia="zh-CN"/>
        </w:rPr>
        <w:br/>
      </w:r>
      <w:r>
        <w:rPr>
          <w:lang w:eastAsia="zh-CN"/>
        </w:rPr>
        <w:t>　　一、在牵头总抓中更好地发挥运转中枢作用。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牢固树立“一盘棋”思想，坚持总揽全局、协调各方，谋划好各方面工作，配置好各方面资源，调动好各方面积极性。狠抓规范建设，按照“做过的事情有标准，没做的事情有预案”的要求，不断对工作标准、流程、环节进行梳理优化和创新，确保层层把关、各尽其责，切实做到工作有章可循、失误有案可查、奖惩有据可依。狠抓调度协调，充分发挥沟通上下、联系左右、协调内外的职能，以调度协调掌握情况、梳理思路、推动落实、宣传成绩，达到多方面的目的，无论是政务还是事务，都想在前、谋在先，精心设计，周密部署。狠抓应急反应，进一步完善应急平台建设，加强值班联络、信息反馈、文电运转、密码通讯保障等预案衔接，构建反应灵敏、运转高效的应急服务体系。</w:t>
      </w:r>
      <w:r>
        <w:rPr>
          <w:lang w:eastAsia="zh-CN"/>
        </w:rPr>
        <w:br/>
      </w:r>
      <w:r>
        <w:rPr>
          <w:lang w:eastAsia="zh-CN"/>
        </w:rPr>
        <w:t>　　二、在督导检查中更好地发挥推动落实作用。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切实加强和改进督查考核工作，在推动落实上动真格、出实招、见实效。明确督导重点，紧紧围绕党工委、管委研究部署的重点工作抓调度，尤其对领导批办指示的工作要定向督导，一项不漏，一抓到底，强力推进。重点项目推进上，实行全程介入，细化目标任务，明确时间要求，落实工作责任，实施倒排工期，力促快开工、快完工、快投产。食品安全领域，进一步健全长效管理机制，深入开展治理整顿，强化群众性队伍，加强日常监管，不断前移防控端口。突出考核指向，加大对涉及全区发展、稳定、民生等大事的考核力度，以考核指向调动各部门、单位真正把工作水平体现在服务全区大事上来，做到哪里有大事、重点事、关键事，考核就第一时间跟进到哪里。改进督导方法，建立健全重点事项台账调度制度，对全区重点有哪些、推进到何种程度、推进慢的问题出在哪里要搞清楚、弄明白、拿出措施，综合运用联合督导、实地考核、随机督查等形式，采取情况通报、责令整改、下发督办通知单等措施，抓住不落实的人，盯住不落实的事，敢督敢查，善考善办。</w:t>
      </w:r>
      <w:r>
        <w:rPr>
          <w:lang w:eastAsia="zh-CN"/>
        </w:rPr>
        <w:br/>
      </w:r>
      <w:r>
        <w:rPr>
          <w:lang w:eastAsia="zh-CN"/>
        </w:rPr>
        <w:t>　　三、在出谋划策中更好地发挥参谋助手作用。</w:t>
      </w:r>
      <w:r>
        <w:rPr>
          <w:lang w:eastAsia="zh-CN"/>
        </w:rPr>
        <w:br/>
      </w:r>
      <w:r>
        <w:rPr>
          <w:lang w:eastAsia="zh-CN"/>
        </w:rPr>
        <w:t>　　坚持围绕中心、服务大局，站在全区角度想大事、谋全局、抓要害，提出有价值、有见解、有前瞻性的决策建议。强化精品意识，以提高领导满意度、群众认可度和对实际工作的指导性为原则，拿出高水平、有分量的调研报告，更多的服务领导决策，更多的纳入上级采编，把我区的工作经验和亮点更多的推出去，充分展示发展又好又快的生动形象，全年要在市级以上刊物刊发稿件10篇以上。强化灵敏意识，进一步拓宽信息调研收集渠道，加强综合分析，做到对上级党委政府的信息灵，对全区部门单位的信息灵，对基层企业群众的信息也要灵，快速准确的为领导决策提供第一手情况和资料，全年要编发信息快报300篇。强化超前意识，注重提高前瞻性，增强工作的主动性和预见性，围绕全局重点、经济发展热点、社会问题焦点深入开展调查研究和事前预判，出思路、出政策、出方法，积极献言献策。</w:t>
      </w:r>
      <w:r>
        <w:rPr>
          <w:lang w:eastAsia="zh-CN"/>
        </w:rPr>
        <w:br/>
      </w:r>
      <w:r>
        <w:rPr>
          <w:lang w:eastAsia="zh-CN"/>
        </w:rPr>
        <w:t xml:space="preserve">    HR个人工作计划范文 篇7 </w:t>
      </w:r>
      <w:r>
        <w:rPr>
          <w:lang w:eastAsia="zh-CN"/>
        </w:rPr>
        <w:br/>
      </w:r>
      <w:r>
        <w:rPr>
          <w:lang w:eastAsia="zh-CN"/>
        </w:rPr>
        <w:t>　　非常感谢各位领导给我的工作机会。转眼间一年的工作又结束了。回顾整整一年的工作，忙碌又充实，对于一年的工作成果做以下工作总结。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在这一年里，我和同事们本着洁身自好，认真对待自己的工作，提高自身业务能力，加强业务学习，严格要求自己，积极配合各部门的工作建立良好地工作进程。我们把积极的态度投放在自己的本职工作中，辛劳而又充实的度过每一天。</w:t>
      </w:r>
      <w:r>
        <w:rPr>
          <w:lang w:eastAsia="zh-CN"/>
        </w:rPr>
        <w:br/>
      </w:r>
      <w:r>
        <w:rPr>
          <w:lang w:eastAsia="zh-CN"/>
        </w:rPr>
        <w:t>　　小小的地磅房，别看它不起眼，却也是电厂的重要监测关口，原料和产品的进出都要通过它的监测下来回往返，可见它的重要性。每天我们填写的磅单都及时地传递到各个部门，对来往的车辆进行严格地检查与测量。过磅时认真，负责，填写、复核每一份磅单，做到字迹清晰，裁剪整齐，坚持原则，按制度办事。我们也有疏忽的时候，但是大都能够及时地改正，避免工作上的失误。</w:t>
      </w:r>
      <w:r>
        <w:rPr>
          <w:lang w:eastAsia="zh-CN"/>
        </w:rPr>
        <w:br/>
      </w:r>
      <w:r>
        <w:rPr>
          <w:lang w:eastAsia="zh-CN"/>
        </w:rPr>
        <w:t>　　在这一年工作当中，有进步也有不足，我会在今后的工作中做到最好，弥补工作中的不足，尽职尽责的完成本职工作，严格地要求自己来做好此项工作。</w:t>
      </w:r>
      <w:r>
        <w:rPr>
          <w:lang w:eastAsia="zh-CN"/>
        </w:rPr>
        <w:br/>
      </w:r>
      <w:r>
        <w:rPr>
          <w:lang w:eastAsia="zh-CN"/>
        </w:rPr>
        <w:t>　　接下来将进行ERP软件的更新替代，可以预想我们的工作将更加繁重，对地磅人员的要求也更高，需掌握的知识和具备的能力也要有所提高。为此，我将更加勤奋的工作，刻苦的学习，努力提高文化素质和各种工作技能，把工作做到更好。</w:t>
      </w:r>
      <w:r>
        <w:rPr>
          <w:lang w:eastAsia="zh-CN"/>
        </w:rPr>
        <w:br/>
      </w:r>
      <w:r>
        <w:rPr>
          <w:lang w:eastAsia="zh-CN"/>
        </w:rPr>
        <w:t>　　在这一年的工作中我成长很多也学到了很多新的东西，但我知道这还远远不够，所谓“活到老，学到老”，我还需要不断地提高自己的业务水平和工作技巧，来应对工作中所要面临的每一道难题。感谢电厂让我从工作中得到了锻炼，也感谢领导对我的信任把我安排在这个重要的岗位，我将不辜负领导对我的信任和厚望，认认真真做好自己的本职工作，站好岗，为电厂的发展尽到自己绵薄的力量。</w:t>
      </w:r>
      <w:r>
        <w:rPr>
          <w:lang w:eastAsia="zh-CN"/>
        </w:rPr>
        <w:br/>
      </w:r>
      <w:r>
        <w:rPr>
          <w:lang w:eastAsia="zh-CN"/>
        </w:rPr>
        <w:t>　　20__年1月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HR个人工作计划范文 篇8 </w:t>
      </w:r>
      <w:r>
        <w:rPr>
          <w:lang w:eastAsia="zh-CN"/>
        </w:rPr>
        <w:br/>
      </w:r>
      <w:r>
        <w:rPr>
          <w:lang w:eastAsia="zh-CN"/>
        </w:rPr>
        <w:t>　　在_总的英明领导下，本人在_年度，基本完成了相关工作任务，当然这其中肯定还有许多不足和需要改进、完善的地方。今年，我将一如既往地按照领导的要求，在去年的工作基础上，本着“多沟通、多协调、积极主动、创造性地开展工作”的指导思想，发扬公司群狼博虎，无坚不摧的理念，全面开展新学期的准备工作也已就绪，为了更好的进行本学期个人工作，为了能更好的教育幼儿，使幼儿能够健康、快乐的成长，切实的配合学校工作，替幼儿父母分忧解难，本人根据中班幼儿的年龄特点及需要为基础，制定了个人工作计划如下：</w:t>
      </w:r>
      <w:r>
        <w:rPr>
          <w:lang w:eastAsia="zh-CN"/>
        </w:rPr>
        <w:br/>
      </w:r>
      <w:r>
        <w:rPr>
          <w:lang w:eastAsia="zh-CN"/>
        </w:rPr>
        <w:t>　　一、“人生应有目的，否则你的努力将属徒然。”</w:t>
      </w:r>
      <w:r>
        <w:rPr>
          <w:lang w:eastAsia="zh-CN"/>
        </w:rPr>
        <w:br/>
      </w:r>
      <w:r>
        <w:rPr>
          <w:lang w:eastAsia="zh-CN"/>
        </w:rPr>
        <w:t>　　为教育事业奉献我的一生，这是我的理想，也是我的目标。其过程是艰辛的！我目前打算尽快提高学业，让自己有扎实的知识储备，从而更好地适应时代的脚步。</w:t>
      </w:r>
      <w:r>
        <w:rPr>
          <w:lang w:eastAsia="zh-CN"/>
        </w:rPr>
        <w:br/>
      </w:r>
      <w:r>
        <w:rPr>
          <w:lang w:eastAsia="zh-CN"/>
        </w:rPr>
        <w:t>　　二、不断地挑战自我。</w:t>
      </w:r>
      <w:r>
        <w:rPr>
          <w:lang w:eastAsia="zh-CN"/>
        </w:rPr>
        <w:br/>
      </w:r>
      <w:r>
        <w:rPr>
          <w:lang w:eastAsia="zh-CN"/>
        </w:rPr>
        <w:t>　　一位理想的教师，应善于认识自己、发现自己、评价自己，从而树立自信。自信使人自强。只有自信，才能使一个人的潜能、才华发挥至极致。教师要不断地挑战自我，不断地追求成功、设计成功。</w:t>
      </w:r>
      <w:r>
        <w:rPr>
          <w:lang w:eastAsia="zh-CN"/>
        </w:rPr>
        <w:br/>
      </w:r>
      <w:r>
        <w:rPr>
          <w:lang w:eastAsia="zh-CN"/>
        </w:rPr>
        <w:t>　　三、善于合作，具有人格魅力。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我作为文博的一分子，会努力地、真诚地与老师们融洽相处，做一个受欢迎的的老师。另外，我、童老师、丁老师一起承担中一班的教育教学工作。我将做到与他们和睦相处，并将我们之间的效应发挥最大。</w:t>
      </w:r>
      <w:r>
        <w:rPr>
          <w:lang w:eastAsia="zh-CN"/>
        </w:rPr>
        <w:br/>
      </w:r>
      <w:r>
        <w:rPr>
          <w:lang w:eastAsia="zh-CN"/>
        </w:rPr>
        <w:t>　　四、充满爱心，受孩子尊敬。</w:t>
      </w:r>
      <w:r>
        <w:rPr>
          <w:lang w:eastAsia="zh-CN"/>
        </w:rPr>
        <w:br/>
      </w:r>
      <w:r>
        <w:rPr>
          <w:lang w:eastAsia="zh-CN"/>
        </w:rPr>
        <w:t>　　关心和热爱每一个幼儿，关注每一个孩子的点滴成长，尽自己最大的努力满足孩子发展的需求，树立起“一切为孩子”的崇高思想。为人师表，在日常生活中时刻提醒自己，加强自身修养，为孩子做表率。关心集体、关心他人，团结协作，进一步提高自己为人处事的能力。</w:t>
      </w:r>
      <w:r>
        <w:rPr>
          <w:lang w:eastAsia="zh-CN"/>
        </w:rPr>
        <w:br/>
      </w:r>
      <w:r>
        <w:rPr>
          <w:lang w:eastAsia="zh-CN"/>
        </w:rPr>
        <w:t>　　五、追求卓越，富有创新精神。</w:t>
      </w:r>
      <w:r>
        <w:rPr>
          <w:lang w:eastAsia="zh-CN"/>
        </w:rPr>
        <w:br/>
      </w:r>
      <w:r>
        <w:rPr>
          <w:lang w:eastAsia="zh-CN"/>
        </w:rPr>
        <w:t>　　教师应当是教育家，而不是教师匠。他们的区别，就在于是否追求卓越，富有创新精神。教师应该是一个不断探索、不断创新的人，应该是一个教育上的有心人。</w:t>
      </w:r>
      <w:r>
        <w:rPr>
          <w:lang w:eastAsia="zh-CN"/>
        </w:rPr>
        <w:br/>
      </w:r>
      <w:r>
        <w:rPr>
          <w:lang w:eastAsia="zh-CN"/>
        </w:rPr>
        <w:t>　　六、勤于学习，不断充实自我。</w:t>
      </w:r>
      <w:r>
        <w:rPr>
          <w:lang w:eastAsia="zh-CN"/>
        </w:rPr>
        <w:br/>
      </w:r>
      <w:r>
        <w:rPr>
          <w:lang w:eastAsia="zh-CN"/>
        </w:rPr>
        <w:t>　　勤于学习，充实自我是成为一名优秀教师的基础。教师跟其它专家不一样，需要多方面的`知识，一个知识面不广的教师，很难给学生人格上的感召。孩子年龄越小，他们对教师的期望越高，他们越把教师当作百科全书。在他们眼里，教师是无所不知的，而如果智坤教育教师是一问三不知，他们就非常失望。所以，教师最重要的任务是学习，是完善自己的知识结构。</w:t>
      </w:r>
      <w:r>
        <w:rPr>
          <w:lang w:eastAsia="zh-CN"/>
        </w:rPr>
        <w:br/>
      </w:r>
      <w:r>
        <w:rPr>
          <w:lang w:eastAsia="zh-CN"/>
        </w:rPr>
        <w:t xml:space="preserve">    HR个人工作计划范文 篇9 </w:t>
      </w:r>
      <w:r>
        <w:rPr>
          <w:lang w:eastAsia="zh-CN"/>
        </w:rPr>
        <w:br/>
      </w:r>
      <w:r>
        <w:rPr>
          <w:lang w:eastAsia="zh-CN"/>
        </w:rPr>
        <w:t>　　我在七（5）班担任见习班主任，协助共同管理班级各项事务。按照学校本学期的班主任工作计划，我自己也列出了一份计划。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一、 班级基本情况：</w:t>
      </w:r>
      <w:r>
        <w:rPr>
          <w:lang w:eastAsia="zh-CN"/>
        </w:rPr>
        <w:br/>
      </w:r>
      <w:r>
        <w:rPr>
          <w:lang w:eastAsia="zh-CN"/>
        </w:rPr>
        <w:t>　　七（5）班本学期全班有男生23人，女生25人，共48人。全班所有学生均为借读生，且绝大部分来自原志华学校。学生的学习基础、生活习惯、行为规范等方面都存在一定的不足。</w:t>
      </w:r>
      <w:r>
        <w:rPr>
          <w:lang w:eastAsia="zh-CN"/>
        </w:rPr>
        <w:br/>
      </w:r>
      <w:r>
        <w:rPr>
          <w:lang w:eastAsia="zh-CN"/>
        </w:rPr>
        <w:t>　　二、本学期工作重点：</w:t>
      </w:r>
      <w:r>
        <w:rPr>
          <w:lang w:eastAsia="zh-CN"/>
        </w:rPr>
        <w:br/>
      </w:r>
      <w:r>
        <w:rPr>
          <w:lang w:eastAsia="zh-CN"/>
        </w:rPr>
        <w:t>　　1。 大力指导学生干部工作，依靠干部及班集体的力量，形成良好的班风、学风。加强后进生的教育转化工作，用“激励教育”、“成功教育”等科学手段，引导、转化后进生。</w:t>
      </w:r>
      <w:r>
        <w:rPr>
          <w:lang w:eastAsia="zh-CN"/>
        </w:rPr>
        <w:br/>
      </w:r>
      <w:r>
        <w:rPr>
          <w:lang w:eastAsia="zh-CN"/>
        </w:rPr>
        <w:t>　　2。 组织学生进行安全、卫生、纪律、法制、理想及爱国主义、集体主义等思想教育；广泛开展爱校、爱班等活动；学习“校规”、“校纪”，切实落实《中学生守则》和《中学生日常行为规范实施细则》。</w:t>
      </w:r>
      <w:r>
        <w:rPr>
          <w:lang w:eastAsia="zh-CN"/>
        </w:rPr>
        <w:br/>
      </w:r>
      <w:r>
        <w:rPr>
          <w:lang w:eastAsia="zh-CN"/>
        </w:rPr>
        <w:t>　　3。 严格实施德育，制定《值日生安排》、《班干部值日安排》等班规并严格实行。利用班会课或课余时间开展形式多样的主题班会，丰富学生业余生活。</w:t>
      </w:r>
      <w:r>
        <w:rPr>
          <w:lang w:eastAsia="zh-CN"/>
        </w:rPr>
        <w:br/>
      </w:r>
      <w:r>
        <w:rPr>
          <w:lang w:eastAsia="zh-CN"/>
        </w:rPr>
        <w:t>　　三、采取的具体措施：</w:t>
      </w:r>
      <w:r>
        <w:rPr>
          <w:lang w:eastAsia="zh-CN"/>
        </w:rPr>
        <w:br/>
      </w:r>
      <w:r>
        <w:rPr>
          <w:lang w:eastAsia="zh-CN"/>
        </w:rPr>
        <w:t>　　1。 抓好升旗、早操、值日、卫生、墙报、行为规范等。</w:t>
      </w:r>
      <w:r>
        <w:rPr>
          <w:lang w:eastAsia="zh-CN"/>
        </w:rPr>
        <w:br/>
      </w:r>
      <w:r>
        <w:rPr>
          <w:lang w:eastAsia="zh-CN"/>
        </w:rPr>
        <w:t>　　2。 加强后进生的转化工作和管理：面向全体学生，分类施教，加强对后进生的辅导，要从关心、爱护学生的角度出发，了解关心学生。多与学生和家长交流及时了解学生的心理变化，掌握他们成长道路上的发展情况，争取使后进生在学习和纪律方面都有进步。</w:t>
      </w:r>
      <w:r>
        <w:rPr>
          <w:lang w:eastAsia="zh-CN"/>
        </w:rPr>
        <w:br/>
      </w:r>
      <w:r>
        <w:rPr>
          <w:lang w:eastAsia="zh-CN"/>
        </w:rPr>
        <w:t>　　3。</w:t>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对学生认真负责，经常深入班级，严格课上、课间的纪律要求，仔细检查班级和寝室的卫生，勤看、勤管，重视学生的思想工作。对于个别学习不积极或学习不专心的学生，及时找学生谈心，及时发现问题、及时解决问题。</w:t>
      </w:r>
      <w:r>
        <w:rPr>
          <w:lang w:eastAsia="zh-CN"/>
        </w:rPr>
        <w:br/>
      </w:r>
      <w:r>
        <w:rPr>
          <w:lang w:eastAsia="zh-CN"/>
        </w:rPr>
        <w:t>　　4。 对于个别学习态度不端正的学生，与家长及时联系，要注重班主任与家长的交流，注重学校教育与家庭教育的结合。重视与家长的沟通，坦诚相待，才能使学校和家长对学生的教育有一致的要求和态度，只有经常与家长沟通交流，针对学生学习、生活中存在的问题，同家长达成共识，才能充分调动家长的积极性，配合学校教育好孩子</w:t>
      </w:r>
      <w:r>
        <w:rPr>
          <w:lang w:eastAsia="zh-CN"/>
        </w:rPr>
        <w:br/>
      </w:r>
      <w:r>
        <w:rPr>
          <w:lang w:eastAsia="zh-CN"/>
        </w:rPr>
        <w:t>　　5。 培养学生良好的学习习惯和生活习惯</w:t>
      </w:r>
      <w:r>
        <w:rPr>
          <w:lang w:eastAsia="zh-CN"/>
        </w:rPr>
        <w:br/>
      </w:r>
      <w:r>
        <w:rPr>
          <w:lang w:eastAsia="zh-CN"/>
        </w:rPr>
        <w:t>　　良好的行为习惯使一个人的终生发展受益非浅。因此，在班级进行良好品德的养成教育是十分必要的。同时也要加强学习方法的指导，提高学习效率是班主任经常的一项工作，也是差生转化的中心，班主任讲清一般的学习方法，特别是它的作用和意义，并要逐步培养学生正确的学习方法，课前预习，认真上课，课后及时复习，反复复习，适当练习。要反复布置，了解后再采取措施纠正，直到这个学习习性养成，还需要针对每科的具体情况对具体科目的学习方法全方位的指导。织兴趣小组，作为学习扶贫小组，让学生教学生，提高其集体自力更生的能力，同时也让小组的同学在提高自身的同时让自已的能力也上一个新台阶。</w:t>
      </w:r>
      <w:r>
        <w:rPr>
          <w:lang w:eastAsia="zh-CN"/>
        </w:rPr>
        <w:br/>
      </w:r>
      <w:r>
        <w:rPr>
          <w:lang w:eastAsia="zh-CN"/>
        </w:rPr>
        <w:t>　　6。 及时了解学情：准确把握学生对知识的掌握，因材施教，在重点难点上下工夫，以促进全班成绩的平稳、扎实地上升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7。 家教结合：经常保持与否学生家长联系，使学校教育和家庭教育有机地结合起来。要不厌其烦的做好后进生的转化工作，抓两头、促中间，使全班形成一盘棋，真正成为一个团结向上的班集体。</w:t>
      </w:r>
      <w:r>
        <w:rPr>
          <w:lang w:eastAsia="zh-CN"/>
        </w:rPr>
        <w:br/>
      </w:r>
      <w:r>
        <w:rPr>
          <w:lang w:eastAsia="zh-CN"/>
        </w:rPr>
        <w:t>　　8。 培养班级干部：及时召开班干部会议，针对他们在工作中出现的问题，教给他们工作方法，使他们明确自己的职责，指出他们的优缺点和今后努力工作的方向。尤其是班级的示范员，更要要求他们及时协助班干部作好班级的日常管理工作。同时，还要求他们注意班干部成员之间的合作，齐心协力，拧成一股绳，尽力在同学之间树立他们的威信，创造机会，锻炼和培养他们的能力。</w:t>
      </w:r>
      <w:r>
        <w:rPr>
          <w:lang w:eastAsia="zh-CN"/>
        </w:rPr>
        <w:br/>
      </w:r>
      <w:r>
        <w:rPr>
          <w:lang w:eastAsia="zh-CN"/>
        </w:rPr>
        <w:t>　　9。 抓好团队工作：班级工作的一个重要部分，就是班主任工作，是充分发挥学生特长、张扬学生个性的有效途径。本学期将积极配合学校，结合实际搞好各项活动。</w:t>
      </w:r>
      <w:r>
        <w:rPr>
          <w:lang w:eastAsia="zh-CN"/>
        </w:rPr>
        <w:br/>
      </w:r>
      <w:r>
        <w:rPr>
          <w:lang w:eastAsia="zh-CN"/>
        </w:rPr>
        <w:t xml:space="preserve">    HR个人工作计划范文 篇10 </w:t>
      </w:r>
      <w:r>
        <w:rPr>
          <w:lang w:eastAsia="zh-CN"/>
        </w:rPr>
        <w:br/>
      </w:r>
      <w:r>
        <w:rPr>
          <w:lang w:eastAsia="zh-CN"/>
        </w:rPr>
        <w:t>　　20__年，又是一个新工作的开始，也是一个充满挑战、机遇与压力并重开始的一年。因此我要调整心态，增强责任意识，充分认识并做好本职工作。为了尽快成长为一名优秀的员工，我订立了下一年度的工作计划：</w:t>
      </w:r>
      <w:r>
        <w:rPr>
          <w:lang w:eastAsia="zh-CN"/>
        </w:rPr>
        <w:br/>
      </w:r>
      <w:r>
        <w:rPr>
          <w:lang w:eastAsia="zh-CN"/>
        </w:rPr>
        <w:t>　　一、 加强本职工作。</w:t>
      </w:r>
      <w:r>
        <w:rPr>
          <w:lang w:eastAsia="zh-CN"/>
        </w:rPr>
        <w:br/>
      </w:r>
      <w:r>
        <w:rPr>
          <w:lang w:eastAsia="zh-CN"/>
        </w:rPr>
        <w:t>　　根据各个领导的需要，结合各个项目的开展情况，做好绘图工作。尽最大努力配合本部门的工作进展要求。明确自己的任务，做到严谨有序。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二、 提高自己的工作能力。</w:t>
      </w:r>
      <w:r>
        <w:rPr>
          <w:lang w:eastAsia="zh-CN"/>
        </w:rPr>
        <w:br/>
      </w:r>
      <w:r>
        <w:rPr>
          <w:lang w:eastAsia="zh-CN"/>
        </w:rPr>
        <w:t>　　通过各种途径，利用各种资源进行学习，跟上公司形势的发展，适应工作的需要，提高自身工作技能水平。</w:t>
      </w:r>
      <w:r>
        <w:rPr>
          <w:lang w:eastAsia="zh-CN"/>
        </w:rPr>
        <w:br/>
      </w:r>
      <w:r>
        <w:rPr>
          <w:lang w:eastAsia="zh-CN"/>
        </w:rPr>
        <w:t>　　三、 加强与其他同事的工作上的交流。</w:t>
      </w:r>
      <w:r>
        <w:rPr>
          <w:lang w:eastAsia="zh-CN"/>
        </w:rPr>
        <w:br/>
      </w:r>
      <w:r>
        <w:rPr>
          <w:lang w:eastAsia="zh-CN"/>
        </w:rPr>
        <w:t>　　针对部门同事CAD绘图方面知识不足的问题，加强交流学习，并向领导和同事学习交流其它的工作方面的知识。</w:t>
      </w:r>
      <w:r>
        <w:rPr>
          <w:lang w:eastAsia="zh-CN"/>
        </w:rPr>
        <w:br/>
      </w:r>
      <w:r>
        <w:rPr>
          <w:lang w:eastAsia="zh-CN"/>
        </w:rPr>
        <w:t>　　四、 加强自身对物业方面知识的学习，提高工作主动性。</w:t>
      </w:r>
      <w:r>
        <w:rPr>
          <w:lang w:eastAsia="zh-CN"/>
        </w:rPr>
        <w:br/>
      </w:r>
      <w:r>
        <w:rPr>
          <w:lang w:eastAsia="zh-CN"/>
        </w:rPr>
        <w:t>　　结合实际情况，以及公司发展的需要，努力学习物业管理方面的知识，以便随时应对工作的其它要求。</w:t>
      </w:r>
      <w:r>
        <w:rPr>
          <w:lang w:eastAsia="zh-CN"/>
        </w:rPr>
        <w:br/>
      </w:r>
      <w:r>
        <w:rPr>
          <w:lang w:eastAsia="zh-CN"/>
        </w:rPr>
        <w:t>　　五、 积极参加公司组织的培训及其它活动。</w:t>
      </w:r>
      <w:r>
        <w:rPr>
          <w:lang w:eastAsia="zh-CN"/>
        </w:rPr>
        <w:br/>
      </w:r>
      <w:r>
        <w:rPr>
          <w:lang w:eastAsia="zh-CN"/>
        </w:rPr>
        <w:t>　　借此增强自己的责任 、团队意识。</w:t>
      </w:r>
      <w:r>
        <w:rPr>
          <w:lang w:eastAsia="zh-CN"/>
        </w:rPr>
        <w:br/>
      </w:r>
      <w:r>
        <w:rPr>
          <w:lang w:eastAsia="zh-CN"/>
        </w:rPr>
        <w:t>　　以上是我20__年度的工作计划，我会把这些计划落到实处，为公司的下一年度的工作再上新台阶，更上一层楼贡献自己的力量。</w:t>
      </w:r>
      <w:r>
        <w:rPr>
          <w:lang w:eastAsia="zh-CN"/>
        </w:rPr>
        <w:br/>
      </w:r>
      <w:r>
        <w:rPr>
          <w:lang w:eastAsia="zh-CN"/>
        </w:rPr>
        <w:t xml:space="preserve">    HR个人工作计划范文 篇11 </w:t>
      </w:r>
      <w:r>
        <w:rPr>
          <w:lang w:eastAsia="zh-CN"/>
        </w:rPr>
        <w:br/>
      </w:r>
      <w:r>
        <w:rPr>
          <w:lang w:eastAsia="zh-CN"/>
        </w:rPr>
        <w:t>　　辛苦的20__年已经过去，美好的 20__年已经进行。为了20__年的销售工作做得更好，我特拟以下个人销售20__年工作计划书，相信20__年我的销售工作会做得更好。</w:t>
      </w:r>
      <w:r>
        <w:rPr>
          <w:lang w:eastAsia="zh-CN"/>
        </w:rPr>
        <w:br/>
      </w:r>
      <w:r>
        <w:rPr>
          <w:lang w:eastAsia="zh-CN"/>
        </w:rPr>
        <w:t>　　在20__年刚接触这个行业时,在选择客户的问题上走过不少弯路,那是因为对这个行业还不太熟悉,总是选择一些食品行业,但这些企业往往对标签的价格是非常注重的.所以今年不要在选一些只看价格,对质量没要求的客户.没有要求的客户不是好客户。</w:t>
      </w:r>
      <w:r>
        <w:rPr>
          <w:lang w:eastAsia="zh-CN"/>
        </w:rPr>
        <w:br/>
      </w:r>
      <w:r>
        <w:rPr>
          <w:lang w:eastAsia="zh-CN"/>
        </w:rPr>
        <w:t>　　20__年销售工作计划如下：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一、对于老客户，和固定客户，要经常保持联系，在有时间有条件的情况下，送一些小礼物或宴请客户，好稳定与客户关系。</w:t>
      </w:r>
      <w:r>
        <w:rPr>
          <w:lang w:eastAsia="zh-CN"/>
        </w:rPr>
        <w:br/>
      </w:r>
      <w:r>
        <w:rPr>
          <w:lang w:eastAsia="zh-CN"/>
        </w:rPr>
        <w:t>　　二、在拥有老客户的同时还要不断从各种媒体获得客户信息。</w:t>
      </w:r>
      <w:r>
        <w:rPr>
          <w:lang w:eastAsia="zh-CN"/>
        </w:rPr>
        <w:br/>
      </w:r>
      <w:r>
        <w:rPr>
          <w:lang w:eastAsia="zh-CN"/>
        </w:rPr>
        <w:t>　　三、要有好业绩就得加强业务学习，开拓视野，丰富知识，采取多样化形式，把学业务与交流技能向结合。</w:t>
      </w:r>
      <w:r>
        <w:rPr>
          <w:lang w:eastAsia="zh-CN"/>
        </w:rPr>
        <w:br/>
      </w:r>
      <w:r>
        <w:rPr>
          <w:lang w:eastAsia="zh-CN"/>
        </w:rPr>
        <w:t>　　四、今年对自己有以下要求</w:t>
      </w:r>
      <w:r>
        <w:rPr>
          <w:lang w:eastAsia="zh-CN"/>
        </w:rPr>
        <w:br/>
      </w:r>
      <w:r>
        <w:rPr>
          <w:lang w:eastAsia="zh-CN"/>
        </w:rPr>
        <w:t>　　1、每周要增加2个以上的新客户，还要有到_个潜在客户。</w:t>
      </w:r>
      <w:r>
        <w:rPr>
          <w:lang w:eastAsia="zh-CN"/>
        </w:rPr>
        <w:br/>
      </w:r>
      <w:r>
        <w:rPr>
          <w:lang w:eastAsia="zh-CN"/>
        </w:rPr>
        <w:t>　　2、一周一小结，每月一大结，看看有哪些工作上的失误，及时改正下次不要再犯。</w:t>
      </w:r>
      <w:r>
        <w:rPr>
          <w:lang w:eastAsia="zh-CN"/>
        </w:rPr>
        <w:br/>
      </w:r>
      <w:r>
        <w:rPr>
          <w:lang w:eastAsia="zh-CN"/>
        </w:rPr>
        <w:t>　　3、见客户之前要多了解客户的状态和需求，再做好准备工作才有可能不会丢失这个客户。</w:t>
      </w:r>
      <w:r>
        <w:rPr>
          <w:lang w:eastAsia="zh-CN"/>
        </w:rPr>
        <w:br/>
      </w:r>
      <w:r>
        <w:rPr>
          <w:lang w:eastAsia="zh-CN"/>
        </w:rPr>
        <w:t>　　4、对客户不能有隐瞒和欺骗，这样不会有忠诚的客户。在有些问题上你和客户是一直的。</w:t>
      </w:r>
      <w:r>
        <w:rPr>
          <w:lang w:eastAsia="zh-CN"/>
        </w:rPr>
        <w:br/>
      </w:r>
      <w:r>
        <w:rPr>
          <w:lang w:eastAsia="zh-CN"/>
        </w:rPr>
        <w:t>　　5、要不断加强业务方面的学习，多看书，上网查阅相关资料，与同行们交流，向他们学习更好的方式方法。</w:t>
      </w:r>
      <w:r>
        <w:rPr>
          <w:lang w:eastAsia="zh-CN"/>
        </w:rPr>
        <w:br/>
      </w:r>
      <w:r>
        <w:rPr>
          <w:lang w:eastAsia="zh-CN"/>
        </w:rPr>
        <w:t>　　6、对所有客户的工作态度都要一样，但不能太低三下气。给客户一好印象，为公司树立更好的形象。</w:t>
      </w:r>
      <w:r>
        <w:rPr>
          <w:lang w:eastAsia="zh-CN"/>
        </w:rPr>
        <w:br/>
      </w:r>
      <w:r>
        <w:rPr>
          <w:lang w:eastAsia="zh-CN"/>
        </w:rPr>
        <w:t>　　7、客户遇到问题，不能置之不理一定要尽全力帮助他们解决。要先做人再做生意，让客户相信我们的工作实力，才能更好的完成任务。</w:t>
      </w:r>
      <w:r>
        <w:rPr>
          <w:lang w:eastAsia="zh-CN"/>
        </w:rPr>
        <w:br/>
      </w:r>
      <w:r>
        <w:rPr>
          <w:lang w:eastAsia="zh-CN"/>
        </w:rPr>
        <w:t>　　8、自信是非常重要的。要经常对自己说你是最好的，你是独一无二的。拥有健康乐观积极向上的工作态度才能更好的完成任务。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9、和公司其他员工要有良好的沟通，有团队意识，多交流，多探讨，才能不断增长业务技能。</w:t>
      </w:r>
      <w:r>
        <w:rPr>
          <w:lang w:eastAsia="zh-CN"/>
        </w:rPr>
        <w:br/>
      </w:r>
      <w:r>
        <w:rPr>
          <w:lang w:eastAsia="zh-CN"/>
        </w:rPr>
        <w:t>　　10、为了今年的销售任务每月我要努力完成达到_万元的任务额，为公司创造利润。</w:t>
      </w:r>
      <w:r>
        <w:rPr>
          <w:lang w:eastAsia="zh-CN"/>
        </w:rPr>
        <w:br/>
      </w:r>
      <w:r>
        <w:rPr>
          <w:lang w:eastAsia="zh-CN"/>
        </w:rPr>
        <w:t xml:space="preserve">    HR个人工作计划范文 篇12 </w:t>
      </w:r>
      <w:r>
        <w:rPr>
          <w:lang w:eastAsia="zh-CN"/>
        </w:rPr>
        <w:br/>
      </w:r>
      <w:r>
        <w:rPr>
          <w:lang w:eastAsia="zh-CN"/>
        </w:rPr>
        <w:t>　　前言：本规划属于事业、工作规划，不包括家庭、感情等生活项目。</w:t>
      </w:r>
      <w:r>
        <w:rPr>
          <w:lang w:eastAsia="zh-CN"/>
        </w:rPr>
        <w:br/>
      </w:r>
      <w:r>
        <w:rPr>
          <w:lang w:eastAsia="zh-CN"/>
        </w:rPr>
        <w:t>　　今天，距离我30周岁即20__年1月21日还有1864天。时光如梭，光阴似箭，在经济 社会飞快发展的当下，我们要做好自己的人生规划，做到紧跟社会经济发展步伐，将个人成 功牢牢维系于国家及地区的发展， 在短期内成长为一定领域内的专业人才， 经过时间历练从 而成为一名引领社会的上层人士。</w:t>
      </w:r>
      <w:r>
        <w:rPr>
          <w:lang w:eastAsia="zh-CN"/>
        </w:rPr>
        <w:br/>
      </w:r>
      <w:r>
        <w:rPr>
          <w:lang w:eastAsia="zh-CN"/>
        </w:rPr>
        <w:t>　　从小到大，我从一个农村孩子，在乡村上小学，在乡镇上初中，在小城市上高中，到大 城市上大学，到国际化都市去上班，再回到故乡继续开拓，这个过程充满了悲喜，也是艰辛 曲折的。同时，我们清楚的认识到，我人生的发展历程依托国家的发展和社会的进步。</w:t>
      </w:r>
      <w:r>
        <w:rPr>
          <w:lang w:eastAsia="zh-CN"/>
        </w:rPr>
        <w:br/>
      </w:r>
      <w:r>
        <w:rPr>
          <w:lang w:eastAsia="zh-CN"/>
        </w:rPr>
        <w:t>　　回首过往，我们有振奋有难过，有激情也有挫折，更有迷失自我，对自我定位失误的时 候，也有走出阴影，奔向阳光，认真迎接新挑战的起点；新时期，我们将发扬不以物喜，不 以己悲的豁达精神，认真研究自己，认识社会，合理定位，积极开拓，争取在三十岁到来， 也是小康社会全面实现之际，达到人生的一个成功点。</w:t>
      </w:r>
      <w:r>
        <w:rPr>
          <w:lang w:eastAsia="zh-CN"/>
        </w:rPr>
        <w:br/>
      </w:r>
      <w:r>
        <w:rPr>
          <w:lang w:eastAsia="zh-CN"/>
        </w:rPr>
        <w:t>　　1、核心竞争力的定位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经过大学4年及工作3年对自己经历的认真总结，我的核心竞争力不是“伪博爱精神” 的滥情，不是内心空虚外表冷酷的矫饰，不是酒桌上你来我去的应酬，也不是靠着模仿来取 得短暂的认可，更不是“犬儒主义”的忍气吞声。</w:t>
      </w:r>
      <w:r>
        <w:rPr>
          <w:lang w:eastAsia="zh-CN"/>
        </w:rPr>
        <w:br/>
      </w:r>
      <w:r>
        <w:rPr>
          <w:lang w:eastAsia="zh-CN"/>
        </w:rPr>
        <w:t>　　我的核心竞争力，是我的学习能力，快速接受新事物的能力，以及有效的将自身所学运 用于实践的能力，究其根本——知识改变命运，实践才能成功。</w:t>
      </w:r>
      <w:r>
        <w:rPr>
          <w:lang w:eastAsia="zh-CN"/>
        </w:rPr>
        <w:br/>
      </w:r>
      <w:r>
        <w:rPr>
          <w:lang w:eastAsia="zh-CN"/>
        </w:rPr>
        <w:t>　　2、核心竞争力的继续加强</w:t>
      </w:r>
      <w:r>
        <w:rPr>
          <w:lang w:eastAsia="zh-CN"/>
        </w:rPr>
        <w:br/>
      </w:r>
      <w:r>
        <w:rPr>
          <w:lang w:eastAsia="zh-CN"/>
        </w:rPr>
        <w:t>　　基于目前的个人优势及劣势，我将从以下几个具体方面继续提升自己</w:t>
      </w:r>
      <w:r>
        <w:rPr>
          <w:lang w:eastAsia="zh-CN"/>
        </w:rPr>
        <w:br/>
      </w:r>
      <w:r>
        <w:rPr>
          <w:lang w:eastAsia="zh-CN"/>
        </w:rPr>
        <w:t>　　职业资格__年度：</w:t>
      </w:r>
      <w:r>
        <w:rPr>
          <w:lang w:eastAsia="zh-CN"/>
        </w:rPr>
        <w:br/>
      </w:r>
      <w:r>
        <w:rPr>
          <w:lang w:eastAsia="zh-CN"/>
        </w:rPr>
        <w:t>　　通过一级建造师考试（前期可先通过二级建造师考试） ；</w:t>
      </w:r>
      <w:r>
        <w:rPr>
          <w:lang w:eastAsia="zh-CN"/>
        </w:rPr>
        <w:br/>
      </w:r>
      <w:r>
        <w:rPr>
          <w:lang w:eastAsia="zh-CN"/>
        </w:rPr>
        <w:t>　　通过一级注册结构师考试 （方案一） 或通过一级注册结构师基础考试和二级注册结构师 考试（方案二） ；</w:t>
      </w:r>
      <w:r>
        <w:rPr>
          <w:lang w:eastAsia="zh-CN"/>
        </w:rPr>
        <w:br/>
      </w:r>
      <w:r>
        <w:rPr>
          <w:lang w:eastAsia="zh-CN"/>
        </w:rPr>
        <w:t>　　考试向来是我的强项，这源自于合理的学习方法，以及过硬的考试心理素质。这几项考 试必须通过。</w:t>
      </w:r>
      <w:r>
        <w:rPr>
          <w:lang w:eastAsia="zh-CN"/>
        </w:rPr>
        <w:br/>
      </w:r>
      <w:r>
        <w:rPr>
          <w:lang w:eastAsia="zh-CN"/>
        </w:rPr>
        <w:t>　　__年度</w:t>
      </w:r>
      <w:r>
        <w:rPr>
          <w:lang w:eastAsia="zh-CN"/>
        </w:rPr>
        <w:br/>
      </w:r>
      <w:r>
        <w:rPr>
          <w:lang w:eastAsia="zh-CN"/>
        </w:rPr>
        <w:t>　　彻底通过注册结构师的考试；</w:t>
      </w:r>
      <w:r>
        <w:rPr>
          <w:lang w:eastAsia="zh-CN"/>
        </w:rPr>
        <w:br/>
      </w:r>
      <w:r>
        <w:rPr>
          <w:lang w:eastAsia="zh-CN"/>
        </w:rPr>
        <w:t>　　展望</w:t>
      </w:r>
      <w:r>
        <w:rPr>
          <w:lang w:eastAsia="zh-CN"/>
        </w:rPr>
        <w:br/>
      </w:r>
      <w:r>
        <w:rPr>
          <w:lang w:eastAsia="zh-CN"/>
        </w:rPr>
        <w:t>　　通过注册城市规划师、注册公共设备工程师考试。</w:t>
      </w:r>
      <w:r>
        <w:rPr>
          <w:lang w:eastAsia="zh-CN"/>
        </w:rPr>
        <w:br/>
      </w:r>
      <w:r>
        <w:rPr>
          <w:lang w:eastAsia="zh-CN"/>
        </w:rPr>
        <w:t>　　专业技能及软件</w:t>
      </w:r>
      <w:r>
        <w:rPr>
          <w:lang w:eastAsia="zh-CN"/>
        </w:rPr>
        <w:br/>
      </w:r>
      <w:r>
        <w:rPr>
          <w:lang w:eastAsia="zh-CN"/>
        </w:rPr>
        <w:t>　　wps、microsoft</w:t>
      </w:r>
      <w:r>
        <w:rPr>
          <w:lang w:eastAsia="zh-CN"/>
        </w:rPr>
        <w:t xml:space="preserve"> office、cad、天正建筑、pkpm、photo</w:t>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xml:space="preserve"> shop、鸿业系列软件、湘源系</w:t>
      </w:r>
      <w:r>
        <w:rPr>
          <w:lang w:eastAsia="zh-CN"/>
        </w:rPr>
        <w:t xml:space="preserve"> 列软件</w:t>
      </w:r>
      <w:r>
        <w:rPr>
          <w:lang w:eastAsia="zh-CN"/>
        </w:rPr>
        <w:br/>
      </w:r>
      <w:r>
        <w:rPr>
          <w:lang w:eastAsia="zh-CN"/>
        </w:rPr>
        <w:t>　　挡土墙设计：理正岩土软件、能熟练运用地勘报告进行基础设计的能力；</w:t>
      </w:r>
      <w:r>
        <w:rPr>
          <w:lang w:eastAsia="zh-CN"/>
        </w:rPr>
        <w:br/>
      </w:r>
      <w:r>
        <w:rPr>
          <w:lang w:eastAsia="zh-CN"/>
        </w:rPr>
        <w:t>　　可行性研究报告：wps，逻辑思维能力、言语理解与表达能力、数学计算能力、判断推 理能力、资料分析能力、及较宽泛的知识面网络，科学运用网络等手段取得知识的能力；</w:t>
      </w:r>
      <w:r>
        <w:rPr>
          <w:lang w:eastAsia="zh-CN"/>
        </w:rPr>
        <w:br/>
      </w:r>
      <w:r>
        <w:rPr>
          <w:lang w:eastAsia="zh-CN"/>
        </w:rPr>
        <w:t>　　简单的房屋、护坡、桩基、梁柱板设计：pkpm、结构工程师专业能力；</w:t>
      </w:r>
      <w:r>
        <w:rPr>
          <w:lang w:eastAsia="zh-CN"/>
        </w:rPr>
        <w:br/>
      </w:r>
      <w:r>
        <w:rPr>
          <w:lang w:eastAsia="zh-CN"/>
        </w:rPr>
        <w:t>　　市政工程规划与设计：鸿业系列软件、理正岩土；</w:t>
      </w:r>
      <w:r>
        <w:rPr>
          <w:lang w:eastAsia="zh-CN"/>
        </w:rPr>
        <w:br/>
      </w:r>
      <w:r>
        <w:rPr>
          <w:lang w:eastAsia="zh-CN"/>
        </w:rPr>
        <w:t>　　简单的居住及工业小区规划设计：湘源等相关软件；</w:t>
      </w:r>
      <w:r>
        <w:rPr>
          <w:lang w:eastAsia="zh-CN"/>
        </w:rPr>
        <w:br/>
      </w:r>
      <w:r>
        <w:rPr>
          <w:lang w:eastAsia="zh-CN"/>
        </w:rPr>
        <w:t>　　熟悉测量流程。</w:t>
      </w:r>
      <w:r>
        <w:rPr>
          <w:lang w:eastAsia="zh-CN"/>
        </w:rPr>
        <w:br/>
      </w:r>
      <w:r>
        <w:rPr>
          <w:lang w:eastAsia="zh-CN"/>
        </w:rPr>
        <w:t>　　各类专业资料的积累</w:t>
      </w:r>
      <w:r>
        <w:rPr>
          <w:lang w:eastAsia="zh-CN"/>
        </w:rPr>
        <w:br/>
      </w:r>
      <w:r>
        <w:rPr>
          <w:lang w:eastAsia="zh-CN"/>
        </w:rPr>
        <w:t>　　方便取得软件的途径、业务相关的电子资料、学习资料做一项，就要积累一项，包括大脑装的下的（技能、经验、模式）和大脑装不下的（各 种资料） ，养成良好的资料收集及存储的习惯。资料本身也是财富。</w:t>
      </w:r>
      <w:r>
        <w:rPr>
          <w:lang w:eastAsia="zh-CN"/>
        </w:rPr>
        <w:br/>
      </w:r>
      <w:r>
        <w:rPr>
          <w:lang w:eastAsia="zh-CN"/>
        </w:rPr>
        <w:t>　　3、财富计划（后续将做财富专项规划）</w:t>
      </w:r>
      <w:r>
        <w:rPr>
          <w:lang w:eastAsia="zh-CN"/>
        </w:rPr>
        <w:br/>
      </w:r>
      <w:r>
        <w:rPr>
          <w:lang w:eastAsia="zh-CN"/>
        </w:rPr>
        <w:t>　　基本面</w:t>
      </w:r>
      <w:r>
        <w:rPr>
          <w:lang w:eastAsia="zh-CN"/>
        </w:rPr>
        <w:br/>
      </w:r>
      <w:r>
        <w:rPr>
          <w:lang w:eastAsia="zh-CN"/>
        </w:rPr>
        <w:t>　　保障基本生活品质；</w:t>
      </w:r>
      <w:r>
        <w:rPr>
          <w:lang w:eastAsia="zh-CN"/>
        </w:rPr>
        <w:br/>
      </w:r>
      <w:r>
        <w:rPr>
          <w:lang w:eastAsia="zh-CN"/>
        </w:rPr>
        <w:t>　　保证住房按揭的来源；</w:t>
      </w:r>
      <w:r>
        <w:rPr>
          <w:lang w:eastAsia="zh-CN"/>
        </w:rPr>
        <w:br/>
      </w:r>
      <w:r>
        <w:rPr>
          <w:lang w:eastAsia="zh-CN"/>
        </w:rPr>
        <w:t>　　发展面</w:t>
      </w:r>
      <w:r>
        <w:rPr>
          <w:lang w:eastAsia="zh-CN"/>
        </w:rPr>
        <w:br/>
      </w:r>
      <w:r>
        <w:rPr>
          <w:lang w:eastAsia="zh-CN"/>
        </w:rPr>
        <w:t>　　基本工资；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挂靠费用；</w:t>
      </w:r>
      <w:r>
        <w:rPr>
          <w:lang w:eastAsia="zh-CN"/>
        </w:rPr>
        <w:br/>
      </w:r>
      <w:r>
        <w:rPr>
          <w:lang w:eastAsia="zh-CN"/>
        </w:rPr>
        <w:t>　　体制外收入；</w:t>
      </w:r>
      <w:r>
        <w:rPr>
          <w:lang w:eastAsia="zh-CN"/>
        </w:rPr>
        <w:br/>
      </w:r>
      <w:r>
        <w:rPr>
          <w:lang w:eastAsia="zh-CN"/>
        </w:rPr>
        <w:t>　　在两到三年内按揭一套商铺。</w:t>
      </w:r>
      <w:r>
        <w:rPr>
          <w:lang w:eastAsia="zh-CN"/>
        </w:rPr>
        <w:br/>
      </w:r>
      <w:r>
        <w:rPr>
          <w:lang w:eastAsia="zh-CN"/>
        </w:rPr>
        <w:t>　　4、发展目标</w:t>
      </w:r>
      <w:r>
        <w:rPr>
          <w:lang w:eastAsia="zh-CN"/>
        </w:rPr>
        <w:br/>
      </w:r>
      <w:r>
        <w:rPr>
          <w:lang w:eastAsia="zh-CN"/>
        </w:rPr>
        <w:t>　　在2-3年内，争取合理按揭住房，同时按揭一套商铺。</w:t>
      </w:r>
      <w:r>
        <w:rPr>
          <w:lang w:eastAsia="zh-CN"/>
        </w:rPr>
        <w:br/>
      </w:r>
      <w:r>
        <w:rPr>
          <w:lang w:eastAsia="zh-CN"/>
        </w:rPr>
        <w:t>　　30岁之前，拥有家庭汽车。</w:t>
      </w:r>
      <w:r>
        <w:rPr>
          <w:lang w:eastAsia="zh-CN"/>
        </w:rPr>
        <w:br/>
      </w:r>
      <w:r>
        <w:rPr>
          <w:lang w:eastAsia="zh-CN"/>
        </w:rPr>
        <w:t>　　5、近期挫折预防及机遇准备</w:t>
      </w:r>
      <w:r>
        <w:rPr>
          <w:lang w:eastAsia="zh-CN"/>
        </w:rPr>
        <w:br/>
      </w:r>
      <w:r>
        <w:rPr>
          <w:lang w:eastAsia="zh-CN"/>
        </w:rPr>
        <w:t>　　__年应基本实现以上规划中该年度需要达到的目标。</w:t>
      </w:r>
      <w:r>
        <w:rPr>
          <w:lang w:eastAsia="zh-CN"/>
        </w:rPr>
        <w:br/>
      </w:r>
      <w:r>
        <w:rPr>
          <w:lang w:eastAsia="zh-CN"/>
        </w:rPr>
        <w:t>　　__年底将重新进行短期的规划，可以将发展立足地转至西安，同时继续加强同安康地区建设行业（征地拆迁、交通系统建设、商铺、各类居住及工业小区规划设计）。</w:t>
      </w:r>
      <w:r>
        <w:rPr>
          <w:lang w:eastAsia="zh-CN"/>
        </w:rPr>
        <w:br/>
      </w:r>
      <w:r>
        <w:rPr>
          <w:lang w:eastAsia="zh-CN"/>
        </w:rPr>
        <w:t xml:space="preserve">    HR个人工作计划范文 篇13 </w:t>
      </w:r>
      <w:r>
        <w:rPr>
          <w:lang w:eastAsia="zh-CN"/>
        </w:rPr>
        <w:br/>
      </w:r>
      <w:r>
        <w:rPr>
          <w:lang w:eastAsia="zh-CN"/>
        </w:rPr>
        <w:t>　　面对新形势，分公司办公室确定的工作指导思想是：强化枢纽作用，前移服务阵地，超前发挥承上启下、综合协调、参谋助手、督促检查和服务保障作用，进一步转变工作作风，改进工作方式，加大服务力度，提高服务质量，为整体工作的顺利推进，发挥积极的职能作用。</w:t>
      </w:r>
      <w:r>
        <w:rPr>
          <w:lang w:eastAsia="zh-CN"/>
        </w:rPr>
        <w:br/>
      </w:r>
      <w:r>
        <w:rPr>
          <w:lang w:eastAsia="zh-CN"/>
        </w:rPr>
        <w:t>　　具体的工作思路是：化解4个矛盾，发挥6项功能，抓实6个细节，落实5项重点工作。</w:t>
      </w:r>
      <w:r>
        <w:rPr>
          <w:lang w:eastAsia="zh-CN"/>
        </w:rPr>
        <w:br/>
      </w:r>
      <w:r>
        <w:rPr>
          <w:lang w:eastAsia="zh-CN"/>
        </w:rPr>
        <w:t>　　一、要切实解决好4个矛盾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一是大局和小局的矛盾。办公室作为一个综合部门，其性质和其他部门的区别主要体现在服务性上，办公室主要是为领导、机关、和基层服务。首先是为领导和机关服务的。这就要求办公室把“一切服从大局，一切服务大局”作为办公室工作的出发点和落脚点，当部门工作与机关的整体工作、小局工作与大局工作发生矛盾的时候，自觉地做到小局服从大局、局部服从整体。同时尽力做好小局工作，因为小局工作是做好大局的基础和前提。</w:t>
      </w:r>
      <w:r>
        <w:rPr>
          <w:lang w:eastAsia="zh-CN"/>
        </w:rPr>
        <w:br/>
      </w:r>
      <w:r>
        <w:rPr>
          <w:lang w:eastAsia="zh-CN"/>
        </w:rPr>
        <w:t>　　二是主动和被动的矛盾。办公室工作的服务性职能决定了其工作的被动性，但要做好办公室工作，又必须发挥人员的主动性，善于在被动中求主动，变被动为主动。对一些常规性、规律性、阶段性等确定性工作，不要消极等待，要主动着手，提前准备。对领导临时交办的任务、应急事件和突发事件等非确定性工作，要有灵活的应变能力，做到忙而不乱。同时要积极适应领导的工作思路，想领导之所想，谋领导之所谋，把问题想在前面，把工作做在前头，主动做好超前服务。</w:t>
      </w:r>
      <w:r>
        <w:rPr>
          <w:lang w:eastAsia="zh-CN"/>
        </w:rPr>
        <w:br/>
      </w:r>
      <w:r>
        <w:rPr>
          <w:lang w:eastAsia="zh-CN"/>
        </w:rPr>
        <w:t>　　三是政务和事务的矛盾。政务和事务是办公室工作的两个轮子，政务工作主要有决策参谋、调查研究、政务信息、政务文电处理、政务督促检查、机要档案保密等工作。事务工作一般是指除政务以外的其他各项工作，主要是行政后勤工作，诸如接待应酬、吃住行、安全卫生等。事务工作是搞好政务工作的先决条件，不能把政务看成是大事，把事务看成是小事或可有可无的事。更不能把政务看成是高层次的，把事务看成是低层次的。办公室的工作事无巨细，不能有半点疏忽和懈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四是“过”与“不及”的矛盾。为领导出主意，当参谋，要把握“度”，掌握分寸。办公室在领导决策中处于辅助和从属地位，不能缺位，也不能越位。要想领导之所想，急领导之所急，为领导决策提供尽可能多的背景资料，但不能越俎代庖。要积极谏言，但不能瞎掺和。</w:t>
      </w:r>
      <w:r>
        <w:rPr>
          <w:lang w:eastAsia="zh-CN"/>
        </w:rPr>
        <w:br/>
      </w:r>
      <w:r>
        <w:rPr>
          <w:lang w:eastAsia="zh-CN"/>
        </w:rPr>
        <w:t>　　二、发挥6项职能，抓实6个细节</w:t>
      </w:r>
      <w:r>
        <w:rPr>
          <w:lang w:eastAsia="zh-CN"/>
        </w:rPr>
        <w:br/>
      </w:r>
      <w:r>
        <w:rPr>
          <w:lang w:eastAsia="zh-CN"/>
        </w:rPr>
        <w:t>　　一是发挥参谋功能，突出“想得到”。多谋才能善断。办公室作为公司上传下达、沟通各方的桥梁和纽带，要善于站在全局的高度，把注意力集中在那些牵动全局、涉及长远的大事上，放在情况复杂、矛盾突出的热点、难点问题上，既要了解面上的总体工作，又要了解近期的重点工作，既要了解上级领导的工作意见和要求，还要了解本单位的实际情况和干部员工的意见和建议。善于增强整体合力，树立团队协作精神和服务理念，善于对上加强联系，对内加强管理，对外搞好协调，对下做好服务。要立足发展变化的新情况，多动脑筋、想办法、出主意，增强工作的主动性、预见性、创造性，以较高的政策理论素养和业务工作能力为领导出谋划策、查漏补缺，在充分调查摸底的基础上，提出可行建议和工作预案，发挥参谋和助手作用，不断提高参与决策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二是发挥协调功能，突出“管得宽”。办公室工作综合全局，协调各方，承内联外，有自身的工作职责和工作规则。办公室既要全面了解各方面工作情况，为公司各项工作的顺利开展创造条件，又要协调各方，处理好上下左右的关系，确保政令畅通。对于职责内的工作一定要抓紧抓好，并且做到抓一件成一件，件件有交代，项项有落实。对职责以外但没有部门抓的或职责不明的工作，办公室就是“不管部”，要义不容辞承担起来，做到机关工作不留空档，保证各项工作的全面推进。</w:t>
      </w:r>
      <w:r>
        <w:rPr>
          <w:lang w:eastAsia="zh-CN"/>
        </w:rPr>
        <w:br/>
      </w:r>
      <w:r>
        <w:rPr>
          <w:lang w:eastAsia="zh-CN"/>
        </w:rPr>
        <w:t>　　三是发挥办事功能，突出“做得细”。机关工作无小事，办公室工作更是无小事。这就要求办公室工作一要细心、细致，二要从细小的事抓起。对任何一件经办的工作，都要严谨细致，一丝不苟，来不得半点敷衍和虚假。要时时刻刻、事事处处，认真认真再认真，细致细致再细致，做到不让领导布置的工作在我手中延误，不让需要办理的文电在我手中积压，不让到办公室联系工作的同志在我这里受到冷落，不让分公司机关和办公室的形象在我这里受到影响。</w:t>
      </w:r>
      <w:r>
        <w:rPr>
          <w:lang w:eastAsia="zh-CN"/>
        </w:rPr>
        <w:br/>
      </w:r>
      <w:r>
        <w:rPr>
          <w:lang w:eastAsia="zh-CN"/>
        </w:rPr>
        <w:t>　　四是发挥管理功能，突出“碰得硬”。机关工作涉及到的事务方方面面，有的还关系到员工的切身利益。在原则问题上敢不敢逗硬是检验作风是否过硬的重要标志。办公室工作必须讲原则，严肃办事纪律。一是按政策办事。把政策作为办公室的生命线，决不允许在政策问题上讲人情，“走后门”，二是依法办事。办公室同志必须学法、懂法、守法，严格按照法律法规来开展工作。三是按组织原则办事。坚持民主集中制原则，坚持一级对一级负责。</w:t>
      </w:r>
      <w:r>
        <w:rPr>
          <w:lang w:eastAsia="zh-CN"/>
        </w:rPr>
        <w:br/>
      </w:r>
      <w:r>
        <w:rPr>
          <w:lang w:eastAsia="zh-CN"/>
        </w:rPr>
        <w:t>　　五是发挥服务功能，突出“讲程序”。办公室工作的程序性要求很强，特别是在大量复杂的事务性工作中，要求办公室的同志一定要保持清醒的头脑，分清主次、分清轻重缓急、不怕麻烦。一定要坚持逐级汇报的原则,以明确责任。要通过建立一套科学规范的工作制度、工作程序、工作规则，使每项工作都有章可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六是发挥督办功能，突出“抓得实”。要据实情、讲实话、干实事、创实效，扎扎实实，不慕虚荣，不图虚名。实事求是干工作，实事求是反映情况，具备求真务实的精神，包括听取基层意见，向领导反映情况，力求全面、真实。工作中，要一步一个脚印，不作表面文章。</w:t>
      </w:r>
      <w:r>
        <w:rPr>
          <w:lang w:eastAsia="zh-CN"/>
        </w:rPr>
        <w:br/>
      </w:r>
      <w:r>
        <w:rPr>
          <w:lang w:eastAsia="zh-CN"/>
        </w:rPr>
        <w:t>　　三、重点做好五项工作</w:t>
      </w:r>
      <w:r>
        <w:rPr>
          <w:lang w:eastAsia="zh-CN"/>
        </w:rPr>
        <w:br/>
      </w:r>
      <w:r>
        <w:rPr>
          <w:lang w:eastAsia="zh-CN"/>
        </w:rPr>
        <w:t>　　一是要管带结合，抓好文书档案管理。一方面注重提高分公司文书档案管理水平;另一方面针对目前分公司新建单位较多，文书档案管理质量相对较弱的实际情况，采取以下措施：一是要求各新建单位确定专人负责文书档案工作并尽可能保持相对稳定;二是积极开展人员整训;三是实施靠近指导，采取现场指导，手把手帮助有关单位提高文书档案管理水平;四是开展文书档案管理验收制度，奖优罚劣。</w:t>
      </w:r>
      <w:r>
        <w:rPr>
          <w:lang w:eastAsia="zh-CN"/>
        </w:rPr>
        <w:br/>
      </w:r>
      <w:r>
        <w:rPr>
          <w:lang w:eastAsia="zh-CN"/>
        </w:rPr>
        <w:t>　　二是建改并举，抓好制度建设。确定__年为办公室的基础建设年，在各项制度建设方面，推出一批管理制度。在积极施行、多方征求意见的基础上，汇编成册，实现公司内部管理“有法可依”。</w:t>
      </w:r>
      <w:r>
        <w:rPr>
          <w:lang w:eastAsia="zh-CN"/>
        </w:rPr>
        <w:br/>
      </w:r>
      <w:r>
        <w:rPr>
          <w:lang w:eastAsia="zh-CN"/>
        </w:rPr>
        <w:t>　　三是要奖罚并重 ，抓好交通安全管理。建立健全分公司交通安全管理制度，继续推行风险抵押制度，确保交通安全基本稳定。</w:t>
      </w:r>
      <w:r>
        <w:rPr>
          <w:lang w:eastAsia="zh-CN"/>
        </w:rPr>
        <w:br/>
      </w:r>
      <w:r>
        <w:rPr>
          <w:lang w:eastAsia="zh-CN"/>
        </w:rPr>
        <w:t>　　四是要严格程序，抓好事务管理工作(印章管理、乘车证管理、招待费使用、电话费管理等等)。强调按原则，走程序，防止出现漏洞。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五是要定标明责，抓好节支降耗工作。对机关办公用品的管理实施定额控制，初步的想法是：建立审批制度;季度办公用品限额等措施。</w:t>
      </w:r>
      <w:r>
        <w:rPr>
          <w:lang w:eastAsia="zh-CN"/>
        </w:rPr>
        <w:br/>
      </w:r>
      <w:r>
        <w:rPr>
          <w:lang w:eastAsia="zh-CN"/>
        </w:rPr>
        <w:t>　　以上是办公室__年初步工作思路，敬请领导指正。</w:t>
      </w:r>
      <w:r>
        <w:rPr>
          <w:lang w:eastAsia="zh-CN"/>
        </w:rPr>
        <w:br/>
      </w:r>
      <w:r>
        <w:rPr>
          <w:lang w:eastAsia="zh-CN"/>
        </w:rPr>
        <w:t xml:space="preserve">    HR个人工作计划范文 篇14 </w:t>
      </w:r>
      <w:r>
        <w:rPr>
          <w:lang w:eastAsia="zh-CN"/>
        </w:rPr>
        <w:br/>
      </w:r>
      <w:r>
        <w:rPr>
          <w:lang w:eastAsia="zh-CN"/>
        </w:rPr>
        <w:t>　　一、进一步熟悉金龙鱼客服工作的整个流程，多参与多走动，对于每个项目按时结案，做到少出差错;</w:t>
      </w:r>
      <w:r>
        <w:rPr>
          <w:lang w:eastAsia="zh-CN"/>
        </w:rPr>
        <w:br/>
      </w:r>
      <w:r>
        <w:rPr>
          <w:lang w:eastAsia="zh-CN"/>
        </w:rPr>
        <w:t>　　二、全面负责公司内部的办公行政管理工作，协调公司各部门间各项协作事 宜;</w:t>
      </w:r>
      <w:r>
        <w:rPr>
          <w:lang w:eastAsia="zh-CN"/>
        </w:rPr>
        <w:br/>
      </w:r>
      <w:r>
        <w:rPr>
          <w:lang w:eastAsia="zh-CN"/>
        </w:rPr>
        <w:t>　　三、完善公司各项管理规章制度，定期或不定期对各部门的制度执行情况进行检查，保证公司的管理规章制度切实可行;</w:t>
      </w:r>
      <w:r>
        <w:rPr>
          <w:lang w:eastAsia="zh-CN"/>
        </w:rPr>
        <w:br/>
      </w:r>
      <w:r>
        <w:rPr>
          <w:lang w:eastAsia="zh-CN"/>
        </w:rPr>
        <w:t>　　四、根据今年的具体实际情况，进一步完善考评制度，对员工业绩考评，及时汇报上级，将结果及时反馈给员工，帮助员工更好地工作，最重要的是加强员工的工作积极性;</w:t>
      </w:r>
      <w:r>
        <w:rPr>
          <w:lang w:eastAsia="zh-CN"/>
        </w:rPr>
        <w:br/>
      </w:r>
      <w:r>
        <w:rPr>
          <w:lang w:eastAsia="zh-CN"/>
        </w:rPr>
        <w:t>　　五、根据实际情况，加强公司人员的培训工作，基本思路和去年一样，力求形象多样化，增强趣味性;</w:t>
      </w:r>
      <w:r>
        <w:rPr>
          <w:lang w:eastAsia="zh-CN"/>
        </w:rPr>
        <w:br/>
      </w:r>
      <w:r>
        <w:rPr>
          <w:lang w:eastAsia="zh-CN"/>
        </w:rPr>
        <w:t>　　六、及时按实登好各类台账，做好各项目的成本核算，以及各种材料的购买、使用情况，正确节约各项开支;</w:t>
      </w:r>
      <w:r>
        <w:rPr>
          <w:lang w:eastAsia="zh-CN"/>
        </w:rPr>
        <w:br/>
      </w:r>
      <w:r>
        <w:rPr>
          <w:lang w:eastAsia="zh-CN"/>
        </w:rPr>
        <w:t>　　七、协助各项目经理及时做好应收、应付款项的工作。</w:t>
      </w:r>
      <w:r>
        <w:rPr>
          <w:lang w:eastAsia="zh-CN"/>
        </w:rPr>
        <w:br/>
      </w:r>
      <w:r>
        <w:rPr>
          <w:lang w:eastAsia="zh-CN"/>
        </w:rPr>
        <w:t xml:space="preserve">    HR个人工作计划范文 篇15 </w:t>
      </w:r>
      <w:r>
        <w:rPr>
          <w:lang w:eastAsia="zh-CN"/>
        </w:rPr>
        <w:br/>
      </w:r>
      <w:r>
        <w:rPr>
          <w:lang w:eastAsia="zh-CN"/>
        </w:rPr>
        <w:t>　　一、活动目的：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通过美术社团的活动，使学生的美术特长得到更好的发展，进一步了解美术的基本知识，提高学生的欣赏水平及创造能力;丰富学生的学习生活、陶冶学生的艺术情操，进一步推动美术课素质教育的进程。</w:t>
      </w:r>
      <w:r>
        <w:rPr>
          <w:lang w:eastAsia="zh-CN"/>
        </w:rPr>
        <w:br/>
      </w:r>
      <w:r>
        <w:rPr>
          <w:lang w:eastAsia="zh-CN"/>
        </w:rPr>
        <w:t>　　二、活动要求：</w:t>
      </w:r>
      <w:r>
        <w:rPr>
          <w:lang w:eastAsia="zh-CN"/>
        </w:rPr>
        <w:br/>
      </w:r>
      <w:r>
        <w:rPr>
          <w:lang w:eastAsia="zh-CN"/>
        </w:rPr>
        <w:t>　　1、组织学生按时参加活动，并保持室内清洁。</w:t>
      </w:r>
      <w:r>
        <w:rPr>
          <w:lang w:eastAsia="zh-CN"/>
        </w:rPr>
        <w:br/>
      </w:r>
      <w:r>
        <w:rPr>
          <w:lang w:eastAsia="zh-CN"/>
        </w:rPr>
        <w:t>　　2、每周二下午社团活动时间进行活动，小组成员必须准时到达美术社团活动室。</w:t>
      </w:r>
      <w:r>
        <w:rPr>
          <w:lang w:eastAsia="zh-CN"/>
        </w:rPr>
        <w:br/>
      </w:r>
      <w:r>
        <w:rPr>
          <w:lang w:eastAsia="zh-CN"/>
        </w:rPr>
        <w:t>　　3、美术社团成员应严格遵守纪律，不准在活动室大声喧哗，不准做与美术学习无关的事。</w:t>
      </w:r>
      <w:r>
        <w:rPr>
          <w:lang w:eastAsia="zh-CN"/>
        </w:rPr>
        <w:br/>
      </w:r>
      <w:r>
        <w:rPr>
          <w:lang w:eastAsia="zh-CN"/>
        </w:rPr>
        <w:t>　　4、爱护所在教室的设施和用品，损坏加倍赔偿。</w:t>
      </w:r>
      <w:r>
        <w:rPr>
          <w:lang w:eastAsia="zh-CN"/>
        </w:rPr>
        <w:br/>
      </w:r>
      <w:r>
        <w:rPr>
          <w:lang w:eastAsia="zh-CN"/>
        </w:rPr>
        <w:t>　　三、活动内容：</w:t>
      </w:r>
      <w:r>
        <w:rPr>
          <w:lang w:eastAsia="zh-CN"/>
        </w:rPr>
        <w:br/>
      </w:r>
      <w:r>
        <w:rPr>
          <w:lang w:eastAsia="zh-CN"/>
        </w:rPr>
        <w:t>　　1、使学生了解一些简单的美术常识知识，(美术种类、常用工具、基本的使用方法、尝试几种简笔美术方法)。</w:t>
      </w:r>
      <w:r>
        <w:rPr>
          <w:lang w:eastAsia="zh-CN"/>
        </w:rPr>
        <w:br/>
      </w:r>
      <w:r>
        <w:rPr>
          <w:lang w:eastAsia="zh-CN"/>
        </w:rPr>
        <w:t>　　2、以美术基础专业知识为主，以手动美术为辅，以创作美术的方式进行教学。</w:t>
      </w:r>
      <w:r>
        <w:rPr>
          <w:lang w:eastAsia="zh-CN"/>
        </w:rPr>
        <w:br/>
      </w:r>
      <w:r>
        <w:rPr>
          <w:lang w:eastAsia="zh-CN"/>
        </w:rPr>
        <w:t>　　3、给学生自己创作作品的时间和空间。</w:t>
      </w:r>
      <w:r>
        <w:rPr>
          <w:lang w:eastAsia="zh-CN"/>
        </w:rPr>
        <w:br/>
      </w:r>
      <w:r>
        <w:rPr>
          <w:lang w:eastAsia="zh-CN"/>
        </w:rPr>
        <w:t>　　4、欣赏相关美术作品提高美术水平。</w:t>
      </w:r>
      <w:r>
        <w:rPr>
          <w:lang w:eastAsia="zh-CN"/>
        </w:rPr>
        <w:br/>
      </w:r>
      <w:r>
        <w:rPr>
          <w:lang w:eastAsia="zh-CN"/>
        </w:rPr>
        <w:t>　　5、进行手工操作教学，训练学生的动手能力和造型能力。</w:t>
      </w:r>
      <w:r>
        <w:rPr>
          <w:lang w:eastAsia="zh-CN"/>
        </w:rPr>
        <w:br/>
      </w:r>
      <w:r>
        <w:rPr>
          <w:lang w:eastAsia="zh-CN"/>
        </w:rPr>
        <w:t>　　四、采取的措施：</w:t>
      </w:r>
      <w:r>
        <w:rPr>
          <w:lang w:eastAsia="zh-CN"/>
        </w:rPr>
        <w:br/>
      </w:r>
      <w:r>
        <w:rPr>
          <w:lang w:eastAsia="zh-CN"/>
        </w:rPr>
        <w:t>　　(1)美术教师要认真负责，把它看成是学校教育的组成部分，使小组活动开展得生动、活泼、丰富。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(2)做好组织工作在学生自愿报名参加的基础上，要挑选各班有一定美术基础、成绩较好的学生参加。要选出有工作能力、成绩也好的学生担任组长。兴趣小组要在教师的指导下充分发挥学生的骨干力量。</w:t>
      </w:r>
      <w:r>
        <w:rPr>
          <w:lang w:eastAsia="zh-CN"/>
        </w:rPr>
        <w:br/>
      </w:r>
      <w:r>
        <w:rPr>
          <w:lang w:eastAsia="zh-CN"/>
        </w:rPr>
        <w:t>　　(3)安排好活动时间和活动地点根据学校的统一安排，一般情况下每周组织一次。</w:t>
      </w:r>
      <w:r>
        <w:rPr>
          <w:lang w:eastAsia="zh-CN"/>
        </w:rPr>
        <w:br/>
      </w:r>
      <w:r>
        <w:rPr>
          <w:lang w:eastAsia="zh-CN"/>
        </w:rPr>
        <w:t>　　(4)订立必要制度，抓好思想工作要教育学生自觉遵守学习制度，准时参加美术学习。明确学习目的，培养勤奋好学，积极进取的精神，促进学生的全面发展。在学期结束时，要举办高一年级的美术作品展览会，展示学生的`学习成果。</w:t>
      </w:r>
      <w:r>
        <w:rPr>
          <w:lang w:eastAsia="zh-CN"/>
        </w:rPr>
        <w:br/>
      </w:r>
      <w:r>
        <w:rPr>
          <w:lang w:eastAsia="zh-CN"/>
        </w:rPr>
        <w:t xml:space="preserve">    HR个人工作计划范文 篇16 </w:t>
      </w:r>
      <w:r>
        <w:rPr>
          <w:lang w:eastAsia="zh-CN"/>
        </w:rPr>
        <w:br/>
      </w:r>
      <w:r>
        <w:rPr>
          <w:lang w:eastAsia="zh-CN"/>
        </w:rPr>
        <w:t>　　一、思想工作</w:t>
      </w:r>
      <w:r>
        <w:rPr>
          <w:lang w:eastAsia="zh-CN"/>
        </w:rPr>
        <w:br/>
      </w:r>
      <w:r>
        <w:rPr>
          <w:lang w:eastAsia="zh-CN"/>
        </w:rPr>
        <w:t>　　本学期，我仍将以一名优秀蒙氏教师的要求去规范自己的言行，热爱本职工作，热爱幼儿园，自觉遵守幼儿园的各项规章制度，关爱每一位幼儿，坦诚面对每一位家长，积极认真研读幼儿教育的相关书籍，认真准备、组织每一次教育活动，按新《纲要》的理念创设适合幼儿发展的心理、物质环境，以蒙氏教育理念的精髓为出发点，蹲下来讲话，抱起来交流，牵着手教育；多反思，多听，多做，勤于实践，促进自身专业素质的提高与发展。</w:t>
      </w:r>
      <w:r>
        <w:rPr>
          <w:lang w:eastAsia="zh-CN"/>
        </w:rPr>
        <w:br/>
      </w:r>
      <w:r>
        <w:rPr>
          <w:lang w:eastAsia="zh-CN"/>
        </w:rPr>
        <w:t>　　二、能力发展</w:t>
      </w:r>
      <w:r>
        <w:rPr>
          <w:lang w:eastAsia="zh-CN"/>
        </w:rPr>
        <w:br/>
      </w:r>
      <w:r>
        <w:rPr>
          <w:lang w:eastAsia="zh-CN"/>
        </w:rPr>
        <w:t>　　本学期，我将总结经验，争取从以下几方面获得提高：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1、教学方面，我会认真准备并上好每一节蒙氏课；认真准备幼儿活动所需材料；写好每一次教育活动计划；多学习，把先进的幼儿教育经验运用到自己的教学中；多反思，结合自己班幼儿情况实施收效好的教育方法；多到平行班级走走、看看、听听、取长补短，促进幼儿发展；多和有经验的教师交流，争取获得她们的指导、帮助。</w:t>
      </w:r>
      <w:r>
        <w:rPr>
          <w:lang w:eastAsia="zh-CN"/>
        </w:rPr>
        <w:br/>
      </w:r>
      <w:r>
        <w:rPr>
          <w:lang w:eastAsia="zh-CN"/>
        </w:rPr>
        <w:t>　　2、生活中，热情待人，友爱助人，谦虚为人，团结向上，争取和同事们成为朋友。</w:t>
      </w:r>
      <w:r>
        <w:rPr>
          <w:lang w:eastAsia="zh-CN"/>
        </w:rPr>
        <w:br/>
      </w:r>
      <w:r>
        <w:rPr>
          <w:lang w:eastAsia="zh-CN"/>
        </w:rPr>
        <w:t>　　3、班级工作中，严格要求自己，以身作则地做好班主任工作。</w:t>
      </w:r>
      <w:r>
        <w:rPr>
          <w:lang w:eastAsia="zh-CN"/>
        </w:rPr>
        <w:br/>
      </w:r>
      <w:r>
        <w:rPr>
          <w:lang w:eastAsia="zh-CN"/>
        </w:rPr>
        <w:t>　　三、做好常规教学工作：</w:t>
      </w:r>
      <w:r>
        <w:rPr>
          <w:lang w:eastAsia="zh-CN"/>
        </w:rPr>
        <w:br/>
      </w:r>
      <w:r>
        <w:rPr>
          <w:lang w:eastAsia="zh-CN"/>
        </w:rPr>
        <w:t>　　1、不上无准备的课。每天放学后，熟悉第二天上课的内容，写好蒙氏工作展示页，并熟练操作教具，准备上课所需教具教材或操作材料；以新颖独特的教学内容吸引幼儿注意力，激发幼儿兴趣，提高学习的效率。</w:t>
      </w:r>
      <w:r>
        <w:rPr>
          <w:lang w:eastAsia="zh-CN"/>
        </w:rPr>
        <w:br/>
      </w:r>
      <w:r>
        <w:rPr>
          <w:lang w:eastAsia="zh-CN"/>
        </w:rPr>
        <w:t>　　2、每周张贴周计划，发放周观察记录表以及幼儿一周所学知识反馈，让家长更直观的了解幼儿在园情况。</w:t>
      </w:r>
      <w:r>
        <w:rPr>
          <w:lang w:eastAsia="zh-CN"/>
        </w:rPr>
        <w:br/>
      </w:r>
      <w:r>
        <w:rPr>
          <w:lang w:eastAsia="zh-CN"/>
        </w:rPr>
        <w:t>　　3、结合课程进度给幼儿制作“作业纸”，使所学知识更好的掌握。</w:t>
      </w:r>
      <w:r>
        <w:rPr>
          <w:lang w:eastAsia="zh-CN"/>
        </w:rPr>
        <w:br/>
      </w:r>
      <w:r>
        <w:rPr>
          <w:lang w:eastAsia="zh-CN"/>
        </w:rPr>
        <w:t>　　4、继续开展英语教学，使英语教学融入幼儿一日活动之中。</w:t>
      </w:r>
      <w:r>
        <w:rPr>
          <w:lang w:eastAsia="zh-CN"/>
        </w:rPr>
        <w:br/>
      </w:r>
      <w:r>
        <w:rPr>
          <w:lang w:eastAsia="zh-CN"/>
        </w:rPr>
        <w:t>　　5、以讲礼仪、守秩序作为本学期蒙氏教育的目标。</w:t>
      </w:r>
      <w:r>
        <w:rPr>
          <w:lang w:eastAsia="zh-CN"/>
        </w:rPr>
        <w:br/>
      </w:r>
      <w:r>
        <w:rPr>
          <w:lang w:eastAsia="zh-CN"/>
        </w:rPr>
        <w:t>　　四、卫生保健工作：</w:t>
      </w:r>
      <w:r>
        <w:rPr>
          <w:lang w:eastAsia="zh-CN"/>
        </w:rPr>
        <w:br/>
      </w:r>
      <w:r>
        <w:rPr>
          <w:lang w:eastAsia="zh-CN"/>
        </w:rPr>
        <w:t>　　1、保持班级环境整齐、清洁、安全，物品摆放高低适中，整齐有序。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2、做好每日的晨检、午检工作，照顾幼儿的一日生活，特别是体质差幼儿的护理，加强体育锻炼，保证每天一个小时的户外活动，提高孩子的身体素质。</w:t>
      </w:r>
      <w:r>
        <w:rPr>
          <w:lang w:eastAsia="zh-CN"/>
        </w:rPr>
        <w:br/>
      </w:r>
      <w:r>
        <w:rPr>
          <w:lang w:eastAsia="zh-CN"/>
        </w:rPr>
        <w:t>　　3、注意孩子的安全，并加强自我保护能力的培养，以杜绝事故的发生。</w:t>
      </w:r>
      <w:r>
        <w:rPr>
          <w:lang w:eastAsia="zh-CN"/>
        </w:rPr>
        <w:br/>
      </w:r>
      <w:r>
        <w:rPr>
          <w:lang w:eastAsia="zh-CN"/>
        </w:rPr>
        <w:t>　　五、家长工作：</w:t>
      </w:r>
      <w:r>
        <w:rPr>
          <w:lang w:eastAsia="zh-CN"/>
        </w:rPr>
        <w:br/>
      </w:r>
      <w:r>
        <w:rPr>
          <w:lang w:eastAsia="zh-CN"/>
        </w:rPr>
        <w:t>　　1、利用各种方式与家长沟通，取得家长的信任与支持，为以后工作的正常开展作好铺垫。</w:t>
      </w:r>
      <w:r>
        <w:rPr>
          <w:lang w:eastAsia="zh-CN"/>
        </w:rPr>
        <w:br/>
      </w:r>
      <w:r>
        <w:rPr>
          <w:lang w:eastAsia="zh-CN"/>
        </w:rPr>
        <w:t>　　2、及时了解幼儿在家的情况，有针对性地做好幼儿的教育工作。</w:t>
      </w:r>
      <w:r>
        <w:rPr>
          <w:lang w:eastAsia="zh-CN"/>
        </w:rPr>
        <w:br/>
      </w:r>
      <w:r>
        <w:rPr>
          <w:lang w:eastAsia="zh-CN"/>
        </w:rPr>
        <w:t>　　3、注重做好与家长的日常交流工作，耐心解释和回答家长提出的问题，做到热情、主动、耐心、细致。</w:t>
      </w:r>
      <w:r>
        <w:rPr>
          <w:lang w:eastAsia="zh-CN"/>
        </w:rPr>
        <w:br/>
      </w:r>
      <w:r>
        <w:rPr>
          <w:lang w:eastAsia="zh-CN"/>
        </w:rPr>
        <w:t>　　4、设置家园联系专栏，以丰富内容吸引家长观看，使家长学习新的幼教理论与知识，并了解我们平时的教育情况，同时互相沟通与交流教育经验，以便使进一步配合我们的工作，从而提高工作质量与效率。</w:t>
      </w:r>
      <w:r>
        <w:rPr>
          <w:lang w:eastAsia="zh-CN"/>
        </w:rPr>
        <w:br/>
      </w:r>
      <w:r>
        <w:rPr>
          <w:lang w:eastAsia="zh-CN"/>
        </w:rPr>
        <w:t>　　六、本学期计划：</w:t>
      </w:r>
      <w:r>
        <w:rPr>
          <w:lang w:eastAsia="zh-CN"/>
        </w:rPr>
        <w:br/>
      </w:r>
      <w:r>
        <w:rPr>
          <w:lang w:eastAsia="zh-CN"/>
        </w:rPr>
        <w:t>　　一是继续丰富专业理论知识；</w:t>
      </w:r>
      <w:r>
        <w:rPr>
          <w:lang w:eastAsia="zh-CN"/>
        </w:rPr>
        <w:br/>
      </w:r>
      <w:r>
        <w:rPr>
          <w:lang w:eastAsia="zh-CN"/>
        </w:rPr>
        <w:t>　　二是在教学中要推陈出新；</w:t>
      </w:r>
      <w:r>
        <w:rPr>
          <w:lang w:eastAsia="zh-CN"/>
        </w:rPr>
        <w:br/>
      </w:r>
      <w:r>
        <w:rPr>
          <w:lang w:eastAsia="zh-CN"/>
        </w:rPr>
        <w:t>　　三是加强班级的管理工作，尤其是文明礼仪习惯的坚持；</w:t>
      </w:r>
      <w:r>
        <w:rPr>
          <w:lang w:eastAsia="zh-CN"/>
        </w:rPr>
        <w:br/>
      </w:r>
      <w:r>
        <w:rPr>
          <w:lang w:eastAsia="zh-CN"/>
        </w:rPr>
        <w:t>　　四是以后坚持使用普通话；</w:t>
      </w:r>
      <w:r>
        <w:rPr>
          <w:lang w:eastAsia="zh-CN"/>
        </w:rPr>
        <w:br/>
      </w:r>
      <w:r>
        <w:rPr>
          <w:lang w:eastAsia="zh-CN"/>
        </w:rPr>
        <w:t>　　五是上好每一节课。</w:t>
      </w:r>
      <w:r>
        <w:rPr>
          <w:lang w:eastAsia="zh-CN"/>
        </w:rPr>
        <w:br/>
      </w:r>
      <w:r>
        <w:rPr>
          <w:lang w:eastAsia="zh-CN"/>
        </w:rPr>
        <w:t>　　六是严格要求自己，保证工作时间，做到一学期不请假，不无故迟到早退，用饱满的热情对待工作。</w:t>
      </w:r>
      <w:r>
        <w:rPr>
          <w:lang w:eastAsia="zh-CN"/>
        </w:rPr>
        <w:br/>
      </w:r>
      <w:r>
        <w:rPr>
          <w:lang w:eastAsia="zh-CN"/>
        </w:rPr>
        <w:t xml:space="preserve">    HR个人工作计划范文 篇17 </w:t>
      </w:r>
      <w:r>
        <w:rPr>
          <w:lang w:eastAsia="zh-CN"/>
        </w:rPr>
        <w:br/>
      </w:r>
    </w:p>
    <w:p w:rsidR="001B1F19" w14:textId="27C3F48A">
      <w:pPr>
        <w:rPr>
          <w:rFonts w:hint="eastAsia"/>
          <w:lang w:eastAsia="zh-CN"/>
        </w:rPr>
      </w:pPr>
      <w:r>
        <w:rPr>
          <w:lang w:eastAsia="zh-CN"/>
        </w:rPr>
        <w:t>　　__年时间已经过去，下年摆在我们面前的任务还十分繁重，我们要认真对照年度经营管理指标，制定下年的目标任务，并狠抓落实。</w:t>
      </w:r>
      <w:r>
        <w:rPr>
          <w:lang w:eastAsia="zh-CN"/>
        </w:rPr>
        <w:br/>
      </w:r>
      <w:r>
        <w:rPr>
          <w:lang w:eastAsia="zh-CN"/>
        </w:rPr>
        <w:t>　　一方面要针对上年工作中暴露出的问题和不足，制定切实可行的措施，改进工作、提升质量;另一方面，还要把上年工作中好的思路、方法以及工作组织模式等予以传承和发扬，保持优势、再接再厉，确保公司全年工作目标和任务的顺利完成，确保公司各项工作高质量、高水平地持续推进。</w:t>
      </w:r>
      <w:r>
        <w:rPr>
          <w:lang w:eastAsia="zh-CN"/>
        </w:rPr>
        <w:br/>
      </w:r>
      <w:r>
        <w:rPr>
          <w:lang w:eastAsia="zh-CN"/>
        </w:rPr>
        <w:t>　　一、下半年的工作目标</w:t>
      </w:r>
      <w:r>
        <w:rPr>
          <w:lang w:eastAsia="zh-CN"/>
        </w:rPr>
        <w:br/>
      </w:r>
      <w:r>
        <w:rPr>
          <w:lang w:eastAsia="zh-CN"/>
        </w:rPr>
        <w:t>　　1、实现经营收入__万元、利润__万元;</w:t>
      </w:r>
      <w:r>
        <w:rPr>
          <w:lang w:eastAsia="zh-CN"/>
        </w:rPr>
        <w:br/>
      </w:r>
      <w:r>
        <w:rPr>
          <w:lang w:eastAsia="zh-CN"/>
        </w:rPr>
        <w:t>　　2、实现顾客满意度≥%;</w:t>
      </w:r>
      <w:r>
        <w:rPr>
          <w:lang w:eastAsia="zh-CN"/>
        </w:rPr>
        <w:br/>
      </w:r>
      <w:r>
        <w:rPr>
          <w:lang w:eastAsia="zh-CN"/>
        </w:rPr>
        <w:t>　　3、报修响应及时率100%;</w:t>
      </w:r>
      <w:r>
        <w:rPr>
          <w:lang w:eastAsia="zh-CN"/>
        </w:rPr>
        <w:br/>
      </w:r>
      <w:r>
        <w:rPr>
          <w:lang w:eastAsia="zh-CN"/>
        </w:rPr>
        <w:t>　　4、回访率不低于总户数的80%;</w:t>
      </w:r>
      <w:r>
        <w:rPr>
          <w:lang w:eastAsia="zh-CN"/>
        </w:rPr>
        <w:br/>
      </w:r>
      <w:r>
        <w:rPr>
          <w:lang w:eastAsia="zh-CN"/>
        </w:rPr>
        <w:t>　　5、公共配套设施完好、无随意改变用途;</w:t>
      </w:r>
      <w:r>
        <w:rPr>
          <w:lang w:eastAsia="zh-CN"/>
        </w:rPr>
        <w:br/>
      </w:r>
      <w:r>
        <w:rPr>
          <w:lang w:eastAsia="zh-CN"/>
        </w:rPr>
        <w:t>　　6、公共设备完好率≥98%;</w:t>
      </w:r>
      <w:r>
        <w:rPr>
          <w:lang w:eastAsia="zh-CN"/>
        </w:rPr>
        <w:br/>
      </w:r>
      <w:r>
        <w:rPr>
          <w:lang w:eastAsia="zh-CN"/>
        </w:rPr>
        <w:t>　　7、员工100%培训后上岗;</w:t>
      </w:r>
      <w:r>
        <w:rPr>
          <w:lang w:eastAsia="zh-CN"/>
        </w:rPr>
        <w:br/>
      </w:r>
      <w:r>
        <w:rPr>
          <w:lang w:eastAsia="zh-CN"/>
        </w:rPr>
        <w:t>　　8、无消防责任事故;</w:t>
      </w:r>
      <w:r>
        <w:rPr>
          <w:lang w:eastAsia="zh-CN"/>
        </w:rPr>
        <w:br/>
      </w:r>
      <w:r>
        <w:rPr>
          <w:lang w:eastAsia="zh-CN"/>
        </w:rPr>
        <w:t>　　9、无安全生产责任事故;</w:t>
      </w:r>
      <w:r>
        <w:rPr>
          <w:lang w:eastAsia="zh-CN"/>
        </w:rPr>
        <w:br/>
      </w:r>
      <w:r>
        <w:rPr>
          <w:lang w:eastAsia="zh-CN"/>
        </w:rPr>
        <w:t>　　10、固体废弃物做到100%分类并做到无违规处理;</w:t>
      </w:r>
      <w:r>
        <w:rPr>
          <w:lang w:eastAsia="zh-CN"/>
        </w:rPr>
        <w:br/>
      </w:r>
      <w:r>
        <w:rPr>
          <w:lang w:eastAsia="zh-CN"/>
        </w:rPr>
        <w:t>　　11、污水、噪音、废气做到达标排放;</w:t>
      </w:r>
      <w:r>
        <w:rPr>
          <w:lang w:eastAsia="zh-CN"/>
        </w:rPr>
        <w:br/>
      </w:r>
      <w:r>
        <w:rPr>
          <w:lang w:eastAsia="zh-CN"/>
        </w:rPr>
        <w:t>　　12、节能降耗：纸张双面使用;园区照明等电器设施采取定时定员开关，办公场所做到人走灯灭;全公司无跑、冒、滴、漏现象。</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https://d.book118.com/418055043111006033</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18055043111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