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安全教育月活动总结</w:t>
      </w:r>
    </w:p>
    <w:p>
      <w:pPr>
        <w:spacing w:before="100" w:after="200" w:line="360" w:lineRule="auto"/>
        <w:ind w:firstLine="576"/>
        <w:jc w:val="left"/>
      </w:pPr>
      <w:r>
        <w:rPr>
          <w:rFonts w:ascii="宋体" w:eastAsia="宋体" w:hAnsi="宋体"/>
          <w:sz w:val="28"/>
        </w:rPr>
        <w:t>为了进一步加强安全教育工作，我校按照上级文件要求，于2022年3月1日至4月1日开展了“安全教育月”活动。我校紧紧围绕“普及安全知识、提高避险能力”这一主题，结合本校的实际情况，积极组织开展好安全教育月系列活动，达到认真安排、活动多样、教育性强的目标，为创建安全的教育教学环境，强化学生的安全意识奠定良好的基础。现就活动情况做出总结：</w:t>
      </w:r>
    </w:p>
    <w:p>
      <w:pPr>
        <w:spacing w:before="100" w:after="200" w:line="360" w:lineRule="auto"/>
        <w:jc w:val="left"/>
      </w:pPr>
      <w:r>
        <w:rPr>
          <w:rFonts w:ascii="宋体 (中文正文)" w:eastAsia="宋体" w:hAnsi="宋体 (中文正文)"/>
          <w:b/>
          <w:sz w:val="28"/>
        </w:rPr>
        <w:t>一、加强领导，强化管理，使“安全月”工作稳步推进。</w:t>
      </w:r>
    </w:p>
    <w:p>
      <w:pPr>
        <w:spacing w:before="100" w:after="200" w:line="360" w:lineRule="auto"/>
        <w:ind w:firstLine="576"/>
        <w:jc w:val="left"/>
      </w:pPr>
      <w:r>
        <w:rPr>
          <w:rFonts w:ascii="宋体" w:eastAsia="宋体" w:hAnsi="宋体"/>
          <w:sz w:val="28"/>
        </w:rPr>
        <w:t>领导重视，建立一套得力的安全管理队伍。成立了以校长陈盛禄任安全领导小组组长，卢俊志为副组长，领导小组成员为各班主任。形成一套安全管理网络。</w:t>
      </w:r>
    </w:p>
    <w:p>
      <w:pPr>
        <w:spacing w:before="100" w:after="200" w:line="360" w:lineRule="auto"/>
        <w:jc w:val="left"/>
      </w:pPr>
      <w:r>
        <w:rPr>
          <w:rFonts w:ascii="宋体 (中文正文)" w:eastAsia="宋体" w:hAnsi="宋体 (中文正文)"/>
          <w:b/>
          <w:sz w:val="28"/>
        </w:rPr>
        <w:t>二、进一步完善安全制度，制定活动计划，加强安全教育活动的管理</w:t>
      </w:r>
    </w:p>
    <w:p>
      <w:pPr>
        <w:spacing w:before="100" w:after="200" w:line="360" w:lineRule="auto"/>
        <w:ind w:firstLine="576"/>
        <w:jc w:val="left"/>
      </w:pPr>
      <w:r>
        <w:rPr>
          <w:rFonts w:ascii="宋体" w:eastAsia="宋体" w:hAnsi="宋体"/>
          <w:sz w:val="28"/>
        </w:rPr>
        <w:t>为了更好地开展好“安全教育月”活动，我校完善了安全管理制度，制定了详细的、符合学校实际的计划，更加科学、合理、规范、易操作。</w:t>
      </w:r>
    </w:p>
    <w:p>
      <w:pPr>
        <w:spacing w:before="100" w:after="200" w:line="360" w:lineRule="auto"/>
        <w:ind w:firstLine="576"/>
        <w:jc w:val="left"/>
      </w:pPr>
      <w:r>
        <w:rPr>
          <w:rFonts w:ascii="宋体" w:eastAsia="宋体" w:hAnsi="宋体"/>
          <w:sz w:val="28"/>
        </w:rPr>
        <w:t>为此，学校安全工作领导小组和各班班主任和任课教师签订安全工作责任书。建立了各项安全工作检查评比制度、安全工作管理制度。实行领导安全值日检查制。值班领导对每天的安全工作负总责。</w:t>
      </w:r>
    </w:p>
    <w:p>
      <w:pPr>
        <w:spacing w:before="100" w:after="200" w:line="360" w:lineRule="auto"/>
        <w:ind w:firstLine="576"/>
        <w:jc w:val="left"/>
      </w:pPr>
      <w:r>
        <w:rPr>
          <w:rFonts w:ascii="宋体" w:eastAsia="宋体" w:hAnsi="宋体"/>
          <w:sz w:val="28"/>
        </w:rPr>
        <w:t>活动开展初期，我们组织以领导小组为核心的宣传小组，针对我校的实际，制定我校的安全宣传教育内容。</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(1)警示教育：认真宣传学习《小学生日常行为规范》，正面教育师生自觉遵守《规定》和《规范》，同时以外地发生的安全事故为借鉴，反复宣传教育。</w:t>
      </w:r>
    </w:p>
    <w:p>
      <w:pPr>
        <w:spacing w:before="100" w:after="200" w:line="360" w:lineRule="auto"/>
        <w:ind w:firstLine="576"/>
        <w:jc w:val="left"/>
      </w:pPr>
      <w:r>
        <w:rPr>
          <w:rFonts w:ascii="宋体" w:eastAsia="宋体" w:hAnsi="宋体"/>
          <w:sz w:val="28"/>
        </w:rPr>
        <w:t>(2)自我保护：在小学生中进行如何自救，如何应对走失，被拐骗等安全防范的教育。</w:t>
      </w:r>
    </w:p>
    <w:p>
      <w:pPr>
        <w:spacing w:before="100" w:after="200" w:line="360" w:lineRule="auto"/>
        <w:ind w:firstLine="576"/>
        <w:jc w:val="left"/>
      </w:pPr>
      <w:r>
        <w:rPr>
          <w:rFonts w:ascii="宋体" w:eastAsia="宋体" w:hAnsi="宋体"/>
          <w:sz w:val="28"/>
        </w:rPr>
        <w:t>(3)食品卫生安全：教育学生不到外面的摊点上购买零食、饮料等，防止病从口入，毒从口入。</w:t>
      </w:r>
    </w:p>
    <w:p>
      <w:pPr>
        <w:spacing w:before="100" w:after="200" w:line="360" w:lineRule="auto"/>
        <w:ind w:firstLine="576"/>
        <w:jc w:val="left"/>
      </w:pPr>
      <w:r>
        <w:rPr>
          <w:rFonts w:ascii="宋体" w:eastAsia="宋体" w:hAnsi="宋体"/>
          <w:sz w:val="28"/>
        </w:rPr>
        <w:t>(4)活动安全：加强课外活动及课间活动的安全教育。</w:t>
      </w:r>
    </w:p>
    <w:p>
      <w:pPr>
        <w:spacing w:before="100" w:after="200" w:line="360" w:lineRule="auto"/>
        <w:ind w:firstLine="576"/>
        <w:jc w:val="left"/>
      </w:pPr>
      <w:r>
        <w:rPr>
          <w:rFonts w:ascii="宋体" w:eastAsia="宋体" w:hAnsi="宋体"/>
          <w:sz w:val="28"/>
        </w:rPr>
        <w:t>(5)行路安全：强化交通法规教育，组织学生观看交通安全教育警示片。</w:t>
      </w:r>
    </w:p>
    <w:p>
      <w:pPr>
        <w:spacing w:before="100" w:after="200" w:line="360" w:lineRule="auto"/>
        <w:jc w:val="left"/>
      </w:pPr>
      <w:r>
        <w:rPr>
          <w:rFonts w:ascii="宋体 (中文正文)" w:eastAsia="宋体" w:hAnsi="宋体 (中文正文)"/>
          <w:b/>
          <w:sz w:val="28"/>
        </w:rPr>
        <w:t>三、开展丰富多彩活动，强化安全教育。</w:t>
      </w:r>
    </w:p>
    <w:p>
      <w:pPr>
        <w:spacing w:before="100" w:after="200" w:line="360" w:lineRule="auto"/>
        <w:ind w:firstLine="576"/>
        <w:jc w:val="left"/>
      </w:pPr>
      <w:r>
        <w:rPr>
          <w:rFonts w:ascii="宋体" w:eastAsia="宋体" w:hAnsi="宋体"/>
          <w:sz w:val="28"/>
        </w:rPr>
        <w:t>1、扎实开展宣传活动，力求人人参与，效果明显。在开展教育系列活动中，我校在教育月活动开始的第一天，举行了全校师生动员大会，对全体师生进行安全教育，学校对安全教育月活动进行动员和部署。在教育月活动期间，发放安全倡议书，提高家长安全意识，联合家长力量，配合学校切实做好安全教育工作。</w:t>
      </w:r>
    </w:p>
    <w:p>
      <w:pPr>
        <w:spacing w:before="100" w:after="200" w:line="360" w:lineRule="auto"/>
        <w:ind w:firstLine="576"/>
        <w:jc w:val="left"/>
      </w:pPr>
      <w:r>
        <w:rPr>
          <w:rFonts w:ascii="宋体" w:eastAsia="宋体" w:hAnsi="宋体"/>
          <w:sz w:val="28"/>
        </w:rPr>
        <w:t>2、学校安全检查。安全月领导小组在活动月内发动学生开展“学校安全隐患我发现，家庭安全隐患我排查”活动，对全校设施设备进行一次安全大检查，找出安全隐患，针对校园门、窗、栏杆、围墙、教室及其各专用教室可能存在的问题认真排查，做好记录，对发现的隐患，及时解决问题。确保安全第一、</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3、召开安全教育主题班会，我校充分利用班会课时间要求班主任从方方面面以“安全”为主题进行了安全教育，重点加强流感预防、防溺水、防交通事故、防火灾、防食物中毒及自我保护、安全自救能力、网络安全等方面的教育。</w:t>
      </w:r>
    </w:p>
    <w:p>
      <w:pPr>
        <w:spacing w:before="100" w:after="200" w:line="360" w:lineRule="auto"/>
        <w:ind w:firstLine="576"/>
        <w:jc w:val="left"/>
      </w:pPr>
      <w:r>
        <w:rPr>
          <w:rFonts w:ascii="宋体" w:eastAsia="宋体" w:hAnsi="宋体"/>
          <w:sz w:val="28"/>
        </w:rPr>
        <w:t>4、邀请了广西区六进防火服务中心北流工作组的温康智教官到我校给全校师生进行培训。</w:t>
      </w:r>
    </w:p>
    <w:p>
      <w:pPr>
        <w:spacing w:before="100" w:after="200" w:line="360" w:lineRule="auto"/>
        <w:ind w:firstLine="576"/>
        <w:jc w:val="left"/>
      </w:pPr>
      <w:r>
        <w:rPr>
          <w:rFonts w:ascii="宋体" w:eastAsia="宋体" w:hAnsi="宋体"/>
          <w:sz w:val="28"/>
        </w:rPr>
        <w:t>5、认真制定安全疏散演练方案，3月底由学校校长陈盛禄指挥，对学校师生举行安全疏散演练和消防灭火演练。</w:t>
      </w:r>
    </w:p>
    <w:p>
      <w:pPr>
        <w:spacing w:before="100" w:after="200" w:line="360" w:lineRule="auto"/>
        <w:jc w:val="left"/>
      </w:pPr>
      <w:r>
        <w:rPr>
          <w:rFonts w:ascii="宋体 (中文正文)" w:eastAsia="宋体" w:hAnsi="宋体 (中文正文)"/>
          <w:b/>
          <w:sz w:val="28"/>
        </w:rPr>
        <w:t>四、取得效果</w:t>
      </w:r>
    </w:p>
    <w:p>
      <w:pPr>
        <w:spacing w:before="100" w:after="200" w:line="360" w:lineRule="auto"/>
        <w:ind w:firstLine="576"/>
        <w:jc w:val="left"/>
      </w:pPr>
      <w:r>
        <w:rPr>
          <w:rFonts w:ascii="宋体" w:eastAsia="宋体" w:hAnsi="宋体"/>
          <w:sz w:val="28"/>
        </w:rPr>
        <w:t>1、学生安全知识面更广了，安全意识更强了，对注意安全的理解更深了。</w:t>
      </w:r>
    </w:p>
    <w:p>
      <w:pPr>
        <w:spacing w:before="100" w:after="200" w:line="360" w:lineRule="auto"/>
        <w:ind w:firstLine="576"/>
        <w:jc w:val="left"/>
      </w:pPr>
      <w:r>
        <w:rPr>
          <w:rFonts w:ascii="宋体" w:eastAsia="宋体" w:hAnsi="宋体"/>
          <w:sz w:val="28"/>
        </w:rPr>
        <w:t>2、学生法制观念增强了，能够做到知法守法，学生的自我保护意识和能力也提高了。</w:t>
      </w:r>
    </w:p>
    <w:p>
      <w:pPr>
        <w:spacing w:before="100" w:after="200" w:line="360" w:lineRule="auto"/>
        <w:ind w:firstLine="576"/>
        <w:jc w:val="left"/>
      </w:pPr>
      <w:r>
        <w:rPr>
          <w:rFonts w:ascii="宋体" w:eastAsia="宋体" w:hAnsi="宋体"/>
          <w:sz w:val="28"/>
        </w:rPr>
        <w:t>3、管理机制更加完善了，教育责任到人，落实到位了。</w:t>
      </w:r>
    </w:p>
    <w:p>
      <w:pPr>
        <w:spacing w:before="100" w:after="200" w:line="360" w:lineRule="auto"/>
        <w:ind w:firstLine="576"/>
        <w:jc w:val="left"/>
      </w:pPr>
      <w:r>
        <w:rPr>
          <w:rFonts w:ascii="宋体" w:eastAsia="宋体" w:hAnsi="宋体"/>
          <w:sz w:val="28"/>
        </w:rPr>
        <w:t>4、创建了安全的教学环境，形成了“安全工作，重于泰山”的良好氛围。</w:t>
      </w:r>
    </w:p>
    <w:p>
      <w:pPr>
        <w:spacing w:before="100" w:after="200" w:line="360" w:lineRule="auto"/>
        <w:ind w:firstLine="576"/>
        <w:jc w:val="left"/>
      </w:pPr>
      <w:r>
        <w:rPr>
          <w:rFonts w:ascii="宋体" w:eastAsia="宋体" w:hAnsi="宋体"/>
          <w:sz w:val="28"/>
        </w:rPr>
        <w:t>由于安全问题是一个比较复杂的问题，有很多意外防不胜防，学校安全工作也不见得做到了天衣无缝，有很多不安全的隐患也可能随时出现，所以我校不仅要在“安全教育月”内对安全教育重点抓，在平时的常规教育中，我校也将把安全教育放在第一位，力求做到安全第一、相信在我校领导的高度重视下，在全体师生的紧密配合中，在安全领导小组的大力工作下，我校的安全教育工作，定能更上一个台阶。</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为增强全体师生的交通安全意识，丰富交通安全知识，在第四个“全国交通安全日”到来之际，我校采用多种形式开展全国交通安全日主题教育活动。</w:t>
      </w:r>
    </w:p>
    <w:p>
      <w:pPr>
        <w:spacing w:before="100" w:after="200" w:line="360" w:lineRule="auto"/>
        <w:ind w:firstLine="576"/>
        <w:jc w:val="left"/>
      </w:pPr>
      <w:r>
        <w:rPr>
          <w:rFonts w:ascii="宋体" w:eastAsia="宋体" w:hAnsi="宋体"/>
          <w:sz w:val="28"/>
        </w:rPr>
        <w:t>教育日期间，学校利用电子屏、校园网，倡导文明交通新风尚，将“全国交通安全日”活动主题、宣传口号等循环滚动显示在电子屏与校园网上，增强全体师生的交通安全意识，摒弃交通陋习，做到安全文明出行。</w:t>
      </w:r>
    </w:p>
    <w:p>
      <w:pPr>
        <w:spacing w:before="100" w:after="200" w:line="360" w:lineRule="auto"/>
        <w:ind w:firstLine="576"/>
        <w:jc w:val="left"/>
      </w:pPr>
      <w:r>
        <w:rPr>
          <w:rFonts w:ascii="宋体" w:eastAsia="宋体" w:hAnsi="宋体"/>
          <w:sz w:val="28"/>
        </w:rPr>
        <w:t>召开主题班会，传播交通安全知识。各班利用班班通电子设备，展示了一幅幅近年来发生的一些交通事故图片，明确交通事故的严重危害，学习了交通自行车行车安全、安全乘坐交通工具等安全知识，介绍了道路上存在的风险。</w:t>
      </w:r>
    </w:p>
    <w:p>
      <w:pPr>
        <w:spacing w:before="100" w:after="200" w:line="360" w:lineRule="auto"/>
        <w:ind w:firstLine="576"/>
        <w:jc w:val="left"/>
      </w:pPr>
      <w:r>
        <w:rPr>
          <w:rFonts w:ascii="宋体" w:eastAsia="宋体" w:hAnsi="宋体"/>
          <w:sz w:val="28"/>
        </w:rPr>
        <w:t>开展主题板报、手抄报评比活动，营造班级教育文化氛围。活动中，各班师生群策群力，围绕安全教育主题对黑板报和手抄报进行了精心的设计，内容丰富，图文并茂，各具特色。孩子们在动手操作的同时，再一次了解了安全知识，增强了安全防范意识，营造了一个积极向上、安全、有序的班级教育文化氛围。</w:t>
      </w:r>
    </w:p>
    <w:p>
      <w:pPr>
        <w:spacing w:before="100" w:after="200" w:line="360" w:lineRule="auto"/>
        <w:ind w:firstLine="576"/>
        <w:jc w:val="left"/>
      </w:pPr>
      <w:r>
        <w:rPr>
          <w:rFonts w:ascii="宋体" w:eastAsia="宋体" w:hAnsi="宋体"/>
          <w:sz w:val="28"/>
        </w:rPr>
        <w:t>发放致学生家长的一封信，共搭家校安全教育平台。通过发放致学生家长的一封信，让家长认识到交通安全教育的重要性，不可麻痹大意，掌握基本的交通安全知识，要求家长自觉遵守交通法规，加强对孩子的交通安全宣传教育，营造全民文明交通的氛围。</w:t>
      </w:r>
    </w:p>
    <w:p>
      <w:pPr>
        <w:spacing w:before="100" w:after="200" w:line="360" w:lineRule="auto"/>
        <w:ind w:firstLine="576"/>
        <w:jc w:val="left"/>
      </w:pPr>
      <w:r>
        <w:rPr>
          <w:rFonts w:ascii="宋体" w:eastAsia="宋体" w:hAnsi="宋体"/>
          <w:sz w:val="28"/>
        </w:rPr>
        <w:t>此外，学校部分班级还采用了观影及交通安全知识问答的形式，让安全知识牢记于每位同学的心中，让交通安全事故远离师生。</w:t>
      </w:r>
    </w:p>
    <w:p>
      <w:pPr>
        <w:spacing w:before="100" w:after="200" w:line="360" w:lineRule="auto"/>
        <w:ind w:firstLine="576"/>
        <w:jc w:val="left"/>
      </w:pPr>
      <w:r>
        <w:rPr>
          <w:rFonts w:ascii="宋体" w:eastAsia="宋体" w:hAnsi="宋体"/>
          <w:sz w:val="28"/>
        </w:rPr>
        <w:t>按照教育局有关文件要求，我校以宣传贯彻《安全教育》为主线，以"安全第一、预防为主"为主题，通过多种渠道，采取多种形式，广泛深入地组织开展了"安全教育月"活动，活动情况总结如下：</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一、指导思想认真贯彻落实"安全第一、预防为主"的方针，扎实开展好安全教育活动，以"关注安全、关爱生命"为主线，突出"安全伴我在校园"的主题，通过宣传教育，牢固树立安全第一的思想，增强自我防护意识，培养学生的自我防护能力，避免事故发生，确保师生人身和学校财产安全。</w:t>
      </w:r>
    </w:p>
    <w:p>
      <w:pPr>
        <w:spacing w:before="100" w:after="200" w:line="360" w:lineRule="auto"/>
        <w:jc w:val="left"/>
      </w:pPr>
      <w:r>
        <w:rPr>
          <w:rFonts w:ascii="宋体 (中文正文)" w:eastAsia="宋体" w:hAnsi="宋体 (中文正文)"/>
          <w:b/>
          <w:sz w:val="28"/>
        </w:rPr>
        <w:t>二、活动内容及活动安排</w:t>
      </w:r>
    </w:p>
    <w:p>
      <w:pPr>
        <w:spacing w:before="100" w:after="200" w:line="360" w:lineRule="auto"/>
        <w:ind w:firstLine="576"/>
        <w:jc w:val="left"/>
      </w:pPr>
      <w:r>
        <w:rPr>
          <w:rFonts w:ascii="宋体" w:eastAsia="宋体" w:hAnsi="宋体"/>
          <w:sz w:val="28"/>
        </w:rPr>
        <w:t>（一）加大宣传力度，强化师生安全意识。</w:t>
      </w:r>
    </w:p>
    <w:p>
      <w:pPr>
        <w:spacing w:before="100" w:after="200" w:line="360" w:lineRule="auto"/>
        <w:ind w:firstLine="576"/>
        <w:jc w:val="left"/>
      </w:pPr>
      <w:r>
        <w:rPr>
          <w:rFonts w:ascii="宋体" w:eastAsia="宋体" w:hAnsi="宋体"/>
          <w:sz w:val="28"/>
        </w:rPr>
        <w:t>⒈、我校通过校园宣传栏、黑板报等阵地，广泛宣传消防、交通、游泳、雷击、饮食卫生、等方面的安全常识，提高师生的安全意识和自我防护能力。</w:t>
      </w:r>
    </w:p>
    <w:p>
      <w:pPr>
        <w:spacing w:before="100" w:after="200" w:line="360" w:lineRule="auto"/>
        <w:ind w:firstLine="576"/>
        <w:jc w:val="left"/>
      </w:pPr>
      <w:r>
        <w:rPr>
          <w:rFonts w:ascii="宋体" w:eastAsia="宋体" w:hAnsi="宋体"/>
          <w:sz w:val="28"/>
        </w:rPr>
        <w:t>⒉、我学充分发挥升旗仪式、主题班会等阵地的作用，以学校《学生安全常规》以及《安全知识手册》为素材，大力加强学生良好行为习惯的培养，克服麻痹思想，让学生牢固树立"时时讲安全、处处讲安全、安全第一"的思想。</w:t>
      </w:r>
    </w:p>
    <w:p>
      <w:pPr>
        <w:spacing w:before="100" w:after="200" w:line="360" w:lineRule="auto"/>
        <w:ind w:firstLine="576"/>
        <w:jc w:val="left"/>
      </w:pPr>
      <w:r>
        <w:rPr>
          <w:rFonts w:ascii="宋体" w:eastAsia="宋体" w:hAnsi="宋体"/>
          <w:sz w:val="28"/>
        </w:rPr>
        <w:t>为了更好地贯彻实施教育局关于开展“安全教育月”活动的通知。我校在6月1日至30日开展“校园安全月”活动。现将活动的开展情况总结如下：</w:t>
      </w:r>
    </w:p>
    <w:p>
      <w:pPr>
        <w:spacing w:before="100" w:after="200" w:line="360" w:lineRule="auto"/>
        <w:jc w:val="left"/>
      </w:pPr>
      <w:r>
        <w:rPr>
          <w:rFonts w:ascii="宋体 (中文正文)" w:eastAsia="宋体" w:hAnsi="宋体 (中文正文)"/>
          <w:b/>
          <w:sz w:val="28"/>
        </w:rPr>
        <w:t>一、学校重视，组织机构健全，保障有力。</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1、加强组织领导、强化安全责任意识，我校首先在领导班子中重新明确了责任分工，理顺工作进行机制。使工作有主管，问题有落实。其次积极动员和吸纳各班主任参加到例会中来，使各级管理工作更加透明，更具有代表性，并使责任细化增强领导班子内部团结和凝聚力。成立由校长任组长，中层以上干部、少先队等相关人员任成员的学校安全工作领导小组，具体安排和协调安全工作，进一步明确学校各部门主要负责人的责任，把教育安全工作列入日常工作范畴之中。</w:t>
      </w:r>
    </w:p>
    <w:p>
      <w:pPr>
        <w:spacing w:before="100" w:after="200" w:line="360" w:lineRule="auto"/>
        <w:ind w:firstLine="576"/>
        <w:jc w:val="left"/>
      </w:pPr>
      <w:r>
        <w:rPr>
          <w:rFonts w:ascii="宋体" w:eastAsia="宋体" w:hAnsi="宋体"/>
          <w:sz w:val="28"/>
        </w:rPr>
        <w:t>2、落实安全责任追究制。校长是学校安全的第一责任人，班主任是本部门安全的第一责任人，对所管年级的财产和人身安全负全面责任，把安全责任及安全教育做总抓手，贯穿于各项工作的始终，创建“和谐校园”。对因思想认识不足、宣传教育不到位、安全责任不落实、安全隐患不消除的责任人限期整改。学校领导对安全教育月活动的开展提出了具体要求。</w:t>
      </w:r>
    </w:p>
    <w:p>
      <w:pPr>
        <w:spacing w:before="100" w:after="200" w:line="360" w:lineRule="auto"/>
        <w:ind w:firstLine="576"/>
        <w:jc w:val="left"/>
      </w:pPr>
      <w:r>
        <w:rPr>
          <w:rFonts w:ascii="宋体" w:eastAsia="宋体" w:hAnsi="宋体"/>
          <w:sz w:val="28"/>
        </w:rPr>
        <w:t>（1）各班主任要部署落实具体工作。要组织学生学习，利用学校多媒体组织学生观看了。</w:t>
      </w:r>
    </w:p>
    <w:p>
      <w:pPr>
        <w:spacing w:before="100" w:after="200" w:line="360" w:lineRule="auto"/>
        <w:ind w:firstLine="576"/>
        <w:jc w:val="left"/>
      </w:pPr>
      <w:r>
        <w:rPr>
          <w:rFonts w:ascii="宋体" w:eastAsia="宋体" w:hAnsi="宋体"/>
          <w:sz w:val="28"/>
        </w:rPr>
        <w:t>（2）以班为单位举行一次安全教育主题班会。学习消防、防震、防灾、学生自我保护安全知识讲座。</w:t>
      </w:r>
    </w:p>
    <w:p>
      <w:pPr>
        <w:spacing w:before="100" w:after="200" w:line="360" w:lineRule="auto"/>
        <w:ind w:firstLine="576"/>
        <w:jc w:val="left"/>
      </w:pPr>
      <w:r>
        <w:rPr>
          <w:rFonts w:ascii="宋体" w:eastAsia="宋体" w:hAnsi="宋体"/>
          <w:sz w:val="28"/>
        </w:rPr>
        <w:t>（3）组织一次逃生自救演练和灭火演练。出好安全教育黑板报，利用学校广播网播出安全主题广播稿。</w:t>
      </w:r>
    </w:p>
    <w:p>
      <w:pPr>
        <w:spacing w:before="100" w:after="200" w:line="360" w:lineRule="auto"/>
        <w:ind w:firstLine="576"/>
        <w:jc w:val="left"/>
      </w:pPr>
      <w:r>
        <w:rPr>
          <w:rFonts w:ascii="宋体" w:eastAsia="宋体" w:hAnsi="宋体"/>
          <w:sz w:val="28"/>
        </w:rPr>
        <w:t>（4）组织安全知识竞赛，发放学校告家长安全书和学校安全警示案例。各班对安全教育月活动要进行书面工作总结。</w:t>
      </w:r>
    </w:p>
    <w:p>
      <w:pPr>
        <w:spacing w:before="100" w:after="200" w:line="360" w:lineRule="auto"/>
        <w:ind w:firstLine="576"/>
        <w:jc w:val="left"/>
      </w:pPr>
      <w:r>
        <w:rPr>
          <w:rFonts w:ascii="宋体" w:eastAsia="宋体" w:hAnsi="宋体"/>
          <w:sz w:val="28"/>
        </w:rPr>
        <w:t>（5）回顾和展望。回顾一下我校安全工作，安全无小事，警钟要长鸣。学校安全教育工作才得到更好的发展，进一步做好安全教育工作，不断提高我校教育教学工作水平。</w:t>
      </w:r>
    </w:p>
    <w:p>
      <w:pPr>
        <w:spacing w:before="100" w:after="200" w:line="360" w:lineRule="auto"/>
        <w:jc w:val="left"/>
      </w:pPr>
      <w:r>
        <w:rPr>
          <w:rFonts w:ascii="宋体 (中文正文)" w:eastAsia="宋体" w:hAnsi="宋体 (中文正文)"/>
          <w:b/>
          <w:sz w:val="28"/>
        </w:rPr>
        <w:t>二、指导思想</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认真贯彻落实“安全第一、预防为主”的方针，扎实开展好安全教育活动，以“关爱生命安全发展，加强防灾防震减灾创建和谐校园”为主题，通过宣传教育，使全体师生牢固树立“珍爱生命安全第一”的意识，不断提高师生的安全意识和应对突发事件的避险自救能力，最大限度地预防和减少各种安全事故的发生。确保师生人身和学校财产安全。</w:t>
      </w:r>
    </w:p>
    <w:p>
      <w:pPr>
        <w:spacing w:before="100" w:after="200" w:line="360" w:lineRule="auto"/>
        <w:jc w:val="left"/>
      </w:pPr>
      <w:r>
        <w:rPr>
          <w:rFonts w:ascii="宋体 (中文正文)" w:eastAsia="宋体" w:hAnsi="宋体 (中文正文)"/>
          <w:b/>
          <w:sz w:val="28"/>
        </w:rPr>
        <w:t>三、以活动为载体，形式多样地开展“教育安全月活动”的宣传。</w:t>
      </w:r>
    </w:p>
    <w:p>
      <w:pPr>
        <w:spacing w:before="100" w:after="200" w:line="360" w:lineRule="auto"/>
        <w:ind w:firstLine="576"/>
        <w:jc w:val="left"/>
      </w:pPr>
      <w:r>
        <w:rPr>
          <w:rFonts w:ascii="宋体" w:eastAsia="宋体" w:hAnsi="宋体"/>
          <w:sz w:val="28"/>
        </w:rPr>
        <w:t>1、大力营造安全教育氛围。在6月1日这天我校举行安全教育启动仪式。通过校园广播站、宣传栏、黑板报、挂“关爱生命，安全发展”的横幅大张旗鼓地向学生进行安全宣传教育，把学校安全教育推向新的高潮，提高全体师生的安全意识和自我防护能力。</w:t>
      </w:r>
    </w:p>
    <w:p>
      <w:pPr>
        <w:spacing w:before="100" w:after="200" w:line="360" w:lineRule="auto"/>
        <w:ind w:firstLine="576"/>
        <w:jc w:val="left"/>
      </w:pPr>
      <w:r>
        <w:rPr>
          <w:rFonts w:ascii="宋体" w:eastAsia="宋体" w:hAnsi="宋体"/>
          <w:sz w:val="28"/>
        </w:rPr>
        <w:t>2、我校在6月8日举行一次“安全教育月”为主题的国旗下讲话，尉军昌校长以学校与为素材作了重要的讲话。这次讲话大力加强学生良好行为习惯的培养，克服麻痹思想，让学生牢固树立“时时讲安全、处处讲安全、安全第一”的思想。</w:t>
      </w:r>
    </w:p>
    <w:p>
      <w:pPr>
        <w:spacing w:before="100" w:after="200" w:line="360" w:lineRule="auto"/>
        <w:ind w:firstLine="576"/>
        <w:jc w:val="left"/>
      </w:pPr>
      <w:r>
        <w:rPr>
          <w:rFonts w:ascii="宋体" w:eastAsia="宋体" w:hAnsi="宋体"/>
          <w:sz w:val="28"/>
        </w:rPr>
        <w:t>3、6月10日学校对校舍进行了一次大检查，对教室、办公室、微机室、阅览室、实验室等重要场所进行了一次全面细致的检查，不留死角，发现安全隐患，做出整改。</w:t>
      </w:r>
    </w:p>
    <w:p>
      <w:pPr>
        <w:spacing w:before="100" w:after="200" w:line="360" w:lineRule="auto"/>
        <w:ind w:firstLine="576"/>
        <w:jc w:val="left"/>
      </w:pPr>
      <w:r>
        <w:rPr>
          <w:rFonts w:ascii="宋体" w:eastAsia="宋体" w:hAnsi="宋体"/>
          <w:sz w:val="28"/>
        </w:rPr>
        <w:t>4、认真组织全体教职员工深入学习和贯彻、、以及等相关法规，增强依法执教、依法管理的意识，杜绝体罚和变相体罚学生的行为，增强责任意识和防范意识，提高处理安全问题的能力。</w:t>
      </w:r>
    </w:p>
    <w:p>
      <w:pPr>
        <w:spacing w:before="100" w:after="200" w:line="360" w:lineRule="auto"/>
        <w:ind w:firstLine="576"/>
        <w:jc w:val="left"/>
      </w:pPr>
      <w:r>
        <w:rPr>
          <w:rFonts w:ascii="宋体" w:eastAsia="宋体" w:hAnsi="宋体"/>
          <w:sz w:val="28"/>
        </w:rPr>
        <w:t>5、6月17日我校组织一次安全教育活动。这次活动由我校安全辅导员赵树军老师对道路交通安全方面的讲话，会后组织全体学生观看交通安全图片展。这次活动使全体学生进一步明确遵守交通规则的重要性，为构建平安校园打好扎实的基础。</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6、6月25日下午，我校开展了一次安全知识竞赛活动。竞赛内容涉及面广，有道路交通、预防溺水、饮食卫生、消防安全、防震、防水、自护自救等。这次活动进一步巩固学生的安全知识，提高学生的安全意识，明白了一个道理：只要我们从自己做起，从小事做起，保证自己的安全，保证他人的安全，我们的校园就会同危险与侵害等挥手说再见。</w:t>
      </w:r>
    </w:p>
    <w:p>
      <w:pPr>
        <w:spacing w:before="100" w:after="200" w:line="360" w:lineRule="auto"/>
        <w:ind w:firstLine="576"/>
        <w:jc w:val="left"/>
      </w:pPr>
      <w:r>
        <w:rPr>
          <w:rFonts w:ascii="宋体" w:eastAsia="宋体" w:hAnsi="宋体"/>
          <w:sz w:val="28"/>
        </w:rPr>
        <w:t>7、6月26日下午我校开展一次紧急疏散演练。在演练中学生能够按照老师的指令快速、有序到达指定的位置，通过演练不断提高师生防灾减灾意识和防范能力。</w:t>
      </w:r>
    </w:p>
    <w:p>
      <w:pPr>
        <w:spacing w:before="100" w:after="200" w:line="360" w:lineRule="auto"/>
        <w:ind w:firstLine="576"/>
        <w:jc w:val="left"/>
      </w:pPr>
      <w:r>
        <w:rPr>
          <w:rFonts w:ascii="宋体" w:eastAsia="宋体" w:hAnsi="宋体"/>
          <w:sz w:val="28"/>
        </w:rPr>
        <w:t>8、向社会发一封教育公开信，学校安全告家长书，校园安全警示案例，动员家长共同参与，广泛关注，大力支持学校安全教育，构建学校、家庭、社会“三位一体”的安全教育工作网络，使学校安全教育活动家喻户晓、人人皆知。</w:t>
      </w:r>
    </w:p>
    <w:p>
      <w:pPr>
        <w:spacing w:before="100" w:after="200" w:line="360" w:lineRule="auto"/>
        <w:ind w:firstLine="576"/>
        <w:jc w:val="left"/>
      </w:pPr>
      <w:r>
        <w:rPr>
          <w:rFonts w:ascii="宋体" w:eastAsia="宋体" w:hAnsi="宋体"/>
          <w:sz w:val="28"/>
        </w:rPr>
        <w:t>总而言之，我校切实把安全教育工作摆上学校议事日程，常抓不懈，常抓常新。正是因为我校能从实际出发不断健全和完善学校有关安全工作方面的规章制度，才形成了学校安全保卫工作和学生教育工作有章可循，以章办事的良好局面。</w:t>
      </w:r>
    </w:p>
    <w:p>
      <w:pPr>
        <w:spacing w:before="100" w:after="200" w:line="360" w:lineRule="auto"/>
        <w:jc w:val="left"/>
      </w:pPr>
      <w:r>
        <w:rPr>
          <w:rFonts w:ascii="宋体 (中文正文)" w:eastAsia="宋体" w:hAnsi="宋体 (中文正文)"/>
          <w:b/>
          <w:sz w:val="28"/>
        </w:rPr>
        <w:t>一、医院安全生产综合治理工作情况</w:t>
      </w:r>
    </w:p>
    <w:p>
      <w:pPr>
        <w:spacing w:before="100" w:after="200" w:line="360" w:lineRule="auto"/>
        <w:ind w:firstLine="576"/>
        <w:jc w:val="left"/>
      </w:pPr>
      <w:r>
        <w:rPr>
          <w:rFonts w:ascii="宋体" w:eastAsia="宋体" w:hAnsi="宋体"/>
          <w:sz w:val="28"/>
        </w:rPr>
        <w:t>为切实做好20xx年的安全生产工作，根据上级主管部门的要求，医院实行安全生产目标责任制和治安防范综合治理，按照“谁主管，谁负责”的原则，医院与科室签订安全生产工作责任书，使目标层层分解，层层落实，责任到人，让全院所有科室、职工参与到医院安全生产工作中去;积极与镇政府、安监办、派出所取得沟通，从而更好的预防和处置医院突发事件的发生;积极建立健全医院安全生产和治安、消防安全制度，充分利用医院视频监控系统，使医院形成立体式治安和消防监控网络，发挥人防和技防相结合的优势，对医院安全生产综合治理工作起到积极作用。</w:t>
      </w:r>
    </w:p>
    <w:p>
      <w:pPr>
        <w:spacing w:before="100" w:after="200" w:line="360" w:lineRule="auto"/>
        <w:jc w:val="left"/>
        <w:sectPr w:rsidSect="00034616">
          <w:type w:val="nextPage"/>
          <w:pgSz w:w="11906" w:h="16838"/>
          <w:pgMar w:top="1440" w:right="1440" w:bottom="1440" w:left="1440" w:header="720" w:footer="720" w:gutter="0"/>
          <w:pgNumType w:start="8"/>
          <w:cols w:space="720"/>
          <w:titlePg w:val="0"/>
          <w:docGrid w:linePitch="360"/>
        </w:sectPr>
      </w:pPr>
      <w:r>
        <w:rPr>
          <w:rFonts w:ascii="宋体 (中文正文)" w:eastAsia="宋体" w:hAnsi="宋体 (中文正文)"/>
          <w:b/>
          <w:sz w:val="28"/>
        </w:rPr>
        <w:t>二、医院安全管理工作情况</w:t>
      </w:r>
    </w:p>
    <w:p>
      <w:pPr>
        <w:spacing w:before="100" w:after="200" w:line="360" w:lineRule="auto"/>
        <w:ind w:firstLine="576"/>
        <w:jc w:val="left"/>
      </w:pPr>
      <w:r>
        <w:rPr>
          <w:rFonts w:ascii="宋体" w:eastAsia="宋体" w:hAnsi="宋体"/>
          <w:sz w:val="28"/>
        </w:rPr>
        <w:t>1、领导高度重视，组织机构健全，工作有落实。成立由医院主要负责人担任组长的安全生产领导小组，并下设办公室，配有专人负责日常工作，医院安全生产领导小组成员有：</w:t>
      </w:r>
    </w:p>
    <w:p>
      <w:pPr>
        <w:spacing w:before="100" w:after="200" w:line="360" w:lineRule="auto"/>
        <w:jc w:val="left"/>
      </w:pPr>
      <w:r>
        <w:rPr>
          <w:rFonts w:ascii="宋体 (中文正文)" w:eastAsia="宋体" w:hAnsi="宋体 (中文正文)"/>
          <w:sz w:val="28"/>
        </w:rPr>
        <w:t>组长：</w:t>
      </w:r>
    </w:p>
    <w:p>
      <w:pPr>
        <w:spacing w:before="100" w:after="200" w:line="360" w:lineRule="auto"/>
        <w:jc w:val="left"/>
      </w:pPr>
      <w:r>
        <w:rPr>
          <w:rFonts w:ascii="宋体 (中文正文)" w:eastAsia="宋体" w:hAnsi="宋体 (中文正文)"/>
          <w:sz w:val="28"/>
        </w:rPr>
        <w:t>副组长：</w:t>
      </w:r>
    </w:p>
    <w:p>
      <w:pPr>
        <w:spacing w:before="100" w:after="200" w:line="360" w:lineRule="auto"/>
        <w:jc w:val="left"/>
      </w:pPr>
      <w:r>
        <w:rPr>
          <w:rFonts w:ascii="宋体 (中文正文)" w:eastAsia="宋体" w:hAnsi="宋体 (中文正文)"/>
          <w:sz w:val="28"/>
        </w:rPr>
        <w:t>成员：</w:t>
      </w:r>
    </w:p>
    <w:p>
      <w:pPr>
        <w:spacing w:before="100" w:after="200" w:line="360" w:lineRule="auto"/>
        <w:jc w:val="left"/>
      </w:pPr>
      <w:r>
        <w:rPr>
          <w:rFonts w:ascii="宋体 (中文正文)" w:eastAsia="宋体" w:hAnsi="宋体 (中文正文)"/>
          <w:sz w:val="28"/>
        </w:rPr>
        <w:t>下设办公室：</w:t>
      </w:r>
    </w:p>
    <w:p>
      <w:pPr>
        <w:spacing w:before="100" w:after="200" w:line="360" w:lineRule="auto"/>
        <w:jc w:val="left"/>
      </w:pPr>
      <w:r>
        <w:rPr>
          <w:rFonts w:ascii="宋体 (中文正文)" w:eastAsia="宋体" w:hAnsi="宋体 (中文正文)"/>
          <w:sz w:val="28"/>
        </w:rPr>
        <w:t>办公室主任：</w:t>
      </w:r>
    </w:p>
    <w:p>
      <w:pPr>
        <w:spacing w:before="100" w:after="200" w:line="360" w:lineRule="auto"/>
        <w:ind w:firstLine="576"/>
        <w:jc w:val="left"/>
      </w:pPr>
      <w:r>
        <w:rPr>
          <w:rFonts w:ascii="宋体" w:eastAsia="宋体" w:hAnsi="宋体"/>
          <w:sz w:val="28"/>
        </w:rPr>
        <w:t>2、广泛宣传发动，工作任务明确</w:t>
      </w:r>
    </w:p>
    <w:p>
      <w:pPr>
        <w:spacing w:before="100" w:after="200" w:line="360" w:lineRule="auto"/>
        <w:ind w:firstLine="576"/>
        <w:jc w:val="left"/>
      </w:pPr>
      <w:r>
        <w:rPr>
          <w:rFonts w:ascii="宋体" w:eastAsia="宋体" w:hAnsi="宋体"/>
          <w:sz w:val="28"/>
        </w:rPr>
        <w:t>按照区卫生局的要求，结合我院工作实际，医院积极参与安监部门和上级部门安排的安全生产月活动，为把“安全生产月”活动深入到全院每一个职工中去，医院制定“安全生产月”活动方案，张贴安全生产宣传画报20余张，多次组织职工学习安全生产知识和各项安全生产法律、法规，为“安全生产月”活动的深入开展营造了良好的气氛。</w:t>
      </w:r>
    </w:p>
    <w:p>
      <w:pPr>
        <w:spacing w:before="100" w:after="200" w:line="360" w:lineRule="auto"/>
        <w:ind w:firstLine="576"/>
        <w:jc w:val="left"/>
      </w:pPr>
      <w:r>
        <w:rPr>
          <w:rFonts w:ascii="宋体" w:eastAsia="宋体" w:hAnsi="宋体"/>
          <w:sz w:val="28"/>
        </w:rPr>
        <w:t>3、完善安全生产制度建设，建立长效机制</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医院以“安全生产月”活动为契机，完善医院各项安全生产工作制度，堵塞安全生产管理漏洞，细化各项安全生产工作措施，围绕着“治理隐患、防范事故”这一主题，结合上级部门安全生产专项整治活动，落实好医院各项安全生产制度，坚持边自查自纠，边建立长效机制;院领导班子把安全保卫工作作为职工晨会的重要内容之一，有针对性的把安全保卫工作提高到医院日常管理中去;同时医院与各科室签订《安全生产责任书》，确保职责分工明确，进一步提高了科室的安全生产意识。</w:t>
      </w:r>
    </w:p>
    <w:p>
      <w:pPr>
        <w:spacing w:before="100" w:after="200" w:line="360" w:lineRule="auto"/>
        <w:ind w:firstLine="576"/>
        <w:jc w:val="left"/>
      </w:pPr>
      <w:r>
        <w:rPr>
          <w:rFonts w:ascii="宋体" w:eastAsia="宋体" w:hAnsi="宋体"/>
          <w:sz w:val="28"/>
        </w:rPr>
        <w:t>4、工作有重点，自查有力度</w:t>
      </w:r>
    </w:p>
    <w:p>
      <w:pPr>
        <w:spacing w:before="100" w:after="200" w:line="360" w:lineRule="auto"/>
        <w:ind w:firstLine="576"/>
        <w:jc w:val="left"/>
      </w:pPr>
      <w:r>
        <w:rPr>
          <w:rFonts w:ascii="宋体" w:eastAsia="宋体" w:hAnsi="宋体"/>
          <w:sz w:val="28"/>
        </w:rPr>
        <w:t>(1)根据医院“安全生产月”活动方案，医院有针对性的要求各科室对重点部门，重点(要害)部位进行自查，发现问题及时给予整改;同时医院安全生产委员会小组成员对各科室的自查结果进行抽查，并现场纠正隐患。</w:t>
      </w:r>
    </w:p>
    <w:p>
      <w:pPr>
        <w:spacing w:before="100" w:after="200" w:line="360" w:lineRule="auto"/>
        <w:ind w:firstLine="576"/>
        <w:jc w:val="left"/>
      </w:pPr>
      <w:r>
        <w:rPr>
          <w:rFonts w:ascii="宋体" w:eastAsia="宋体" w:hAnsi="宋体"/>
          <w:sz w:val="28"/>
        </w:rPr>
        <w:t>(2)医院对院内易燃、易爆、有毒、有害危险化学品、麻毒药品、药库进行重点监控，做好安全防范工作。</w:t>
      </w:r>
    </w:p>
    <w:p>
      <w:pPr>
        <w:spacing w:before="100" w:after="200" w:line="360" w:lineRule="auto"/>
        <w:ind w:firstLine="576"/>
        <w:jc w:val="left"/>
      </w:pPr>
      <w:r>
        <w:rPr>
          <w:rFonts w:ascii="宋体" w:eastAsia="宋体" w:hAnsi="宋体"/>
          <w:sz w:val="28"/>
        </w:rPr>
        <w:t>(3)、医院成立了保卫科，增加了保卫人员，进一步加强了医院的安全防范。</w:t>
      </w:r>
    </w:p>
    <w:p>
      <w:pPr>
        <w:spacing w:before="100" w:after="200" w:line="360" w:lineRule="auto"/>
        <w:ind w:firstLine="576"/>
        <w:jc w:val="left"/>
      </w:pPr>
      <w:r>
        <w:rPr>
          <w:rFonts w:ascii="宋体" w:eastAsia="宋体" w:hAnsi="宋体"/>
          <w:sz w:val="28"/>
        </w:rPr>
        <w:t>5、抓好医院安全生产日常管理工作</w:t>
      </w:r>
    </w:p>
    <w:p>
      <w:pPr>
        <w:spacing w:before="100" w:after="200" w:line="360" w:lineRule="auto"/>
        <w:ind w:firstLine="576"/>
        <w:jc w:val="left"/>
      </w:pPr>
      <w:r>
        <w:rPr>
          <w:rFonts w:ascii="宋体" w:eastAsia="宋体" w:hAnsi="宋体"/>
          <w:sz w:val="28"/>
        </w:rPr>
        <w:t>(1)认真做好医院内部治安防范工作。随着医院门诊、住院患者的不断增多，针对医院出入人员相对复杂的特点，医院安全保卫工作形势日益严峻，医院始终坚持“安全第一、预防为主”的方针，医院安排专人在夜间负责门卫安全工作，在日常管理中加强对全院各科室的巡查力度，发现问题，及时处理，及时整改。</w:t>
      </w:r>
    </w:p>
    <w:p>
      <w:pPr>
        <w:spacing w:before="100" w:after="200" w:line="360" w:lineRule="auto"/>
        <w:ind w:firstLine="576"/>
        <w:jc w:val="left"/>
      </w:pPr>
      <w:r>
        <w:rPr>
          <w:rFonts w:ascii="宋体" w:eastAsia="宋体" w:hAnsi="宋体"/>
          <w:sz w:val="28"/>
        </w:rPr>
        <w:t>(2)认真做好医院消防安全工作，遏制火灾事故的发生。我院是消防安全重点保护单位，院领导高度重视医院内部消防安全工作，每月由专人对医院消防安全进行检查，发现隐患，及时整改。全年医院无发生一起火灾安全事故，给职工和患者提供一个安全、优质的医疗环境。</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(3)积极配合上级部门做好20xx年春节、“五一”、国庆节等节日期间医院的'安全生产工作，确保节日期间医院各要害部门安全生产工作制度落实到位，无发生一起安全生产事故，为创建和谐医院、平安医院做了大量的工作。</w:t>
      </w:r>
    </w:p>
    <w:p>
      <w:pPr>
        <w:spacing w:before="100" w:after="200" w:line="360" w:lineRule="auto"/>
        <w:ind w:firstLine="576"/>
        <w:jc w:val="left"/>
      </w:pPr>
      <w:r>
        <w:rPr>
          <w:rFonts w:ascii="宋体" w:eastAsia="宋体" w:hAnsi="宋体"/>
          <w:sz w:val="28"/>
        </w:rPr>
        <w:t>今后，医院将继续加强对全院职工安全教育的培训工作，确保医院20xx年安全生产工作继续实现“六个零”即“重大医疗事故为零、重大设备事故为零、重大火灾事故为零、重大食物中毒事故为零、重大爆炸事故为零、重伤以上事故为零”。</w:t>
      </w:r>
    </w:p>
    <w:p>
      <w:pPr>
        <w:spacing w:before="100" w:after="200" w:line="360" w:lineRule="auto"/>
        <w:jc w:val="left"/>
      </w:pPr>
      <w:r>
        <w:rPr>
          <w:rFonts w:ascii="宋体 (中文正文)" w:eastAsia="宋体" w:hAnsi="宋体 (中文正文)"/>
          <w:b/>
          <w:sz w:val="28"/>
        </w:rPr>
        <w:t>一、活动情况</w:t>
      </w:r>
    </w:p>
    <w:p>
      <w:pPr>
        <w:spacing w:before="100" w:after="200" w:line="360" w:lineRule="auto"/>
        <w:ind w:firstLine="576"/>
        <w:jc w:val="left"/>
      </w:pPr>
      <w:r>
        <w:rPr>
          <w:rFonts w:ascii="宋体" w:eastAsia="宋体" w:hAnsi="宋体"/>
          <w:sz w:val="28"/>
        </w:rPr>
        <w:t>我校认真贯彻落实上级有关部门的工作部署，高度认识学校安全工作的重要性，广泛深入地组织开展了“安全生产月”活动，取得了显着成效，现将“安全生产月”活动情况总结如下：</w:t>
      </w:r>
    </w:p>
    <w:p>
      <w:pPr>
        <w:spacing w:before="100" w:after="200" w:line="360" w:lineRule="auto"/>
        <w:ind w:firstLine="576"/>
        <w:jc w:val="left"/>
      </w:pPr>
      <w:r>
        <w:rPr>
          <w:rFonts w:ascii="宋体" w:eastAsia="宋体" w:hAnsi="宋体"/>
          <w:sz w:val="28"/>
        </w:rPr>
        <w:t>(一)、成立“学校安全生产月”活动领导小组，安排我校“安全生产月”活动的有关事项，组织、协调、指导学校活动的具体开展。</w:t>
      </w:r>
    </w:p>
    <w:p>
      <w:pPr>
        <w:spacing w:before="100" w:after="200" w:line="360" w:lineRule="auto"/>
        <w:jc w:val="left"/>
      </w:pPr>
      <w:r>
        <w:rPr>
          <w:rFonts w:ascii="宋体 (中文正文)" w:eastAsia="宋体" w:hAnsi="宋体 (中文正文)"/>
          <w:sz w:val="28"/>
        </w:rPr>
        <w:t>组长：</w:t>
      </w:r>
    </w:p>
    <w:p>
      <w:pPr>
        <w:spacing w:before="100" w:after="200" w:line="360" w:lineRule="auto"/>
        <w:jc w:val="left"/>
      </w:pPr>
      <w:r>
        <w:rPr>
          <w:rFonts w:ascii="宋体 (中文正文)" w:eastAsia="宋体" w:hAnsi="宋体 (中文正文)"/>
          <w:sz w:val="28"/>
        </w:rPr>
        <w:t>副组长：</w:t>
      </w:r>
    </w:p>
    <w:p>
      <w:pPr>
        <w:spacing w:before="100" w:after="200" w:line="360" w:lineRule="auto"/>
        <w:ind w:firstLine="576"/>
        <w:jc w:val="left"/>
      </w:pPr>
      <w:r>
        <w:rPr>
          <w:rFonts w:ascii="宋体" w:eastAsia="宋体" w:hAnsi="宋体"/>
          <w:sz w:val="28"/>
        </w:rPr>
        <w:t>组员：各班班主任一、制订方案，周密安排。</w:t>
      </w:r>
    </w:p>
    <w:p>
      <w:pPr>
        <w:spacing w:before="100" w:after="200" w:line="360" w:lineRule="auto"/>
        <w:ind w:firstLine="576"/>
        <w:jc w:val="left"/>
      </w:pPr>
      <w:r>
        <w:rPr>
          <w:rFonts w:ascii="宋体" w:eastAsia="宋体" w:hAnsi="宋体"/>
          <w:sz w:val="28"/>
        </w:rPr>
        <w:t>今年的“安全生产月”学校领导高度重视，校领导召开全体教师会议，传达贯彻通知精神，制定了我校安全生产月活动方案，及时部署学校安全工作，消除校园安全隐患，完善了学校安全管理机构和相关制度，落实了层层责任制，有效地保障了师生的人身安全。</w:t>
      </w:r>
    </w:p>
    <w:p>
      <w:pPr>
        <w:spacing w:before="100" w:after="200" w:line="360" w:lineRule="auto"/>
        <w:jc w:val="left"/>
      </w:pPr>
      <w:r>
        <w:rPr>
          <w:rFonts w:ascii="宋体 (中文正文)" w:eastAsia="宋体" w:hAnsi="宋体 (中文正文)"/>
          <w:b/>
          <w:sz w:val="28"/>
        </w:rPr>
        <w:t>二、注重宣传教育和安全演练</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p>
    <w:p>
      <w:pPr>
        <w:spacing w:before="100" w:after="200" w:line="360" w:lineRule="auto"/>
        <w:ind w:firstLine="576"/>
        <w:jc w:val="left"/>
      </w:pPr>
      <w:r>
        <w:rPr>
          <w:rFonts w:ascii="宋体" w:eastAsia="宋体" w:hAnsi="宋体"/>
          <w:sz w:val="28"/>
        </w:rPr>
        <w:t>我们注重宣传教育工作，让学生在掌握基本救护技能的同时，树立安全意识，受益终身。因此，我们在日常安全工作中，突出地体现学校教育功能的作用，首先利用6月7日的国旗下讲话进行“安全生产月”动员活动，在校园内建立了“校园安全宣传专栏”，各班开展了以“交通、游泳、防火、防雷电、防汛”等为内容的安全教育为主题的班队会。3，6年级办了一期以“防震抗灾、防暴力”为主题的手抄报。此外，我们还利用每周一升旗仪式，班级中队会，每天上下学等时机，集体对学生进行安全教育，每天在学校门口安排值班老师接送学生，引导保护学生出行安全。6月22日，我们结合安全月教育专题活动，组织全校学生进行了防震、防暴力疏散演习活动。</w:t>
      </w:r>
    </w:p>
    <w:p>
      <w:pPr>
        <w:spacing w:before="100" w:after="200" w:line="360" w:lineRule="auto"/>
        <w:jc w:val="left"/>
      </w:pPr>
      <w:r>
        <w:rPr>
          <w:rFonts w:ascii="宋体 (中文正文)" w:eastAsia="宋体" w:hAnsi="宋体 (中文正文)"/>
          <w:b/>
          <w:sz w:val="28"/>
        </w:rPr>
        <w:t>三、开展安全大排查，消除安全隐患</w:t>
      </w:r>
    </w:p>
    <w:p>
      <w:pPr>
        <w:spacing w:before="100" w:after="200" w:line="360" w:lineRule="auto"/>
        <w:ind w:firstLine="576"/>
        <w:jc w:val="left"/>
      </w:pPr>
      <w:r>
        <w:rPr>
          <w:rFonts w:ascii="宋体" w:eastAsia="宋体" w:hAnsi="宋体"/>
          <w:sz w:val="28"/>
        </w:rPr>
        <w:t>在安全生产月中，我们组织相关教师对学校进行了安全隐患大排查活动，按照谁主管、谁负责的原则，严格落实各级责任制。安全保卫领导小组对全校范围内的重点及要害部位进行了防火、防盗、防爆炸、防破坏、防自然灾害事故、防失密、防投毒等检查，发现安全隐患后，我们马上在当天组织有关人员进行整修，以确保学校师生的安全及稳定。</w:t>
      </w:r>
    </w:p>
    <w:p>
      <w:pPr>
        <w:spacing w:before="100" w:after="200" w:line="360" w:lineRule="auto"/>
        <w:jc w:val="left"/>
      </w:pPr>
      <w:r>
        <w:rPr>
          <w:rFonts w:ascii="宋体 (中文正文)" w:eastAsia="宋体" w:hAnsi="宋体 (中文正文)"/>
          <w:b/>
          <w:sz w:val="28"/>
        </w:rPr>
        <w:t>四、加大值班力度</w:t>
      </w:r>
    </w:p>
    <w:p>
      <w:pPr>
        <w:spacing w:before="100" w:after="200" w:line="360" w:lineRule="auto"/>
        <w:ind w:firstLine="576"/>
        <w:jc w:val="left"/>
      </w:pPr>
      <w:r>
        <w:rPr>
          <w:rFonts w:ascii="宋体" w:eastAsia="宋体" w:hAnsi="宋体"/>
          <w:sz w:val="28"/>
        </w:rPr>
        <w:t>坚持24小时值班制度，值班人员要尽职尽责，必须两人同时到岗，坚守岗位，接班人不到岗，交班人不得离岗。提高警惕，搞好安全保卫工作。注意防火、防盗，妥善处理突发事件，加强校内外巡视，加强对值班人员的责任心教育，严禁空岗、漏岗，确保学校的安全稳定。</w:t>
      </w:r>
    </w:p>
    <w:p>
      <w:pPr>
        <w:spacing w:before="100" w:after="200" w:line="360" w:lineRule="auto"/>
        <w:ind w:firstLine="576"/>
        <w:jc w:val="left"/>
      </w:pPr>
      <w:r>
        <w:rPr>
          <w:rFonts w:ascii="宋体" w:eastAsia="宋体" w:hAnsi="宋体"/>
          <w:sz w:val="28"/>
        </w:rPr>
        <w:t>通过这个月的安全教育活动的开展，使我们半楼小学的每一位师生都加深了安全防范意识，增强了应对突发安全事件的能力，大家已经把安全教育落实到行动中，齐心协力共创安全和谐的校园。</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我校按照学校“安全教育月”活动方案，扎扎实实地做好教育活动，现将活动情况总结如下：</w:t>
      </w:r>
    </w:p>
    <w:p>
      <w:pPr>
        <w:spacing w:before="100" w:after="200" w:line="360" w:lineRule="auto"/>
        <w:ind w:firstLine="576"/>
        <w:jc w:val="left"/>
      </w:pPr>
      <w:r>
        <w:rPr>
          <w:rFonts w:ascii="宋体" w:eastAsia="宋体" w:hAnsi="宋体"/>
          <w:sz w:val="28"/>
        </w:rPr>
        <w:t>一、学校首先成立了以校长为组长的“安全教育月”活动领导小组。月初在学校例会上，由分管校长对活动进行了祥细布署，使各级部、各部门充分认识了开展“安全教育月”活动的重要意义。</w:t>
      </w:r>
    </w:p>
    <w:p>
      <w:pPr>
        <w:spacing w:before="100" w:after="200" w:line="360" w:lineRule="auto"/>
        <w:ind w:firstLine="576"/>
        <w:jc w:val="left"/>
      </w:pPr>
      <w:r>
        <w:rPr>
          <w:rFonts w:ascii="宋体" w:eastAsia="宋体" w:hAnsi="宋体"/>
          <w:sz w:val="28"/>
        </w:rPr>
        <w:t>二、采取多种形式，组织开展了“安全伴我在校园，我把安全带回家”主题教育活动。统一开展好“六个一”活动。</w:t>
      </w:r>
    </w:p>
    <w:p>
      <w:pPr>
        <w:spacing w:before="100" w:after="200" w:line="360" w:lineRule="auto"/>
        <w:ind w:firstLine="576"/>
        <w:jc w:val="left"/>
      </w:pPr>
      <w:r>
        <w:rPr>
          <w:rFonts w:ascii="宋体" w:eastAsia="宋体" w:hAnsi="宋体"/>
          <w:sz w:val="28"/>
        </w:rPr>
        <w:t>1、结合夏季特点和学校实际，由各级部安排就常见和易发生的学校安全事故的发生原因及防范知识，各班利用主题班会时间召开了“安全教育主题班会”，对学生进行安全教育及安全讲座。</w:t>
      </w:r>
    </w:p>
    <w:p>
      <w:pPr>
        <w:spacing w:before="100" w:after="200" w:line="360" w:lineRule="auto"/>
        <w:ind w:firstLine="576"/>
        <w:jc w:val="left"/>
      </w:pPr>
      <w:r>
        <w:rPr>
          <w:rFonts w:ascii="宋体" w:eastAsia="宋体" w:hAnsi="宋体"/>
          <w:sz w:val="28"/>
        </w:rPr>
        <w:t>2、结合安全教育课和活动主题，按排四至六年级学生每人写一篇安全题材的作文，并在各班挑选了优秀作文各五篇上交学校存档。</w:t>
      </w:r>
    </w:p>
    <w:p>
      <w:pPr>
        <w:spacing w:before="100" w:after="200" w:line="360" w:lineRule="auto"/>
        <w:ind w:firstLine="576"/>
        <w:jc w:val="left"/>
      </w:pPr>
      <w:r>
        <w:rPr>
          <w:rFonts w:ascii="宋体" w:eastAsia="宋体" w:hAnsi="宋体"/>
          <w:sz w:val="28"/>
        </w:rPr>
        <w:t>3、以级部为单位组织全体学生动手制作一张安全祝福卡片寄送亲人。</w:t>
      </w:r>
    </w:p>
    <w:p>
      <w:pPr>
        <w:spacing w:before="100" w:after="200" w:line="360" w:lineRule="auto"/>
        <w:ind w:firstLine="576"/>
        <w:jc w:val="left"/>
      </w:pPr>
      <w:r>
        <w:rPr>
          <w:rFonts w:ascii="宋体" w:eastAsia="宋体" w:hAnsi="宋体"/>
          <w:sz w:val="28"/>
        </w:rPr>
        <w:t>4、结合学生特点和安全常识，举办一次手抄报比赛活动，并选出伤优秀作品参加上级教育部门组织的比赛活动。</w:t>
      </w:r>
    </w:p>
    <w:p>
      <w:pPr>
        <w:spacing w:before="100" w:after="200" w:line="360" w:lineRule="auto"/>
        <w:ind w:firstLine="576"/>
        <w:jc w:val="left"/>
      </w:pPr>
      <w:r>
        <w:rPr>
          <w:rFonts w:ascii="宋体" w:eastAsia="宋体" w:hAnsi="宋体"/>
          <w:sz w:val="28"/>
        </w:rPr>
        <w:t>5、暑假将至，根据学生年龄特点和当地实际，学校将在放假前夕对全体师生进行安全教育，并将印发《致家长的一封信》，提出假期学生安全要求，希望家长切实关注孩子的假期活动安全，确保学生过一个安全、健康、快乐的暑假。该项工作由校长室负责。</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p>
    <w:p>
      <w:pPr>
        <w:spacing w:before="100" w:after="200" w:line="360" w:lineRule="auto"/>
        <w:ind w:firstLine="576"/>
        <w:jc w:val="left"/>
      </w:pPr>
      <w:r>
        <w:rPr>
          <w:rFonts w:ascii="宋体" w:eastAsia="宋体" w:hAnsi="宋体"/>
          <w:sz w:val="28"/>
        </w:rPr>
        <w:t>三、结合“安全工作责任落实年”活动夏季战役，由总务处负责认真排查学校安全隐患，落实整改。对各类安全事故隐患进行了排查治理。重点是：消防、避雷设施设置维护，锅炉、燃气、电气、体育器材等重要设施设备的使用、维护;实验室。加强了食品卫生、饮用水卫生以及传染病防治管理工作，特别是切实做好防范甲型流感传播工作，按照有关部署，加强监测，认真做好学生晨检工作。</w:t>
      </w:r>
    </w:p>
    <w:p>
      <w:pPr>
        <w:spacing w:before="100" w:after="200" w:line="360" w:lineRule="auto"/>
        <w:ind w:firstLine="576"/>
        <w:jc w:val="left"/>
      </w:pPr>
      <w:r>
        <w:rPr>
          <w:rFonts w:ascii="宋体" w:eastAsia="宋体" w:hAnsi="宋体"/>
          <w:sz w:val="28"/>
        </w:rPr>
        <w:t>20--年“安全生产月”期间，我公司遵照金安委(20--)15号通知安排，紧紧围绕“遵章守法，关爱生命”这一主题，结合公司实际，积极开展活动，取得了较好效果。</w:t>
      </w:r>
    </w:p>
    <w:p>
      <w:pPr>
        <w:spacing w:before="100" w:after="200" w:line="360" w:lineRule="auto"/>
        <w:jc w:val="left"/>
      </w:pPr>
      <w:r>
        <w:rPr>
          <w:rFonts w:ascii="宋体 (中文正文)" w:eastAsia="宋体" w:hAnsi="宋体 (中文正文)"/>
          <w:b/>
          <w:sz w:val="28"/>
        </w:rPr>
        <w:t>一、领导重视，精心策划</w:t>
      </w:r>
    </w:p>
    <w:p>
      <w:pPr>
        <w:spacing w:before="100" w:after="200" w:line="360" w:lineRule="auto"/>
        <w:ind w:firstLine="576"/>
        <w:jc w:val="left"/>
      </w:pPr>
      <w:r>
        <w:rPr>
          <w:rFonts w:ascii="宋体" w:eastAsia="宋体" w:hAnsi="宋体"/>
          <w:sz w:val="28"/>
        </w:rPr>
        <w:t>为确保“安全生产月”活动轧实有效地开展，公司及时召开了公司安委会扩大会议，在传达镇安全会议精神的同时，研究成立了以公司总经理卢其元为组长的“安全生产月”领导小组。公司“一把手”亲自挂帅，为活动的顺利开展奠定了基础。在总经理的直接领导下，精心策划，制订了符合公司实际、切实可行的活动计划，并按计划布置实施，使整个活动进行得有条不紊。</w:t>
      </w:r>
    </w:p>
    <w:p>
      <w:pPr>
        <w:spacing w:before="100" w:after="200" w:line="360" w:lineRule="auto"/>
        <w:jc w:val="left"/>
      </w:pPr>
      <w:r>
        <w:rPr>
          <w:rFonts w:ascii="宋体 (中文正文)" w:eastAsia="宋体" w:hAnsi="宋体 (中文正文)"/>
          <w:b/>
          <w:sz w:val="28"/>
        </w:rPr>
        <w:t>二、突出教育，重在提高</w:t>
      </w:r>
    </w:p>
    <w:p>
      <w:pPr>
        <w:spacing w:before="100" w:after="200" w:line="360" w:lineRule="auto"/>
        <w:ind w:firstLine="576"/>
        <w:jc w:val="left"/>
      </w:pPr>
      <w:r>
        <w:rPr>
          <w:rFonts w:ascii="宋体" w:eastAsia="宋体" w:hAnsi="宋体"/>
          <w:sz w:val="28"/>
        </w:rPr>
        <w:t>公司乘“安全生产月”活动的东风，积极有效地开展了各种宣传教育活动：一是悬挂横幅2条，设立撑牌2块，置于厂门显眼处，让公司全体员工上下班进出都能看到;二是在车间内显眼处设立20条标语，随时提醒职工安全意识;三是利用班前站队机会每天给员工进行安全教育，反复强调“严是爱，松是害，安全生产利三代”的道理，要求每个员工时刻绷紧“安全”这根弦，克服厌烦情绪，变被迫(管)为自觉;四是利用每周六上午的公司例会，对公司中上层干部进行安全宣传教育，强化公司管理层的安全意识。做到层层重安全，级级管安全，人人注意安全。“活动月”内始终处于警灯常亮，警钟常鸣，警示牌常挂，公司掀起了一个大搞安全文明生产的新高潮。</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https://d.book118.com/418141031012006036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1814103101200603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