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开展安全生产月活动方案</w:t>
      </w:r>
    </w:p>
    <w:p>
      <w:pPr>
        <w:spacing w:before="100" w:after="200" w:line="360" w:lineRule="auto"/>
        <w:ind w:firstLine="576"/>
        <w:jc w:val="left"/>
      </w:pPr>
      <w:r>
        <w:rPr>
          <w:rFonts w:ascii="宋体" w:eastAsia="宋体" w:hAnsi="宋体"/>
          <w:sz w:val="28"/>
        </w:rPr>
        <w:t>本文为大家分享开展安全生产月活动方案相关范本模板，以供参考。</w:t>
      </w:r>
    </w:p>
    <w:p>
      <w:pPr>
        <w:spacing w:before="100" w:after="200" w:line="360" w:lineRule="auto"/>
        <w:ind w:firstLine="576"/>
        <w:jc w:val="left"/>
      </w:pPr>
      <w:r>
        <w:rPr>
          <w:rFonts w:ascii="宋体" w:eastAsia="宋体" w:hAnsi="宋体"/>
          <w:sz w:val="28"/>
        </w:rPr>
        <w:t>为了迎接全国第__个“安全生产月”的到来，本着早着手、早准备、早部署的原则，围绕“强化红线意识，促进安全发展”活动主题，结合实际特点，制定具体的活动方案，现将相关事项通知如下：</w:t>
      </w:r>
    </w:p>
    <w:p>
      <w:pPr>
        <w:spacing w:before="100" w:after="200" w:line="360" w:lineRule="auto"/>
        <w:jc w:val="left"/>
      </w:pPr>
      <w:r>
        <w:rPr>
          <w:rFonts w:ascii="宋体 (中文正文)" w:eastAsia="宋体" w:hAnsi="宋体 (中文正文)"/>
          <w:sz w:val="28"/>
        </w:rPr>
        <w:t>一、指导思想：</w:t>
      </w:r>
    </w:p>
    <w:p>
      <w:pPr>
        <w:spacing w:before="100" w:after="200" w:line="360" w:lineRule="auto"/>
        <w:ind w:firstLine="576"/>
        <w:jc w:val="left"/>
      </w:pPr>
      <w:r>
        <w:rPr>
          <w:rFonts w:ascii="宋体" w:eastAsia="宋体" w:hAnsi="宋体"/>
          <w:sz w:val="28"/>
        </w:rPr>
        <w:t>在开展群众路线教育实践活动中，坚持把安全工作放在首位，注重强化源头治理，在预防上下功夫，采取强有力措施，坚决打好安全生产“组合拳”。通过多样培训，提高员工安全防范技能和意识，促进公司安全发展。</w:t>
      </w:r>
    </w:p>
    <w:p>
      <w:pPr>
        <w:spacing w:before="100" w:after="200" w:line="360" w:lineRule="auto"/>
        <w:jc w:val="left"/>
      </w:pPr>
      <w:r>
        <w:rPr>
          <w:rFonts w:ascii="宋体 (中文正文)" w:eastAsia="宋体" w:hAnsi="宋体 (中文正文)"/>
          <w:b/>
          <w:sz w:val="28"/>
        </w:rPr>
        <w:t>二、活动主题和时间安排：</w:t>
      </w:r>
    </w:p>
    <w:p>
      <w:pPr>
        <w:spacing w:before="100" w:after="200" w:line="360" w:lineRule="auto"/>
        <w:ind w:firstLine="576"/>
        <w:jc w:val="left"/>
      </w:pPr>
      <w:r>
        <w:rPr>
          <w:rFonts w:ascii="宋体" w:eastAsia="宋体" w:hAnsi="宋体"/>
          <w:sz w:val="28"/>
        </w:rPr>
        <w:t>活动主题：强化红线意识、促进安全发展。</w:t>
      </w:r>
    </w:p>
    <w:p>
      <w:pPr>
        <w:spacing w:before="100" w:after="200" w:line="360" w:lineRule="auto"/>
        <w:ind w:firstLine="576"/>
        <w:jc w:val="left"/>
      </w:pPr>
      <w:r>
        <w:rPr>
          <w:rFonts w:ascii="宋体" w:eastAsia="宋体" w:hAnsi="宋体"/>
          <w:sz w:val="28"/>
        </w:rPr>
        <w:t>活动时间：2022年4月15日—7月26日(100天)</w:t>
      </w:r>
    </w:p>
    <w:p>
      <w:pPr>
        <w:spacing w:before="100" w:after="200" w:line="360" w:lineRule="auto"/>
        <w:jc w:val="left"/>
      </w:pPr>
      <w:r>
        <w:rPr>
          <w:rFonts w:ascii="宋体 (中文正文)" w:eastAsia="宋体" w:hAnsi="宋体 (中文正文)"/>
          <w:sz w:val="28"/>
        </w:rPr>
        <w:t>三、活动目标：</w:t>
      </w:r>
    </w:p>
    <w:p>
      <w:pPr>
        <w:spacing w:before="100" w:after="200" w:line="360" w:lineRule="auto"/>
        <w:ind w:firstLine="576"/>
        <w:jc w:val="left"/>
      </w:pPr>
      <w:r>
        <w:rPr>
          <w:rFonts w:ascii="宋体" w:eastAsia="宋体" w:hAnsi="宋体"/>
          <w:sz w:val="28"/>
        </w:rPr>
        <w:t>通过“安全生产月，百日安全生产”活动的开展，牢固树立以人为本、安全发展的理念，把安全生产摆到更加重要的位置，完善安全管理体系，促进安全生产责任进一步落实;员工安全意识明显增强;现场安全管理明显加强;事故隐患整治取得明显成效，活动期间无工伤安全事故发生。</w:t>
      </w:r>
    </w:p>
    <w:p>
      <w:pPr>
        <w:spacing w:before="100" w:after="200" w:line="360" w:lineRule="auto"/>
        <w:jc w:val="left"/>
      </w:pPr>
      <w:r>
        <w:rPr>
          <w:rFonts w:ascii="宋体 (中文正文)" w:eastAsia="宋体" w:hAnsi="宋体 (中文正文)"/>
          <w:sz w:val="28"/>
        </w:rPr>
        <w:t>四、组织领导：</w:t>
      </w:r>
    </w:p>
    <w:p>
      <w:pPr>
        <w:spacing w:before="100" w:after="200" w:line="360" w:lineRule="auto"/>
        <w:ind w:firstLine="576"/>
        <w:jc w:val="left"/>
      </w:pPr>
      <w:r>
        <w:rPr>
          <w:rFonts w:ascii="宋体" w:eastAsia="宋体" w:hAnsi="宋体"/>
          <w:sz w:val="28"/>
        </w:rPr>
        <w:t>成立2022年“安全生产月—百日安全生产”活动领导小组：</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组长：总经理</w:t>
      </w:r>
    </w:p>
    <w:p>
      <w:pPr>
        <w:spacing w:before="100" w:after="200" w:line="360" w:lineRule="auto"/>
        <w:ind w:firstLine="576"/>
        <w:jc w:val="left"/>
      </w:pPr>
      <w:r>
        <w:rPr>
          <w:rFonts w:ascii="宋体" w:eastAsia="宋体" w:hAnsi="宋体"/>
          <w:sz w:val="28"/>
        </w:rPr>
        <w:t>副组长：副总经理、人事行政部总监</w:t>
      </w:r>
    </w:p>
    <w:p>
      <w:pPr>
        <w:spacing w:before="100" w:after="200" w:line="360" w:lineRule="auto"/>
        <w:ind w:firstLine="576"/>
        <w:jc w:val="left"/>
      </w:pPr>
      <w:r>
        <w:rPr>
          <w:rFonts w:ascii="宋体" w:eastAsia="宋体" w:hAnsi="宋体"/>
          <w:sz w:val="28"/>
        </w:rPr>
        <w:t>成员：部门经理</w:t>
      </w:r>
    </w:p>
    <w:p>
      <w:pPr>
        <w:spacing w:before="100" w:after="200" w:line="360" w:lineRule="auto"/>
        <w:ind w:firstLine="576"/>
        <w:jc w:val="left"/>
      </w:pPr>
      <w:r>
        <w:rPr>
          <w:rFonts w:ascii="宋体" w:eastAsia="宋体" w:hAnsi="宋体"/>
          <w:sz w:val="28"/>
        </w:rPr>
        <w:t>领导小组下设安全月活动指挥办公室，办公室设在公司安全办，主任由魏保鹏兼任，副主任由___担任，办公室负责组织公司“安全生产月”的相关活动，办公室成员由公司各部门安全担当组成。</w:t>
      </w:r>
    </w:p>
    <w:p>
      <w:pPr>
        <w:spacing w:before="100" w:after="200" w:line="360" w:lineRule="auto"/>
        <w:jc w:val="left"/>
      </w:pPr>
      <w:r>
        <w:rPr>
          <w:rFonts w:ascii="宋体 (中文正文)" w:eastAsia="宋体" w:hAnsi="宋体 (中文正文)"/>
          <w:b/>
          <w:sz w:val="28"/>
        </w:rPr>
        <w:t>五、活动计划和内容(计划详见附件一)</w:t>
      </w:r>
    </w:p>
    <w:p>
      <w:pPr>
        <w:spacing w:before="100" w:after="200" w:line="360" w:lineRule="auto"/>
        <w:ind w:firstLine="576"/>
        <w:jc w:val="left"/>
      </w:pPr>
      <w:r>
        <w:rPr>
          <w:rFonts w:ascii="宋体" w:eastAsia="宋体" w:hAnsi="宋体"/>
          <w:sz w:val="28"/>
        </w:rPr>
        <w:t>1、举办本次“安全月”活动动员会议(4月14日)。4月14日提前发布会议通知，召集公司全体主管级以上管理人员召开“安全月—百日安全生产”活动启动仪式。由公司总经理做动员讲话，要求各部门做好活动宣传工作，由办公室负责制作、悬挂安全宣传横幅，营造厂区安全氛围;</w:t>
      </w:r>
    </w:p>
    <w:p>
      <w:pPr>
        <w:spacing w:before="100" w:after="200" w:line="360" w:lineRule="auto"/>
        <w:ind w:firstLine="576"/>
        <w:jc w:val="left"/>
      </w:pPr>
      <w:r>
        <w:rPr>
          <w:rFonts w:ascii="宋体" w:eastAsia="宋体" w:hAnsi="宋体"/>
          <w:sz w:val="28"/>
        </w:rPr>
        <w:t>2、开展“排除隐患大行动”活动，公司全体员工参与，要求排查固定的和非固定的工作场所的安全隐患，以图片和文字整改方案为内容，在7月25日前上报公司安全办(相关要求见附件二)</w:t>
      </w:r>
    </w:p>
    <w:p>
      <w:pPr>
        <w:spacing w:before="100" w:after="200" w:line="360" w:lineRule="auto"/>
        <w:ind w:firstLine="576"/>
        <w:jc w:val="left"/>
      </w:pPr>
      <w:r>
        <w:rPr>
          <w:rFonts w:ascii="宋体" w:eastAsia="宋体" w:hAnsi="宋体"/>
          <w:sz w:val="28"/>
        </w:rPr>
        <w:t>3、组织全员开展“周安全应知应会知识主题宣传活动”，加强特种作业人员与重点岗位人员安全知识与操作技能培训;提高全员安全理论知识，规范现场安全管理;(相关要求见附件三)</w:t>
      </w:r>
    </w:p>
    <w:p>
      <w:pPr>
        <w:spacing w:before="100" w:after="200" w:line="360" w:lineRule="auto"/>
        <w:ind w:firstLine="576"/>
        <w:jc w:val="left"/>
      </w:pPr>
      <w:r>
        <w:rPr>
          <w:rFonts w:ascii="宋体" w:eastAsia="宋体" w:hAnsi="宋体"/>
          <w:sz w:val="28"/>
        </w:rPr>
        <w:t>4、组织观看《逾越红线的代价》、《生命的红线》《平安是福》等安全生产电影;(相关要求见附件四)</w:t>
      </w:r>
    </w:p>
    <w:p>
      <w:pPr>
        <w:spacing w:before="100" w:after="200" w:line="360" w:lineRule="auto"/>
        <w:ind w:firstLine="576"/>
        <w:jc w:val="left"/>
      </w:pPr>
      <w:r>
        <w:rPr>
          <w:rFonts w:ascii="宋体" w:eastAsia="宋体" w:hAnsi="宋体"/>
          <w:sz w:val="28"/>
        </w:rPr>
        <w:t>5、组织“强化红线意识、促进安全发展”为主题的演讲比赛;(具体方案见附件五)</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sz w:val="28"/>
        </w:rPr>
        <w:t>六、活动要求：</w:t>
      </w:r>
    </w:p>
    <w:p>
      <w:pPr>
        <w:spacing w:before="100" w:after="200" w:line="360" w:lineRule="auto"/>
        <w:ind w:firstLine="576"/>
        <w:jc w:val="left"/>
      </w:pPr>
      <w:r>
        <w:rPr>
          <w:rFonts w:ascii="宋体" w:eastAsia="宋体" w:hAnsi="宋体"/>
          <w:sz w:val="28"/>
        </w:rPr>
        <w:t>安全生产月活动要以“强化红线意识、促进安全发展”主题为指导，紧紧围绕公司年度安全管理目标，深入贯彻执行“安全第一，预防为主，综合治理”的安全生产方针，抓好公司安全生产工作。</w:t>
      </w:r>
    </w:p>
    <w:p>
      <w:pPr>
        <w:spacing w:before="100" w:after="200" w:line="360" w:lineRule="auto"/>
        <w:ind w:firstLine="576"/>
        <w:jc w:val="left"/>
      </w:pPr>
      <w:r>
        <w:rPr>
          <w:rFonts w:ascii="宋体" w:eastAsia="宋体" w:hAnsi="宋体"/>
          <w:sz w:val="28"/>
        </w:rPr>
        <w:t>1、公司各部门要高度重视安全月活动的开展，围绕本部门实际情况召开部门动员会，结合公司安全月活动计划制定部门安全生产月活动计划报安全办。及时对活动开展情况进行总结;</w:t>
      </w:r>
    </w:p>
    <w:p>
      <w:pPr>
        <w:spacing w:before="100" w:after="200" w:line="360" w:lineRule="auto"/>
        <w:ind w:firstLine="576"/>
        <w:jc w:val="left"/>
      </w:pPr>
      <w:r>
        <w:rPr>
          <w:rFonts w:ascii="宋体" w:eastAsia="宋体" w:hAnsi="宋体"/>
          <w:sz w:val="28"/>
        </w:rPr>
        <w:t>2、各部门主管要亲自组织各种活动开展，动员广大员工积极参与。通过活动的开展，排查安全隐患，提高全员安全技能和意识，促进企业安全发展;</w:t>
      </w:r>
    </w:p>
    <w:p>
      <w:pPr>
        <w:spacing w:before="100" w:after="200" w:line="360" w:lineRule="auto"/>
        <w:ind w:firstLine="576"/>
        <w:jc w:val="left"/>
      </w:pPr>
      <w:r>
        <w:rPr>
          <w:rFonts w:ascii="宋体" w:eastAsia="宋体" w:hAnsi="宋体"/>
          <w:sz w:val="28"/>
        </w:rPr>
        <w:t>3、活动结束后组织召开总结会，对开展较好的、达到活动目标的部门给予奖励，对开展不重视效果较差的、未达到活动目标的部门给与通报批评;活动期间发生安全工伤事故的部门按照上限从重处罚。</w:t>
      </w:r>
    </w:p>
    <w:p>
      <w:pPr>
        <w:spacing w:before="100" w:after="200" w:line="360" w:lineRule="auto"/>
        <w:ind w:firstLine="576"/>
        <w:jc w:val="left"/>
      </w:pPr>
      <w:r>
        <w:rPr>
          <w:rFonts w:ascii="宋体" w:eastAsia="宋体" w:hAnsi="宋体"/>
          <w:sz w:val="28"/>
        </w:rPr>
        <w:t>4、通过开展安全月活动进一步激发员工参与安全管理的热情，达到“人人讲安全，个个比安全，事事保安全”的目的，在“安全生产月—百日安全生产”活动期间，公司办公室加大宣传报道力度，宣传先进，暴露违章行为。</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今年6月是全国第九个“安全生产月”，活动主题是“安全发展，预防为主”。组织开展好“安全生产月”活动是安全生产“安全生产基层基础年”活动的一项重要内容。根据上级安监部门关于开展安全生产月活动的部署要求，为深入宣传贯彻安全生产法律法规和“安全第一，预防为主，综合治理”的方针，唱响安全发展主旋律，本着形式多样、富有实效的原则，面向基层、面向企业、面向村居、面向全社会，创新载体，丰富内容，积极开展第九个安全生产月活动，着力提高全民安全素质，推动基层安全文化建设，为全社区经济社会又好又快发展创造安全稳定的环境，结合实际，特制定本实施方案。</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用群众喜闻乐见、易于参与的形式，广泛开展宣传教育活动，弘扬安全文化，强化全民安全意识，努力形成关爱生命、关注安全的浓厚氛围，为促进全村安全生产形势持续稳定好转提供舆论支持，深入推进“安全生产基层基础年”活动和“打非、治违、抓责任”工作，紧密结合安全生产“三项行动”、“三项建设”，落实“两个主体责任”，坚决遏制和杜绝较大以上事故，努力预防和减少一般事故，确保人民群众生命财产安全。</w:t>
      </w:r>
    </w:p>
    <w:p>
      <w:pPr>
        <w:spacing w:before="100" w:after="200" w:line="360" w:lineRule="auto"/>
        <w:jc w:val="left"/>
      </w:pPr>
      <w:r>
        <w:rPr>
          <w:rFonts w:ascii="宋体 (中文正文)" w:eastAsia="宋体" w:hAnsi="宋体 (中文正文)"/>
          <w:b/>
          <w:sz w:val="28"/>
        </w:rPr>
        <w:t>二、活动安排</w:t>
      </w:r>
    </w:p>
    <w:p>
      <w:pPr>
        <w:spacing w:before="100" w:after="200" w:line="360" w:lineRule="auto"/>
        <w:ind w:firstLine="576"/>
        <w:jc w:val="left"/>
      </w:pPr>
      <w:r>
        <w:rPr>
          <w:rFonts w:ascii="宋体" w:eastAsia="宋体" w:hAnsi="宋体"/>
          <w:sz w:val="28"/>
        </w:rPr>
        <w:t>活动时间：6月1日至6月30日</w:t>
      </w:r>
    </w:p>
    <w:p>
      <w:pPr>
        <w:spacing w:before="100" w:after="200" w:line="360" w:lineRule="auto"/>
        <w:ind w:firstLine="576"/>
        <w:jc w:val="left"/>
      </w:pPr>
      <w:r>
        <w:rPr>
          <w:rFonts w:ascii="宋体" w:eastAsia="宋体" w:hAnsi="宋体"/>
          <w:sz w:val="28"/>
        </w:rPr>
        <w:t>活动主题：安全发展，预防为主</w:t>
      </w:r>
    </w:p>
    <w:p>
      <w:pPr>
        <w:spacing w:before="100" w:after="200" w:line="360" w:lineRule="auto"/>
        <w:ind w:firstLine="576"/>
        <w:jc w:val="left"/>
      </w:pPr>
      <w:r>
        <w:rPr>
          <w:rFonts w:ascii="宋体" w:eastAsia="宋体" w:hAnsi="宋体"/>
          <w:sz w:val="28"/>
        </w:rPr>
        <w:t>主办单位：居委会、社区安监办、各小组和辖区内生产经营单位。</w:t>
      </w:r>
    </w:p>
    <w:p>
      <w:pPr>
        <w:spacing w:before="100" w:after="200" w:line="360" w:lineRule="auto"/>
        <w:jc w:val="left"/>
      </w:pPr>
      <w:r>
        <w:rPr>
          <w:rFonts w:ascii="宋体 (中文正文)" w:eastAsia="宋体" w:hAnsi="宋体 (中文正文)"/>
          <w:b/>
          <w:sz w:val="28"/>
        </w:rPr>
        <w:t>三、活动内容</w:t>
      </w:r>
    </w:p>
    <w:p>
      <w:pPr>
        <w:spacing w:before="100" w:after="200" w:line="360" w:lineRule="auto"/>
        <w:ind w:firstLine="576"/>
        <w:jc w:val="left"/>
      </w:pPr>
      <w:r>
        <w:rPr>
          <w:rFonts w:ascii="宋体" w:eastAsia="宋体" w:hAnsi="宋体"/>
          <w:sz w:val="28"/>
        </w:rPr>
        <w:t>重点宣传安全发展理念、“安全生产年”、“安全生产基层基础年”的工作重点、安全生产法律法规和应急科普知识等。</w:t>
      </w:r>
    </w:p>
    <w:p>
      <w:pPr>
        <w:spacing w:before="100" w:after="200" w:line="360" w:lineRule="auto"/>
        <w:ind w:firstLine="576"/>
        <w:jc w:val="left"/>
      </w:pPr>
      <w:r>
        <w:rPr>
          <w:rFonts w:ascii="宋体" w:eastAsia="宋体" w:hAnsi="宋体"/>
          <w:sz w:val="28"/>
        </w:rPr>
        <w:t>(二)安全生产服务队下生产经营单位</w:t>
      </w:r>
    </w:p>
    <w:p>
      <w:pPr>
        <w:spacing w:before="100" w:after="200" w:line="360" w:lineRule="auto"/>
        <w:ind w:firstLine="576"/>
        <w:jc w:val="left"/>
      </w:pPr>
      <w:r>
        <w:rPr>
          <w:rFonts w:ascii="宋体" w:eastAsia="宋体" w:hAnsi="宋体"/>
          <w:sz w:val="28"/>
        </w:rPr>
        <w:t>(三)安全生产集中执法行动</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结合夏季汛期安全生产特点，在全社区生产经营和建筑施工等重点行业领域，采取联合执法、专项执法等形式，集中组织开展安全执法检查隐患治理行动，严厉查处安全生产违法行为，严格整治重大安全隐患。</w:t>
      </w:r>
    </w:p>
    <w:p>
      <w:pPr>
        <w:spacing w:before="100" w:after="200" w:line="360" w:lineRule="auto"/>
        <w:ind w:firstLine="576"/>
        <w:jc w:val="left"/>
      </w:pPr>
      <w:r>
        <w:rPr>
          <w:rFonts w:ascii="宋体" w:eastAsia="宋体" w:hAnsi="宋体"/>
          <w:sz w:val="28"/>
        </w:rPr>
        <w:t>(四)安全生产应急预案演练周</w:t>
      </w:r>
    </w:p>
    <w:p>
      <w:pPr>
        <w:spacing w:before="100" w:after="200" w:line="360" w:lineRule="auto"/>
        <w:ind w:firstLine="576"/>
        <w:jc w:val="left"/>
      </w:pPr>
      <w:r>
        <w:rPr>
          <w:rFonts w:ascii="宋体" w:eastAsia="宋体" w:hAnsi="宋体"/>
          <w:sz w:val="28"/>
        </w:rPr>
        <w:t>6月份第三周为应急预案演练周。居委会要结合实际，开展安全生产事故应急救援预案演练活动，切实提高各单位及广大干部职工应对事故灾害、突发事件的应急处置能力。</w:t>
      </w:r>
    </w:p>
    <w:p>
      <w:pPr>
        <w:spacing w:before="100" w:after="200" w:line="360" w:lineRule="auto"/>
        <w:ind w:firstLine="576"/>
        <w:jc w:val="left"/>
      </w:pPr>
      <w:r>
        <w:rPr>
          <w:rFonts w:ascii="宋体" w:eastAsia="宋体" w:hAnsi="宋体"/>
          <w:sz w:val="28"/>
        </w:rPr>
        <w:t>重点组织全村烟花爆竹、沼气、消防、道路交通、学校、小商场等人员密集场所方面的安全生产应急救援预案演练，提高应对事故灾难、突发事件的应急处置能力和职工自我保护意识。</w:t>
      </w:r>
    </w:p>
    <w:p>
      <w:pPr>
        <w:spacing w:before="100" w:after="200" w:line="360" w:lineRule="auto"/>
        <w:ind w:firstLine="576"/>
        <w:jc w:val="left"/>
      </w:pPr>
      <w:r>
        <w:rPr>
          <w:rFonts w:ascii="宋体" w:eastAsia="宋体" w:hAnsi="宋体"/>
          <w:sz w:val="28"/>
        </w:rPr>
        <w:t>(五)“安全伴我行”演讲比赛</w:t>
      </w:r>
    </w:p>
    <w:p>
      <w:pPr>
        <w:spacing w:before="100" w:after="200" w:line="360" w:lineRule="auto"/>
        <w:ind w:firstLine="576"/>
        <w:jc w:val="left"/>
      </w:pPr>
      <w:r>
        <w:rPr>
          <w:rFonts w:ascii="宋体" w:eastAsia="宋体" w:hAnsi="宋体"/>
          <w:sz w:val="28"/>
        </w:rPr>
        <w:t>为启发和教育企业员工珍爱生命、遵章守纪、安全生产、防范事故，营造浓厚的“以人为本、安全发展”的良好氛围和社会风尚，积极参加在全街道范围内组织举办“安全伴我行”演讲比赛，选拔推荐3名优秀选手参加街道组织的比赛。</w:t>
      </w:r>
    </w:p>
    <w:p>
      <w:pPr>
        <w:spacing w:before="100" w:after="200" w:line="360" w:lineRule="auto"/>
        <w:ind w:firstLine="576"/>
        <w:jc w:val="left"/>
      </w:pPr>
      <w:r>
        <w:rPr>
          <w:rFonts w:ascii="宋体" w:eastAsia="宋体" w:hAnsi="宋体"/>
          <w:sz w:val="28"/>
        </w:rPr>
        <w:t>责任单位：社区安委会，社区工会、社区支部。</w:t>
      </w:r>
    </w:p>
    <w:p>
      <w:pPr>
        <w:spacing w:before="100" w:after="200" w:line="360" w:lineRule="auto"/>
        <w:ind w:firstLine="576"/>
        <w:jc w:val="left"/>
      </w:pPr>
      <w:r>
        <w:rPr>
          <w:rFonts w:ascii="宋体" w:eastAsia="宋体" w:hAnsi="宋体"/>
          <w:sz w:val="28"/>
        </w:rPr>
        <w:t>(六)实施“文明交通行动计划”</w:t>
      </w:r>
    </w:p>
    <w:p>
      <w:pPr>
        <w:spacing w:before="100" w:after="200" w:line="360" w:lineRule="auto"/>
        <w:ind w:firstLine="576"/>
        <w:jc w:val="left"/>
      </w:pPr>
      <w:r>
        <w:rPr>
          <w:rFonts w:ascii="宋体" w:eastAsia="宋体" w:hAnsi="宋体"/>
          <w:sz w:val="28"/>
        </w:rPr>
        <w:t>在全社区范围内组织开展为期三年的以“关爱生命、文明出行”为主题的“文明交通行动计划”。主要内容包括：倡导机动车礼让斑马线等“六大文明交通行为”;摒弃机动车随意变更车道等“六大交通陋习”;抵制酒后驾驶等“六大危险驾驶行为”;改善城市过街安全设施等“六类道路通行条件”，以切实增强公民文明交通意识，着力纠正各类违反交通法规的现象，创造良好道路交通环境，进一步提升公民文明素质和社会文明程度。</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b/>
          <w:sz w:val="28"/>
        </w:rPr>
        <w:t>四、工作要求</w:t>
      </w:r>
    </w:p>
    <w:p>
      <w:pPr>
        <w:spacing w:before="100" w:after="200" w:line="360" w:lineRule="auto"/>
        <w:ind w:firstLine="576"/>
        <w:jc w:val="left"/>
      </w:pPr>
      <w:r>
        <w:rPr>
          <w:rFonts w:ascii="宋体" w:eastAsia="宋体" w:hAnsi="宋体"/>
          <w:sz w:val="28"/>
        </w:rPr>
        <w:t>(一)加强领导，科学筹划。要切实加强居安全生产月活动的组织领导，科学制定方案，精心组织实施，居委会和安监办要督导企业扎实开展“安全生产月”活动;企业除参加社区里组织的各项活动外，要结合单位特点，组织开展全员培训、警示教育、班组安全建设、安全标准化建设、安全文化建设等各具特色的活动。</w:t>
      </w:r>
    </w:p>
    <w:p>
      <w:pPr>
        <w:spacing w:before="100" w:after="200" w:line="360" w:lineRule="auto"/>
        <w:ind w:firstLine="576"/>
        <w:jc w:val="left"/>
      </w:pPr>
      <w:r>
        <w:rPr>
          <w:rFonts w:ascii="宋体" w:eastAsia="宋体" w:hAnsi="宋体"/>
          <w:sz w:val="28"/>
        </w:rPr>
        <w:t>(二)协作联动，突出重点。居委会要充分发挥综合协调作用，协调村委会各小组和企业协作联动，采取灵活多样的形式，重点抓好“安全进企业、进校园、进家庭”三进活动和“安全生产基层基础工作先进社区(市、区、镇)和先进企业、安全标准化示范园村”创建活动，不断扩大活动参与面和受众面。</w:t>
      </w:r>
    </w:p>
    <w:p>
      <w:pPr>
        <w:spacing w:before="100" w:after="200" w:line="360" w:lineRule="auto"/>
        <w:ind w:firstLine="576"/>
        <w:jc w:val="left"/>
      </w:pPr>
      <w:r>
        <w:rPr>
          <w:rFonts w:ascii="宋体" w:eastAsia="宋体" w:hAnsi="宋体"/>
          <w:sz w:val="28"/>
        </w:rPr>
        <w:t>(三)舆论引导，营造氛围。居委会要充分发挥广播、安全生产专栏等方，紧紧围绕“安全发展、预防为主”活动主题，采写安全生产新闻稿件，报送安全生产宣传信息，积极宣传先进人物和典型事迹，传播安全理念和安全知识，营造浓厚的“安全生产月”活动氛围。</w:t>
      </w:r>
    </w:p>
    <w:p>
      <w:pPr>
        <w:spacing w:before="100" w:after="200" w:line="360" w:lineRule="auto"/>
        <w:ind w:firstLine="576"/>
        <w:jc w:val="left"/>
      </w:pPr>
      <w:r>
        <w:rPr>
          <w:rFonts w:ascii="宋体" w:eastAsia="宋体" w:hAnsi="宋体"/>
          <w:sz w:val="28"/>
        </w:rPr>
        <w:t>(四)创新思路，务求实效。居委会要积极总结活动经验，坚持贴近实际、贴近基层、贴近群众，按照活动总体要求，结合自身特点，创新工作思路，在形式和内容上突出特色，增强活动趣味性、吸引力和感染力，确保“安全生产月”活动取得实效。</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宣传安全生产方针、政策、法律法规和安全知识，着重强化本项目全体人员的安全意识，全面提高安全素质;同时，组织开展好“安全生产月”活动，注重实效和实际，与公司企业安全文化建设相结合;积极倡导以人为本，诚实守信，营造全员参与项目安全文化氛围。</w:t>
      </w:r>
    </w:p>
    <w:p>
      <w:pPr>
        <w:spacing w:before="100" w:after="200" w:line="360" w:lineRule="auto"/>
        <w:jc w:val="left"/>
      </w:pPr>
      <w:r>
        <w:rPr>
          <w:rFonts w:ascii="宋体 (中文正文)" w:eastAsia="宋体" w:hAnsi="宋体 (中文正文)"/>
          <w:b/>
          <w:sz w:val="28"/>
        </w:rPr>
        <w:t>二、活动主题。</w:t>
      </w:r>
    </w:p>
    <w:p>
      <w:pPr>
        <w:spacing w:before="100" w:after="200" w:line="360" w:lineRule="auto"/>
        <w:ind w:firstLine="576"/>
        <w:jc w:val="left"/>
      </w:pPr>
      <w:r>
        <w:rPr>
          <w:rFonts w:ascii="宋体" w:eastAsia="宋体" w:hAnsi="宋体"/>
          <w:sz w:val="28"/>
        </w:rPr>
        <w:t>做好安全生产，创建平安工地。</w:t>
      </w:r>
    </w:p>
    <w:p>
      <w:pPr>
        <w:spacing w:before="100" w:after="200" w:line="360" w:lineRule="auto"/>
        <w:jc w:val="left"/>
      </w:pPr>
      <w:r>
        <w:rPr>
          <w:rFonts w:ascii="宋体 (中文正文)" w:eastAsia="宋体" w:hAnsi="宋体 (中文正文)"/>
          <w:b/>
          <w:sz w:val="28"/>
        </w:rPr>
        <w:t>三、活动时间。</w:t>
      </w:r>
    </w:p>
    <w:p>
      <w:pPr>
        <w:spacing w:before="100" w:after="200" w:line="360" w:lineRule="auto"/>
        <w:jc w:val="left"/>
      </w:pPr>
      <w:r>
        <w:rPr>
          <w:rFonts w:ascii="宋体 (中文正文)" w:eastAsia="宋体" w:hAnsi="宋体 (中文正文)"/>
          <w:b/>
          <w:sz w:val="28"/>
        </w:rPr>
        <w:t>四、组织机构。</w:t>
      </w:r>
    </w:p>
    <w:p>
      <w:pPr>
        <w:spacing w:before="100" w:after="200" w:line="360" w:lineRule="auto"/>
        <w:ind w:firstLine="576"/>
        <w:jc w:val="left"/>
      </w:pPr>
      <w:r>
        <w:rPr>
          <w:rFonts w:ascii="宋体" w:eastAsia="宋体" w:hAnsi="宋体"/>
          <w:sz w:val="28"/>
        </w:rPr>
        <w:t>为加强活动组织领导，成立活动领导小组，负责活动的组织、指导、监督、检查、评比工作。领导小组组成如下：</w:t>
      </w:r>
    </w:p>
    <w:p>
      <w:pPr>
        <w:spacing w:before="100" w:after="200" w:line="360" w:lineRule="auto"/>
        <w:jc w:val="left"/>
      </w:pPr>
      <w:r>
        <w:rPr>
          <w:rFonts w:ascii="宋体 (中文正文)" w:eastAsia="宋体" w:hAnsi="宋体 (中文正文)"/>
          <w:sz w:val="28"/>
        </w:rPr>
        <w:t>安全生产领导小组：</w:t>
      </w:r>
    </w:p>
    <w:p>
      <w:pPr>
        <w:spacing w:before="100" w:after="200" w:line="360" w:lineRule="auto"/>
        <w:jc w:val="left"/>
      </w:pPr>
      <w:r>
        <w:rPr>
          <w:rFonts w:ascii="宋体 (中文正文)" w:eastAsia="宋体" w:hAnsi="宋体 (中文正文)"/>
          <w:sz w:val="28"/>
        </w:rPr>
        <w:t>(1)组长：</w:t>
      </w:r>
    </w:p>
    <w:p>
      <w:pPr>
        <w:spacing w:before="100" w:after="200" w:line="360" w:lineRule="auto"/>
        <w:jc w:val="left"/>
      </w:pPr>
      <w:r>
        <w:rPr>
          <w:rFonts w:ascii="宋体 (中文正文)" w:eastAsia="宋体" w:hAnsi="宋体 (中文正文)"/>
          <w:sz w:val="28"/>
        </w:rPr>
        <w:t>(2)副组长：</w:t>
      </w:r>
    </w:p>
    <w:p>
      <w:pPr>
        <w:spacing w:before="100" w:after="200" w:line="360" w:lineRule="auto"/>
        <w:jc w:val="left"/>
      </w:pPr>
      <w:r>
        <w:rPr>
          <w:rFonts w:ascii="宋体 (中文正文)" w:eastAsia="宋体" w:hAnsi="宋体 (中文正文)"/>
          <w:sz w:val="28"/>
        </w:rPr>
        <w:t>(3)成员：</w:t>
      </w:r>
    </w:p>
    <w:p>
      <w:pPr>
        <w:spacing w:before="100" w:after="200" w:line="360" w:lineRule="auto"/>
        <w:jc w:val="left"/>
      </w:pPr>
      <w:r>
        <w:rPr>
          <w:rFonts w:ascii="宋体 (中文正文)" w:eastAsia="宋体" w:hAnsi="宋体 (中文正文)"/>
          <w:b/>
          <w:sz w:val="28"/>
        </w:rPr>
        <w:t>五、活动内容。</w:t>
      </w:r>
    </w:p>
    <w:p>
      <w:pPr>
        <w:spacing w:before="100" w:after="200" w:line="360" w:lineRule="auto"/>
        <w:ind w:firstLine="576"/>
        <w:jc w:val="left"/>
      </w:pPr>
      <w:r>
        <w:rPr>
          <w:rFonts w:ascii="宋体" w:eastAsia="宋体" w:hAnsi="宋体"/>
          <w:sz w:val="28"/>
        </w:rPr>
        <w:t>安全生产月活动宣传周</w:t>
      </w:r>
    </w:p>
    <w:p>
      <w:pPr>
        <w:spacing w:before="100" w:after="200" w:line="360" w:lineRule="auto"/>
        <w:jc w:val="left"/>
      </w:pPr>
      <w:r>
        <w:rPr>
          <w:rFonts w:ascii="宋体 (中文正文)" w:eastAsia="宋体" w:hAnsi="宋体 (中文正文)"/>
          <w:b/>
          <w:sz w:val="28"/>
        </w:rPr>
        <w:t>六、活动具体要求。</w:t>
      </w:r>
    </w:p>
    <w:p>
      <w:pPr>
        <w:spacing w:before="100" w:after="200" w:line="360" w:lineRule="auto"/>
        <w:ind w:firstLine="576"/>
        <w:jc w:val="left"/>
      </w:pPr>
      <w:r>
        <w:rPr>
          <w:rFonts w:ascii="宋体" w:eastAsia="宋体" w:hAnsi="宋体"/>
          <w:sz w:val="28"/>
        </w:rPr>
        <w:t>(一)提高认识，增强安全生产大局意识。</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认真做好安全生产月活动工作，确保项目安全生产工作顺利进行。放在建设“平安工地”的整体部署中来把握，进一步增强做好安全生产工作的责任感、使命感和紧迫感，强化工作措施，狠抓工作落实，不断提高安全生产水平，确保全全生产形势的逐步稳定发展。我部还将在此基础上深入开展“不伤害他人、不伤害自己、不被别人伤害”和“杜绝违章指挥、违章作业、违反劳动纪律”活动，规范安全宣誓，同时注重发挥“点线面、横向到边纵向到底”安全监控阵地作用，把握正确导向，加强思想引导，澄清模糊认识，绷紧思想防线。</w:t>
      </w:r>
    </w:p>
    <w:p>
      <w:pPr>
        <w:spacing w:before="100" w:after="200" w:line="360" w:lineRule="auto"/>
        <w:ind w:firstLine="576"/>
        <w:jc w:val="left"/>
      </w:pPr>
      <w:r>
        <w:rPr>
          <w:rFonts w:ascii="宋体" w:eastAsia="宋体" w:hAnsi="宋体"/>
          <w:sz w:val="28"/>
        </w:rPr>
        <w:t>(二)落实责任，强化安全生产目标管理。</w:t>
      </w:r>
    </w:p>
    <w:p>
      <w:pPr>
        <w:spacing w:before="100" w:after="200" w:line="360" w:lineRule="auto"/>
        <w:ind w:firstLine="576"/>
        <w:jc w:val="left"/>
      </w:pPr>
      <w:r>
        <w:rPr>
          <w:rFonts w:ascii="宋体" w:eastAsia="宋体" w:hAnsi="宋体"/>
          <w:sz w:val="28"/>
        </w:rPr>
        <w:t>创建“平安工地”，加强安全生产责任制，必须强化安全生产目标管理，落实工作责任。要将安全生产事故控制指标分别落实每组、每个人、要认真总结近年来安全生产责任目标管理的经验，进一步健全和完善责任制体系，落实配套措施，加大考核力度，严格奖惩兑现。要始终以创建本质安全型监测系统为主线，以提高广大人员的安全意识和避灾应变能力为重点，采取多种形式，紧紧围绕以安全学习活动月为主题，不断加大安全教育力度，广泛深入地开展系统性安全教育活动，促进全队安全生产各项奋斗目标的实现。加大宣传教育力度，营造出人人事事保安全的浓厚氛围。组织管理人员和作业人员要认真学习《安全知识手册》，进行一次安全责任的反思自查活动，查安全思想认识是否明确、查安全工作作风是否扎实、查安全履职是否到位、查安全管理是否加强、查安全教育是否落实。开展一次安全谈话活动，区队领导和班组长谈，班组长和职工谈，增强责任，防范于未然。</w:t>
      </w:r>
    </w:p>
    <w:p>
      <w:pPr>
        <w:spacing w:before="100" w:after="200" w:line="360" w:lineRule="auto"/>
        <w:ind w:firstLine="576"/>
        <w:jc w:val="left"/>
      </w:pPr>
      <w:r>
        <w:rPr>
          <w:rFonts w:ascii="宋体" w:eastAsia="宋体" w:hAnsi="宋体"/>
          <w:sz w:val="28"/>
        </w:rPr>
        <w:t>(三)加强宣传教育，提高全队职工安全意识。</w:t>
      </w:r>
    </w:p>
    <w:p>
      <w:pPr>
        <w:spacing w:before="100" w:after="200" w:line="360" w:lineRule="auto"/>
        <w:ind w:firstLine="576"/>
        <w:jc w:val="left"/>
      </w:pPr>
      <w:r>
        <w:rPr>
          <w:rFonts w:ascii="宋体" w:eastAsia="宋体" w:hAnsi="宋体"/>
          <w:sz w:val="28"/>
        </w:rPr>
        <w:t>要继续充分利用通讯报道、宣传画册、安全培训等多种形式，进一步加强安全生产宣传教育。要认真组织开展“安全生产月”等多种形式的宣传教育活动，大力宣传安全生产法律法规和安全知识，剖析典型案例，增强全民安全意识。要加强对项目管理人员和特种作业人员的安全培训，坚持持证上岗，提高安全技能。</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(四)突出重点，确保实效，进一步强化“三违”治理宣传教育工作。</w:t>
      </w:r>
    </w:p>
    <w:p>
      <w:pPr>
        <w:spacing w:before="100" w:after="200" w:line="360" w:lineRule="auto"/>
        <w:ind w:firstLine="576"/>
        <w:jc w:val="left"/>
      </w:pPr>
      <w:r>
        <w:rPr>
          <w:rFonts w:ascii="宋体" w:eastAsia="宋体" w:hAnsi="宋体"/>
          <w:sz w:val="28"/>
        </w:rPr>
        <w:t>“安全生产月”宣传教育活动要与企业生产工作实际结合，要突出“三违”和隐患专项治理，突出规范操作和技能操作训练，不断掀起阶段性工作热潮，确保教育月活动与“三违”治理、规范操作等工作有机融合，齐头并进，取得扎实明显的成效。“六月安全生产月”宣传教育活动要突出“三违”专项治理教育重点，引导我队职工在思想上真正认识到“三违”的危害，形成广泛参与、共同治理的局面;要突出开展好安全生产月活动当中的细节工作，防止走过场，真正达到强化执行力、强化作业人员的服从意识;做到人人上标准岗，个个干规范活，从源头上为实现项目安全生产目标。</w:t>
      </w:r>
    </w:p>
    <w:p>
      <w:pPr>
        <w:spacing w:before="100" w:after="200" w:line="360" w:lineRule="auto"/>
        <w:ind w:firstLine="576"/>
        <w:jc w:val="left"/>
      </w:pPr>
      <w:r>
        <w:rPr>
          <w:rFonts w:ascii="宋体" w:eastAsia="宋体" w:hAnsi="宋体"/>
          <w:sz w:val="28"/>
        </w:rPr>
        <w:t>为切实保护职工的身心健康，促进公司持续稳定发展，根据公司安全生产工作的实际情况，结合安全标准化及环安体系工作要求，2022年6月公司将继续开展“安全生产月”活动。</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以“强化红线意识促进安全发展”作为指导思想，强化安全生产的责任意识和反违章管理，树立全员参与意识，把保障安全放到至高无上地位，通过多样培训和演练工作，进一步宣传贯彻党的安全生产方针、政策，普及安全生产法律法规和安全知识，弘扬安全文化，落实隐患治理的各项措施，创新内容、创新形式、创新手段，注重实效，努力提高全员安全健康文化素质，促进公司安全发展。</w:t>
      </w:r>
    </w:p>
    <w:p>
      <w:pPr>
        <w:spacing w:before="100" w:after="200" w:line="360" w:lineRule="auto"/>
        <w:jc w:val="left"/>
      </w:pPr>
      <w:r>
        <w:rPr>
          <w:rFonts w:ascii="宋体 (中文正文)" w:eastAsia="宋体" w:hAnsi="宋体 (中文正文)"/>
          <w:b/>
          <w:sz w:val="28"/>
        </w:rPr>
        <w:t>二、活动时间和主题活动时间：即日起至6月30日</w:t>
      </w:r>
    </w:p>
    <w:p>
      <w:pPr>
        <w:spacing w:before="100" w:after="200" w:line="360" w:lineRule="auto"/>
        <w:ind w:firstLine="576"/>
        <w:jc w:val="left"/>
      </w:pPr>
      <w:r>
        <w:rPr>
          <w:rFonts w:ascii="宋体" w:eastAsia="宋体" w:hAnsi="宋体"/>
          <w:sz w:val="28"/>
        </w:rPr>
        <w:t>第十三个安全生产月主题：“强化红线意识促进安全发展”</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b/>
          <w:sz w:val="28"/>
        </w:rPr>
        <w:t>三、工作目标</w:t>
      </w:r>
    </w:p>
    <w:p>
      <w:pPr>
        <w:spacing w:before="100" w:after="200" w:line="360" w:lineRule="auto"/>
        <w:ind w:firstLine="576"/>
        <w:jc w:val="left"/>
      </w:pPr>
      <w:r>
        <w:rPr>
          <w:rFonts w:ascii="宋体" w:eastAsia="宋体" w:hAnsi="宋体"/>
          <w:sz w:val="28"/>
        </w:rPr>
        <w:t>通过“安全生产月”活动的开展，进一步夯实安全基础工作，把安全生产摆到更加重要的位置;使安全急预案体系进一步完善;员工安全意识明显增强;事故隐患治理取得明显成效。</w:t>
      </w:r>
    </w:p>
    <w:p>
      <w:pPr>
        <w:spacing w:before="100" w:after="200" w:line="360" w:lineRule="auto"/>
        <w:jc w:val="left"/>
      </w:pPr>
      <w:r>
        <w:rPr>
          <w:rFonts w:ascii="宋体 (中文正文)" w:eastAsia="宋体" w:hAnsi="宋体 (中文正文)"/>
          <w:sz w:val="28"/>
        </w:rPr>
        <w:t>四、组织机构及职责：</w:t>
      </w:r>
    </w:p>
    <w:p>
      <w:pPr>
        <w:spacing w:before="100" w:after="200" w:line="360" w:lineRule="auto"/>
        <w:ind w:firstLine="576"/>
        <w:jc w:val="left"/>
      </w:pPr>
      <w:r>
        <w:rPr>
          <w:rFonts w:ascii="宋体" w:eastAsia="宋体" w:hAnsi="宋体"/>
          <w:sz w:val="28"/>
        </w:rPr>
        <w:t>为加强安全月的宣传力度，拓展安全宣传的思路，使安全月工作取得实效，特成立安全月活动推进小组：</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组员：</w:t>
      </w:r>
    </w:p>
    <w:p>
      <w:pPr>
        <w:spacing w:before="100" w:after="200" w:line="360" w:lineRule="auto"/>
        <w:ind w:firstLine="576"/>
        <w:jc w:val="left"/>
      </w:pPr>
      <w:r>
        <w:rPr>
          <w:rFonts w:ascii="宋体" w:eastAsia="宋体" w:hAnsi="宋体"/>
          <w:sz w:val="28"/>
        </w:rPr>
        <w:t>职责：确定安全月活动方案，敦促各种活动形式的落实，对各安全月活动开展情况进行考核。</w:t>
      </w:r>
    </w:p>
    <w:p>
      <w:pPr>
        <w:spacing w:before="100" w:after="200" w:line="360" w:lineRule="auto"/>
        <w:ind w:firstLine="576"/>
        <w:jc w:val="left"/>
      </w:pPr>
      <w:r>
        <w:rPr>
          <w:rFonts w:ascii="宋体" w:eastAsia="宋体" w:hAnsi="宋体"/>
          <w:sz w:val="28"/>
        </w:rPr>
        <w:t>推进小组下设办公室(生产中心综合管理部)，负责组织公司“安全生产月”的相关活动。</w:t>
      </w:r>
    </w:p>
    <w:p>
      <w:pPr>
        <w:spacing w:before="100" w:after="200" w:line="360" w:lineRule="auto"/>
        <w:jc w:val="left"/>
      </w:pPr>
      <w:r>
        <w:rPr>
          <w:rFonts w:ascii="宋体 (中文正文)" w:eastAsia="宋体" w:hAnsi="宋体 (中文正文)"/>
          <w:sz w:val="28"/>
        </w:rPr>
        <w:t>五、活动形式和内容：</w:t>
      </w:r>
    </w:p>
    <w:p>
      <w:pPr>
        <w:spacing w:before="100" w:after="200" w:line="360" w:lineRule="auto"/>
        <w:ind w:firstLine="576"/>
        <w:jc w:val="left"/>
      </w:pPr>
      <w:r>
        <w:rPr>
          <w:rFonts w:ascii="宋体" w:eastAsia="宋体" w:hAnsi="宋体"/>
          <w:sz w:val="28"/>
        </w:rPr>
        <w:t>1、开展安全征文投稿活动。</w:t>
      </w:r>
    </w:p>
    <w:p>
      <w:pPr>
        <w:spacing w:before="100" w:after="200" w:line="360" w:lineRule="auto"/>
        <w:ind w:firstLine="576"/>
        <w:jc w:val="left"/>
      </w:pPr>
      <w:r>
        <w:rPr>
          <w:rFonts w:ascii="宋体" w:eastAsia="宋体" w:hAnsi="宋体"/>
          <w:sz w:val="28"/>
        </w:rPr>
        <w:t>活动要求：各结合车间实际或安全月主题要求，撰写安全生产管理征文，并向处投稿。</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文章要求：主题突出、文章结构完整、层次清晰，字数不少于1500字。5月5日前各部门(车间)向提交《安全征文》。按要求投稿的，在月度考核中奖励责任部门0.5分;稿件被采纳的，奖励责任部门0.5分，同时稿件撰写人奖励100元。</w:t>
      </w:r>
    </w:p>
    <w:p>
      <w:pPr>
        <w:spacing w:before="100" w:after="200" w:line="360" w:lineRule="auto"/>
        <w:ind w:firstLine="576"/>
        <w:jc w:val="left"/>
      </w:pPr>
      <w:r>
        <w:rPr>
          <w:rFonts w:ascii="宋体" w:eastAsia="宋体" w:hAnsi="宋体"/>
          <w:sz w:val="28"/>
        </w:rPr>
        <w:t>2、开展危险源辨识活动。</w:t>
      </w:r>
    </w:p>
    <w:p>
      <w:pPr>
        <w:spacing w:before="100" w:after="200" w:line="360" w:lineRule="auto"/>
        <w:ind w:firstLine="576"/>
        <w:jc w:val="left"/>
      </w:pPr>
      <w:r>
        <w:rPr>
          <w:rFonts w:ascii="宋体" w:eastAsia="宋体" w:hAnsi="宋体"/>
          <w:sz w:val="28"/>
        </w:rPr>
        <w:t>活动要求：各结合本年度工作安排，采用各种形式组织、鼓励员工全员参与岗位安全隐患排查工作，发掘日常安全管理中的薄弱环节。并按照LECD评价法进行危险源分级，完善各“危险源清单”。</w:t>
      </w:r>
    </w:p>
    <w:p>
      <w:pPr>
        <w:spacing w:before="100" w:after="200" w:line="360" w:lineRule="auto"/>
        <w:ind w:firstLine="576"/>
        <w:jc w:val="left"/>
      </w:pPr>
      <w:r>
        <w:rPr>
          <w:rFonts w:ascii="宋体" w:eastAsia="宋体" w:hAnsi="宋体"/>
          <w:sz w:val="28"/>
        </w:rPr>
        <w:t>5月25日前各部门提交《2022危险因素清单》及《2022环境因素清单》。</w:t>
      </w:r>
    </w:p>
    <w:p>
      <w:pPr>
        <w:spacing w:before="100" w:after="200" w:line="360" w:lineRule="auto"/>
        <w:ind w:firstLine="576"/>
        <w:jc w:val="left"/>
      </w:pPr>
      <w:r>
        <w:rPr>
          <w:rFonts w:ascii="宋体" w:eastAsia="宋体" w:hAnsi="宋体"/>
          <w:sz w:val="28"/>
        </w:rPr>
        <w:t>3、开展事故案例教育活动。</w:t>
      </w:r>
    </w:p>
    <w:p>
      <w:pPr>
        <w:spacing w:before="100" w:after="200" w:line="360" w:lineRule="auto"/>
        <w:ind w:firstLine="576"/>
        <w:jc w:val="left"/>
      </w:pPr>
      <w:r>
        <w:rPr>
          <w:rFonts w:ascii="宋体" w:eastAsia="宋体" w:hAnsi="宋体"/>
          <w:sz w:val="28"/>
        </w:rPr>
        <w:t>活动要求：各结合工作实际，组织员工进行“事故案例教育培训”，培训内容包含与本生产活动相类似的事故案例，通过培训，以血的教训警醒员工尊章守法，提高员工安全意识和安全知识水平，避免事故悲剧在我们身上发生。培训完成后组织员工进行考试(或问卷评估)。</w:t>
      </w:r>
    </w:p>
    <w:p>
      <w:pPr>
        <w:spacing w:before="100" w:after="200" w:line="360" w:lineRule="auto"/>
        <w:ind w:firstLine="576"/>
        <w:jc w:val="left"/>
      </w:pPr>
      <w:r>
        <w:rPr>
          <w:rFonts w:ascii="宋体" w:eastAsia="宋体" w:hAnsi="宋体"/>
          <w:sz w:val="28"/>
        </w:rPr>
        <w:t>6月25日提交考试试题及分数电子版和培训现场图片5张。</w:t>
      </w:r>
    </w:p>
    <w:p>
      <w:pPr>
        <w:spacing w:before="100" w:after="200" w:line="360" w:lineRule="auto"/>
        <w:ind w:firstLine="576"/>
        <w:jc w:val="left"/>
      </w:pPr>
      <w:r>
        <w:rPr>
          <w:rFonts w:ascii="宋体" w:eastAsia="宋体" w:hAnsi="宋体"/>
          <w:sz w:val="28"/>
        </w:rPr>
        <w:t>4、组织开展急预案演练活动。</w:t>
      </w:r>
    </w:p>
    <w:p>
      <w:pPr>
        <w:spacing w:before="100" w:after="200" w:line="360" w:lineRule="auto"/>
        <w:ind w:firstLine="576"/>
        <w:jc w:val="left"/>
      </w:pPr>
      <w:r>
        <w:rPr>
          <w:rFonts w:ascii="宋体" w:eastAsia="宋体" w:hAnsi="宋体"/>
          <w:sz w:val="28"/>
        </w:rPr>
        <w:t>活动要求：通过急演练提高部门领导急指挥能力和员工的急避险能力。生产中心下属各车间结合车间急预案制定演练方案报综合管理部审批，演练前必须对演练方案进行全员培训。</w:t>
      </w:r>
    </w:p>
    <w:p>
      <w:pPr>
        <w:spacing w:before="100" w:after="200" w:line="360" w:lineRule="auto"/>
        <w:ind w:firstLine="576"/>
        <w:jc w:val="left"/>
      </w:pPr>
      <w:r>
        <w:rPr>
          <w:rFonts w:ascii="宋体" w:eastAsia="宋体" w:hAnsi="宋体"/>
          <w:sz w:val="28"/>
        </w:rPr>
        <w:t>6月30日前完成演练，提交纸版演练记录和演练现场图片5张。(演练中如发现消防系统存在的问题，另附电子版报告至，由汇总后上报)</w:t>
      </w:r>
    </w:p>
    <w:p>
      <w:pPr>
        <w:spacing w:before="100" w:after="200" w:line="360" w:lineRule="auto"/>
        <w:ind w:firstLine="576"/>
        <w:jc w:val="left"/>
      </w:pPr>
      <w:r>
        <w:rPr>
          <w:rFonts w:ascii="宋体" w:eastAsia="宋体" w:hAnsi="宋体"/>
          <w:sz w:val="28"/>
        </w:rPr>
        <w:t>5、组织开展对标查缺陷活动。</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6、组织车间人员观看安全教育宣传片或约请安全专家培训。</w:t>
      </w:r>
    </w:p>
    <w:p>
      <w:pPr>
        <w:spacing w:before="100" w:after="200" w:line="360" w:lineRule="auto"/>
        <w:ind w:firstLine="576"/>
        <w:jc w:val="left"/>
      </w:pPr>
      <w:r>
        <w:rPr>
          <w:rFonts w:ascii="宋体" w:eastAsia="宋体" w:hAnsi="宋体"/>
          <w:sz w:val="28"/>
        </w:rPr>
        <w:t>活动要求：综合管理部结合安全月主题及我中心员工安全意识的现状进行培训，组织车间人员观看安全教育宣传片(暂定6月中旬)或组织约请安全专家进行培训(培训主题另行通知)。</w:t>
      </w:r>
    </w:p>
    <w:p>
      <w:pPr>
        <w:spacing w:before="100" w:after="200" w:line="360" w:lineRule="auto"/>
        <w:ind w:firstLine="576"/>
        <w:jc w:val="left"/>
      </w:pPr>
      <w:r>
        <w:rPr>
          <w:rFonts w:ascii="宋体" w:eastAsia="宋体" w:hAnsi="宋体"/>
          <w:sz w:val="28"/>
        </w:rPr>
        <w:t>6月30日前完成培训。</w:t>
      </w:r>
    </w:p>
    <w:p>
      <w:pPr>
        <w:spacing w:before="100" w:after="200" w:line="360" w:lineRule="auto"/>
        <w:ind w:firstLine="576"/>
        <w:jc w:val="left"/>
      </w:pPr>
      <w:r>
        <w:rPr>
          <w:rFonts w:ascii="宋体" w:eastAsia="宋体" w:hAnsi="宋体"/>
          <w:sz w:val="28"/>
        </w:rPr>
        <w:t>7、开展“夏季用电使用情况”的专项检查活动。</w:t>
      </w:r>
    </w:p>
    <w:p>
      <w:pPr>
        <w:spacing w:before="100" w:after="200" w:line="360" w:lineRule="auto"/>
        <w:ind w:firstLine="576"/>
        <w:jc w:val="left"/>
      </w:pPr>
      <w:r>
        <w:rPr>
          <w:rFonts w:ascii="宋体" w:eastAsia="宋体" w:hAnsi="宋体"/>
          <w:sz w:val="28"/>
        </w:rPr>
        <w:t>活动要求：结合前期“配电系统检查”工作，安全月期间在做好“回头看”的同时，组织开展“夏季用电情况专项检查活动”，主要检查各高负荷、多粉尘、高温、潮湿环境的配电系统，同时对配电柜进行开盖检查，紧固螺丝。发现问题立即沟通相关责任人落实整改，确保用电安全，杜绝超负荷用电现象的发生。</w:t>
      </w:r>
    </w:p>
    <w:p>
      <w:pPr>
        <w:spacing w:before="100" w:after="200" w:line="360" w:lineRule="auto"/>
        <w:ind w:firstLine="576"/>
        <w:jc w:val="left"/>
      </w:pPr>
      <w:r>
        <w:rPr>
          <w:rFonts w:ascii="宋体" w:eastAsia="宋体" w:hAnsi="宋体"/>
          <w:sz w:val="28"/>
        </w:rPr>
        <w:t>6月1日提交《夏季用电使用情况检查报告》</w:t>
      </w:r>
    </w:p>
    <w:p>
      <w:pPr>
        <w:spacing w:before="100" w:after="200" w:line="360" w:lineRule="auto"/>
        <w:ind w:firstLine="576"/>
        <w:jc w:val="left"/>
      </w:pPr>
      <w:r>
        <w:rPr>
          <w:rFonts w:ascii="宋体" w:eastAsia="宋体" w:hAnsi="宋体"/>
          <w:sz w:val="28"/>
        </w:rPr>
        <w:t>8、开展规范现场安全标志、标线的专项行动。</w:t>
      </w:r>
    </w:p>
    <w:p>
      <w:pPr>
        <w:spacing w:before="100" w:after="200" w:line="360" w:lineRule="auto"/>
        <w:ind w:firstLine="576"/>
        <w:jc w:val="left"/>
      </w:pPr>
      <w:r>
        <w:rPr>
          <w:rFonts w:ascii="宋体" w:eastAsia="宋体" w:hAnsi="宋体"/>
          <w:sz w:val="28"/>
        </w:rPr>
        <w:t>活动要求：加强安全目视管理，各对各自责任区域的安全标志(含禁止、警告、命令、提示及安全标语)进行清理，完善档案(见附表模板)，并对残缺、破损的安全标志进行更换(包括设备自带的安全标志);各对地面标线、压力表正常工作压力上限红线进行清理，更换磨损、残缺的地面标线，健全压力表上限红线。在此基础上，等关键部位严格执行《安全标志使用导则》，对不符合规范的安全标志进行更换、对安全标志涵盖的全面性进行推敲，确保标志、标线全面、合规。</w:t>
      </w:r>
    </w:p>
    <w:p>
      <w:pPr>
        <w:spacing w:before="100" w:after="200" w:line="360" w:lineRule="auto"/>
        <w:ind w:firstLine="576"/>
        <w:jc w:val="left"/>
      </w:pPr>
      <w:r>
        <w:rPr>
          <w:rFonts w:ascii="宋体" w:eastAsia="宋体" w:hAnsi="宋体"/>
          <w:sz w:val="28"/>
        </w:rPr>
        <w:t>6月20日前提交《安全标志设置登记表》。采取抽查的形式对各安全标志、标线的完善情况进行检查。</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9、举办一期安全生产月宣传板报。</w:t>
      </w:r>
    </w:p>
    <w:p>
      <w:pPr>
        <w:spacing w:before="100" w:after="200" w:line="360" w:lineRule="auto"/>
        <w:ind w:firstLine="576"/>
        <w:jc w:val="left"/>
      </w:pPr>
      <w:r>
        <w:rPr>
          <w:rFonts w:ascii="宋体" w:eastAsia="宋体" w:hAnsi="宋体"/>
          <w:sz w:val="28"/>
        </w:rPr>
        <w:t>活动要求：各独立设计制作主题为“强化红线意识促进安全发展”的板报，(要求版幅1.2m2.4m，后部加支撑利于展示)。2022年5月31日之前完成。(建议各部门确定题材及稿件，找广告公司代做展板)</w:t>
      </w:r>
    </w:p>
    <w:p>
      <w:pPr>
        <w:spacing w:before="100" w:after="200" w:line="360" w:lineRule="auto"/>
        <w:ind w:firstLine="576"/>
        <w:jc w:val="left"/>
      </w:pPr>
      <w:r>
        <w:rPr>
          <w:rFonts w:ascii="宋体" w:eastAsia="宋体" w:hAnsi="宋体"/>
          <w:sz w:val="28"/>
        </w:rPr>
        <w:t>6月1日至门前展示。</w:t>
      </w:r>
    </w:p>
    <w:p>
      <w:pPr>
        <w:spacing w:before="100" w:after="200" w:line="360" w:lineRule="auto"/>
        <w:ind w:firstLine="576"/>
        <w:jc w:val="left"/>
      </w:pPr>
      <w:r>
        <w:rPr>
          <w:rFonts w:ascii="宋体" w:eastAsia="宋体" w:hAnsi="宋体"/>
          <w:sz w:val="28"/>
        </w:rPr>
        <w:t>6月底组织评奖,对前三名给予奖励。</w:t>
      </w:r>
    </w:p>
    <w:p>
      <w:pPr>
        <w:spacing w:before="100" w:after="200" w:line="360" w:lineRule="auto"/>
        <w:ind w:firstLine="576"/>
        <w:jc w:val="left"/>
      </w:pPr>
      <w:r>
        <w:rPr>
          <w:rFonts w:ascii="宋体" w:eastAsia="宋体" w:hAnsi="宋体"/>
          <w:sz w:val="28"/>
        </w:rPr>
        <w:t>10、张贴安全生产月宣传画报。</w:t>
      </w:r>
    </w:p>
    <w:p>
      <w:pPr>
        <w:spacing w:before="100" w:after="200" w:line="360" w:lineRule="auto"/>
        <w:ind w:firstLine="576"/>
        <w:jc w:val="left"/>
      </w:pPr>
      <w:r>
        <w:rPr>
          <w:rFonts w:ascii="宋体" w:eastAsia="宋体" w:hAnsi="宋体"/>
          <w:sz w:val="28"/>
        </w:rPr>
        <w:t>活动要求：(5月31日前)负责购买一批安全生产月宣传用品。悬挂“安全生产月”宣传横幅。各其中一张贴安全宣传，发放安全宣传小册。</w:t>
      </w:r>
    </w:p>
    <w:p>
      <w:pPr>
        <w:spacing w:before="100" w:after="200" w:line="360" w:lineRule="auto"/>
        <w:ind w:firstLine="576"/>
        <w:jc w:val="left"/>
      </w:pPr>
      <w:r>
        <w:rPr>
          <w:rFonts w:ascii="宋体" w:eastAsia="宋体" w:hAnsi="宋体"/>
          <w:sz w:val="28"/>
        </w:rPr>
        <w:t>6月5日前张贴。</w:t>
      </w:r>
    </w:p>
    <w:p>
      <w:pPr>
        <w:spacing w:before="100" w:after="200" w:line="360" w:lineRule="auto"/>
        <w:ind w:firstLine="576"/>
        <w:jc w:val="left"/>
      </w:pPr>
      <w:r>
        <w:rPr>
          <w:rFonts w:ascii="宋体" w:eastAsia="宋体" w:hAnsi="宋体"/>
          <w:sz w:val="28"/>
        </w:rPr>
        <w:t>11、安全月活动开展效果评估并提出下一步工作完善措施</w:t>
      </w:r>
    </w:p>
    <w:p>
      <w:pPr>
        <w:spacing w:before="100" w:after="200" w:line="360" w:lineRule="auto"/>
        <w:ind w:firstLine="576"/>
        <w:jc w:val="left"/>
      </w:pPr>
      <w:r>
        <w:rPr>
          <w:rFonts w:ascii="宋体" w:eastAsia="宋体" w:hAnsi="宋体"/>
          <w:sz w:val="28"/>
        </w:rPr>
        <w:t>活动要求：安全月活动的目的就是做好安全宣传和教育活动，提高生产作业的安全。为测试此次安全月活动效果，安全月活动结束后，下发调查问卷对实施效果进行问卷调查，收集活动建议，提出下一步工作完善措施。</w:t>
      </w:r>
    </w:p>
    <w:p>
      <w:pPr>
        <w:spacing w:before="100" w:after="200" w:line="360" w:lineRule="auto"/>
        <w:ind w:firstLine="576"/>
        <w:jc w:val="left"/>
      </w:pPr>
      <w:r>
        <w:rPr>
          <w:rFonts w:ascii="宋体" w:eastAsia="宋体" w:hAnsi="宋体"/>
          <w:sz w:val="28"/>
        </w:rPr>
        <w:t>附《调查问卷》</w:t>
      </w:r>
    </w:p>
    <w:p>
      <w:pPr>
        <w:spacing w:before="100" w:after="200" w:line="360" w:lineRule="auto"/>
        <w:ind w:firstLine="576"/>
        <w:jc w:val="left"/>
      </w:pPr>
      <w:r>
        <w:rPr>
          <w:rFonts w:ascii="宋体" w:eastAsia="宋体" w:hAnsi="宋体"/>
          <w:sz w:val="28"/>
        </w:rPr>
        <w:t>7月15日前完成效果评估。</w:t>
      </w:r>
    </w:p>
    <w:p>
      <w:pPr>
        <w:spacing w:before="100" w:after="200" w:line="360" w:lineRule="auto"/>
        <w:jc w:val="left"/>
      </w:pPr>
      <w:r>
        <w:rPr>
          <w:rFonts w:ascii="宋体 (中文正文)" w:eastAsia="宋体" w:hAnsi="宋体 (中文正文)"/>
          <w:sz w:val="28"/>
        </w:rPr>
        <w:t>六、活动要求：</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安全生产月活动要以“强化红线意识促进安全发展”的主题为指导，紧紧围绕公司年度安全生产工作计划，深入贯彻执行“安全第一，预防为主，综合治理”的'安全生产方针，抓好公司安全生产工作。</w:t>
      </w:r>
    </w:p>
    <w:p>
      <w:pPr>
        <w:spacing w:before="100" w:after="200" w:line="360" w:lineRule="auto"/>
        <w:ind w:firstLine="576"/>
        <w:jc w:val="left"/>
      </w:pPr>
      <w:r>
        <w:rPr>
          <w:rFonts w:ascii="宋体" w:eastAsia="宋体" w:hAnsi="宋体"/>
          <w:sz w:val="28"/>
        </w:rPr>
        <w:t>1、各要高度重视安全月活动的开展，围绕本实际情况召开动员会，结合公司安全月活动计划及时开展活动并按时间提交相关材料;</w:t>
      </w:r>
    </w:p>
    <w:p>
      <w:pPr>
        <w:spacing w:before="100" w:after="200" w:line="360" w:lineRule="auto"/>
        <w:ind w:firstLine="576"/>
        <w:jc w:val="left"/>
      </w:pPr>
      <w:r>
        <w:rPr>
          <w:rFonts w:ascii="宋体" w:eastAsia="宋体" w:hAnsi="宋体"/>
          <w:sz w:val="28"/>
        </w:rPr>
        <w:t>2、各负责人要亲自组织各种活动开展，动员广大员工积极参与。通过活动的开展，排查安全隐患，提高全员安全技能和意识，促进企业安全发展;</w:t>
      </w:r>
    </w:p>
    <w:p>
      <w:pPr>
        <w:spacing w:before="100" w:after="200" w:line="360" w:lineRule="auto"/>
        <w:ind w:firstLine="576"/>
        <w:jc w:val="left"/>
      </w:pPr>
      <w:r>
        <w:rPr>
          <w:rFonts w:ascii="宋体" w:eastAsia="宋体" w:hAnsi="宋体"/>
          <w:sz w:val="28"/>
        </w:rPr>
        <w:t>3、活动结束后必须对活动效果进行评价，对开展较好的给予奖励，对开展不重视、效果较差的通报批评。</w:t>
      </w:r>
    </w:p>
    <w:p>
      <w:pPr>
        <w:spacing w:before="100" w:after="200" w:line="360" w:lineRule="auto"/>
        <w:ind w:firstLine="576"/>
        <w:jc w:val="left"/>
      </w:pPr>
      <w:r>
        <w:rPr>
          <w:rFonts w:ascii="宋体" w:eastAsia="宋体" w:hAnsi="宋体"/>
          <w:sz w:val="28"/>
        </w:rPr>
        <w:t>以认真贯彻党中央、国务院、省委、省政府和市委、市政府关于安全生产的各项指示精神，全面落实区委、区政府关于安全生产的工作部署为指引，紧紧围绕安全生产专项整治活动，动员全区机关单位、社会团体、各类企业，发动社会公众积极参与，在全区范围内集中开展一系列形式多样、内涵丰富的安全生产宣传教育活动，进一步推动树立红线意识，提升全民安全素质，有效预防和减少重大安全事故发生，为推动安全生产形势稳步好转奠定坚实的社会基础。</w:t>
      </w:r>
    </w:p>
    <w:p>
      <w:pPr>
        <w:spacing w:before="100" w:after="200" w:line="360" w:lineRule="auto"/>
        <w:ind w:firstLine="576"/>
        <w:jc w:val="left"/>
      </w:pPr>
      <w:r>
        <w:rPr>
          <w:rFonts w:ascii="宋体" w:eastAsia="宋体" w:hAnsi="宋体"/>
          <w:sz w:val="28"/>
        </w:rPr>
        <w:t>强化安全发展观念，提升全民安全素质。</w:t>
      </w:r>
    </w:p>
    <w:p>
      <w:pPr>
        <w:spacing w:before="100" w:after="200" w:line="360" w:lineRule="auto"/>
        <w:ind w:firstLine="576"/>
        <w:jc w:val="left"/>
      </w:pPr>
      <w:r>
        <w:rPr>
          <w:rFonts w:ascii="宋体" w:eastAsia="宋体" w:hAnsi="宋体"/>
          <w:sz w:val="28"/>
        </w:rPr>
        <w:t>20xx年6月1日至30日</w:t>
      </w:r>
    </w:p>
    <w:p>
      <w:pPr>
        <w:spacing w:before="100" w:after="200" w:line="360" w:lineRule="auto"/>
        <w:ind w:firstLine="576"/>
        <w:jc w:val="left"/>
      </w:pPr>
      <w:r>
        <w:rPr>
          <w:rFonts w:ascii="宋体" w:eastAsia="宋体" w:hAnsi="宋体"/>
          <w:sz w:val="28"/>
        </w:rPr>
        <w:t>为切实加强“安全生产月”活动的组织领导，成立xx区住房和建设局20xx年“安全生产月”活动领导小组。具体负责“安全生产月”活动的统筹协调等日常工作。</w:t>
      </w:r>
    </w:p>
    <w:p>
      <w:pPr>
        <w:spacing w:before="100" w:after="200" w:line="360" w:lineRule="auto"/>
        <w:ind w:firstLine="576"/>
        <w:jc w:val="left"/>
      </w:pPr>
      <w:r>
        <w:rPr>
          <w:rFonts w:ascii="宋体" w:eastAsia="宋体" w:hAnsi="宋体"/>
          <w:sz w:val="28"/>
        </w:rPr>
        <w:t>（一）开展建筑工地“安全生产执法月”活动。</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1、各建设、施工、监理单位要组织开展施工现场隐患自查自报和治理活动，严格按照建设工程安全生产有关法律要求，开展安全隐患自查自报，强化建筑施工管理和安全技能培训教育，不断增强各级管理人员特别是企业法定代表人、工程项目经理和专职安全员的安全管理能力，以及工人（农民工）的安全意识。建筑施工人员及特种作业人员必须严格考核、持证上岗，其他作业人员必须经“安全教育”培训，取得“平安卡”后方可上岗作业。</w:t>
      </w:r>
    </w:p>
    <w:p>
      <w:pPr>
        <w:spacing w:before="100" w:after="200" w:line="360" w:lineRule="auto"/>
        <w:ind w:firstLine="576"/>
        <w:jc w:val="left"/>
      </w:pPr>
      <w:r>
        <w:rPr>
          <w:rFonts w:ascii="宋体" w:eastAsia="宋体" w:hAnsi="宋体"/>
          <w:sz w:val="28"/>
        </w:rPr>
        <w:t>2、积极开展创建安全文明工地活动，区建设工程事务监督管理中心要鼓励企业将符合创建条件的工程纳入创建计划，严格安全管理，加强企业的安全文化建设，建立完善“责任落实、基础扎实、投入到位、管理规范”的企业安全生产保障体系，提高企业安全管理水平。</w:t>
      </w:r>
    </w:p>
    <w:p>
      <w:pPr>
        <w:spacing w:before="100" w:after="200" w:line="360" w:lineRule="auto"/>
        <w:ind w:firstLine="576"/>
        <w:jc w:val="left"/>
      </w:pPr>
      <w:r>
        <w:rPr>
          <w:rFonts w:ascii="宋体" w:eastAsia="宋体" w:hAnsi="宋体"/>
          <w:sz w:val="28"/>
        </w:rPr>
        <w:t>3、各建设、施工、监理单位要组织开展有针对性的应急演练，增强从业人员的安全防范意识，提高从业人员识灾、辨灾、防灾、逃灾、避灾和自救、互救、共救的能力，进一步提高安全生产应急预案的科学性、有效性和可操作性，并做好应急处置和逃生自救演习。</w:t>
      </w:r>
    </w:p>
    <w:p>
      <w:pPr>
        <w:spacing w:before="100" w:after="200" w:line="360" w:lineRule="auto"/>
        <w:ind w:firstLine="576"/>
        <w:jc w:val="left"/>
      </w:pPr>
      <w:r>
        <w:rPr>
          <w:rFonts w:ascii="宋体" w:eastAsia="宋体" w:hAnsi="宋体"/>
          <w:sz w:val="28"/>
        </w:rPr>
        <w:t>4、区建设工程事务监督管理中心有计划、有步骤、有针对性的强力推进“安全生产月”活动，积极开展专项执法、联合执法行动，集中严厉打击各类建设工程安全生产违法违规行为，在“安全生产月”期间，对违法建设行为坚决予以曝光，统筹兼顾各项工作，突出重点，确保各项工作落到实处。</w:t>
      </w:r>
    </w:p>
    <w:p>
      <w:pPr>
        <w:spacing w:before="100" w:after="200" w:line="360" w:lineRule="auto"/>
        <w:ind w:firstLine="576"/>
        <w:jc w:val="left"/>
      </w:pPr>
      <w:r>
        <w:rPr>
          <w:rFonts w:ascii="宋体" w:eastAsia="宋体" w:hAnsi="宋体"/>
          <w:sz w:val="28"/>
        </w:rPr>
        <w:t>5、总结往年“安全生产月”活动经验的基础上，开拓工作思路，创新活动形式，组织开展有针对性的、贴近基层服务企业，使企业广泛参与到“安全生产月”活动中来并有所收获。</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6、各建设、施工、监理单位要工地现场采取组织播放安全生产案例教育片、事故警示教育展板巡展、宣传横幅、墙报、板报、小刊物等多种形式，全面剖析典型事故原因，深刻汲取惨痛事故教训，加强对建筑工地施工作业人员安全教育，使“安全生产月”宣传活动到工地。</w:t>
      </w:r>
    </w:p>
    <w:p>
      <w:pPr>
        <w:spacing w:before="100" w:after="200" w:line="360" w:lineRule="auto"/>
        <w:ind w:firstLine="576"/>
        <w:jc w:val="left"/>
      </w:pPr>
      <w:r>
        <w:rPr>
          <w:rFonts w:ascii="宋体" w:eastAsia="宋体" w:hAnsi="宋体"/>
          <w:sz w:val="28"/>
        </w:rPr>
        <w:t>7、区建设工程事务监督管理中心及时总结“安全生产月”经验、做法及存在问题，于6月25日前将建筑工地开展“安全生产月”活动总结上报局办公室。</w:t>
      </w:r>
    </w:p>
    <w:p>
      <w:pPr>
        <w:spacing w:before="100" w:after="200" w:line="360" w:lineRule="auto"/>
        <w:ind w:firstLine="576"/>
        <w:jc w:val="left"/>
      </w:pPr>
      <w:r>
        <w:rPr>
          <w:rFonts w:ascii="宋体" w:eastAsia="宋体" w:hAnsi="宋体"/>
          <w:sz w:val="28"/>
        </w:rPr>
        <w:t>上述工作由建管科、区建设工程事务监管中心负责。</w:t>
      </w:r>
    </w:p>
    <w:p>
      <w:pPr>
        <w:spacing w:before="100" w:after="200" w:line="360" w:lineRule="auto"/>
        <w:ind w:firstLine="576"/>
        <w:jc w:val="left"/>
      </w:pPr>
      <w:r>
        <w:rPr>
          <w:rFonts w:ascii="宋体" w:eastAsia="宋体" w:hAnsi="宋体"/>
          <w:sz w:val="28"/>
        </w:rPr>
        <w:t>（二）开展燃气行业“安全生产月”活动。</w:t>
      </w:r>
    </w:p>
    <w:p>
      <w:pPr>
        <w:spacing w:before="100" w:after="200" w:line="360" w:lineRule="auto"/>
        <w:ind w:firstLine="576"/>
        <w:jc w:val="left"/>
      </w:pPr>
      <w:r>
        <w:rPr>
          <w:rFonts w:ascii="宋体" w:eastAsia="宋体" w:hAnsi="宋体"/>
          <w:sz w:val="28"/>
        </w:rPr>
        <w:t>1、组织学习关于开展“安全生产月”相关文件精神。各燃气企业要组织本单位安全生产负责人和相关工作人员、下属站点负责人贯彻学习《深圳市安全管理委员会关于印发深圳市20xx年安全生产月活动方案的通知》的文件精神，认真组织开展“安全生产月”活动。</w:t>
      </w:r>
    </w:p>
    <w:p>
      <w:pPr>
        <w:spacing w:before="100" w:after="200" w:line="360" w:lineRule="auto"/>
        <w:ind w:firstLine="576"/>
        <w:jc w:val="left"/>
      </w:pPr>
      <w:r>
        <w:rPr>
          <w:rFonts w:ascii="宋体" w:eastAsia="宋体" w:hAnsi="宋体"/>
          <w:sz w:val="28"/>
        </w:rPr>
        <w:t>2、开展各类安全生产公益宣传。</w:t>
      </w:r>
    </w:p>
    <w:p>
      <w:pPr>
        <w:spacing w:before="100" w:after="200" w:line="360" w:lineRule="auto"/>
        <w:ind w:firstLine="576"/>
        <w:jc w:val="left"/>
      </w:pPr>
      <w:r>
        <w:rPr>
          <w:rFonts w:ascii="宋体" w:eastAsia="宋体" w:hAnsi="宋体"/>
          <w:sz w:val="28"/>
        </w:rPr>
        <w:t>（2）加强安全生产事故警示教育，通过组织播放安全生产案例教育片、事故警示教育展板巡展，全面剖析典型事故原因，深刻汲取惨痛事故教训，用教训推动企业落实安全生产责任体系五落实五到位规定。</w:t>
      </w:r>
    </w:p>
    <w:p>
      <w:pPr>
        <w:spacing w:before="100" w:after="200" w:line="360" w:lineRule="auto"/>
        <w:ind w:firstLine="576"/>
        <w:jc w:val="left"/>
      </w:pPr>
      <w:r>
        <w:rPr>
          <w:rFonts w:ascii="宋体" w:eastAsia="宋体" w:hAnsi="宋体"/>
          <w:sz w:val="28"/>
        </w:rPr>
        <w:t>3、开展“隐患自查与安全生产执法月”活动。</w:t>
      </w:r>
    </w:p>
    <w:p>
      <w:pPr>
        <w:spacing w:before="100" w:after="200" w:line="360" w:lineRule="auto"/>
        <w:ind w:firstLine="576"/>
        <w:jc w:val="left"/>
      </w:pPr>
      <w:r>
        <w:rPr>
          <w:rFonts w:ascii="宋体" w:eastAsia="宋体" w:hAnsi="宋体"/>
          <w:sz w:val="28"/>
        </w:rPr>
        <w:t>（1）加大安全管理网格化巡查频率。根据安全生产网格化管理要求，各燃气企业应以“安全生产月”活动为契机，在加大日常安全巡查频率的同时，督促生产经营单位开展安全生产事故隐患自查自报及治理活动，指导生产经营单位进一步完善安全生产责任制，强化由企业主要负责人到普通员工的安全生产责任意识。</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2）开展安全隐患排查整治工作。各燃气企业要对各燃气经营场站的安全隐患进行自查自纠，开展企业内部安全隐患自查自纠和治理活动，对发现的安全隐患要跟踪整改、确保隐患消除。以严格控制钢瓶存量、查处“三合一”违规现象，加强运输车辆安全管理，检查和维护消防设施为重点，深化燃气行业安全生产专项整治。</w:t>
      </w:r>
    </w:p>
    <w:p>
      <w:pPr>
        <w:spacing w:before="100" w:after="200" w:line="360" w:lineRule="auto"/>
        <w:ind w:firstLine="576"/>
        <w:jc w:val="left"/>
      </w:pPr>
      <w:r>
        <w:rPr>
          <w:rFonts w:ascii="宋体" w:eastAsia="宋体" w:hAnsi="宋体"/>
          <w:sz w:val="28"/>
        </w:rPr>
        <w:t>4、开展“安全应急预案演练”活动。各燃气企业要充分重视应急预案演练工作，要结合要求，制定方案，落实责任人。组织开展一次全面系统的应急救援演练，综合实战演练，将预案中的职责通过演练落实到位。</w:t>
      </w:r>
    </w:p>
    <w:p>
      <w:pPr>
        <w:spacing w:before="100" w:after="200" w:line="360" w:lineRule="auto"/>
        <w:ind w:firstLine="576"/>
        <w:jc w:val="left"/>
      </w:pPr>
      <w:r>
        <w:rPr>
          <w:rFonts w:ascii="宋体" w:eastAsia="宋体" w:hAnsi="宋体"/>
          <w:sz w:val="28"/>
        </w:rPr>
        <w:t>上述工作由综合执法大队（燃气管理大队）负责。</w:t>
      </w:r>
    </w:p>
    <w:p>
      <w:pPr>
        <w:spacing w:before="100" w:after="200" w:line="360" w:lineRule="auto"/>
        <w:ind w:firstLine="576"/>
        <w:jc w:val="left"/>
      </w:pPr>
      <w:r>
        <w:rPr>
          <w:rFonts w:ascii="宋体" w:eastAsia="宋体" w:hAnsi="宋体"/>
          <w:sz w:val="28"/>
        </w:rPr>
        <w:t>（一）高度重视，加强领导。各相关科室（单位）要充分认识开展“安全生产月”活动的重要性，安排专人负责，确保人力、物力投入，提早策划，做好部署，确保各项活动顺利开展。区安委办将对活动开展情况进行检查，并将具体开展情况纳入年度安全生产责任制考核内容。</w:t>
      </w:r>
    </w:p>
    <w:p>
      <w:pPr>
        <w:spacing w:before="100" w:after="200" w:line="360" w:lineRule="auto"/>
        <w:ind w:firstLine="576"/>
        <w:jc w:val="left"/>
      </w:pPr>
      <w:r>
        <w:rPr>
          <w:rFonts w:ascii="宋体" w:eastAsia="宋体" w:hAnsi="宋体"/>
          <w:sz w:val="28"/>
        </w:rPr>
        <w:t>（二）确保成效，以月促年。各相关科室（单位）要紧密围绕“强化安全发展观念，提升全民安全素质”的活动主题，开拓工作思路，创新活动形式，丰富活动内容，有计划、有步骤、有针对性地强力推进“安全生产月”的各项活动。要在总结往年“安全生产月”活动经验基础上，开拓工作思路，精心部署，创新活动形式，丰富活动内容。要广泛动员企业自觉开展活动，强化企业的主体责任，逐级落实安全生产责任，提高安全生产的本质安全。增强“安全生产月”活动的实效性，形成长效机制，真正达到“以月促年”的目的。</w:t>
      </w:r>
    </w:p>
    <w:p>
      <w:pPr>
        <w:spacing w:before="100" w:after="200" w:line="360" w:lineRule="auto"/>
        <w:ind w:firstLine="576"/>
        <w:jc w:val="left"/>
      </w:pPr>
      <w:r>
        <w:rPr>
          <w:rFonts w:ascii="宋体" w:eastAsia="宋体" w:hAnsi="宋体"/>
          <w:sz w:val="28"/>
        </w:rPr>
        <w:t>（三）认真总结。请各相关科室（单位）认真分析此次活动中好的方法，及时做好“安全生产月”活动的总结工作。</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安全生产工作是我院日常工作的重要组成部分，根据市计生委2022年安全生产月活动方案，我院把2022年6月(5月30日-6月30日)定为“安全生产活动月”，我们将紧密围绕着“加强安全法制、保障安全生产”这一主题，坚持贯彻“安全第一、预防为主”的工作方针，以“消除隐患、防范事故”为重点，构建和谐医院、平安医院。现将我院有关“安全生产月”活动安排如下：</w:t>
      </w:r>
    </w:p>
    <w:p>
      <w:pPr>
        <w:spacing w:before="100" w:after="200" w:line="360" w:lineRule="auto"/>
        <w:jc w:val="left"/>
      </w:pPr>
      <w:r>
        <w:rPr>
          <w:rFonts w:ascii="宋体 (中文正文)" w:eastAsia="宋体" w:hAnsi="宋体 (中文正文)"/>
          <w:b/>
          <w:sz w:val="28"/>
        </w:rPr>
        <w:t>一、总体目标</w:t>
      </w:r>
    </w:p>
    <w:p>
      <w:pPr>
        <w:spacing w:before="100" w:after="200" w:line="360" w:lineRule="auto"/>
        <w:ind w:firstLine="576"/>
        <w:jc w:val="left"/>
      </w:pPr>
      <w:r>
        <w:rPr>
          <w:rFonts w:ascii="宋体" w:eastAsia="宋体" w:hAnsi="宋体"/>
          <w:sz w:val="28"/>
        </w:rPr>
        <w:t>无各类人员伤亡事故，无火灾、设备事故。杜绝重特大医疗事故。</w:t>
      </w:r>
    </w:p>
    <w:p>
      <w:pPr>
        <w:spacing w:before="100" w:after="200" w:line="360" w:lineRule="auto"/>
        <w:jc w:val="left"/>
      </w:pPr>
      <w:r>
        <w:rPr>
          <w:rFonts w:ascii="宋体 (中文正文)" w:eastAsia="宋体" w:hAnsi="宋体 (中文正文)"/>
          <w:b/>
          <w:sz w:val="28"/>
        </w:rPr>
        <w:t>二、组织机构</w:t>
      </w:r>
    </w:p>
    <w:p>
      <w:pPr>
        <w:spacing w:before="100" w:after="200" w:line="360" w:lineRule="auto"/>
        <w:ind w:firstLine="576"/>
        <w:jc w:val="left"/>
      </w:pPr>
      <w:r>
        <w:rPr>
          <w:rFonts w:ascii="宋体" w:eastAsia="宋体" w:hAnsi="宋体"/>
          <w:sz w:val="28"/>
        </w:rPr>
        <w:t>成立由医院主要负责人担任组长的“安全生产月”工作领导小组，并下设办公室，负责日常工作，工作领导小组成员有：</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jc w:val="left"/>
      </w:pPr>
      <w:r>
        <w:rPr>
          <w:rFonts w:ascii="宋体 (中文正文)" w:eastAsia="宋体" w:hAnsi="宋体 (中文正文)"/>
          <w:sz w:val="28"/>
        </w:rPr>
        <w:t>成员：</w:t>
      </w:r>
    </w:p>
    <w:p>
      <w:pPr>
        <w:spacing w:before="100" w:after="200" w:line="360" w:lineRule="auto"/>
        <w:jc w:val="left"/>
      </w:pPr>
      <w:r>
        <w:rPr>
          <w:rFonts w:ascii="宋体 (中文正文)" w:eastAsia="宋体" w:hAnsi="宋体 (中文正文)"/>
          <w:sz w:val="28"/>
        </w:rPr>
        <w:t>下设办公室：</w:t>
      </w:r>
    </w:p>
    <w:p>
      <w:pPr>
        <w:spacing w:before="100" w:after="200" w:line="360" w:lineRule="auto"/>
        <w:jc w:val="left"/>
      </w:pPr>
      <w:r>
        <w:rPr>
          <w:rFonts w:ascii="宋体 (中文正文)" w:eastAsia="宋体" w:hAnsi="宋体 (中文正文)"/>
          <w:sz w:val="28"/>
        </w:rPr>
        <w:t>办公室主任：</w:t>
      </w:r>
    </w:p>
    <w:p>
      <w:pPr>
        <w:spacing w:before="100" w:after="200" w:line="360" w:lineRule="auto"/>
        <w:jc w:val="left"/>
      </w:pPr>
      <w:r>
        <w:rPr>
          <w:rFonts w:ascii="宋体 (中文正文)" w:eastAsia="宋体" w:hAnsi="宋体 (中文正文)"/>
          <w:sz w:val="28"/>
        </w:rPr>
        <w:t>成员：</w:t>
      </w:r>
    </w:p>
    <w:p>
      <w:pPr>
        <w:spacing w:before="100" w:after="200" w:line="360" w:lineRule="auto"/>
        <w:jc w:val="left"/>
      </w:pPr>
      <w:r>
        <w:rPr>
          <w:rFonts w:ascii="宋体 (中文正文)" w:eastAsia="宋体" w:hAnsi="宋体 (中文正文)"/>
          <w:b/>
          <w:sz w:val="28"/>
        </w:rPr>
        <w:t>三、宣传发动</w:t>
      </w:r>
    </w:p>
    <w:p>
      <w:pPr>
        <w:spacing w:before="100" w:after="200" w:line="360" w:lineRule="auto"/>
        <w:ind w:firstLine="576"/>
        <w:jc w:val="left"/>
      </w:pPr>
      <w:r>
        <w:rPr>
          <w:rFonts w:ascii="宋体" w:eastAsia="宋体" w:hAnsi="宋体"/>
          <w:sz w:val="28"/>
        </w:rPr>
        <w:t>1、召开专题会议，安排布置医院的“安全生产月”活动。</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2、制定活动方案：按照市计生委活动方案要求，结合我院工作实际，为把“安全生产月”活动深入到全院每一个职工中去，医院制定切实可行的“安全生产月”活动方案。</w:t>
      </w:r>
    </w:p>
    <w:p>
      <w:pPr>
        <w:spacing w:before="100" w:after="200" w:line="360" w:lineRule="auto"/>
        <w:ind w:firstLine="576"/>
        <w:jc w:val="left"/>
      </w:pPr>
      <w:r>
        <w:rPr>
          <w:rFonts w:ascii="宋体" w:eastAsia="宋体" w:hAnsi="宋体"/>
          <w:sz w:val="28"/>
        </w:rPr>
        <w:t>3、广泛宣传：组织全院职工学习、培训、利用电子屏、条幅、会议、内部网站等多种形式宣传安全意识，营造安全氛围，使大家认识到安全就是效益，抓医疗工作就必须抓安全，安全生产才能保证医疗工作稳定、有序地开展。</w:t>
      </w:r>
    </w:p>
    <w:p>
      <w:pPr>
        <w:spacing w:before="100" w:after="200" w:line="360" w:lineRule="auto"/>
        <w:jc w:val="left"/>
      </w:pPr>
      <w:r>
        <w:rPr>
          <w:rFonts w:ascii="宋体 (中文正文)" w:eastAsia="宋体" w:hAnsi="宋体 (中文正文)"/>
          <w:b/>
          <w:sz w:val="28"/>
        </w:rPr>
        <w:t>四、制度建设</w:t>
      </w:r>
    </w:p>
    <w:p>
      <w:pPr>
        <w:spacing w:before="100" w:after="200" w:line="360" w:lineRule="auto"/>
        <w:ind w:firstLine="576"/>
        <w:jc w:val="left"/>
      </w:pPr>
      <w:r>
        <w:rPr>
          <w:rFonts w:ascii="宋体" w:eastAsia="宋体" w:hAnsi="宋体"/>
          <w:sz w:val="28"/>
        </w:rPr>
        <w:t>医院以“安全生产月”活动为契机，完善医院各项安全生产工作制度，堵塞安全生产管理漏洞，细化各项安全生产工作措施，围绕着“加强安全法制、保障安全生产”这一主题，结合上级部门安全生产的部署，落实好医院各项安全生产制度，坚持边自查自纠，边建立长效机制;医院领导班子把安全保卫工作作为院长查房的重要内容之一，有针对性的把安全保卫工作提高到医院日常管理中去;同时完善和建安全生产网络组织，以科主任、科长为本科的安全第一责任人，各科护士长协助科主任抓好安全生产工作，确保职责分工明确，进一步提高了科室的安全生产意识。</w:t>
      </w:r>
    </w:p>
    <w:p>
      <w:pPr>
        <w:spacing w:before="100" w:after="200" w:line="360" w:lineRule="auto"/>
        <w:jc w:val="left"/>
      </w:pPr>
      <w:r>
        <w:rPr>
          <w:rFonts w:ascii="宋体 (中文正文)" w:eastAsia="宋体" w:hAnsi="宋体 (中文正文)"/>
          <w:b/>
          <w:sz w:val="28"/>
        </w:rPr>
        <w:t>五、具体措施</w:t>
      </w:r>
    </w:p>
    <w:p>
      <w:pPr>
        <w:spacing w:before="100" w:after="200" w:line="360" w:lineRule="auto"/>
        <w:ind w:firstLine="576"/>
        <w:jc w:val="left"/>
      </w:pPr>
      <w:r>
        <w:rPr>
          <w:rFonts w:ascii="宋体" w:eastAsia="宋体" w:hAnsi="宋体"/>
          <w:sz w:val="28"/>
        </w:rPr>
        <w:t>1、根据医院“安全生产月”活动方案，医院有针对性的要求各科室对重点部门，重点(要害)部位进行自查，发现问题及时给以整改;同时医院安全生产领导小组成员对各科室的自查结果进行抽查，并现场纠正隐患。</w:t>
      </w:r>
    </w:p>
    <w:p>
      <w:pPr>
        <w:spacing w:before="100" w:after="200" w:line="360" w:lineRule="auto"/>
        <w:ind w:firstLine="576"/>
        <w:jc w:val="left"/>
      </w:pPr>
      <w:r>
        <w:rPr>
          <w:rFonts w:ascii="宋体" w:eastAsia="宋体" w:hAnsi="宋体"/>
          <w:sz w:val="28"/>
        </w:rPr>
        <w:t>2、组织水、电维修人员对全院用电、用火、线路及消防通道、重点防火部门逐个排查，找出隐患，加以整改。</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p>
    <w:p>
      <w:pPr>
        <w:spacing w:before="100" w:after="200" w:line="360" w:lineRule="auto"/>
        <w:ind w:firstLine="576"/>
        <w:jc w:val="left"/>
      </w:pPr>
      <w:r>
        <w:rPr>
          <w:rFonts w:ascii="宋体" w:eastAsia="宋体" w:hAnsi="宋体"/>
          <w:sz w:val="28"/>
        </w:rPr>
        <w:t>3、医院保卫科与后勤科对全院重点部门和要害科室进行现场消防及安全演习一次，重点体现在应急疏散人员及灭火器的使用和突发事件的处置上，确保发生安全事故时大家能够迅速反应;同时医院购买更新干粉灭火器，对部分科室压力不足的灭火器进行更换。</w:t>
      </w:r>
    </w:p>
    <w:p>
      <w:pPr>
        <w:spacing w:before="100" w:after="200" w:line="360" w:lineRule="auto"/>
        <w:ind w:firstLine="576"/>
        <w:jc w:val="left"/>
      </w:pPr>
      <w:r>
        <w:rPr>
          <w:rFonts w:ascii="宋体" w:eastAsia="宋体" w:hAnsi="宋体"/>
          <w:sz w:val="28"/>
        </w:rPr>
        <w:t>4、医院对院内易燃、易爆、有毒、有害危险化学品、麻毒药品、药库进行24小时监控;对来院车辆的异常情况进行登记;对医院职工饭堂，供氧房，药房等要害部门进行严格巡查，查找安全隐患，落实各项安全生产制度，确保医院医疗工作的安全高效运行。</w:t>
      </w:r>
    </w:p>
    <w:p>
      <w:pPr>
        <w:spacing w:before="100" w:after="200" w:line="360" w:lineRule="auto"/>
        <w:ind w:firstLine="576"/>
        <w:jc w:val="left"/>
      </w:pPr>
      <w:r>
        <w:rPr>
          <w:rFonts w:ascii="宋体" w:eastAsia="宋体" w:hAnsi="宋体"/>
          <w:sz w:val="28"/>
        </w:rPr>
        <w:t>医院领导班子非常重视安全生产工作，近年来我院把安全生产工作控制在“六个零”即：“重大医疗事故为零、重大设备事故为零、重大火灾事故为零、重大事物中毒事故为零、重大爆炸事故为零、重伤以上事故为零。医院将继续把安全生产工作放在发展的重要位置，落实各项安全生产制度，为构建和谐医院、和谐__贡献自己的一份力量。</w:t>
      </w:r>
    </w:p>
    <w:p>
      <w:pPr>
        <w:spacing w:before="100" w:after="200" w:line="360" w:lineRule="auto"/>
        <w:ind w:firstLine="576"/>
        <w:jc w:val="left"/>
      </w:pPr>
      <w:r>
        <w:rPr>
          <w:rFonts w:ascii="宋体" w:eastAsia="宋体" w:hAnsi="宋体"/>
          <w:sz w:val="28"/>
        </w:rPr>
        <w:t>为全力保障我院消防安全，根据县卫生局要求，我院拟在全院开展突发事件风险隐患集中排查和整治工作。具体方案如下：</w:t>
      </w:r>
    </w:p>
    <w:p>
      <w:pPr>
        <w:spacing w:before="100" w:after="200" w:line="360" w:lineRule="auto"/>
        <w:jc w:val="left"/>
      </w:pPr>
      <w:r>
        <w:rPr>
          <w:rFonts w:ascii="宋体 (中文正文)" w:eastAsia="宋体" w:hAnsi="宋体 (中文正文)"/>
          <w:b/>
          <w:sz w:val="28"/>
        </w:rPr>
        <w:t>一、工作目标</w:t>
      </w:r>
    </w:p>
    <w:p>
      <w:pPr>
        <w:spacing w:before="100" w:after="200" w:line="360" w:lineRule="auto"/>
        <w:ind w:firstLine="576"/>
        <w:jc w:val="left"/>
      </w:pPr>
      <w:r>
        <w:rPr>
          <w:rFonts w:ascii="宋体" w:eastAsia="宋体" w:hAnsi="宋体"/>
          <w:sz w:val="28"/>
        </w:rPr>
        <w:t>按照条块结合、重点突出的原则，全面排查我院突发事件的风险隐患，准确掌握风险隐患的数量、状况、影响等信息，科学开展风险评估，制定和落实整治与防范处置措施，及时化解和有效控制各类突发事件的风险隐患。</w:t>
      </w:r>
    </w:p>
    <w:p>
      <w:pPr>
        <w:spacing w:before="100" w:after="200" w:line="360" w:lineRule="auto"/>
        <w:jc w:val="left"/>
      </w:pPr>
      <w:r>
        <w:rPr>
          <w:rFonts w:ascii="宋体 (中文正文)" w:eastAsia="宋体" w:hAnsi="宋体 (中文正文)"/>
          <w:b/>
          <w:sz w:val="28"/>
        </w:rPr>
        <w:t>二、组织机构</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为加强安全隐患排查整治工作组织领导，医院成立突发事件风险隐患排查整治工作领导小组，由xxx任组长，xxx、xxx、xxx任副组长，各科室负责人为领导小组成员。领导小组办公室设在院办，负责组织、协调、督导各类风险隐患排查整治工作。</w:t>
      </w:r>
    </w:p>
    <w:p>
      <w:pPr>
        <w:spacing w:before="100" w:after="200" w:line="360" w:lineRule="auto"/>
        <w:jc w:val="left"/>
      </w:pPr>
      <w:r>
        <w:rPr>
          <w:rFonts w:ascii="宋体 (中文正文)" w:eastAsia="宋体" w:hAnsi="宋体 (中文正文)"/>
          <w:b/>
          <w:sz w:val="28"/>
        </w:rPr>
        <w:t>三、工作内容</w:t>
      </w:r>
    </w:p>
    <w:p>
      <w:pPr>
        <w:spacing w:before="100" w:after="200" w:line="360" w:lineRule="auto"/>
        <w:ind w:firstLine="576"/>
        <w:jc w:val="left"/>
      </w:pPr>
      <w:r>
        <w:rPr>
          <w:rFonts w:ascii="宋体" w:eastAsia="宋体" w:hAnsi="宋体"/>
          <w:sz w:val="28"/>
        </w:rPr>
        <w:t>凡有可能引发各类安全事故、造成人员健康、财产损失的事故隐患，都是本次排查整治专项行动的重点。结合我院实际情况，主要包括：</w:t>
      </w:r>
    </w:p>
    <w:p>
      <w:pPr>
        <w:spacing w:before="100" w:after="200" w:line="360" w:lineRule="auto"/>
        <w:ind w:firstLine="576"/>
        <w:jc w:val="left"/>
      </w:pPr>
      <w:r>
        <w:rPr>
          <w:rFonts w:ascii="宋体" w:eastAsia="宋体" w:hAnsi="宋体"/>
          <w:sz w:val="28"/>
        </w:rPr>
        <w:t>(一)突出抓好安全生产及消防隐患排查整治</w:t>
      </w:r>
    </w:p>
    <w:p>
      <w:pPr>
        <w:spacing w:before="100" w:after="200" w:line="360" w:lineRule="auto"/>
        <w:ind w:firstLine="576"/>
        <w:jc w:val="left"/>
      </w:pPr>
      <w:r>
        <w:rPr>
          <w:rFonts w:ascii="宋体" w:eastAsia="宋体" w:hAnsi="宋体"/>
          <w:sz w:val="28"/>
        </w:rPr>
        <w:t>1.安全管理组织机构设置，安全管理工作责任制签订;</w:t>
      </w:r>
    </w:p>
    <w:p>
      <w:pPr>
        <w:spacing w:before="100" w:after="200" w:line="360" w:lineRule="auto"/>
        <w:ind w:firstLine="576"/>
        <w:jc w:val="left"/>
      </w:pPr>
      <w:r>
        <w:rPr>
          <w:rFonts w:ascii="宋体" w:eastAsia="宋体" w:hAnsi="宋体"/>
          <w:sz w:val="28"/>
        </w:rPr>
        <w:t>2.各类安全生产、灾害事故应急处置预案及应急器材、物资、药品准备情况等;</w:t>
      </w:r>
    </w:p>
    <w:p>
      <w:pPr>
        <w:spacing w:before="100" w:after="200" w:line="360" w:lineRule="auto"/>
        <w:ind w:firstLine="576"/>
        <w:jc w:val="left"/>
      </w:pPr>
      <w:r>
        <w:rPr>
          <w:rFonts w:ascii="宋体" w:eastAsia="宋体" w:hAnsi="宋体"/>
          <w:sz w:val="28"/>
        </w:rPr>
        <w:t>3.酒精等各类易燃易爆物品的管理及储存场所;</w:t>
      </w:r>
    </w:p>
    <w:p>
      <w:pPr>
        <w:spacing w:before="100" w:after="200" w:line="360" w:lineRule="auto"/>
        <w:ind w:firstLine="576"/>
        <w:jc w:val="left"/>
      </w:pPr>
      <w:r>
        <w:rPr>
          <w:rFonts w:ascii="宋体" w:eastAsia="宋体" w:hAnsi="宋体"/>
          <w:sz w:val="28"/>
        </w:rPr>
        <w:t>4.配电房的管理、维护保养;</w:t>
      </w:r>
    </w:p>
    <w:p>
      <w:pPr>
        <w:spacing w:before="100" w:after="200" w:line="360" w:lineRule="auto"/>
        <w:ind w:firstLine="576"/>
        <w:jc w:val="left"/>
      </w:pPr>
      <w:r>
        <w:rPr>
          <w:rFonts w:ascii="宋体" w:eastAsia="宋体" w:hAnsi="宋体"/>
          <w:sz w:val="28"/>
        </w:rPr>
        <w:t>5.中巴车及编内其它交通车辆的管理、维修保养;</w:t>
      </w:r>
    </w:p>
    <w:p>
      <w:pPr>
        <w:spacing w:before="100" w:after="200" w:line="360" w:lineRule="auto"/>
        <w:ind w:firstLine="576"/>
        <w:jc w:val="left"/>
      </w:pPr>
      <w:r>
        <w:rPr>
          <w:rFonts w:ascii="宋体" w:eastAsia="宋体" w:hAnsi="宋体"/>
          <w:sz w:val="28"/>
        </w:rPr>
        <w:t>6.医院范围内的消防设施、消防器材、消防通道等;</w:t>
      </w:r>
    </w:p>
    <w:p>
      <w:pPr>
        <w:spacing w:before="100" w:after="200" w:line="360" w:lineRule="auto"/>
        <w:ind w:firstLine="576"/>
        <w:jc w:val="left"/>
      </w:pPr>
      <w:r>
        <w:rPr>
          <w:rFonts w:ascii="宋体" w:eastAsia="宋体" w:hAnsi="宋体"/>
          <w:sz w:val="28"/>
        </w:rPr>
        <w:t>7.消防检查员、特种作业人员的安全知识培训及持证上岗情况;</w:t>
      </w:r>
    </w:p>
    <w:p>
      <w:pPr>
        <w:spacing w:before="100" w:after="200" w:line="360" w:lineRule="auto"/>
        <w:ind w:firstLine="576"/>
        <w:jc w:val="left"/>
      </w:pPr>
      <w:r>
        <w:rPr>
          <w:rFonts w:ascii="宋体" w:eastAsia="宋体" w:hAnsi="宋体"/>
          <w:sz w:val="28"/>
        </w:rPr>
        <w:t>8.消防安全技能演练方案、实施及仓库、水电工等重点部门工作人员参与情况;</w:t>
      </w:r>
    </w:p>
    <w:p>
      <w:pPr>
        <w:spacing w:before="100" w:after="200" w:line="360" w:lineRule="auto"/>
        <w:ind w:firstLine="576"/>
        <w:jc w:val="left"/>
      </w:pPr>
      <w:r>
        <w:rPr>
          <w:rFonts w:ascii="宋体" w:eastAsia="宋体" w:hAnsi="宋体"/>
          <w:sz w:val="28"/>
        </w:rPr>
        <w:t>9.其它各类重点防护及重大危险源，以及其它列入医院安全重点部位的场所。</w:t>
      </w:r>
    </w:p>
    <w:p>
      <w:pPr>
        <w:spacing w:before="100" w:after="200" w:line="360" w:lineRule="auto"/>
        <w:ind w:firstLine="576"/>
        <w:jc w:val="left"/>
      </w:pPr>
      <w:r>
        <w:rPr>
          <w:rFonts w:ascii="宋体" w:eastAsia="宋体" w:hAnsi="宋体"/>
          <w:sz w:val="28"/>
        </w:rPr>
        <w:t>(二)深入持久开展血液安全工作</w:t>
      </w:r>
    </w:p>
    <w:p>
      <w:pPr>
        <w:spacing w:before="100" w:after="200" w:line="360" w:lineRule="auto"/>
        <w:ind w:firstLine="576"/>
        <w:jc w:val="left"/>
      </w:pPr>
      <w:r>
        <w:rPr>
          <w:rFonts w:ascii="宋体" w:eastAsia="宋体" w:hAnsi="宋体"/>
          <w:sz w:val="28"/>
        </w:rPr>
        <w:t>1.临床用血安全各项规章制度及操作规程落实;</w:t>
      </w:r>
    </w:p>
    <w:p>
      <w:pPr>
        <w:spacing w:before="100" w:after="200" w:line="360" w:lineRule="auto"/>
        <w:ind w:firstLine="576"/>
        <w:jc w:val="left"/>
      </w:pPr>
      <w:r>
        <w:rPr>
          <w:rFonts w:ascii="宋体" w:eastAsia="宋体" w:hAnsi="宋体"/>
          <w:sz w:val="28"/>
        </w:rPr>
        <w:t>2.临床用血安全检查及登记制度落实;</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r>
        <w:rPr>
          <w:rFonts w:ascii="宋体" w:eastAsia="宋体" w:hAnsi="宋体"/>
          <w:sz w:val="28"/>
        </w:rPr>
        <w:t>3.差错事故的预防、登记及处理;</w:t>
      </w:r>
    </w:p>
    <w:p>
      <w:pPr>
        <w:spacing w:before="100" w:after="200" w:line="360" w:lineRule="auto"/>
        <w:ind w:firstLine="576"/>
        <w:jc w:val="left"/>
      </w:pPr>
      <w:r>
        <w:rPr>
          <w:rFonts w:ascii="宋体" w:eastAsia="宋体" w:hAnsi="宋体"/>
          <w:sz w:val="28"/>
        </w:rPr>
        <w:t>4.化学试剂、不合格血液等危险物品的管理及储运场所。</w:t>
      </w:r>
    </w:p>
    <w:p>
      <w:pPr>
        <w:spacing w:before="100" w:after="200" w:line="360" w:lineRule="auto"/>
        <w:jc w:val="left"/>
      </w:pPr>
      <w:r>
        <w:rPr>
          <w:rFonts w:ascii="宋体 (中文正文)" w:eastAsia="宋体" w:hAnsi="宋体 (中文正文)"/>
          <w:b/>
          <w:sz w:val="28"/>
        </w:rPr>
        <w:t>四、工作步骤</w:t>
      </w:r>
    </w:p>
    <w:p>
      <w:pPr>
        <w:spacing w:before="100" w:after="200" w:line="360" w:lineRule="auto"/>
        <w:ind w:firstLine="576"/>
        <w:jc w:val="left"/>
      </w:pPr>
      <w:r>
        <w:rPr>
          <w:rFonts w:ascii="宋体" w:eastAsia="宋体" w:hAnsi="宋体"/>
          <w:sz w:val="28"/>
        </w:rPr>
        <w:t>(一)动员部署阶段(即日起-5月10日)</w:t>
      </w:r>
    </w:p>
    <w:p>
      <w:pPr>
        <w:spacing w:before="100" w:after="200" w:line="360" w:lineRule="auto"/>
        <w:ind w:firstLine="576"/>
        <w:jc w:val="left"/>
      </w:pPr>
      <w:r>
        <w:rPr>
          <w:rFonts w:ascii="宋体" w:eastAsia="宋体" w:hAnsi="宋体"/>
          <w:sz w:val="28"/>
        </w:rPr>
        <w:t>按照卫生局要求，迅速成立工作领导小组，制定切实可行的工作方案，将安全隐患排查整治列为医院的一项重要工作。同时可通过标语和宣传栏等广泛开展发动与宣传，大力营造氛围。</w:t>
      </w:r>
    </w:p>
    <w:p>
      <w:pPr>
        <w:spacing w:before="100" w:after="200" w:line="360" w:lineRule="auto"/>
        <w:ind w:firstLine="576"/>
        <w:jc w:val="left"/>
      </w:pPr>
      <w:r>
        <w:rPr>
          <w:rFonts w:ascii="宋体" w:eastAsia="宋体" w:hAnsi="宋体"/>
          <w:sz w:val="28"/>
        </w:rPr>
        <w:t>(二)全面排查阶段(5月11日-5月15日)</w:t>
      </w:r>
    </w:p>
    <w:p>
      <w:pPr>
        <w:spacing w:before="100" w:after="200" w:line="360" w:lineRule="auto"/>
        <w:ind w:firstLine="576"/>
        <w:jc w:val="left"/>
      </w:pPr>
      <w:r>
        <w:rPr>
          <w:rFonts w:ascii="宋体" w:eastAsia="宋体" w:hAnsi="宋体"/>
          <w:sz w:val="28"/>
        </w:rPr>
        <w:t>开展广泛排查深度排查。办公室、督查室要会同各科室开展地毯式大排查，深入了解和掌握重点地区、重点领域安全隐患问题，查找出可能引发的突发事件的各类风险源（点）和脆弱环节。对排查出的区域、部位、场所和突出问题认真梳理分析、查找原因，将排查整治的具体内容、存在问题、整改措施、期限、责任科室、责任人列表统计造册，逐一建立台账。</w:t>
      </w:r>
    </w:p>
    <w:p>
      <w:pPr>
        <w:spacing w:before="100" w:after="200" w:line="360" w:lineRule="auto"/>
        <w:ind w:firstLine="576"/>
        <w:jc w:val="left"/>
      </w:pPr>
      <w:r>
        <w:rPr>
          <w:rFonts w:ascii="宋体" w:eastAsia="宋体" w:hAnsi="宋体"/>
          <w:sz w:val="28"/>
        </w:rPr>
        <w:t>(三)整改治理阶段(5月16日-5月20日)</w:t>
      </w:r>
    </w:p>
    <w:p>
      <w:pPr>
        <w:spacing w:before="100" w:after="200" w:line="360" w:lineRule="auto"/>
        <w:ind w:firstLine="576"/>
        <w:jc w:val="left"/>
      </w:pPr>
      <w:r>
        <w:rPr>
          <w:rFonts w:ascii="宋体" w:eastAsia="宋体" w:hAnsi="宋体"/>
          <w:sz w:val="28"/>
        </w:rPr>
        <w:t>风险隐患排查整治工作坚持“谁主管、谁负责”的原则。每个风险隐患排查整改治理工作均要指定人员负责。要最大限度消除各类安全隐患，对可在短期完成整治的安全风险隐患，要立即采取有效措施整改；对短期内不能完成整治的，应制定防范措施和工作方案。</w:t>
      </w:r>
    </w:p>
    <w:p>
      <w:pPr>
        <w:spacing w:before="100" w:after="200" w:line="360" w:lineRule="auto"/>
        <w:jc w:val="left"/>
      </w:pPr>
      <w:r>
        <w:rPr>
          <w:rFonts w:ascii="宋体 (中文正文)" w:eastAsia="宋体" w:hAnsi="宋体 (中文正文)"/>
          <w:b/>
          <w:sz w:val="28"/>
        </w:rPr>
        <w:t>五、工作要求</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p>
    <w:p>
      <w:pPr>
        <w:spacing w:before="100" w:after="200" w:line="360" w:lineRule="auto"/>
        <w:ind w:firstLine="576"/>
        <w:jc w:val="left"/>
      </w:pPr>
      <w:r>
        <w:rPr>
          <w:rFonts w:ascii="宋体" w:eastAsia="宋体" w:hAnsi="宋体"/>
          <w:sz w:val="28"/>
        </w:rPr>
        <w:t>（一）加强组织领导。各科室负责人要充分认识到加强隐患排查工作的重要性，切实增强使命感、责任感和紧迫感，确保消防安全应急准备工作扎实有效。要建立责任追究制度，对不按要求开展排查整治工作的.，发现问题没有采取措施的予以追究责任。</w:t>
      </w:r>
    </w:p>
    <w:p>
      <w:pPr>
        <w:spacing w:before="100" w:after="200" w:line="360" w:lineRule="auto"/>
        <w:ind w:firstLine="576"/>
        <w:jc w:val="left"/>
      </w:pPr>
      <w:r>
        <w:rPr>
          <w:rFonts w:ascii="宋体" w:eastAsia="宋体" w:hAnsi="宋体"/>
          <w:sz w:val="28"/>
        </w:rPr>
        <w:t>（二）认真抓好排查整治。隐患排查整治是做好安全生产的前提和基础。各科室要有组织、有计划、有步骤地开展隐患排查与整治工作，提升工作效率。要采取铁腕措施，强力整治，消除各类安全隐患，把安全隐患和安全事故降到最低。</w:t>
      </w:r>
    </w:p>
    <w:p>
      <w:pPr>
        <w:spacing w:before="100" w:after="200" w:line="360" w:lineRule="auto"/>
        <w:ind w:firstLine="576"/>
        <w:jc w:val="left"/>
      </w:pPr>
      <w:r>
        <w:rPr>
          <w:rFonts w:ascii="宋体" w:eastAsia="宋体" w:hAnsi="宋体"/>
          <w:sz w:val="28"/>
        </w:rPr>
        <w:t>(三)要加强报送。各科室要确保做到排查整治工作落实，并做好记录，形成隐患普查整治台帐。安全隐患要排查出一个整治一个，发现一个消除一个，整治工作要贯彻核销制，要求各科室负责人核对后加以签字。</w:t>
      </w:r>
    </w:p>
    <w:p>
      <w:pPr>
        <w:spacing w:before="100" w:after="200" w:line="360" w:lineRule="auto"/>
        <w:ind w:firstLine="576"/>
        <w:jc w:val="left"/>
      </w:pPr>
      <w:r>
        <w:rPr>
          <w:rFonts w:ascii="宋体" w:eastAsia="宋体" w:hAnsi="宋体"/>
          <w:sz w:val="28"/>
        </w:rPr>
        <w:t>为了贯彻落实教育局关于认真抓好“安全生产月”活动，进一步强化师生安全意识，努力创建一个平安和谐的校园，根据学校实际，制定我校“安全生产月”活动方案。</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坚持“教书育人、安全第一、预防为主、综合治理”的方针，紧紧围绕教育局关于抓好“安全生产月”活动的总体部署和要求，大力推进校园安全文化建设，突出正面宣传，普及安全生产法律法规和安全知识，提高全体师生安全文化素质，努力保障校园安全。</w:t>
      </w:r>
    </w:p>
    <w:p>
      <w:pPr>
        <w:spacing w:before="100" w:after="200" w:line="360" w:lineRule="auto"/>
        <w:jc w:val="left"/>
      </w:pPr>
      <w:r>
        <w:rPr>
          <w:rFonts w:ascii="宋体 (中文正文)" w:eastAsia="宋体" w:hAnsi="宋体 (中文正文)"/>
          <w:b/>
          <w:sz w:val="28"/>
        </w:rPr>
        <w:t>二、活动主题</w:t>
      </w:r>
    </w:p>
    <w:p>
      <w:pPr>
        <w:spacing w:before="100" w:after="200" w:line="360" w:lineRule="auto"/>
        <w:ind w:firstLine="576"/>
        <w:jc w:val="left"/>
      </w:pPr>
      <w:r>
        <w:rPr>
          <w:rFonts w:ascii="宋体" w:eastAsia="宋体" w:hAnsi="宋体"/>
          <w:sz w:val="28"/>
        </w:rPr>
        <w:t>安全责任，重在落实。</w:t>
      </w:r>
    </w:p>
    <w:p>
      <w:pPr>
        <w:spacing w:before="100" w:after="200" w:line="360" w:lineRule="auto"/>
        <w:jc w:val="left"/>
      </w:pPr>
      <w:r>
        <w:rPr>
          <w:rFonts w:ascii="宋体 (中文正文)" w:eastAsia="宋体" w:hAnsi="宋体 (中文正文)"/>
          <w:b/>
          <w:sz w:val="28"/>
        </w:rPr>
        <w:t>三、活动时间</w:t>
      </w:r>
    </w:p>
    <w:p>
      <w:pPr>
        <w:spacing w:before="100" w:after="200" w:line="360" w:lineRule="auto"/>
        <w:ind w:firstLine="576"/>
        <w:jc w:val="left"/>
      </w:pPr>
      <w:r>
        <w:rPr>
          <w:rFonts w:ascii="宋体" w:eastAsia="宋体" w:hAnsi="宋体"/>
          <w:sz w:val="28"/>
        </w:rPr>
        <w:t>“安全生产月”活动于2022年6月1日至6月30日。</w:t>
      </w:r>
    </w:p>
    <w:p>
      <w:pPr>
        <w:spacing w:before="100" w:after="200" w:line="360" w:lineRule="auto"/>
        <w:jc w:val="left"/>
        <w:sectPr w:rsidSect="00034616">
          <w:type w:val="nextPage"/>
          <w:pgSz w:w="11906" w:h="16838"/>
          <w:pgMar w:top="1440" w:right="1440" w:bottom="1440" w:left="1440" w:header="720" w:footer="720" w:gutter="0"/>
          <w:pgNumType w:start="23"/>
          <w:cols w:space="720"/>
          <w:titlePg w:val="0"/>
          <w:docGrid w:linePitch="360"/>
        </w:sectPr>
      </w:pPr>
      <w:r>
        <w:rPr>
          <w:rFonts w:ascii="宋体 (中文正文)" w:eastAsia="宋体" w:hAnsi="宋体 (中文正文)"/>
          <w:b/>
          <w:sz w:val="28"/>
        </w:rPr>
        <w:t>四、组织机构</w:t>
      </w:r>
    </w:p>
    <w:p>
      <w:pPr>
        <w:spacing w:before="100" w:after="200" w:line="360" w:lineRule="auto"/>
        <w:ind w:firstLine="576"/>
        <w:jc w:val="left"/>
      </w:pPr>
      <w:r>
        <w:rPr>
          <w:rFonts w:ascii="宋体" w:eastAsia="宋体" w:hAnsi="宋体"/>
          <w:sz w:val="28"/>
        </w:rPr>
        <w:t>成立学校安全生产月活动领导小组。</w:t>
      </w:r>
    </w:p>
    <w:p>
      <w:pPr>
        <w:spacing w:before="100" w:after="200" w:line="360" w:lineRule="auto"/>
        <w:ind w:firstLine="576"/>
        <w:jc w:val="left"/>
      </w:pPr>
      <w:r>
        <w:rPr>
          <w:rFonts w:ascii="宋体" w:eastAsia="宋体" w:hAnsi="宋体"/>
          <w:sz w:val="28"/>
        </w:rPr>
        <w:t>领导小组下设“安全生产月”活动办公室，办公室设在学校政教处，负责“安全生产月”各项活动的协调和落实工作。</w:t>
      </w:r>
    </w:p>
    <w:p>
      <w:pPr>
        <w:spacing w:before="100" w:after="200" w:line="360" w:lineRule="auto"/>
        <w:jc w:val="left"/>
      </w:pPr>
      <w:r>
        <w:rPr>
          <w:rFonts w:ascii="宋体 (中文正文)" w:eastAsia="宋体" w:hAnsi="宋体 (中文正文)"/>
          <w:b/>
          <w:sz w:val="28"/>
        </w:rPr>
        <w:t>五、活动内容</w:t>
      </w:r>
    </w:p>
    <w:p>
      <w:pPr>
        <w:spacing w:before="100" w:after="200" w:line="360" w:lineRule="auto"/>
        <w:ind w:firstLine="576"/>
        <w:jc w:val="left"/>
      </w:pPr>
      <w:r>
        <w:rPr>
          <w:rFonts w:ascii="宋体" w:eastAsia="宋体" w:hAnsi="宋体"/>
          <w:sz w:val="28"/>
        </w:rPr>
        <w:t>1、开展校园安全知识宣传教育。学校利用教师例会、班会、学生会、升降旗活动大力宣传本次安全生产月活动的主题和意义，在全校师生中形成浓厚的关注安全，关爱生命的氛围。</w:t>
      </w:r>
    </w:p>
    <w:p>
      <w:pPr>
        <w:spacing w:before="100" w:after="200" w:line="360" w:lineRule="auto"/>
        <w:ind w:firstLine="576"/>
        <w:jc w:val="left"/>
      </w:pPr>
      <w:r>
        <w:rPr>
          <w:rFonts w:ascii="宋体" w:eastAsia="宋体" w:hAnsi="宋体"/>
          <w:sz w:val="28"/>
        </w:rPr>
        <w:t>2、学校团少队充分利用学校宣传资源，发挥广播室的阵地宣传作用，创造浓厚的“安全月”活动氛围。办一期安全教育板报;学校针对夏季季节性特点，广泛开展预防自然灾害的安全教育。</w:t>
      </w:r>
    </w:p>
    <w:p>
      <w:pPr>
        <w:spacing w:before="100" w:after="200" w:line="360" w:lineRule="auto"/>
        <w:ind w:firstLine="576"/>
        <w:jc w:val="left"/>
      </w:pPr>
      <w:r>
        <w:rPr>
          <w:rFonts w:ascii="宋体" w:eastAsia="宋体" w:hAnsi="宋体"/>
          <w:sz w:val="28"/>
        </w:rPr>
        <w:t>3、以班级为单位组织学习《预防未成年人犯罪法》、《未成年人保护法》、《学校伤害事故处理办法》等法律法规，深入开展安全知识教育，增强师生知法守法意识。</w:t>
      </w:r>
    </w:p>
    <w:p>
      <w:pPr>
        <w:spacing w:before="100" w:after="200" w:line="360" w:lineRule="auto"/>
        <w:ind w:firstLine="576"/>
        <w:jc w:val="left"/>
      </w:pPr>
      <w:r>
        <w:rPr>
          <w:rFonts w:ascii="宋体" w:eastAsia="宋体" w:hAnsi="宋体"/>
          <w:sz w:val="28"/>
        </w:rPr>
        <w:t>4、以班级为单位，召开以“安全伴我成长”为主题的班会，会后每生写出心得体会一篇。通过教育形成“人人懂安全，人人抓安全，人人保安全”的局面。</w:t>
      </w:r>
    </w:p>
    <w:p>
      <w:pPr>
        <w:spacing w:before="100" w:after="200" w:line="360" w:lineRule="auto"/>
        <w:ind w:firstLine="576"/>
        <w:jc w:val="left"/>
      </w:pPr>
      <w:r>
        <w:rPr>
          <w:rFonts w:ascii="宋体" w:eastAsia="宋体" w:hAnsi="宋体"/>
          <w:sz w:val="28"/>
        </w:rPr>
        <w:t>5、加强安全检查。学校安全工作领导小组将在全校范围内开展一次安全隐患拉网式排查，不留死角，对查出的隐患及时整改，不留后患。加强门卫与保安管理，落实校园及周边安全巡查责任，严防校园伤害事故发生。</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r>
        <w:rPr>
          <w:rFonts w:ascii="宋体" w:eastAsia="宋体" w:hAnsi="宋体"/>
          <w:sz w:val="28"/>
        </w:rPr>
        <w:t>6、进一步完善突发事件应急处置预案，进行师生间的安全矛盾隐患排查，及时发现和处理师生中的突发事件，保证学校安全讯息畅通和处置及时到位。</w:t>
      </w:r>
    </w:p>
    <w:p>
      <w:pPr>
        <w:spacing w:before="100" w:after="200" w:line="360" w:lineRule="auto"/>
        <w:ind w:firstLine="576"/>
        <w:jc w:val="left"/>
      </w:pPr>
      <w:r>
        <w:rPr>
          <w:rFonts w:ascii="宋体" w:eastAsia="宋体" w:hAnsi="宋体"/>
          <w:sz w:val="28"/>
        </w:rPr>
        <w:t>7、各部门、各班级对安全生产月开展的各项教育活动记载要详实，按照学校统一布置和要求，确保安全教育活动落到实处，收到成效，并及时做好宣传报道工作。</w:t>
      </w:r>
    </w:p>
    <w:p>
      <w:pPr>
        <w:spacing w:before="100" w:after="200" w:line="360" w:lineRule="auto"/>
        <w:jc w:val="left"/>
      </w:pPr>
      <w:r>
        <w:rPr>
          <w:rFonts w:ascii="宋体 (中文正文)" w:eastAsia="宋体" w:hAnsi="宋体 (中文正文)"/>
          <w:b/>
          <w:sz w:val="28"/>
        </w:rPr>
        <w:t>六、活动要求</w:t>
      </w:r>
    </w:p>
    <w:p>
      <w:pPr>
        <w:spacing w:before="100" w:after="200" w:line="360" w:lineRule="auto"/>
        <w:ind w:firstLine="576"/>
        <w:jc w:val="left"/>
      </w:pPr>
      <w:r>
        <w:rPr>
          <w:rFonts w:ascii="宋体" w:eastAsia="宋体" w:hAnsi="宋体"/>
          <w:sz w:val="28"/>
        </w:rPr>
        <w:t>1、加强领导，认真组织。校长亲自挂帅，由政教处制定出具体的活动方案，精心组织，保证“安全活动月”活动有序进行，真正取得实效。</w:t>
      </w:r>
    </w:p>
    <w:p>
      <w:pPr>
        <w:spacing w:before="100" w:after="200" w:line="360" w:lineRule="auto"/>
        <w:ind w:firstLine="576"/>
        <w:jc w:val="left"/>
      </w:pPr>
      <w:r>
        <w:rPr>
          <w:rFonts w:ascii="宋体" w:eastAsia="宋体" w:hAnsi="宋体"/>
          <w:sz w:val="28"/>
        </w:rPr>
        <w:t>2、针对季节特点和工作重点，抓好安全工作。认真排查和整改安全隐患，做好防食物中毒、防传染病、防意外伤害等安全防范工作，落实工作责任，确保学校各项工作顺利进行。</w:t>
      </w:r>
    </w:p>
    <w:p>
      <w:pPr>
        <w:spacing w:before="100" w:after="200" w:line="360" w:lineRule="auto"/>
        <w:ind w:firstLine="576"/>
        <w:jc w:val="left"/>
      </w:pPr>
      <w:r>
        <w:rPr>
          <w:rFonts w:ascii="宋体" w:eastAsia="宋体" w:hAnsi="宋体"/>
          <w:sz w:val="28"/>
        </w:rPr>
        <w:t>3、各班要认真落实本方案精神，加强领导，提高认识，周密部署，精心组织好本次“安全生产月”活动。</w:t>
      </w:r>
    </w:p>
    <w:p>
      <w:pPr>
        <w:spacing w:before="100" w:after="200" w:line="360" w:lineRule="auto"/>
        <w:ind w:firstLine="576"/>
        <w:jc w:val="left"/>
      </w:pPr>
      <w:r>
        <w:rPr>
          <w:rFonts w:ascii="宋体" w:eastAsia="宋体" w:hAnsi="宋体"/>
          <w:sz w:val="28"/>
        </w:rPr>
        <w:t>4、全体教职工要高度重视“安全生产月”活动，把安全工作开展的扎扎实实。</w:t>
      </w:r>
    </w:p>
    <w:p>
      <w:pPr>
        <w:spacing w:before="100" w:after="200" w:line="360" w:lineRule="auto"/>
        <w:ind w:firstLine="576"/>
        <w:jc w:val="left"/>
      </w:pPr>
      <w:r>
        <w:rPr>
          <w:rFonts w:ascii="宋体" w:eastAsia="宋体" w:hAnsi="宋体"/>
          <w:sz w:val="28"/>
        </w:rPr>
        <w:t>为认真贯彻落实《关于开展2022年全国“安全生产月”活动的通知》精神，在集团公司统一部署的框架下，公司决定在公司范围内积极响应安全月活动，为使活动达到预期效果，现制订方案如下：</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统一在公司活动的指导思想上。</w:t>
      </w:r>
    </w:p>
    <w:p>
      <w:pPr>
        <w:spacing w:before="100" w:after="200" w:line="360" w:lineRule="auto"/>
        <w:jc w:val="left"/>
      </w:pPr>
      <w:r>
        <w:rPr>
          <w:rFonts w:ascii="宋体 (中文正文)" w:eastAsia="宋体" w:hAnsi="宋体 (中文正文)"/>
          <w:b/>
          <w:sz w:val="28"/>
        </w:rPr>
        <w:t>二、活动主题</w:t>
      </w:r>
    </w:p>
    <w:p>
      <w:pPr>
        <w:spacing w:before="100" w:after="200" w:line="360" w:lineRule="auto"/>
        <w:ind w:firstLine="576"/>
        <w:jc w:val="left"/>
      </w:pPr>
      <w:r>
        <w:rPr>
          <w:rFonts w:ascii="宋体" w:eastAsia="宋体" w:hAnsi="宋体"/>
          <w:sz w:val="28"/>
        </w:rPr>
        <w:t>安全发展，预防为主</w:t>
      </w:r>
    </w:p>
    <w:p>
      <w:pPr>
        <w:spacing w:before="100" w:after="200" w:line="360" w:lineRule="auto"/>
        <w:jc w:val="left"/>
        <w:sectPr w:rsidSect="00034616">
          <w:type w:val="nextPage"/>
          <w:pgSz w:w="11906" w:h="16838"/>
          <w:pgMar w:top="1440" w:right="1440" w:bottom="1440" w:left="1440" w:header="720" w:footer="720" w:gutter="0"/>
          <w:pgNumType w:start="25"/>
          <w:cols w:space="720"/>
          <w:titlePg w:val="0"/>
          <w:docGrid w:linePitch="360"/>
        </w:sectPr>
      </w:pPr>
      <w:r>
        <w:rPr>
          <w:rFonts w:ascii="宋体 (中文正文)" w:eastAsia="宋体" w:hAnsi="宋体 (中文正文)"/>
          <w:b/>
          <w:sz w:val="28"/>
        </w:rPr>
        <w:t>三、活动时间</w:t>
      </w:r>
    </w:p>
    <w:p>
      <w:pPr>
        <w:spacing w:before="100" w:after="200" w:line="360" w:lineRule="auto"/>
        <w:ind w:firstLine="576"/>
        <w:jc w:val="left"/>
      </w:pPr>
      <w:r>
        <w:rPr>
          <w:rFonts w:ascii="宋体" w:eastAsia="宋体" w:hAnsi="宋体"/>
          <w:sz w:val="28"/>
        </w:rPr>
        <w:t>2022年6月1日到6月30日。</w:t>
      </w:r>
    </w:p>
    <w:p>
      <w:pPr>
        <w:spacing w:before="100" w:after="200" w:line="360" w:lineRule="auto"/>
        <w:jc w:val="left"/>
      </w:pPr>
      <w:r>
        <w:rPr>
          <w:rFonts w:ascii="宋体 (中文正文)" w:eastAsia="宋体" w:hAnsi="宋体 (中文正文)"/>
          <w:b/>
          <w:sz w:val="28"/>
        </w:rPr>
        <w:t>四、活动组织形式</w:t>
      </w:r>
    </w:p>
    <w:p>
      <w:pPr>
        <w:spacing w:before="100" w:after="200" w:line="360" w:lineRule="auto"/>
        <w:ind w:firstLine="576"/>
        <w:jc w:val="left"/>
      </w:pPr>
      <w:r>
        <w:rPr>
          <w:rFonts w:ascii="宋体" w:eastAsia="宋体" w:hAnsi="宋体"/>
          <w:sz w:val="28"/>
        </w:rPr>
        <w:t>成立“安全生产月”活动领导小组，负责公司“安全生产月”活动的组织领导，“安全生产月”活动的具体组织工作由公司安质部、宣传部负责。公司“安全生产月”活动领导小组：</w:t>
      </w:r>
    </w:p>
    <w:p>
      <w:pPr>
        <w:spacing w:before="100" w:after="200" w:line="360" w:lineRule="auto"/>
        <w:jc w:val="left"/>
      </w:pPr>
      <w:r>
        <w:rPr>
          <w:rFonts w:ascii="宋体 (中文正文)" w:eastAsia="宋体" w:hAnsi="宋体 (中文正文)"/>
          <w:sz w:val="28"/>
        </w:rPr>
        <w:t>组长：</w:t>
      </w:r>
    </w:p>
    <w:p>
      <w:pPr>
        <w:spacing w:before="100" w:after="200" w:line="360" w:lineRule="auto"/>
        <w:jc w:val="left"/>
      </w:pPr>
      <w:r>
        <w:rPr>
          <w:rFonts w:ascii="宋体 (中文正文)" w:eastAsia="宋体" w:hAnsi="宋体 (中文正文)"/>
          <w:sz w:val="28"/>
        </w:rPr>
        <w:t>副组长：</w:t>
      </w:r>
    </w:p>
    <w:p>
      <w:pPr>
        <w:spacing w:before="100" w:after="200" w:line="360" w:lineRule="auto"/>
        <w:ind w:firstLine="576"/>
        <w:jc w:val="left"/>
      </w:pPr>
      <w:r>
        <w:rPr>
          <w:rFonts w:ascii="宋体" w:eastAsia="宋体" w:hAnsi="宋体"/>
          <w:sz w:val="28"/>
        </w:rPr>
        <w:t>成员：、、、、、</w:t>
      </w:r>
    </w:p>
    <w:p>
      <w:pPr>
        <w:spacing w:before="100" w:after="200" w:line="360" w:lineRule="auto"/>
        <w:jc w:val="left"/>
      </w:pPr>
      <w:r>
        <w:rPr>
          <w:rFonts w:ascii="宋体 (中文正文)" w:eastAsia="宋体" w:hAnsi="宋体 (中文正文)"/>
          <w:b/>
          <w:sz w:val="28"/>
        </w:rPr>
        <w:t>五、活动内容</w:t>
      </w:r>
    </w:p>
    <w:p>
      <w:pPr>
        <w:spacing w:before="100" w:after="200" w:line="360" w:lineRule="auto"/>
        <w:ind w:firstLine="576"/>
        <w:jc w:val="left"/>
      </w:pPr>
      <w:r>
        <w:rPr>
          <w:rFonts w:ascii="宋体" w:eastAsia="宋体" w:hAnsi="宋体"/>
          <w:sz w:val="28"/>
        </w:rPr>
        <w:t>1、公司将活动开展至车间、班组、分包队伍及劳务队伍的所有员工、农民工。参加人员应该包括全部签署直接合同或间接合同（与分包商及劳务队伍签订的）的员工，广泛动员，全员积极参与“安全生产月”各项活动。</w:t>
      </w:r>
    </w:p>
    <w:p>
      <w:pPr>
        <w:spacing w:before="100" w:after="200" w:line="360" w:lineRule="auto"/>
        <w:ind w:firstLine="576"/>
        <w:jc w:val="left"/>
      </w:pPr>
      <w:r>
        <w:rPr>
          <w:rFonts w:ascii="宋体" w:eastAsia="宋体" w:hAnsi="宋体"/>
          <w:sz w:val="28"/>
        </w:rPr>
        <w:t>3、根据国家、集团和公司的整体要求及公司实际情况，大力组织开展各类安全教育培训活动。以促进安全管理及应急体系全面运行为核心，开展各类体系文件、程序的教育培训工作，多轮次的开展危险源辨识及各控制措施的教育培训工作，确保广大员工特别是岗位员工能正确辨识与控制各类危险源。“安全生产月”期间，组织广大员工收看“安全生产月”主题宣传片及两部安全生产警示教育片，参加“全国安全生产应急知识竞赛”答题、“安康杯”竞赛及创建青年安全生产示范岗活动。开展安全生产事故案例警示教育活动。</w:t>
      </w:r>
    </w:p>
    <w:p>
      <w:pPr>
        <w:spacing w:before="100" w:after="200" w:line="360" w:lineRule="auto"/>
        <w:ind w:firstLine="576"/>
        <w:jc w:val="left"/>
        <w:sectPr w:rsidSect="00034616">
          <w:type w:val="nextPage"/>
          <w:pgSz w:w="11906" w:h="16838"/>
          <w:pgMar w:top="1440" w:right="1440" w:bottom="1440" w:left="1440" w:header="720" w:footer="720" w:gutter="0"/>
          <w:pgNumType w:start="26"/>
          <w:cols w:space="720"/>
          <w:titlePg w:val="0"/>
          <w:docGrid w:linePitch="360"/>
        </w:sectPr>
      </w:pPr>
      <w:r>
        <w:rPr>
          <w:rFonts w:ascii="宋体" w:eastAsia="宋体" w:hAnsi="宋体"/>
          <w:sz w:val="28"/>
        </w:rPr>
        <w:t>4、组织开展安全生产大检查</w:t>
      </w:r>
    </w:p>
    <w:p>
      <w:pPr>
        <w:spacing w:before="100" w:after="200" w:line="360" w:lineRule="auto"/>
        <w:ind w:firstLine="576"/>
        <w:jc w:val="left"/>
      </w:pPr>
      <w:r>
        <w:rPr>
          <w:rFonts w:ascii="宋体" w:eastAsia="宋体" w:hAnsi="宋体"/>
          <w:sz w:val="28"/>
        </w:rPr>
        <w:t>在车间安全生产自检自改的基础上，制定详细的安全生产检查计划，组织各层级的综合或专项安全检查组，开展安全生产大检查。检查中，各级主要领导要亲自带队，其他领导应参加业务范围内的安全检查。根据国家、集团、母公司对安全生产工作的各项要求，对安全管理及现场安全工作情况进行全面的检查，对查出的事故隐患，要定人员、定资金、定时间、定措施，认真开展治理工作。检查重点为安全管理及应急体系运行、安全教育培训、日常安全监督管理、高危作业安全管理、汛期安全等工作以及2022年以来发生过重伤以上生产安全事故的项目、环节。</w:t>
      </w:r>
    </w:p>
    <w:p>
      <w:pPr>
        <w:spacing w:before="100" w:after="200" w:line="360" w:lineRule="auto"/>
        <w:ind w:firstLine="576"/>
        <w:jc w:val="left"/>
      </w:pPr>
      <w:r>
        <w:rPr>
          <w:rFonts w:ascii="宋体" w:eastAsia="宋体" w:hAnsi="宋体"/>
          <w:sz w:val="28"/>
        </w:rPr>
        <w:t>（1）安全管理情况检查</w:t>
      </w:r>
    </w:p>
    <w:p>
      <w:pPr>
        <w:spacing w:before="100" w:after="200" w:line="360" w:lineRule="auto"/>
        <w:ind w:firstLine="576"/>
        <w:jc w:val="left"/>
      </w:pPr>
      <w:r>
        <w:rPr>
          <w:rFonts w:ascii="宋体" w:eastAsia="宋体" w:hAnsi="宋体"/>
          <w:sz w:val="28"/>
        </w:rPr>
        <w:t>检查的重点：一是与安全生产相关各类证照取证及复验情况、合法经营情况；二是安全管理及应急体系运行及完善情况，包括：公司提出的各整改项落实情况，体系运行计划、动员情况，各分体系特别是安全教育培训体系、日常安全监管体系、组织体系、责任体系、投入体系运行情况，安全文化体系建设及安全文化建设示范企业创建情况；三是《中国中材国际工程股份有限公司母公司2022年安全生产工作要点》布置的各项工作落实情况；四是“安全生产月”及各类安全活动组织计划情况。</w:t>
      </w:r>
    </w:p>
    <w:p>
      <w:pPr>
        <w:spacing w:before="100" w:after="200" w:line="360" w:lineRule="auto"/>
        <w:ind w:firstLine="576"/>
        <w:jc w:val="left"/>
      </w:pPr>
      <w:r>
        <w:rPr>
          <w:rFonts w:ascii="宋体" w:eastAsia="宋体" w:hAnsi="宋体"/>
          <w:sz w:val="28"/>
        </w:rPr>
        <w:t>（2）作业现场安全检查</w:t>
      </w:r>
    </w:p>
    <w:p>
      <w:pPr>
        <w:spacing w:before="100" w:after="200" w:line="360" w:lineRule="auto"/>
        <w:ind w:firstLine="576"/>
        <w:jc w:val="left"/>
        <w:sectPr w:rsidSect="00034616">
          <w:type w:val="nextPage"/>
          <w:pgSz w:w="11906" w:h="16838"/>
          <w:pgMar w:top="1440" w:right="1440" w:bottom="1440" w:left="1440" w:header="720" w:footer="720" w:gutter="0"/>
          <w:pgNumType w:start="27"/>
          <w:cols w:space="720"/>
          <w:titlePg w:val="0"/>
          <w:docGrid w:linePitch="360"/>
        </w:sectPr>
      </w:pPr>
      <w:r>
        <w:rPr>
          <w:rFonts w:ascii="宋体" w:eastAsia="宋体" w:hAnsi="宋体"/>
          <w:sz w:val="28"/>
        </w:rPr>
        <w:t>全面开展生产（施工）作业现场安全检查，检查具体内容为“安全生产月”活动氛围、现场平面布置、文明生产（施工）、环境、劳保用品使用、安全警示标志设置、安全设施设置、水、电、气及各类管线安全、高危作业、设备管理、消防设施、重大或重要危险源、特种设备及特种作业、作业人员安全行为、办公区和生活区、交通安全、各系统安全状况等方面检查重点高危作业、高空作业、用电管理、特种设备及特种作业等方面安全生产情况。</w:t>
      </w:r>
    </w:p>
    <w:p>
      <w:pPr>
        <w:spacing w:before="100" w:after="200" w:line="360" w:lineRule="auto"/>
        <w:ind w:firstLine="576"/>
        <w:jc w:val="left"/>
      </w:pPr>
      <w:r>
        <w:rPr>
          <w:rFonts w:ascii="宋体" w:eastAsia="宋体" w:hAnsi="宋体"/>
          <w:sz w:val="28"/>
        </w:rPr>
        <w:t>（3）在开展应急培训的基础上，制定计划、方案，落实演练资金、人员、场所，采取独立进行、各级单位配合、与地方政府联合等多种形式，大力开展生产事故等重要预案的演练工作。</w:t>
      </w:r>
    </w:p>
    <w:p>
      <w:pPr>
        <w:spacing w:before="100" w:after="200" w:line="360" w:lineRule="auto"/>
        <w:ind w:firstLine="576"/>
        <w:jc w:val="left"/>
      </w:pPr>
      <w:r>
        <w:rPr>
          <w:rFonts w:ascii="宋体" w:eastAsia="宋体" w:hAnsi="宋体"/>
          <w:sz w:val="28"/>
        </w:rPr>
        <w:t>5、积极参加国家及地方政府组织的各类“安全生产月”活动。</w:t>
      </w:r>
    </w:p>
    <w:p>
      <w:pPr>
        <w:spacing w:before="100" w:after="200" w:line="360" w:lineRule="auto"/>
        <w:jc w:val="left"/>
      </w:pPr>
      <w:r>
        <w:rPr>
          <w:rFonts w:ascii="宋体 (中文正文)" w:eastAsia="宋体" w:hAnsi="宋体 (中文正文)"/>
          <w:b/>
          <w:sz w:val="28"/>
        </w:rPr>
        <w:t>六、工作要求</w:t>
      </w:r>
    </w:p>
    <w:p>
      <w:pPr>
        <w:spacing w:before="100" w:after="200" w:line="360" w:lineRule="auto"/>
        <w:ind w:firstLine="576"/>
        <w:jc w:val="left"/>
      </w:pPr>
      <w:r>
        <w:rPr>
          <w:rFonts w:ascii="宋体" w:eastAsia="宋体" w:hAnsi="宋体"/>
          <w:sz w:val="28"/>
        </w:rPr>
        <w:t>1、紧紧围绕“安全发展、预防为主”这一活动主题，积极开展“安全生产月”各项活动。</w:t>
      </w:r>
    </w:p>
    <w:p>
      <w:pPr>
        <w:spacing w:before="100" w:after="200" w:line="360" w:lineRule="auto"/>
        <w:ind w:firstLine="576"/>
        <w:jc w:val="left"/>
      </w:pPr>
      <w:r>
        <w:rPr>
          <w:rFonts w:ascii="宋体" w:eastAsia="宋体" w:hAnsi="宋体"/>
          <w:sz w:val="28"/>
        </w:rPr>
        <w:t>2、“安全生产月”期间，各子、分公司、各项目部应大力宣传安全管理先进经验、典型，报道安全生产先进人物和事迹。</w:t>
      </w:r>
    </w:p>
    <w:p>
      <w:pPr>
        <w:spacing w:before="100" w:after="200" w:line="360" w:lineRule="auto"/>
        <w:ind w:firstLine="576"/>
        <w:jc w:val="left"/>
      </w:pPr>
      <w:r>
        <w:rPr>
          <w:rFonts w:ascii="宋体" w:eastAsia="宋体" w:hAnsi="宋体"/>
          <w:sz w:val="28"/>
        </w:rPr>
        <w:t>安全生产工作是我院日常工作的重要组成部分，根据市计生委2023年安全生产月活动方案，我院把20xx年6月（5月30日-6月30日）定为“安全生产活动月”，我们将紧密围绕着“加强安全法制、保障安全生产”这一主题，坚持贯彻“安全第一、预防为主”的工作方针，以“消除隐患、防范事故”为重点，构建和谐医院、平安医院。现将我院有关“安全生产月”活动安排如下：</w:t>
      </w:r>
    </w:p>
    <w:p>
      <w:pPr>
        <w:spacing w:before="100" w:after="200" w:line="360" w:lineRule="auto"/>
        <w:jc w:val="left"/>
      </w:pPr>
      <w:r>
        <w:rPr>
          <w:rFonts w:ascii="宋体 (中文正文)" w:eastAsia="宋体" w:hAnsi="宋体 (中文正文)"/>
          <w:b/>
          <w:sz w:val="28"/>
        </w:rPr>
        <w:t>一、总体目标</w:t>
      </w:r>
    </w:p>
    <w:p>
      <w:pPr>
        <w:spacing w:before="100" w:after="200" w:line="360" w:lineRule="auto"/>
        <w:ind w:firstLine="576"/>
        <w:jc w:val="left"/>
      </w:pPr>
      <w:r>
        <w:rPr>
          <w:rFonts w:ascii="宋体" w:eastAsia="宋体" w:hAnsi="宋体"/>
          <w:sz w:val="28"/>
        </w:rPr>
        <w:t>无各类人员伤亡事故，无火灾、设备事故。杜绝重特大医疗事故。</w:t>
      </w:r>
    </w:p>
    <w:p>
      <w:pPr>
        <w:spacing w:before="100" w:after="200" w:line="360" w:lineRule="auto"/>
        <w:jc w:val="left"/>
      </w:pPr>
      <w:r>
        <w:rPr>
          <w:rFonts w:ascii="宋体 (中文正文)" w:eastAsia="宋体" w:hAnsi="宋体 (中文正文)"/>
          <w:b/>
          <w:sz w:val="28"/>
        </w:rPr>
        <w:t>二、组织机构</w:t>
      </w:r>
    </w:p>
    <w:p>
      <w:pPr>
        <w:spacing w:before="100" w:after="200" w:line="360" w:lineRule="auto"/>
        <w:ind w:firstLine="576"/>
        <w:jc w:val="left"/>
      </w:pPr>
      <w:r>
        <w:rPr>
          <w:rFonts w:ascii="宋体" w:eastAsia="宋体" w:hAnsi="宋体"/>
          <w:sz w:val="28"/>
        </w:rPr>
        <w:t>成立由医院主要负责人担任组长的“安全生产月”工作领导小组，并下设办公室，负责日常工作，工作领导小组成员有：</w:t>
      </w:r>
    </w:p>
    <w:p>
      <w:pPr>
        <w:spacing w:before="100" w:after="200" w:line="360" w:lineRule="auto"/>
        <w:jc w:val="left"/>
      </w:pPr>
      <w:r>
        <w:rPr>
          <w:rFonts w:ascii="宋体 (中文正文)" w:eastAsia="宋体" w:hAnsi="宋体 (中文正文)"/>
          <w:sz w:val="28"/>
        </w:rPr>
        <w:t>组长：</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https://d.book118.com/425010022243011124</w:t>
        </w:r>
      </w:hyperlink>
    </w:p>
    <w:p>
      <w:pPr>
        <w:spacing w:before="100" w:after="200" w:line="360" w:lineRule="auto"/>
        <w:jc w:val="left"/>
      </w:pPr>
    </w:p>
    <w:sectPr w:rsidSect="00034616">
      <w:type w:val="nextPage"/>
      <w:pgSz w:w="11906" w:h="16838"/>
      <w:pgMar w:top="1440" w:right="1440" w:bottom="1440" w:left="1440" w:header="720" w:footer="720" w:gutter="0"/>
      <w:pgNumType w:start="2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2501002224301112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