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国培计划心得（31篇）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国培计划心得（精选31篇）</w:t>
      </w:r>
      <w:r>
        <w:rPr>
          <w:lang w:eastAsia="zh-CN"/>
        </w:rPr>
        <w:br/>
      </w:r>
      <w:r>
        <w:rPr>
          <w:lang w:eastAsia="zh-CN"/>
        </w:rPr>
        <w:t xml:space="preserve">    国培计划心得 篇1 </w:t>
      </w:r>
      <w:r>
        <w:rPr>
          <w:lang w:eastAsia="zh-CN"/>
        </w:rPr>
        <w:br/>
      </w:r>
      <w:r>
        <w:rPr>
          <w:lang w:eastAsia="zh-CN"/>
        </w:rPr>
        <w:t>　　这次培训让我开阔了眼界，拓宽了思路，转变了观念，我也因此增强了搞好教育教学工作的信心。我十分珍惜这次难得的学习和提高的机会，珍惜培训学习的一分一秒。视频上认真听讲、做笔记，积极参与培训活动;听课后积极思考、总结、反思，认真完成作业。通过此次培训学习,应用信息技术为教学和学习服务的能力有所提升，现总结如下：</w:t>
      </w:r>
      <w:r>
        <w:rPr>
          <w:lang w:eastAsia="zh-CN"/>
        </w:rPr>
        <w:br/>
      </w:r>
      <w:r>
        <w:rPr>
          <w:lang w:eastAsia="zh-CN"/>
        </w:rPr>
        <w:t>　　1、阅读了培训的简报，使我了解了各地方学员的学习情况，看报到大家的学习热情都这么高，也更加促进我的学习热情，我会认真学习提高自己。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通过对课程的学习与研讨交流，我学会了教学演示文稿的艺术化，包括演示文稿的艺术设计以及互动的演示文稿slideidea的功能介绍，另外PPT双屏显示不仅为教师教学带来了便捷性，也给做演讲的我们带来了好处。第一部分的内容讲了在做PPT时，我们常把PPT当作发言稿来撰写，稍不注意字体颜色与背景颜色会混为一体，并且会塞满各种图表、曲线，我现在学会了做漂亮、大方的PPT。学会了slideidea各项功能(slideidea目前只能用于WIN8系统以及苹果系统)，以及它为教学带来的互动功能等。</w:t>
      </w:r>
      <w:r>
        <w:rPr>
          <w:lang w:eastAsia="zh-CN"/>
        </w:rPr>
        <w:br/>
      </w:r>
      <w:r>
        <w:rPr>
          <w:lang w:eastAsia="zh-CN"/>
        </w:rPr>
        <w:t>　　3、参与研修活动，使我收获了很多。移动学习环境中的自主合作探究学习是在教师指导下，学生通过移动设备(如笔记本电脑、平板电脑和手机等)进行自主、合作、探究学习活动。本主题将采用理论与实践相结合的方式，讲解了自主、合作和探究学习在日常教学过程中如何开展实施。</w:t>
      </w:r>
      <w:r>
        <w:rPr>
          <w:lang w:eastAsia="zh-CN"/>
        </w:rPr>
        <w:br/>
      </w:r>
      <w:r>
        <w:rPr>
          <w:lang w:eastAsia="zh-CN"/>
        </w:rPr>
        <w:t>　　4、观看了专家的视频答疑，解决了我心中的一些疑问，让我对信息技术的应用更欣赏的认识，令我特别欣喜，我一定会在教学中积极应用所学到的知识改进教学，努力提升自己的教学水平，使自己的教学水平再上一个新台阶。</w:t>
      </w:r>
      <w:r>
        <w:rPr>
          <w:lang w:eastAsia="zh-CN"/>
        </w:rPr>
        <w:br/>
      </w:r>
      <w:r>
        <w:rPr>
          <w:lang w:eastAsia="zh-CN"/>
        </w:rPr>
        <w:t>　　5、建议国家能长期将开放平台，便于老师长期学习，为老师的学习创造更有利的条件，能及时了解教育动态，掌握先进技术与最前沿的教育信息，以便自己改进教学，更好地促进业务能力的提高。</w:t>
      </w:r>
      <w:r>
        <w:rPr>
          <w:lang w:eastAsia="zh-CN"/>
        </w:rPr>
        <w:br/>
      </w:r>
      <w:r>
        <w:rPr>
          <w:lang w:eastAsia="zh-CN"/>
        </w:rPr>
        <w:t>　　感谢国培计划让我们收获成长，感谢王云香老师为我们付出。培训虽已结束，但我还将继续学习与提高。我对教育的未来充满信心，决不辜负国培计划，努力将学到的东西用于工作中，为前郭蒙中的教育事业做出更多的贡献。</w:t>
      </w:r>
      <w:r>
        <w:rPr>
          <w:lang w:eastAsia="zh-CN"/>
        </w:rPr>
        <w:br/>
      </w:r>
      <w:r>
        <w:rPr>
          <w:lang w:eastAsia="zh-CN"/>
        </w:rPr>
        <w:t xml:space="preserve">    国培计划心得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__年10月8日至__年10月17日，为期十天的__年“国培计划”培训结束了。作为本届培训班的学员，我深感荣幸，非常感谢中国教师研修网以及各位专家教授和一线老师在这10天里给予我们的这次培训。十天的培训虽然很短暂，但是十天的培训很扎实，十天的熏陶让我有了脱胎换骨的感觉，理论讲座为我的头脑增添了许多新的教育理念，情感教育让我收获了一份快乐心情。在培训中，能够得以聆听众多专家、乃至省内有名的专家教授的讲座，倾听他们对小学英语教学的理解，能够观摩一线教师以及省内外优秀教师的课堂教学，学习他们的教学技能，对我来说是一次思想上的洗礼，心灵的震撼和理念的革新。</w:t>
      </w:r>
      <w:r>
        <w:rPr>
          <w:lang w:eastAsia="zh-CN"/>
        </w:rPr>
        <w:br/>
      </w:r>
      <w:r>
        <w:rPr>
          <w:lang w:eastAsia="zh-CN"/>
        </w:rPr>
        <w:t>　　通过这次培训让我对新课程理念下的教学方式与学习方式的变革有了新的理解；让我对做一个富有人格魅力的教师充满了希望；解开了我在语音教学中的存在的迷惑，异文化渗透教学让我更加喜爱英语，为自己是一名小学英语教师而感动自豪，再次疏理了我在撰写教学论文时的一些不清晰的思路，点燃了我对成为一名合格的优秀的小学英语老师梦想，让我知道了如何有效的开发课程资源，更好的利用课程资源进行教学，为培养我们小学英语教师的专业能力指明了方向，并学会了实现自我的价值，改变自己的心态，用阳光灿烂的心态面对工作和生活。实这十天来十几场讲座都很精彩，获益匪浅，这几天我反思了一下自己有以下几点心得体会：</w:t>
      </w:r>
      <w:r>
        <w:rPr>
          <w:lang w:eastAsia="zh-CN"/>
        </w:rPr>
        <w:br/>
      </w:r>
      <w:r>
        <w:rPr>
          <w:lang w:eastAsia="zh-CN"/>
        </w:rPr>
        <w:t>　　1、教书育人。</w:t>
      </w:r>
      <w:r>
        <w:rPr>
          <w:lang w:eastAsia="zh-CN"/>
        </w:rPr>
        <w:br/>
      </w:r>
      <w:r>
        <w:rPr>
          <w:lang w:eastAsia="zh-CN"/>
        </w:rPr>
        <w:t>　　教书育人至少要做好三件事：教会学生做人，教学学生思维，教给学生知识（尤其是要教给他们获取知识的方法）。要正确高效地影响学生，我们自己首先要有渊博的学识和高尚的人格魅力。我们应引导学生做高尚、智慧和勤奋的人，应培养学生的责任感，教给他们中国最传统的东西，教会他们如何爱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2、阳光心态。</w:t>
      </w:r>
      <w:r>
        <w:rPr>
          <w:lang w:eastAsia="zh-CN"/>
        </w:rPr>
        <w:br/>
      </w:r>
      <w:r>
        <w:rPr>
          <w:lang w:eastAsia="zh-CN"/>
        </w:rPr>
        <w:t>　　好的心态使你成功，坏的心态毁灭你自己。事情本身并不重要，重要的是你对它的态度。当你看到反面的时候，不要灰心，因为调过来就是正面。改变不了事情，就改变对事情的态度。再说，是好是坏还不知道呢。把问题当成成长的机会，人生就是一个解决问题的过程。学会为小事高兴，会有更大的高兴出现。我们应该为自己的当前满意，相信自己的生命，要睁着眼睛去旅游，牵着蜗牛去散步，享受生命的过程，活在当下，才能精彩每一天。</w:t>
      </w:r>
      <w:r>
        <w:rPr>
          <w:lang w:eastAsia="zh-CN"/>
        </w:rPr>
        <w:br/>
      </w:r>
      <w:r>
        <w:rPr>
          <w:lang w:eastAsia="zh-CN"/>
        </w:rPr>
        <w:t>　　3、终身学习。</w:t>
      </w:r>
      <w:r>
        <w:rPr>
          <w:lang w:eastAsia="zh-CN"/>
        </w:rPr>
        <w:br/>
      </w:r>
      <w:r>
        <w:rPr>
          <w:lang w:eastAsia="zh-CN"/>
        </w:rPr>
        <w:t>　　作为一名教师，应该审时度势，做终身学习的典范。唯有如此，我们的教学才能从不断的学习中汲取营养，充实知识，提高本领，胜任工作，充分发挥模范带头作用。否则，我们就会落后于时代，就难以完成肩负的职责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过本次紧张而短暂的培训，让我品尝到了一顿最丰富、最美味、最营养、最有价值的“知识文化大餐”。我要重新审视自己，作为一名年轻的小学英语教师，我要不断的学习，不断的提高自己的专业知识与技能，不断的充实自己，找到自己的人生价值，在教学中通过自身的素养来感染学生，让学生从心底里信服老师。同时在今后的教育教学工作中我要努力实践、开拓创新，积极将本次培训所学的经验及方法运用到教育教学中，不断提高自身教育教育水平。同时，在这里还要感谢学校领导能给我这样一个学习的机会，在今后的工作中我会努力实践、勇于开拓，为我校的小学英语教育事业尽一份自己的力量。</w:t>
      </w:r>
      <w:r>
        <w:rPr>
          <w:lang w:eastAsia="zh-CN"/>
        </w:rPr>
        <w:br/>
      </w:r>
      <w:r>
        <w:rPr>
          <w:lang w:eastAsia="zh-CN"/>
        </w:rPr>
        <w:t xml:space="preserve">    国培计划心得 篇3 </w:t>
      </w:r>
      <w:r>
        <w:rPr>
          <w:lang w:eastAsia="zh-CN"/>
        </w:rPr>
        <w:br/>
      </w:r>
      <w:r>
        <w:rPr>
          <w:lang w:eastAsia="zh-CN"/>
        </w:rPr>
        <w:t>　　我是一位普普通通的小学一线教师。这次有幸参加了20__年“国培计划”——中西部农村中小学教师远程培训在“德宏小学体育班”学习。在此我要感谢学校领导给了我参加这样一次难得的学习和交流的机会，让我聆听到专家们的精彩讲座，分享到许多优秀教师的教育教学成果和先进的教育经验理念。参加这次学习是自己的一种荣誉，更是一种责任，我非常珍惜这次难得的学习机会。</w:t>
      </w:r>
      <w:r>
        <w:rPr>
          <w:lang w:eastAsia="zh-CN"/>
        </w:rPr>
        <w:br/>
      </w:r>
      <w:r>
        <w:rPr>
          <w:lang w:eastAsia="zh-CN"/>
        </w:rPr>
        <w:t>　　在此请允许我谨代表参加培训的学员感谢中国教师研修网为我们提供了这么好的学习空间，感谢“国培计划”为我们提供这个难得的学习机会，向所有的领导、专家、老师和工作者们致于最崇高的谢意！自参加这次“国培计划”的学习以来，我始终得到了“德宏小学体育班”徐品相辅导教师的鞭策与帮助。特别是徐教师曾提到过的一段话令人记忆犹新：“知是行之始，行是知之成，知易行难，贵在坚持。唯有文字与文字的累积，才能开启国培研修的大门；唯有语言与语言的交流，才能荡涤我们的心灵；唯有思想与思想的碰撞，才能产生无比绚丽的智慧之花。”这段话高度概括了我们这次培训学习的目的。我们要把这个理念消化在今后漫长工作过程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参加这次培训我最大的收获是专家精彩讲座和名师优秀课堂实践对我思想上的冲击与震撼。让我对自己的本职工作，特别是体育教学有了更加系统和清醒的认识，让我在教学工作中有了更加坚实的理论基础，让我在课堂上变得更加得心应手。</w:t>
      </w:r>
      <w:r>
        <w:rPr>
          <w:lang w:eastAsia="zh-CN"/>
        </w:rPr>
        <w:br/>
      </w:r>
      <w:r>
        <w:rPr>
          <w:lang w:eastAsia="zh-CN"/>
        </w:rPr>
        <w:t>　　通过培训交流学习，使我对体育教学的内涵有了新的理解，接触到了许多新课程形式下的新理念，领略到了许多优秀教师的课堂风采，并在自己的脑海中形成了许多新思路新想法，我们不是要照搬照抄，而是要认真学习和合理借鉴；我们不是要让自己的课堂变成某某的复制品，而是要因地制宜，取长补短，实现课程目标要求与课堂实际的有机整合。</w:t>
      </w:r>
      <w:r>
        <w:rPr>
          <w:lang w:eastAsia="zh-CN"/>
        </w:rPr>
        <w:br/>
      </w:r>
      <w:r>
        <w:rPr>
          <w:lang w:eastAsia="zh-CN"/>
        </w:rPr>
        <w:t>　　一、学习新理念，形成新思想，开启新局面</w:t>
      </w:r>
      <w:r>
        <w:rPr>
          <w:lang w:eastAsia="zh-CN"/>
        </w:rPr>
        <w:br/>
      </w:r>
      <w:r>
        <w:rPr>
          <w:lang w:eastAsia="zh-CN"/>
        </w:rPr>
        <w:t>　　通过观看学习《义务教育课程标准实验教材小学体育教师用书》使我们对体育课程标准有了全新的认识，夯实了我们广大参训学员的教育理论。专家老师们深厚的学术造诣和独特的视野见解都留给了我深刻的印象，他们带领我们走进了中国体育发展的过去和现在，让我们明白了发展体育的重要性和紧迫性。在听了上海市静安区教育学院附属学校张人利老师题为《后“茶馆式”教学》的讲座让我们产生了共勉，他不但对建设新型学校教学模式提供了很好的借鉴，为我们开启了新课程理念下体育教学新局面。</w:t>
      </w:r>
      <w:r>
        <w:rPr>
          <w:lang w:eastAsia="zh-CN"/>
        </w:rPr>
        <w:br/>
      </w:r>
      <w:r>
        <w:rPr>
          <w:lang w:eastAsia="zh-CN"/>
        </w:rPr>
        <w:t>　　二、积极思考，求真务实，提升教学水平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观看重庆市江津区支坪初级中学焦盛利教师《分腿腾越跳山羊》等课堂实录，让我领略他们教学风采，也促进了我对自己课堂教学进行反思。他们在课堂上为学生发展提供了空间，为学生平等参与提供了机会，让学生在宽松的环境中体验成功，健康成长；他们构建了活泼的课堂氛围，严谨的课堂秩序，合理的课堂活动，激发了学生的学习兴趣，让学生在快乐的活动中得到锻炼。我经常把学到的教育理念与学校其他教师一起分享，意在完善自己的理解并有效的落实到课堂教学实践中去。我也积极探索因地制宜地构建自己的教学课堂，如让只有一个篮球的一节体育课，充满了学生的欢声笑语，让学生玩得不亦乐乎，意犹未尽。圆满地完成了课前拟定的教学目标。</w:t>
      </w:r>
      <w:r>
        <w:rPr>
          <w:lang w:eastAsia="zh-CN"/>
        </w:rPr>
        <w:br/>
      </w:r>
      <w:r>
        <w:rPr>
          <w:lang w:eastAsia="zh-CN"/>
        </w:rPr>
        <w:t>　　三、树立终身学习观念，力争上游，尽职乐教</w:t>
      </w:r>
      <w:r>
        <w:rPr>
          <w:lang w:eastAsia="zh-CN"/>
        </w:rPr>
        <w:br/>
      </w:r>
      <w:r>
        <w:rPr>
          <w:lang w:eastAsia="zh-CN"/>
        </w:rPr>
        <w:t>　　忙碌而又充实的培训交流学习让我们开拓了视野，增长了知识，获得了许多宝贵教学经验和教学技巧。专家们深厚的知识底蕴，老师们灵活把握的课堂教学教法都是我们学习和借鉴的楷模。这些先进的教育教学理念需要我们在实际工作中不断的去实践和认真揣摩，这些先进的教育教学理念也不可能在自己的教学实践中收到立竿见影的成效，但是只要我们坚持不懈，积极探索，这些先进的教育理念就一定会在我们今后的教学实践中发扬开去，并会在我们今后的教学实践中起到持续的指导作用。正如老百姓们常说的那句俗语一样：“师傅领进门，修行靠个人。”培训是短暂的而学习则是终身的，培训为我们指明了方向，也给我们留下了更多思考的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让我们行动起来吧，带着培训的收获，带着满腔的热情投入到教育教学工作中去，举一反三，探索反思，就一定能让我们在今后的教育实践中成长起来，使自己的教学水平和教学能力更上一个新台阶。再次感谢“国培计划”这个平台为我们提供了这个难得的学习机会，我们一定要以此为契机，继续学习，为我们的教育事业，为我们边疆孩子们的健康成长而不懈奋斗！</w:t>
      </w:r>
      <w:r>
        <w:rPr>
          <w:lang w:eastAsia="zh-CN"/>
        </w:rPr>
        <w:br/>
      </w:r>
      <w:r>
        <w:rPr>
          <w:lang w:eastAsia="zh-CN"/>
        </w:rPr>
        <w:t xml:space="preserve">    国培计划心得 篇4 </w:t>
      </w:r>
      <w:r>
        <w:rPr>
          <w:lang w:eastAsia="zh-CN"/>
        </w:rPr>
        <w:br/>
      </w:r>
      <w:r>
        <w:rPr>
          <w:lang w:eastAsia="zh-CN"/>
        </w:rPr>
        <w:t>　　今年，我有幸参加“国培”计划教师全员培训的学习。在过去的一段时间里，我认真聆听了专家们的精彩讲座，积极认真查看同行们给我的意见与点评。同时，我积极做好学习笔记，努力用新知识来提高自己。同行们先进的理念，独特的设计给我留下了深刻的印象，使我受益匪浅。现简要总结如下：</w:t>
      </w:r>
      <w:r>
        <w:rPr>
          <w:lang w:eastAsia="zh-CN"/>
        </w:rPr>
        <w:br/>
      </w:r>
      <w:r>
        <w:rPr>
          <w:lang w:eastAsia="zh-CN"/>
        </w:rPr>
        <w:t>　　一、培训学习非常必要。</w:t>
      </w:r>
      <w:r>
        <w:rPr>
          <w:lang w:eastAsia="zh-CN"/>
        </w:rPr>
        <w:br/>
      </w:r>
      <w:r>
        <w:rPr>
          <w:lang w:eastAsia="zh-CN"/>
        </w:rPr>
        <w:t>　　第一阶段培训活动安排合理，内容丰富，专家们的解惑都是我们农村教师所关注和急需的领域，是我们发自内心想在这次培训中能得到提高的内容，可以说是“人心所向”。在培训过程当中，我们每一位参训的教师都流露出积极、乐观、向上的心态。我认为，保持这种心态对每个人的工作、生活都是至关重要的。作为一名新课改的实施者，我们应积极投身于新课改的发展之中，成为新课标实施的引领者，与全体教师共同致力于新课标的研究与探索中，共同寻求适应现代教学改革的心路，切实以新观念、新思路、新方法投入教学，适应现代教学改革需要，切实发挥新课标在新时期教学改革中的科学性、引领性，使学生在新课改中获得能力的提高。</w:t>
      </w:r>
      <w:r>
        <w:rPr>
          <w:lang w:eastAsia="zh-CN"/>
        </w:rPr>
        <w:br/>
      </w:r>
      <w:r>
        <w:rPr>
          <w:lang w:eastAsia="zh-CN"/>
        </w:rPr>
        <w:t>　　二、知识更新非常必要。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活到老，学到老，知识也有保质期”、“教师不光要有一桶水，更要有流动的水”。作为教师，实践经验是财富，同时也可能是羁绊，骨干教师都有熟练驾驭课堂的能力，那是在应试教育的模式下形成的，在实施新课程中会不自觉地走上老路。新课程标准出台后，教材也做了很大的修改，教材体系打乱了，熟悉的内容不见了，造成许多的不适应，教师因此对课程改革产生了抵触情绪，这种抵触情绪我也有过，所幸没有持续很久。</w:t>
      </w:r>
      <w:r>
        <w:rPr>
          <w:lang w:eastAsia="zh-CN"/>
        </w:rPr>
        <w:br/>
      </w:r>
      <w:r>
        <w:rPr>
          <w:lang w:eastAsia="zh-CN"/>
        </w:rPr>
        <w:t>　　初次参加培训的我深刻体会到，教材是教学过程中的载体，但不是唯一的载体。在教学过程中教材是死的，但作为教师的人是活的。在新课程改革的今天，深刻的感受到了学生知识的广泛化，作为新时代的传道、授业、解惑者，名教师，应该不断地学习，不断地增加、更新自己的知识，才能将教材中有限的知识拓展到无限的生活当中去。“我是用教材教，还是教教材？”作为一名教师，应当经常问问自己。而这次专家给了我明确的回答。今后，我们教师必须用全新、科学、与时代相吻合教育思想、理念、方式、方法来更新自己的头脑，这次的培训无疑给我们一次头脑风暴。</w:t>
      </w:r>
      <w:r>
        <w:rPr>
          <w:lang w:eastAsia="zh-CN"/>
        </w:rPr>
        <w:br/>
      </w:r>
      <w:r>
        <w:rPr>
          <w:lang w:eastAsia="zh-CN"/>
        </w:rPr>
        <w:t>　　三、注重方法非常必要。</w:t>
      </w:r>
      <w:r>
        <w:rPr>
          <w:lang w:eastAsia="zh-CN"/>
        </w:rPr>
        <w:br/>
      </w:r>
      <w:r>
        <w:rPr>
          <w:lang w:eastAsia="zh-CN"/>
        </w:rPr>
        <w:t>　　教师在实际教学中，只有多联系生活，多创设情境，多动手操作，注重教学方法和学习方法，课堂才有实效。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新课程标准要求学生的学习内容是现实的，有意义的，富有挑战性的。讲座中专家也讲到，教师要重视创设贴近学生生活实际的教学情境，从情境中引入要学习的内容，激发学生探究的兴趣和欲望，使学生体会到数学知识就在我们身边，理解数学与生活的联系，有利于学生主动地进行观察，实践，猜测，验证，推理与交流等数学活动。同时还要注意激发学生学习的兴趣，体现学生学习的主动性，重视学生的动手操作，重视实践活动的应用。</w:t>
      </w:r>
      <w:r>
        <w:rPr>
          <w:lang w:eastAsia="zh-CN"/>
        </w:rPr>
        <w:br/>
      </w:r>
      <w:r>
        <w:rPr>
          <w:lang w:eastAsia="zh-CN"/>
        </w:rPr>
        <w:t>　　第一阶段培训活动虽然是短暂的，但无论是从思想上，还是专业上，对我而言，都是一个很大的提高。在今后的工作中，我会努力学习，做好后续研修，在实践、学习中不断进步。</w:t>
      </w:r>
      <w:r>
        <w:rPr>
          <w:lang w:eastAsia="zh-CN"/>
        </w:rPr>
        <w:br/>
      </w:r>
      <w:r>
        <w:rPr>
          <w:lang w:eastAsia="zh-CN"/>
        </w:rPr>
        <w:t xml:space="preserve">    国培计划心得 篇5 </w:t>
      </w:r>
      <w:r>
        <w:rPr>
          <w:lang w:eastAsia="zh-CN"/>
        </w:rPr>
        <w:br/>
      </w:r>
      <w:r>
        <w:rPr>
          <w:lang w:eastAsia="zh-CN"/>
        </w:rPr>
        <w:t>　　通过国培计划的学习，我知道了要做有灵魂的教师。那么，教师的灵魂体现在那些方面呢？第一，要有爱心。俗话说得好，爱心可以溶化世上最冷的坚冰，爱心可以让沉默的石头开出最美的花朵。作为一名教师，应该具有大爱心胸。我们要学会爱自己，爱自己的岗位。</w:t>
      </w:r>
      <w:r>
        <w:rPr>
          <w:lang w:eastAsia="zh-CN"/>
        </w:rPr>
        <w:br/>
      </w:r>
      <w:r>
        <w:rPr>
          <w:lang w:eastAsia="zh-CN"/>
        </w:rPr>
        <w:t>　　爱自己的学生，爱自己的职业，爱自己的家庭，爱学校的一草一木，爱教室的一桌一椅，爱书香的味道，爱文字的智慧和魅力，爱孩子的笑容，爱学生的顽皮，爱孩子的稚气，爱孩子的纯洁，爱学生的懵懂，爱孩子的诡异，爱他们身上别别的汗味，爱他们无知的举动，爱他们歪歪的字迹，爱他们皱皱的书包，爱他们走路的姿势，爱他们清脆的童音，爱他们哑哑的嗓音，爱他们经常跑调的歌唱，爱他们挨批后挂泪的脸庞，爱他们得奖后甜甜的笑容，爱他们优秀的喜悦，爱他们失落后的难堪，爱他们的悲欢，爱他们的喜怒，爱他们的静处，爱他们的热情，爱他们的阳光，也爱他们的错误，一位教育家精辟地说道：孩子的过失，其实是青春期美丽的错误。爱你的学生吧，它是检验你是否热爱教育事业的最简单的试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爱你的孩子吧，他是检验你是否热爱教育事业的'最可靠的衡器。热爱会使你变得高尚，热爱会使你变的与众不同，热爱会使你能够创造奇迹。第二，要有智慧。如果说爱心是一种态度，那么智慧就是创造奇迹的手段与方法。其实智慧得来需要不断的学习。学习会使你脱俗存雅，学习会使你不再迷惑，学习会使你站在高处看世界，学习会使你把纷繁的世界简化，学习会使你变得不再斤斤计较，学习会使你变得通体洒脱，学习会使你抛却功利的诱惑，学习会使你变得富于灵性，学习会使你变得出类拔萃，学习会使你变得遇事从容，泰山崩于眼前而颜色不变，学习会使你灵魂变得丰富而美丽。</w:t>
      </w:r>
      <w:r>
        <w:rPr>
          <w:lang w:eastAsia="zh-CN"/>
        </w:rPr>
        <w:br/>
      </w:r>
      <w:r>
        <w:rPr>
          <w:lang w:eastAsia="zh-CN"/>
        </w:rPr>
        <w:t xml:space="preserve">    国培计划心得 篇6 </w:t>
      </w:r>
      <w:r>
        <w:rPr>
          <w:lang w:eastAsia="zh-CN"/>
        </w:rPr>
        <w:br/>
      </w:r>
      <w:r>
        <w:rPr>
          <w:lang w:eastAsia="zh-CN"/>
        </w:rPr>
        <w:t>　　一个个案例、一段段视频，让我明白了教师的专业成长需要经过积累、学习、反思、研究、沟通等几个过程。在这些过程中，要不断积累、总结经验教训，用先进的教育理念反思自己的教育教学过程，同时更需要具有研究幼儿、研究教学、研究环境、研究家长的能力和设计教育的能力等，这样才能成为一名最有智慧的老师。</w:t>
      </w:r>
      <w:r>
        <w:rPr>
          <w:lang w:eastAsia="zh-CN"/>
        </w:rPr>
        <w:br/>
      </w:r>
      <w:r>
        <w:rPr>
          <w:lang w:eastAsia="zh-CN"/>
        </w:rPr>
        <w:t>　　通过这一段时间的学习，我认真反思了以往工作中的不足，使我的教育教学观念进一步得到更新，真是受益非浅。下面是我通过培训获得的几个方面的体会：</w:t>
      </w:r>
      <w:r>
        <w:rPr>
          <w:lang w:eastAsia="zh-CN"/>
        </w:rPr>
        <w:br/>
      </w:r>
      <w:r>
        <w:rPr>
          <w:lang w:eastAsia="zh-CN"/>
        </w:rPr>
        <w:t>　　首先教师要有良好的师德修养。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不同时代有不同的道德观，不同职业有不同的道德内涵，从古止今但无论哪个时代，也无论何种职业，道德观念必有其共通的地方。德高为师，身正是范，师德是一个教师的灵魂。能否成为一个好教师,要有“捧着一颗心来，不带半根草走”的精神，陶行知先生献身教育无怨无悔，关键在于有一种精神。</w:t>
      </w:r>
      <w:r>
        <w:rPr>
          <w:lang w:eastAsia="zh-CN"/>
        </w:rPr>
        <w:br/>
      </w:r>
      <w:r>
        <w:rPr>
          <w:lang w:eastAsia="zh-CN"/>
        </w:rPr>
        <w:t>　　2、热爱幼教事业，对幼儿充满爱心，对教育充满热情，是教师首先必备的职业行为准则，幼儿教师应该有爱心、耐心、细心、责任心。我们知道，幼儿年龄小，他们有特定的年龄阶段生理和心理特点，犯错在所难免，爱讲话、睡觉不老实更是他们的天性。作为幼儿教师应亲近他们，爱护他们，耐心引导他们，培养他们良好的行为习惯。</w:t>
      </w:r>
      <w:r>
        <w:rPr>
          <w:lang w:eastAsia="zh-CN"/>
        </w:rPr>
        <w:br/>
      </w:r>
      <w:r>
        <w:rPr>
          <w:lang w:eastAsia="zh-CN"/>
        </w:rPr>
        <w:t>　　3、具有娴熟的业务能力。现代幼儿教育内容有五大领域，健康领域、社会领域、语言领域、科学领域、艺术领域。可以看出，幼儿教育的内容涉及面广。幼儿教师还应具备扎实的教育理论基础，如幼儿教育学、幼儿心理学、幼儿卫生保健、幼儿园教育活动指导、幼儿园管理、幼儿园游戏等。音乐、美术、舞蹈也是幼儿教师的基本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其次教师要尊重幼儿，重视幼儿天真的梦想。放弃任何框框和本本，尊重孩子，让他们尽情表露真性和梦想，然后教师进行观察分析，再是顺导性的教育，同时附上适当的强制和计划，这就是自然的教育。让幼儿成为一个品德高尚的人，幼儿教育是起步，起步是最关键的。接着教师要会宽容孩子。宽容，不是放纵，更不是溺爱，它有着丰富的内涵。宽容，是理解的继续，也是理解最真实、最具体的体现。宽容应该有多种形式，各种形式的确定必须根据“一把钥匙开一把锁”的原则。宽容，还应为幼儿排除不良因素的干扰，创造条件，指出实实在在的。在与幼儿一起相处的日子，多一份爱心，少一点虚荣;多一份理解、帮助，少一点指责.批评;多一份宽容.耐心，少一点责难、惩罚!这样会让教师的职业道路更加美好。</w:t>
      </w:r>
      <w:r>
        <w:rPr>
          <w:lang w:eastAsia="zh-CN"/>
        </w:rPr>
        <w:br/>
      </w:r>
      <w:r>
        <w:rPr>
          <w:lang w:eastAsia="zh-CN"/>
        </w:rPr>
        <w:t>　　最后教师要学做会反思。应该说，反思对于激发教师的自我提高动机，调动教师积极的自我思考与实践，使其以主体身分投入其中，使教师的教育教学观念、教育教学行为和能力有本质性的提高来说，是一种比较有效的方法。教师的自我思考、审视、反省、判断、分析、概括、总结，能使自己在今后的教学活动中更灵活的调整自己的教育策略，使教师的专业素质在反思中不断的，有效的提高和成长。</w:t>
      </w:r>
      <w:r>
        <w:rPr>
          <w:lang w:eastAsia="zh-CN"/>
        </w:rPr>
        <w:br/>
      </w:r>
      <w:r>
        <w:rPr>
          <w:lang w:eastAsia="zh-CN"/>
        </w:rPr>
        <w:t>　　随着家长教育观的转变，对孩子期望值的增高，提高教师的素质，就成了培养二十一世纪建设人才的保证，是新时期对教师的要求，特别是对幼儿教师提出了更高的要求。新时期的幼儿教师们应尽快全面加强自我修养，提高自身综合素质，“为托起明天的太阳”这个光荣而又艰巨的任务而拼搏进取。</w:t>
      </w:r>
      <w:r>
        <w:rPr>
          <w:lang w:eastAsia="zh-CN"/>
        </w:rPr>
        <w:br/>
      </w:r>
      <w:r>
        <w:rPr>
          <w:lang w:eastAsia="zh-CN"/>
        </w:rPr>
        <w:t xml:space="preserve">    国培计划心得 篇7 </w:t>
      </w:r>
      <w:r>
        <w:rPr>
          <w:lang w:eastAsia="zh-CN"/>
        </w:rPr>
        <w:br/>
      </w:r>
      <w:r>
        <w:rPr>
          <w:lang w:eastAsia="zh-CN"/>
        </w:rPr>
        <w:t>　　金秋十月，怀揣着满满的期待来到历史文化名城——_，与来自__的40余位优秀的幼教同行共聚_，进行为期十天的国培计划——幼儿园骨干教师示范性集中培训的学习。虽然刚刚开始了三天的学习、生活，但我已经收获了感动、友谊、喜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用心聆听安庆。来到安庆，乘车沿街驶过，浩瀚的长江、一排排枝繁叶茂的百年古树、随处可见的“黄梅戏艺术节即将开幕”的标语，让我感悟到了这座城市丰富的内涵与文化底蕴;站在梅花山庄门口的空地，驻足环顾左手旁的莲湖公园和右手边的菱湖公园，才知道，原来我也可以住在风景如画的湖旁岸边的;漫步菱湖堤岸，看着湖中倒映着的婆娑的树影、一大片一大片油绿的荷叶，深深呼吸着金秋的气息，感受到的是身心与大自然的交融;走近师院的老师，细致周到的学习生活安排，让我找到了别样的家的感觉。我想，没有什么不可以放下的，来到安庆，我很安心!</w:t>
      </w:r>
      <w:r>
        <w:rPr>
          <w:lang w:eastAsia="zh-CN"/>
        </w:rPr>
        <w:br/>
      </w:r>
      <w:r>
        <w:rPr>
          <w:lang w:eastAsia="zh-CN"/>
        </w:rPr>
        <w:t>　　享受教育盛宴。与专家面对面，是渴求知识的人的一种幸福。潘园长的睿智与机敏，高教授、曹教授、阮教授的朴实严谨，周教授、宋教授的优雅知性让我感受到每一位专家名师的身上都闪耀着智慧的光芒。尤其是__教授的讲座《学前儿童行为观察和分析》能贴近幼儿园实际，讲座中有最前沿的研究理论成果、有经典的案例分析、有操作性强的实例解读，品读专家的精华思想，就像打开了一扇又一扇心门，给我带来了思想的洗礼，心智的启迪、情感的熏陶、更是引发了我的思考和反思：我们了解儿童吗?我们能采用科学的方法观察、记录幼儿的行为表现，并做出及时准确的决策吗?我们的一句话、一个眼神、可能会对孩子产生积极还是消极的影响呢?一个个的问题使我进一步认识到了教师专业发展的必要性。就像曹教授讲得：教、学、研是现代教师的三大任务，怎样引领教师从知识型教师真正成长为研究型教师，作为业务园长，我感到任重而道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共同交流成长。古人云：独学而无友，则孤陋寡闻。在“破冰之旅”体验活动中，通过小组的团队建设，我们很快地冰释了彼此的陌生感，建立起团结合作的学习共同体。三天的学习生活，大家彼此关心、彼此照顾，针对专家们带来的鲜活的教学案例以及目前幼儿教师遇到的专业发展瓶颈畅所欲言，在一次次的思想火花的碰撞中我们反思着自己以及本园的教学实践，是否做得对?教得好?在分享同伴经验中广纳博采、取长补短，真正做到了彼此之间的“相长”。</w:t>
      </w:r>
      <w:r>
        <w:rPr>
          <w:lang w:eastAsia="zh-CN"/>
        </w:rPr>
        <w:br/>
      </w:r>
      <w:r>
        <w:rPr>
          <w:lang w:eastAsia="zh-CN"/>
        </w:rPr>
        <w:t>　　期待：未来七天的学习更加精彩，更加有针对性。</w:t>
      </w:r>
      <w:r>
        <w:rPr>
          <w:lang w:eastAsia="zh-CN"/>
        </w:rPr>
        <w:br/>
      </w:r>
      <w:r>
        <w:rPr>
          <w:lang w:eastAsia="zh-CN"/>
        </w:rPr>
        <w:t xml:space="preserve">    国培计划心得 篇8 </w:t>
      </w:r>
      <w:r>
        <w:rPr>
          <w:lang w:eastAsia="zh-CN"/>
        </w:rPr>
        <w:br/>
      </w:r>
      <w:r>
        <w:rPr>
          <w:lang w:eastAsia="zh-CN"/>
        </w:rPr>
        <w:t>　　20__年_月26日，我参加了国培计划———小学体育教师远程培训。做为农村小学的一名教师，我感到很荣幸。十分珍惜这次不断完善和提高自我的机会，积极认真地参与了培训的全过程。</w:t>
      </w:r>
      <w:r>
        <w:rPr>
          <w:lang w:eastAsia="zh-CN"/>
        </w:rPr>
        <w:br/>
      </w:r>
      <w:r>
        <w:rPr>
          <w:lang w:eastAsia="zh-CN"/>
        </w:rPr>
        <w:t>　　我第一次在远程培训的大课堂中，贪婪地获取知识，或聆听专家讲座，或参与话题讨论，或书写研修心得，或分享优质资源。不亦乐乎！</w:t>
      </w:r>
      <w:r>
        <w:rPr>
          <w:lang w:eastAsia="zh-CN"/>
        </w:rPr>
        <w:br/>
      </w:r>
      <w:r>
        <w:rPr>
          <w:lang w:eastAsia="zh-CN"/>
        </w:rPr>
        <w:t>　　这次国培，在内容上，它不同于以往每次培训的只讲大理论，夸夸而谈，泛泛而论。它的理论高度高，同时又是从大量一线实践中总结出来的；它案例丰富，贴近我们的一线教学，于浅显的例子中渗透高深的专业理论。这种远程培训，为教师专业成长开创了新的基地，让教师在紧张的工作中合理的安排时间进行学习，感觉是紧张而又充实，忙碌而又愉快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个月的培训，感触很深。国培教育，给我们教师搭建了自主学习的平台；给我们教师创建了自由交流、合作学习的空间；给我们教师开辟了自我反思的驿站。这次培训，就像一场及时雨，滋润着我们每一位教师干渴的心灵。给了我无穷的力量，坚定了我前进的脚步，使我觉得自己在以后的工作中有使不完的劲。</w:t>
      </w:r>
      <w:r>
        <w:rPr>
          <w:lang w:eastAsia="zh-CN"/>
        </w:rPr>
        <w:br/>
      </w:r>
      <w:r>
        <w:rPr>
          <w:lang w:eastAsia="zh-CN"/>
        </w:rPr>
        <w:t>　　通过国培行动，我要做到：</w:t>
      </w:r>
      <w:r>
        <w:rPr>
          <w:lang w:eastAsia="zh-CN"/>
        </w:rPr>
        <w:br/>
      </w:r>
      <w:r>
        <w:rPr>
          <w:lang w:eastAsia="zh-CN"/>
        </w:rPr>
        <w:t>　　一、不断学习。</w:t>
      </w:r>
      <w:r>
        <w:rPr>
          <w:lang w:eastAsia="zh-CN"/>
        </w:rPr>
        <w:br/>
      </w:r>
      <w:r>
        <w:rPr>
          <w:lang w:eastAsia="zh-CN"/>
        </w:rPr>
        <w:t>　　活到老，学到老，知识更新是必要的，我要抽出课余时间通过不同的形式和资源学习专业知识。</w:t>
      </w:r>
      <w:r>
        <w:rPr>
          <w:lang w:eastAsia="zh-CN"/>
        </w:rPr>
        <w:br/>
      </w:r>
      <w:r>
        <w:rPr>
          <w:lang w:eastAsia="zh-CN"/>
        </w:rPr>
        <w:t>　　二、自我反思。</w:t>
      </w:r>
      <w:r>
        <w:rPr>
          <w:lang w:eastAsia="zh-CN"/>
        </w:rPr>
        <w:br/>
      </w:r>
      <w:r>
        <w:rPr>
          <w:lang w:eastAsia="zh-CN"/>
        </w:rPr>
        <w:t>　　在教学中不断进行反思，从以往的教学实践中找出得与失，转败为胜，吸取教训，总结经验，不断提高教学成绩。</w:t>
      </w:r>
      <w:r>
        <w:rPr>
          <w:lang w:eastAsia="zh-CN"/>
        </w:rPr>
        <w:br/>
      </w:r>
      <w:r>
        <w:rPr>
          <w:lang w:eastAsia="zh-CN"/>
        </w:rPr>
        <w:t>　　三、相互交流。</w:t>
      </w:r>
      <w:r>
        <w:rPr>
          <w:lang w:eastAsia="zh-CN"/>
        </w:rPr>
        <w:br/>
      </w:r>
      <w:r>
        <w:rPr>
          <w:lang w:eastAsia="zh-CN"/>
        </w:rPr>
        <w:t>　　虚心与同事相互交流，相互学习，虚心听取同事们的指导。共同进步，共同提高。</w:t>
      </w:r>
      <w:r>
        <w:rPr>
          <w:lang w:eastAsia="zh-CN"/>
        </w:rPr>
        <w:br/>
      </w:r>
      <w:r>
        <w:rPr>
          <w:lang w:eastAsia="zh-CN"/>
        </w:rPr>
        <w:t>　　总之，这次国培行动使我受益匪浅，感谢国培为我们提供了这么难得的合理的自由学习机会，拓宽了我的视野，丰富了我的实践经验，让我的思想得到了升华。我决心把培训中所学的业务知识运用到教学实践中去，为教育事业贡献自己的一份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非常有幸参加了国培计划————中学体育骨干教师的培训，通过这次培训使我收获很大，同时也感到自己的理论知识和教学实践的差距。作为一名体育教师，参加培训的机会少之又少。我非常珍惜这次培训机会，希望通过这次培训能在教学能力、理论水平上一个新台阶。我深深的意识到一名优秀的教师没有先进的理论充实自己，就无法更新自己的教学观念，改变教学模式，提高课堂教学的有效性，从而真正提高自己。体育骨干教师培训班的学习，使我在思想政治与职业道德、教育教学能力、终身学习能力等方面的综合素质有所提高，下面谈点体育国培心得体会：</w:t>
      </w:r>
      <w:r>
        <w:rPr>
          <w:lang w:eastAsia="zh-CN"/>
        </w:rPr>
        <w:br/>
      </w:r>
      <w:r>
        <w:rPr>
          <w:lang w:eastAsia="zh-CN"/>
        </w:rPr>
        <w:t>　　以往体育教师在学校里的形象是什么？可有可无，什么人都能代替的放羊人；头脑简单，四肢发达；轻松、愉快，无教学压力；小三门，底层人物，福利、职称、优秀往后排；时常还要参加些校内的体力劳动等等。从这次新课程培训的交流上不难看出，多数体育教师的内心充满了自卑和不满，长期处于压抑和抱怨状态。至于造成这种境况的原因无非是以往社会对学校体育的关注度不够，重视程度不够。虽然教育理论已经明确指出学校体育的重要性，并且给出了可行的改革方案，但地方的执行力度是远远不够的。</w:t>
      </w:r>
      <w:r>
        <w:rPr>
          <w:lang w:eastAsia="zh-CN"/>
        </w:rPr>
        <w:br/>
      </w:r>
      <w:r>
        <w:rPr>
          <w:lang w:eastAsia="zh-CN"/>
        </w:rPr>
        <w:t>　　通过这次学习让我们看到了改变命运的曙光，学校体育改革的圣火已经燃到了我们的身边。我们必须抓住这一学校体育改革浪潮，全体同仁共同努力，甘于付出，把这次学校体育新课程改革作为改变我们体育教师形象的时机。让体育教师成为具有不可代替的，具有高超专业素养的、备受关注的人群。让学校体育也像其他学科那受到社会和领导的关注。</w:t>
      </w:r>
      <w:r>
        <w:rPr>
          <w:lang w:eastAsia="zh-CN"/>
        </w:rPr>
        <w:br/>
      </w:r>
      <w:r>
        <w:rPr>
          <w:lang w:eastAsia="zh-CN"/>
        </w:rPr>
        <w:t>　　要想改变学校体育和体育教师的形象，我认为体育教师首要做到的是自身在课堂上角色的转变：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1、从讲台上走到学生中间。教师不再以自我为中心，上面讲，下面听，上面做，下面学。而要走到学生中间做活动的参与者、观察者、指导者、评论者、总结者。</w:t>
      </w:r>
      <w:r>
        <w:rPr>
          <w:lang w:eastAsia="zh-CN"/>
        </w:rPr>
        <w:br/>
      </w:r>
      <w:r>
        <w:rPr>
          <w:lang w:eastAsia="zh-CN"/>
        </w:rPr>
        <w:t>　　2、教师从命令学生做练习的司令变成鼓励和引导学生一起参与快乐运动的政治委员。教师不能在想让学生做什么，就让学生做什么了。而是要科学合理的制定多层次的教学目标，以目标引领教学内容，引导学生快乐的参与运动。</w:t>
      </w:r>
      <w:r>
        <w:rPr>
          <w:lang w:eastAsia="zh-CN"/>
        </w:rPr>
        <w:br/>
      </w:r>
      <w:r>
        <w:rPr>
          <w:lang w:eastAsia="zh-CN"/>
        </w:rPr>
        <w:t>　　3、教师从给学生测验、打分的考官变成给学生总结学习和锻炼成果、分析不足的教练员。教师不再单一的给学生做定量性质的评价。而是要定性和定量相结合的评价学生的体育成绩和锻炼效果，为学生体育与健康课的不断进步起到推动和鼓励的作用。</w:t>
      </w:r>
      <w:r>
        <w:rPr>
          <w:lang w:eastAsia="zh-CN"/>
        </w:rPr>
        <w:br/>
      </w:r>
      <w:r>
        <w:rPr>
          <w:lang w:eastAsia="zh-CN"/>
        </w:rPr>
        <w:t>　　4、教师从抱着教学大纲给学生灌输动作要领的书匠变为给学生带来身心健康、社会适应能力、终身体育意识的朋友。教师不再有现成的教学内容，不再在学生身上做无用功。而是要在有限的课堂上给学生带来终身的益处。</w:t>
      </w:r>
      <w:r>
        <w:rPr>
          <w:lang w:eastAsia="zh-CN"/>
        </w:rPr>
        <w:br/>
      </w:r>
      <w:r>
        <w:rPr>
          <w:lang w:eastAsia="zh-CN"/>
        </w:rPr>
        <w:t>　　同时我们的学生也要做到角色转变：</w:t>
      </w:r>
      <w:r>
        <w:rPr>
          <w:lang w:eastAsia="zh-CN"/>
        </w:rPr>
        <w:br/>
      </w:r>
      <w:r>
        <w:rPr>
          <w:lang w:eastAsia="zh-CN"/>
        </w:rPr>
        <w:t>　　1、学生从滥竽充数的随波逐流者变为有独立空间的运动者。学生不再只是跟着全班同学一起做很多不喜欢的东西。而是可以独立的思考，独立的练习、独立的进步。</w:t>
      </w:r>
      <w:r>
        <w:rPr>
          <w:lang w:eastAsia="zh-CN"/>
        </w:rPr>
        <w:br/>
      </w:r>
      <w:r>
        <w:rPr>
          <w:lang w:eastAsia="zh-CN"/>
        </w:rPr>
        <w:t>　　2、学生从被动的接受者变为主动的选择者。学生可以根据自身爱好和条件主动的选择学习内容。</w:t>
      </w:r>
      <w:r>
        <w:rPr>
          <w:lang w:eastAsia="zh-CN"/>
        </w:rPr>
        <w:br/>
      </w:r>
      <w:r>
        <w:rPr>
          <w:lang w:eastAsia="zh-CN"/>
        </w:rPr>
        <w:t>　　3、学生从样样通，样样松转变为能够展示自我特长的个性者。学生通过选项学习可以集中的练习某项技术，该项技术水平必然得到快速的提高，有机会展示自我个性和特点。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另外，经过这段时间的学习，我相信自己有了很大的收获。一些对教育教学工作很有见解的专家以鲜活的案例和丰富的知识内涵，给了我具体的操作指导，使我的、更新了教育观念，掌握了较多的技能</w:t>
      </w:r>
      <w:r>
        <w:rPr>
          <w:lang w:eastAsia="zh-CN"/>
        </w:rPr>
        <w:br/>
      </w:r>
      <w:r>
        <w:rPr>
          <w:lang w:eastAsia="zh-CN"/>
        </w:rPr>
        <w:t>　　现代的教师应成为学生潜在品质的开发者；成为教育教学的研究者；成为学生的心理咨询者和健康的引领者；成为课程的开发者和建设者；成为学生学习的引领者、促进者、合作者。在课堂教学中，教师一定要从挖掘和理解教材中去摸索教学方法。经过这次培训，我觉得自己的教育思想有了根本的转变。我深深的感觉到，作为教师只有爱是远远不够的，只会传道授业解惑也不是好的教师，只有与时俱进，勇于探索，敢于创新，尊重学生，具有专业化知识和技能，才可以做一个好教师。</w:t>
      </w:r>
      <w:r>
        <w:rPr>
          <w:lang w:eastAsia="zh-CN"/>
        </w:rPr>
        <w:br/>
      </w:r>
      <w:r>
        <w:rPr>
          <w:lang w:eastAsia="zh-CN"/>
        </w:rPr>
        <w:t>　　这次培训，对于我来说是一次很好的充电机会。我们不仅学到了丰富的知识，进一步提高了我们的业务素质。还学习了一些舞蹈，武术等技能，并能够把学到的理论知识运用到自己的教育教学中去，我们坚信通过这次培训，能促使自己更加至力于自己钟爱的教育事业。因为每一天都能面对不同风格的教师，每一天都能听到不同类型的讲座，每一天都能感受到思想火花的冲击。耳濡目染的东西很多。但要采他山之玉为我所用，纳百家之长解我所困却需要一个消化吸收的过程，这个过程也许很漫长，也许会走得很累，但作为一线教师的我会走下去，也能走下去。前边的路很长，前面的人也很多，我不能走到最前沿，但我会朝这个目标去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作为教师，实践经验是财富，同时也可能是羁伴。因为过多的实践经验有时会阻碍教师对新知识的接受，也能一时地掩盖教师新知识的不足，久而久之，势必造成教师知识的缺乏。缺乏知识的教师，仅靠点旧有的教学经验，自然会导致各种能力的下降甚至是缺失，这时旧有的教学经验就成了阻碍教师教学能力的发展和提高的障碍。所以，对于这种学习、培训，对于一个教师来说，是很有必要的，是很有价值的。</w:t>
      </w:r>
      <w:r>
        <w:rPr>
          <w:lang w:eastAsia="zh-CN"/>
        </w:rPr>
        <w:br/>
      </w:r>
      <w:r>
        <w:rPr>
          <w:lang w:eastAsia="zh-CN"/>
        </w:rPr>
        <w:t xml:space="preserve">    国培计划心得 篇9 </w:t>
      </w:r>
      <w:r>
        <w:rPr>
          <w:lang w:eastAsia="zh-CN"/>
        </w:rPr>
        <w:br/>
      </w:r>
      <w:r>
        <w:rPr>
          <w:lang w:eastAsia="zh-CN"/>
        </w:rPr>
        <w:t>　　怀着激动的心情，今天来到了河北师大“国培计划”培训班，接受了高中英语教师培训，重新找到了做学生的感觉。</w:t>
      </w:r>
      <w:r>
        <w:rPr>
          <w:lang w:eastAsia="zh-CN"/>
        </w:rPr>
        <w:br/>
      </w:r>
      <w:r>
        <w:rPr>
          <w:lang w:eastAsia="zh-CN"/>
        </w:rPr>
        <w:t>　　培训从早晨8：00开始，中午2个小时休息，下午6：00结束。虽然很累，但是受益匪浅，感慨万千。</w:t>
      </w:r>
      <w:r>
        <w:rPr>
          <w:lang w:eastAsia="zh-CN"/>
        </w:rPr>
        <w:br/>
      </w:r>
      <w:r>
        <w:rPr>
          <w:lang w:eastAsia="zh-CN"/>
        </w:rPr>
        <w:t>　　感觉此次培训时间安排紧凑，晚上也给学院提供远程学习条件，住宿饮食条件良好，给我们学习提供了便利环境。</w:t>
      </w:r>
      <w:r>
        <w:rPr>
          <w:lang w:eastAsia="zh-CN"/>
        </w:rPr>
        <w:br/>
      </w:r>
      <w:r>
        <w:rPr>
          <w:lang w:eastAsia="zh-CN"/>
        </w:rPr>
        <w:t>　　课程设置上，有专家讲座、小组研讨还有知名中学观摩。不仅有理论层面上的高屋建瓴，又有操作层面上的具体教学指导。</w:t>
      </w:r>
      <w:r>
        <w:rPr>
          <w:lang w:eastAsia="zh-CN"/>
        </w:rPr>
        <w:br/>
      </w:r>
      <w:r>
        <w:rPr>
          <w:lang w:eastAsia="zh-CN"/>
        </w:rPr>
        <w:t>　　每节课课前班主任点名，课后布置作业反思，制定了严格的考勤制度和管理制度，一方面反映了我们管理的计划性，另一方面也反映了被培训教师的素质和风采。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今天上午，河北师大刘毅玮教授和蔼可亲的给我们讲授了”如何提高教育的智慧“，使我们眼前一亮，她列举了丰富多彩的教学案例，似乎我们深刻认识到教育智慧在教育教学工作中的重要性。许多在平时工作中困惑的问题找到了答案。教育是智慧，教育需要胸怀，教育需要等待，只有智慧的教育才能培养出智慧的人。听君一席话，胜读十年书，我要让自己成为一个有智慧的教师，有智慧的家长。</w:t>
      </w:r>
      <w:r>
        <w:rPr>
          <w:lang w:eastAsia="zh-CN"/>
        </w:rPr>
        <w:br/>
      </w:r>
      <w:r>
        <w:rPr>
          <w:lang w:eastAsia="zh-CN"/>
        </w:rPr>
        <w:t>　　下午，河北师大封文波教授从青少年的生理机制剖析了高中学生的心理特点，讲课风趣幽默，使我们更好地认识自我、认识学生，教给我们如何把握青少年生理发展规律、心理特点；如何及早地发现青少年的心理问题、及时地给予他们心里指导，把问题消灭在萌芽状态，使他们身心健康地成长。整个讲座过程理论联系实践、由浅入深，使我们回味无穷。</w:t>
      </w:r>
      <w:r>
        <w:rPr>
          <w:lang w:eastAsia="zh-CN"/>
        </w:rPr>
        <w:br/>
      </w:r>
      <w:r>
        <w:rPr>
          <w:lang w:eastAsia="zh-CN"/>
        </w:rPr>
        <w:t>　　希望余下的20天日日有收获、天天有感觉。</w:t>
      </w:r>
      <w:r>
        <w:rPr>
          <w:lang w:eastAsia="zh-CN"/>
        </w:rPr>
        <w:br/>
      </w:r>
      <w:r>
        <w:rPr>
          <w:lang w:eastAsia="zh-CN"/>
        </w:rPr>
        <w:t xml:space="preserve">    国培计划心得 篇10 </w:t>
      </w:r>
      <w:r>
        <w:rPr>
          <w:lang w:eastAsia="zh-CN"/>
        </w:rPr>
        <w:br/>
      </w:r>
      <w:r>
        <w:rPr>
          <w:lang w:eastAsia="zh-CN"/>
        </w:rPr>
        <w:t>　　“国培计划”开始，我也随之开始了为期20天的中学化学“国培计划”培训。我深深感到，两天的学习让我在思想上有了质的飞跃，收获多多，感慨多多。</w:t>
      </w:r>
      <w:r>
        <w:rPr>
          <w:lang w:eastAsia="zh-CN"/>
        </w:rPr>
        <w:br/>
      </w:r>
      <w:r>
        <w:rPr>
          <w:lang w:eastAsia="zh-CN"/>
        </w:rPr>
        <w:t>　　本次培训为我们设计了灵活多样的培训方式，使我们农村教师有幸聆听了专家对我们的理论指导。第一天听取王桂平专家讲座，下午参加了破冰活动。第二天刘毅玮博士的如何提高教育智慧的讲座。让我懂得了要以“情”为纽带，让情感走进课堂，给学生宽阔的思维空间，教师要为学生创设良好的学习环境。刘敬华、王晓宁两位班主任带领我们参加的破冰活动使我们同学之间很快熟悉。在活动中我们感觉年轻了很多，放飞自己，获得了无限的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我们培训的每一天都可以聆听到教育专家的报告，听取不同类型的讲座，每一天都能感受到思想火花的碰撞。几天的培训，我从中学到了很多，不仅拓宽了我的视野，还丰富了我的实践经验，更让我的思想得到了升华，使我对教育有了更新的认识，更加热衷于教育事业。今后，我会更加努力学习，为农村的教育事业贡献自己的一份力量。</w:t>
      </w:r>
      <w:r>
        <w:rPr>
          <w:lang w:eastAsia="zh-CN"/>
        </w:rPr>
        <w:br/>
      </w:r>
      <w:r>
        <w:rPr>
          <w:lang w:eastAsia="zh-CN"/>
        </w:rPr>
        <w:t>　　同时，使我的专业理论基础得到加强，从特级教师的教学视频中深受启发。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没有理论支撑的研修是没有根基的。脱离了理论学习，我们的教学研究活动是肤浅的，是飘浮的。专家们从中学化学课堂教学的几个重要环节结合新课程标准进行专题讲解，使我们农村一线教师进一步树立中学化学教学的整体观念、全局意识得到加强。即将改变我们以前孤立地进行教学的现象和模式。今后必须加强实验教学和综合性学习的教学与研究。这几个版块的知识是紧密联系的，相互依存，相互促进的。我们通过学习，掌握了很具体的操作方法;作业布置与批改的要求和标准，提问的艺术等;课堂教学要注重兴趣培养，难易适度，循序渐进，让学生快乐有效地听课，克服痛苦无效或低效，要让学生认识到化学和生活的联系，不是为完成任务而学习，要给学生充分展示自己的机会与平台等;综合性学习方面，要制订计划，要注重活动过程的指导，进行活动成果的展示与分享，还要认真进行活动总结，要处理好实践活动与学生人身安全的的关系，教师要高度重视综合性学习，要努力学习，提高自身的教学能力，积极主动参与学生的综合性学习实践等。</w:t>
      </w:r>
      <w:r>
        <w:rPr>
          <w:lang w:eastAsia="zh-CN"/>
        </w:rPr>
        <w:br/>
      </w:r>
      <w:r>
        <w:rPr>
          <w:lang w:eastAsia="zh-CN"/>
        </w:rPr>
        <w:t>　　在学习的过程中我结合实际生活也得到了以下几个体会：</w:t>
      </w:r>
      <w:r>
        <w:rPr>
          <w:lang w:eastAsia="zh-CN"/>
        </w:rPr>
        <w:br/>
      </w:r>
      <w:r>
        <w:rPr>
          <w:lang w:eastAsia="zh-CN"/>
        </w:rPr>
        <w:t>　　第一、教育不是往水桶里灌水，而是点燃学生心中的火焰</w:t>
      </w:r>
      <w:r>
        <w:rPr>
          <w:lang w:eastAsia="zh-CN"/>
        </w:rPr>
        <w:br/>
      </w:r>
      <w:r>
        <w:rPr>
          <w:lang w:eastAsia="zh-CN"/>
        </w:rPr>
        <w:t>　　教育的本义，就是要使每个人的天性和与生俱来的能力得到健康生长，而不是把外面的东西例如知识灌输进一个容器。求知是每个人灵魂里固有的能力，当时的智者宣称他们能把灵魂里原本没有的知识灌输到灵魂里去，我们也就清楚了教育应该做什么事。比如说，智育是要发展好奇心和理性思考的能力，而不是灌输知识;德育是要鼓励崇高的精神追求，而不是灌输规范;美育是要培育丰富的灵魂，而不是灌输技艺。</w:t>
      </w:r>
      <w:r>
        <w:rPr>
          <w:lang w:eastAsia="zh-CN"/>
        </w:rPr>
        <w:br/>
      </w:r>
      <w:r>
        <w:rPr>
          <w:lang w:eastAsia="zh-CN"/>
        </w:rPr>
        <w:t>　　第二、我们要做有智慧的教育者</w:t>
      </w:r>
      <w:r>
        <w:rPr>
          <w:lang w:eastAsia="zh-CN"/>
        </w:rPr>
        <w:br/>
      </w:r>
      <w:r>
        <w:rPr>
          <w:lang w:eastAsia="zh-CN"/>
        </w:rPr>
        <w:t>　　1、有智慧的教育是对话不是对抗。从学生感兴趣的话题入手引起更多的是对话，从教室感兴趣的问题切入导致更多的是对抗。</w:t>
      </w:r>
      <w:r>
        <w:rPr>
          <w:lang w:eastAsia="zh-CN"/>
        </w:rPr>
        <w:br/>
      </w:r>
      <w:r>
        <w:rPr>
          <w:lang w:eastAsia="zh-CN"/>
        </w:rPr>
        <w:t>　　2、是爱的能力而不仅仅是爱的动机。好的教育者不仅能表达爱，而且能使受教育者感受到爱。</w:t>
      </w:r>
      <w:r>
        <w:rPr>
          <w:lang w:eastAsia="zh-CN"/>
        </w:rPr>
        <w:br/>
      </w:r>
      <w:r>
        <w:rPr>
          <w:lang w:eastAsia="zh-CN"/>
        </w:rPr>
        <w:t>　　3、是锦上添花不是落井下石。当孩子出现问题时即使做不到雪中送炭，也要做到锦上添花，但是几乎每一个成人都在落井下石。</w:t>
      </w:r>
      <w:r>
        <w:rPr>
          <w:lang w:eastAsia="zh-CN"/>
        </w:rPr>
        <w:br/>
      </w:r>
      <w:r>
        <w:rPr>
          <w:lang w:eastAsia="zh-CN"/>
        </w:rPr>
        <w:t>　　4、是学会等待而不是迫不及待。学会等待是一种胸怀，学会支持是一种境界，学会引领是一种智慧。</w:t>
      </w:r>
      <w:r>
        <w:rPr>
          <w:lang w:eastAsia="zh-CN"/>
        </w:rPr>
        <w:br/>
      </w:r>
      <w:r>
        <w:rPr>
          <w:lang w:eastAsia="zh-CN"/>
        </w:rPr>
        <w:t>　　第三、教师应该把学生看作目的而不是手段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个理想教师的必备品质是爱他的学生，而爱的可靠征兆就是具有博大的父母本能，如同父母感觉到自己的孩子是目的一样，感觉到学生是目的。他强调：教师爱学生应该胜于爱国家和教会。教师个人是否爱学生，取决于这个教师的品德。要使学校中多数教师把学生看作目的而不是手段，则必须建立以学生为目的的教育体制。把学生当作手段的行径之所以大量得逞，重要原因是教师权力过大，手握决定学生升级毕业之大权。所以，我赞同爱因斯坦的建议：给教师使用强制措施的权力应该尽可能少，使学生对其尊敬的唯一来源是他的人性和理智品质。</w:t>
      </w:r>
      <w:r>
        <w:rPr>
          <w:lang w:eastAsia="zh-CN"/>
        </w:rPr>
        <w:br/>
      </w:r>
      <w:r>
        <w:rPr>
          <w:lang w:eastAsia="zh-CN"/>
        </w:rPr>
        <w:t>　　在这次两天的学习过程中理论上得到加强和提高，具体的教学方法受到启发，这是最大的收获。虽然培训刚开始，但是，我觉得受益匪浅，这是继续教育的一个新起点，今后希望能够多参加类似的培训。我将要针对本次培训认真做好反思，认真整理学习笔记，特别是在下学期开学时，有针对性地开展几个版块的教学实践与研究活动，把我们在培训中学习到的知识应用到教学实践中去，边实践边总结边反思，不断巩固所学知识，真正做到学用结合，联系实际，学以致用。</w:t>
      </w:r>
      <w:r>
        <w:rPr>
          <w:lang w:eastAsia="zh-CN"/>
        </w:rPr>
        <w:br/>
      </w:r>
      <w:r>
        <w:rPr>
          <w:lang w:eastAsia="zh-CN"/>
        </w:rPr>
        <w:t xml:space="preserve">    国培计划心得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每天抽时间登陆平台观看专家讲座、学习鉴赏其他学员的作业，幷努力完成自己的作业和在线探讨交流。通过培训，聆听专家的演讲，观摩名家的教学，与教师同行在网络沙龙切磋，感受颇多，受益匪浅，使我对现代教育技术在课堂教学中的应用有了一定的理解和认识。同时，通过自主研修、专家答疑、论坛交流等方式，与素未谋面的同行们、甚至是教育专家们自由的交流，使我在国培研修中体验到了收获与成功，感受到自己在不断成长。</w:t>
      </w:r>
      <w:r>
        <w:rPr>
          <w:lang w:eastAsia="zh-CN"/>
        </w:rPr>
        <w:br/>
      </w:r>
      <w:r>
        <w:rPr>
          <w:lang w:eastAsia="zh-CN"/>
        </w:rPr>
        <w:t>　　我也感受到这是一次我们教师“充电”的好机会，它激励着我们全体教师转变教育理念，改变教学方式，带着收获，带着感悟，以积极的工作热情投入到幼儿教育中去，以孩子为本，为促进孩子的健康发展而努力。下面谈谈我对参加这次培训的几点感想：</w:t>
      </w:r>
      <w:r>
        <w:rPr>
          <w:lang w:eastAsia="zh-CN"/>
        </w:rPr>
        <w:br/>
      </w:r>
      <w:r>
        <w:rPr>
          <w:lang w:eastAsia="zh-CN"/>
        </w:rPr>
        <w:t>　　一、教育理念的转变</w:t>
      </w:r>
      <w:r>
        <w:rPr>
          <w:lang w:eastAsia="zh-CN"/>
        </w:rPr>
        <w:br/>
      </w:r>
      <w:r>
        <w:rPr>
          <w:lang w:eastAsia="zh-CN"/>
        </w:rPr>
        <w:t>　　旧的教育理念只关注少数孩子的能力培养，教学评价强调甄别功能，不利于孩子的个性发展，不符合时代发展的需要。而通过国培培训，使我对新的教育理念有进一步的理解，即强调以孩子为本，面对全体孩子，关注每一个孩子的身心发展，教学评价要促进全体孩子的终身发展。这个新理念，符合客观实际，符合社会发展的需要，与时俱进。孩子的认知水平不同，个性发展快慢也不同，各种潜能未挖掘，如果只关注少数人的能力培养，放弃对大多数孩子的培养，阻碍孩子个性发展，这与国家的发展，与提高全民族的文化素质和科学素养的国策不相符。因此，我们全体教师要转变教育理念，关注每一个孩子的健康发展。</w:t>
      </w:r>
      <w:r>
        <w:rPr>
          <w:lang w:eastAsia="zh-CN"/>
        </w:rPr>
        <w:br/>
      </w:r>
      <w:r>
        <w:rPr>
          <w:lang w:eastAsia="zh-CN"/>
        </w:rPr>
        <w:t>　　二、教学方式的转变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通过国培培训，认识到教师不但要转变教育理念，还要改变教学方式，采用以孩子为主体的探究式教学方式，孩子通过游戏学习，促进孩子学习活动生活的转变，了解知识的形成过程，主动去构建知识。在探究过程中，注意挖掘每个孩子的潜能，培养孩子创新思维和创新能力，符合时代发展的要求，有利于培养孩子终身学习的意识，因此，教师要转变角色，以孩子为主，做孩子健康成长的促进者。</w:t>
      </w:r>
      <w:r>
        <w:rPr>
          <w:lang w:eastAsia="zh-CN"/>
        </w:rPr>
        <w:br/>
      </w:r>
      <w:r>
        <w:rPr>
          <w:lang w:eastAsia="zh-CN"/>
        </w:rPr>
        <w:t>　　三、排疑解难</w:t>
      </w:r>
      <w:r>
        <w:rPr>
          <w:lang w:eastAsia="zh-CN"/>
        </w:rPr>
        <w:br/>
      </w:r>
      <w:r>
        <w:rPr>
          <w:lang w:eastAsia="zh-CN"/>
        </w:rPr>
        <w:t>　　教师在根据新课标、采用新教材实施教学中，遇到许多困惑，如对课程目标的理解，对新教材的理解，对教材内容的先后顺序处理，探究活动各个环节的理解等，很急切希望专家、同行的指导和帮助，而国培培训就提供了一个很好的学习平台。我通过观看的视频，学习到很多知识，认为这一问一答的培训方式，切合教学实际。有一线教师的疑问，有专家学者的解答，还有教学案例展示，供全体教师探讨和学习，这种培训方式对教师深刻理解新课标，理解新教材，指导教师解决教学中的疑难，提高教师的教学业务水平有很大的帮助。</w:t>
      </w:r>
      <w:r>
        <w:rPr>
          <w:lang w:eastAsia="zh-CN"/>
        </w:rPr>
        <w:br/>
      </w:r>
      <w:r>
        <w:rPr>
          <w:lang w:eastAsia="zh-CN"/>
        </w:rPr>
        <w:t>　　四、业务水平的提高</w:t>
      </w:r>
      <w:r>
        <w:rPr>
          <w:lang w:eastAsia="zh-CN"/>
        </w:rPr>
        <w:br/>
      </w:r>
      <w:r>
        <w:rPr>
          <w:lang w:eastAsia="zh-CN"/>
        </w:rPr>
        <w:t>　　这次国培培训，从教材内容结构、课程目标、教学方法、课堂观察等多方面多维度进行培训，是教师进行系统学习和更新知识的好机会。我通过认真学习，对新课标、新教材又有新的认识，对教学业务的提高有很大的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实践操作的无穷魅力吸引我潜心研究、不断创新。现代教育技术的培训不仅仅是理论层面的提升，更主要的是实践操作能力的提升，通过各种实践训练，让我们进一步掌握了授导型教学设计、探究型教学设计等实际的操作技能，在这些实际操作训练过程中，让我进一步感受到了现代教育技术的魅力，促使我不断研究，不断创新。</w:t>
      </w:r>
      <w:r>
        <w:rPr>
          <w:lang w:eastAsia="zh-CN"/>
        </w:rPr>
        <w:br/>
      </w:r>
      <w:r>
        <w:rPr>
          <w:lang w:eastAsia="zh-CN"/>
        </w:rPr>
        <w:t>　　通过此次培训，使我不仅在教育技术上有了一定的提高，而且在思想上受到了很大的教育。</w:t>
      </w:r>
      <w:r>
        <w:rPr>
          <w:lang w:eastAsia="zh-CN"/>
        </w:rPr>
        <w:br/>
      </w:r>
      <w:r>
        <w:rPr>
          <w:lang w:eastAsia="zh-CN"/>
        </w:rPr>
        <w:t>　　我要珍惜这次更新知识和“充电”机会，努力学习，与时俱进，为促进幼儿的全面发展而努力。</w:t>
      </w:r>
      <w:r>
        <w:rPr>
          <w:lang w:eastAsia="zh-CN"/>
        </w:rPr>
        <w:br/>
      </w:r>
      <w:r>
        <w:rPr>
          <w:lang w:eastAsia="zh-CN"/>
        </w:rPr>
        <w:t xml:space="preserve">    国培计划心得 篇12 </w:t>
      </w:r>
      <w:r>
        <w:rPr>
          <w:lang w:eastAsia="zh-CN"/>
        </w:rPr>
        <w:br/>
      </w:r>
      <w:r>
        <w:rPr>
          <w:lang w:eastAsia="zh-CN"/>
        </w:rPr>
        <w:t>　　“国培计划——送培上门”活动数学培训在县教育局报告厅举行，我怀着期盼的心情迎接这一天。我刚走上工作岗位两年，一直对数学教学有着浓厚的爱好，上讲台时想方想法预备每堂课，对工作有十二分的热情。可初出茅庐的我就是由于经验不足，对很多题目处理的不到位，为了改变常走进同事的课堂，也有所收获。而此次的“国培计划——送培上门”活动的举行，正好可以鉴戒他人之优点，来促使自己更快的成长。此次活动结束了，内心还真有很多感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要给学生一碗水，师必须有一桶水。”听了六堂课后，打心底被他们扎实基本功折服。梁春慧老师在《秒的熟悉》教学中课件制作，教学设计都很完善。在教学“故意义的一分钟”时，利用课间演示，学生很快就理解了，本节课的教学难点就轻而易举的解决了；旷海滨在《用字母表示数》教学中，幽默的话语，浓厚的学习氛围，连我们听课老师都不由自主的进入了他的教学活动中；年轻漂亮的何亩文课堂驾驭能力很强，以学生为主体，重视操纵活动。而她们因基本功的扎实，知识的丰富，轻松驾驭课堂，教者轻松，学生乐学。</w:t>
      </w:r>
      <w:r>
        <w:rPr>
          <w:lang w:eastAsia="zh-CN"/>
        </w:rPr>
        <w:br/>
      </w:r>
      <w:r>
        <w:rPr>
          <w:lang w:eastAsia="zh-CN"/>
        </w:rPr>
        <w:t>　　梁春慧老师在进行秒的教学时，当学生对秒的概念把握不到位时，她一而再，再而三的抽生说，叫了好几个学生都没能正确说出时，梁老师不急也不躁而是给认真讲授、做示范。陈勇老师在课堂中以闯关的情势进行教学，学生的学习积极性进步了，教学效果也很好。他们的课堂都是以学生为学习的主体，放手让学生自己尝试得出知识的结论，不再是填鸭式的教学。当学生回答题目说不上时，何老师的那份淡定，对学生的那份信任，让我意想到知识产生的进程远比结论的给出更重要。而自己在教学中也经常出小错误，当学生指出时，总是很澹然的“哦”一声就过去了。听了这几堂课后发自内心觉得：只有学生处于学习的主体地位，主动的学，才能更好、更快的把握知识。</w:t>
      </w:r>
      <w:r>
        <w:rPr>
          <w:lang w:eastAsia="zh-CN"/>
        </w:rPr>
        <w:br/>
      </w:r>
      <w:r>
        <w:rPr>
          <w:lang w:eastAsia="zh-CN"/>
        </w:rPr>
        <w:t>　　在旷海滨老师的课堂上没有一句过剩的话，每句引导都果断利索。胡美容老师在教学进程中和学生的对话，语言精炼正确，把知识简化，生很轻易就接受了新知识。在这两堂课中我深入体会到在我的数学课堂教学中该停止自己的语言烦琐，用简单、正确的语言诠释数学。</w:t>
      </w:r>
      <w:r>
        <w:rPr>
          <w:lang w:eastAsia="zh-CN"/>
        </w:rPr>
        <w:br/>
      </w:r>
      <w:r>
        <w:rPr>
          <w:lang w:eastAsia="zh-CN"/>
        </w:rPr>
        <w:t>　　此次活动已结束了，收获还真不小，在为他们折服的同时，心灵产生了小小的震动：是该好好的改进自己的课堂教学了，只有课堂高效了，才能教和学都轻松。</w:t>
      </w:r>
      <w:r>
        <w:rPr>
          <w:lang w:eastAsia="zh-CN"/>
        </w:rPr>
        <w:br/>
      </w:r>
      <w:r>
        <w:rPr>
          <w:lang w:eastAsia="zh-CN"/>
        </w:rPr>
        <w:t xml:space="preserve">    国培计划心得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通过这次“国培计划”远程项目的培训，使我提高了认识，理清了思路，学到了新的教学理念，找到了自身的差距和不足。我从中学习到了很多知识，而且在国培计划中有幸倾听了众多专家和学者的精彩讲解，使我对教学有了更多新的认识。经过这次的培训令我感触很大，下面将谈谈我的一些感受：</w:t>
      </w:r>
      <w:r>
        <w:rPr>
          <w:lang w:eastAsia="zh-CN"/>
        </w:rPr>
        <w:br/>
      </w:r>
      <w:r>
        <w:rPr>
          <w:lang w:eastAsia="zh-CN"/>
        </w:rPr>
        <w:t>　　本次培训给我许多思考，深刻的体会到自己有很多东西要去学习。怎样成为一个受欢迎的语文老师呢？怎样才能在教学过程中给学生营造一个良好的氛围，建立平等、民主、信任的新型师生关系？怎样才能更好的激发学生的学习兴趣？我认为要解决的问题还很多，还需要自己不断的积累，不断的去学习。</w:t>
      </w:r>
      <w:r>
        <w:rPr>
          <w:lang w:eastAsia="zh-CN"/>
        </w:rPr>
        <w:br/>
      </w:r>
      <w:r>
        <w:rPr>
          <w:lang w:eastAsia="zh-CN"/>
        </w:rPr>
        <w:t>　　首先，教育学生，从爱出发。平等的爱，理解的爱，尊重的爱，信任的爱，这些都是老师爱的真谛。不论在生活上，还是在学习上，都要给予学生必要的关心和帮助。只要有了问题时及时处理，处理的方法得当，注意和学生沟通，学生就会信任你，喜欢你。爱学生，还表现在老师对学生的尊重和信任，以及对学生的严格要求，又要注意对学生的个体差异，区别对待。对成绩比较差的学生，我们老师要采用不同的教育方法，因材施教。师爱要全面、公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其次，如何使我们的语文课堂愈发显得真实、自然、厚重而又充满着人情味，作为语文老师的我更要关注的是蕴藏在语文课堂中那些只可意会、不可言传，只有身临其境的教师和孩子们才能分享的东西，要关注那些伴随着师生共同进行的探究、交流所衍生的积极的情感体验。我们不但要传授知识，而且要善于以自身的智慧不断唤醒孩子们的学习热情，点化孩子们的学习方法，丰富孩子们的学习经验，开启孩子们的学习智慧。让我们行动起来，做一位有心的“烹饪师”，让每一节语文课都成为孩子们“既好吃又有营养”的“语文大餐”！</w:t>
      </w:r>
      <w:r>
        <w:rPr>
          <w:lang w:eastAsia="zh-CN"/>
        </w:rPr>
        <w:br/>
      </w:r>
      <w:r>
        <w:rPr>
          <w:lang w:eastAsia="zh-CN"/>
        </w:rPr>
        <w:t>　　最后，我还认识到：一节好的语文课，新在理念、巧在设计、赢在实践、成在后续。一节好的语文课，要做到两个关注：一是：关注学生，从学生的实际出发，关注学生的情感需求和认知需求，关注学生的已有的知识基础和生活经验……是一节成功课堂的必要基础。二是：关注语文：抓住语文的本质进行教学，注重语文思维方法的渗透，让学生在观察、操作、推理、验证的过程中有机会经历语文的学习过程，使学生真正体验到语文，乐学、爱学语文，此外，我认识到：一节好的语文课，不要有“做秀”情结，提倡“简洁而深刻、清新而厚重”的教学风格，展现思维力度，关注语文方法，体现语文课的灵魂，使语文课上出“语文味”！而教师的“装糊涂、留空间”也是一种教学的智慧和方法。</w:t>
      </w:r>
      <w:r>
        <w:rPr>
          <w:lang w:eastAsia="zh-CN"/>
        </w:rPr>
        <w:br/>
      </w:r>
      <w:r>
        <w:rPr>
          <w:lang w:eastAsia="zh-CN"/>
        </w:rPr>
        <w:t>　　通过这些天的学习，我从中学到了很多，不仅拓宽了我的视野，还丰富了我的实践经验，更让我的思想得到了升华，使我对语文教学有了更新的认识，更加热衷于教育事业。今后，我会更加努力学习，弥补自己在信息技术用于课堂教学中的不足，为教育事业贡献自己的一份力量。</w:t>
      </w:r>
      <w:r>
        <w:rPr>
          <w:lang w:eastAsia="zh-CN"/>
        </w:rPr>
        <w:br/>
      </w:r>
      <w:r>
        <w:rPr>
          <w:lang w:eastAsia="zh-CN"/>
        </w:rPr>
        <w:t xml:space="preserve">    国培计划心得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通过这次的国培学习，不论是教育教学理论或业务水平都有一定的提高。回顾几十年的教学工作，不管别人怎么看，我只觉得自己做的问心无愧。</w:t>
      </w:r>
      <w:r>
        <w:rPr>
          <w:lang w:eastAsia="zh-CN"/>
        </w:rPr>
        <w:br/>
      </w:r>
      <w:r>
        <w:rPr>
          <w:lang w:eastAsia="zh-CN"/>
        </w:rPr>
        <w:t>　　在教育工作中，我深深体会到教师的工作是神圣的，也是艰苦的，需要付出大量的精力和情感。热爱学生，致力于培养学生健全的人格和健康的心理，树立他们的自尊心和自信心，以“爱”为核心，无论是优秀学生，还是后进生，我都细心关爱，倍加呵护，从欣赏开始，从称赞入手，欣赏、称赞学生的每一个细微处，激发他们高 尚的动机，而且自身对知识充满热忱，不断求新成长。当今的教师应该具备以下素养：</w:t>
      </w:r>
      <w:r>
        <w:rPr>
          <w:lang w:eastAsia="zh-CN"/>
        </w:rPr>
        <w:br/>
      </w:r>
      <w:r>
        <w:rPr>
          <w:lang w:eastAsia="zh-CN"/>
        </w:rPr>
        <w:t>　　一、能科学地施教知识，深入学习教育学、心理学、教育方法等方面的知识，把教育理论的最新研究成果引入教学过程，使教育教学的科学性和艺术性高度完整地统一起来。</w:t>
      </w:r>
      <w:r>
        <w:rPr>
          <w:lang w:eastAsia="zh-CN"/>
        </w:rPr>
        <w:br/>
      </w:r>
      <w:r>
        <w:rPr>
          <w:lang w:eastAsia="zh-CN"/>
        </w:rPr>
        <w:t>　　二、熟练掌握了现代教育技术的操作和应用。积极参加现代教育信息技术的培训，能够利用现代教育技术，恰当有效地选择教学方法和方式，直观形象地展示教学内容，使教学知识传授与创新思维结合起来，培养学生的创新精神和创新能力。我积极参加镇级的现代教育信息技术操作大赛及课件制作比赛均获一等奖。</w:t>
      </w:r>
      <w:r>
        <w:rPr>
          <w:lang w:eastAsia="zh-CN"/>
        </w:rPr>
        <w:br/>
      </w:r>
      <w:r>
        <w:rPr>
          <w:lang w:eastAsia="zh-CN"/>
        </w:rPr>
        <w:t>　　三、有创新的精神。积极开展教育和科学研究，探索新的科学的教育模式，在耕耘中拓宽视野，在执教中提炼师艺，升华师技。形成自己独特的教学风格：我以通过抽象 思维和逻辑推理的训练，培养学生的数学思想为目的，善于启发，分析细腻层次分明，注重解题思路的传授和解题技巧的总结。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四、有爱心。我始终认为：教师就必须用教师的职业的爱去对待每一个孩子，在孩子有困难时，在孩子做错事时，在孩子得到进步时，作为教师才能一视同仁的对待，教师的爱就是渗</w:t>
      </w:r>
      <w:r>
        <w:rPr>
          <w:lang w:eastAsia="zh-CN"/>
        </w:rPr>
        <w:t xml:space="preserve"> 透在平时的点滴中，贯穿在孩子成长的每一个阶段。教师不仅要有这种做人的威望，人格的力量，令学生所敬佩，还要以最佳的思想境界，精神状态和行为表现，积</w:t>
      </w:r>
      <w:r>
        <w:rPr>
          <w:lang w:eastAsia="zh-CN"/>
        </w:rPr>
        <w:t xml:space="preserve"> 极地影响和教育学生，使他们健康成长。正如奥地利教育哲学家马丁.布贝尔所说：“教师只能以他的整个人，以他的全部自发性才足以对学生的整个人起真实的影</w:t>
      </w:r>
      <w:r>
        <w:rPr>
          <w:lang w:eastAsia="zh-CN"/>
        </w:rPr>
        <w:t xml:space="preserve"> 响”。教师应把言传和身教完美结合起来，以身作则，行为示范;热爱学生，关心学生，建立平等的师生关系;仪表端庄、举止文雅，以自己的言行和人格魅力来影</w:t>
      </w:r>
      <w:r>
        <w:rPr>
          <w:lang w:eastAsia="zh-CN"/>
        </w:rPr>
        <w:t xml:space="preserve"> 响学生。很长一段时间内“没有教不好的学生，只有不会教的教师”这个极端的教育口号像枷锁一样天天束缚着我，使我常常生活在自责和愧疚之</w:t>
      </w:r>
      <w:r>
        <w:rPr>
          <w:lang w:eastAsia="zh-CN"/>
        </w:rPr>
        <w:t xml:space="preserve"> 中，使我天天怀疑自己的教育教学能力，我真的就认为我就是那个不会教的教师，否则为什么会有部分学生不会学习呢。后来通过学习相关理论及多方面的实践探索</w:t>
      </w:r>
      <w:r>
        <w:rPr>
          <w:lang w:eastAsia="zh-CN"/>
        </w:rPr>
        <w:t xml:space="preserve"> 请教我才知道，它只是一种浪漫主义的宣传鼓励口号，而绝不是评价教师工作的客观标准。</w:t>
      </w:r>
    </w:p>
    <w:p w:rsidR="001B1F19" w14:textId="27C3F48A">
      <w:pPr>
        <w:rPr>
          <w:rFonts w:hint="eastAsia"/>
          <w:lang w:eastAsia="zh-CN"/>
        </w:rPr>
      </w:pPr>
      <w:r>
        <w:rPr>
          <w:lang w:eastAsia="zh-CN"/>
        </w:rPr>
        <w:t xml:space="preserve"> 教育是一项繁琐的工作，在日复一日的教学生活中，面对一些顽劣的学生，恨铁不成钢的心理会左右自己的情绪，另外过于看重学生成绩，偏离了素质教育的轨道，有时候会茫然不知所从，不能坦然面对学生的错误，影响了与学生感情上的沟通和交流，也是存在的问题。因此怎样克服工作中的急躁情绪，尊重每一个孩子，真正做到蹲下来给学生说话，还需要在以后的工作中进行调整。总之，在今后的教育教学工作中，我会认真遵循“教书育人”的工作准则，把书教好，用新观念育出不同的人才，以适应新世纪对教师，特别是优秀教师的要求。</w:t>
      </w:r>
      <w:r>
        <w:rPr>
          <w:lang w:eastAsia="zh-CN"/>
        </w:rPr>
        <w:br/>
      </w:r>
      <w:r>
        <w:rPr>
          <w:lang w:eastAsia="zh-CN"/>
        </w:rPr>
        <w:t>　　培训学习即将结束，让我再次向组织本次培训活动的上级领导、专家、指导老师及参与各项活动的广大学员表示感谢！在我的工作岗位上开拓进取，勇于创新。为学前教育事业的发展，为实现伟大的中国梦做出更大的贡献。</w:t>
      </w:r>
      <w:r>
        <w:rPr>
          <w:lang w:eastAsia="zh-CN"/>
        </w:rPr>
        <w:br/>
      </w:r>
      <w:r>
        <w:rPr>
          <w:lang w:eastAsia="zh-CN"/>
        </w:rPr>
        <w:t xml:space="preserve">    国培计划心得 篇15 </w:t>
      </w:r>
      <w:r>
        <w:rPr>
          <w:lang w:eastAsia="zh-CN"/>
        </w:rPr>
        <w:br/>
      </w:r>
      <w:r>
        <w:rPr>
          <w:lang w:eastAsia="zh-CN"/>
        </w:rPr>
        <w:t>　　为期十天的国培计划20__园长培训即将结束，作为从事幼教工作的我，充满期待，同时深感责任重大。回首十天的点点滴滴仍然历历在目，这十天非常充实，得到了很好的充电。非常感谢教育部，幼儿师范学院领导给我提供这次学习的机会，也为这十天来为我们精心付出的教授表示感谢。</w:t>
      </w:r>
      <w:r>
        <w:rPr>
          <w:lang w:eastAsia="zh-CN"/>
        </w:rPr>
        <w:br/>
      </w:r>
      <w:r>
        <w:rPr>
          <w:lang w:eastAsia="zh-CN"/>
        </w:rPr>
        <w:t>　　一、通过培训，认清了新形势下的国家学前教育方针。</w:t>
      </w:r>
      <w:r>
        <w:rPr>
          <w:lang w:eastAsia="zh-CN"/>
        </w:rPr>
        <w:br/>
      </w:r>
      <w:r>
        <w:rPr>
          <w:lang w:eastAsia="zh-CN"/>
        </w:rPr>
        <w:t>　　通过专家的讲解，我对国家学前教育的现状有了进一步的理解。领悟了《幼儿园教育纲要》和《国务院关于当前学前教育的若干意见》的精神，我们要不断提高自身的素质和教学水平，要有宽阔的视野，善于思考，适应幼教发展的需要。</w:t>
      </w:r>
      <w:r>
        <w:rPr>
          <w:lang w:eastAsia="zh-CN"/>
        </w:rPr>
        <w:br/>
      </w:r>
      <w:r>
        <w:rPr>
          <w:lang w:eastAsia="zh-CN"/>
        </w:rPr>
        <w:t>　　二、通过培训学到了许多理论知识和专业能力。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https://d.book118.com/425200142011011111</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520014201101111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