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2024年户外活动总结（32篇）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2024年户外活动总结（精选32篇）</w:t>
      </w:r>
      <w:r>
        <w:rPr>
          <w:lang w:eastAsia="zh-CN"/>
        </w:rPr>
        <w:br/>
      </w:r>
      <w:r>
        <w:rPr>
          <w:lang w:eastAsia="zh-CN"/>
        </w:rPr>
        <w:t xml:space="preserve">    2024年户外活动总结 篇1 </w:t>
      </w:r>
      <w:r>
        <w:rPr>
          <w:lang w:eastAsia="zh-CN"/>
        </w:rPr>
        <w:br/>
      </w:r>
      <w:r>
        <w:rPr>
          <w:lang w:eastAsia="zh-CN"/>
        </w:rPr>
        <w:t>　　一.现状分析</w:t>
      </w:r>
      <w:r>
        <w:rPr>
          <w:lang w:eastAsia="zh-CN"/>
        </w:rPr>
        <w:br/>
      </w:r>
      <w:r>
        <w:rPr>
          <w:lang w:eastAsia="zh-CN"/>
        </w:rPr>
        <w:t>　　小班幼儿的体育运动能力、体能方面不够理想，身体不够协调；户外活动时候，教师对幼儿有目的的体育运动组织，没有很好的体现出来，幼儿在无目的的玩各种玩具；幼儿对体育运动的兴趣很高，但是随意性很强，乐于参加各种带竞技性的体育活动。幼儿喜欢特别喜欢带有实物性的体育活动，喜欢表现自己，喜欢扮演各种角色。</w:t>
      </w:r>
      <w:r>
        <w:rPr>
          <w:lang w:eastAsia="zh-CN"/>
        </w:rPr>
        <w:br/>
      </w:r>
      <w:r>
        <w:rPr>
          <w:lang w:eastAsia="zh-CN"/>
        </w:rPr>
        <w:t>　　二.小班幼儿年龄特点</w:t>
      </w:r>
      <w:r>
        <w:rPr>
          <w:lang w:eastAsia="zh-CN"/>
        </w:rPr>
        <w:br/>
      </w:r>
      <w:r>
        <w:rPr>
          <w:lang w:eastAsia="zh-CN"/>
        </w:rPr>
        <w:t>　　学习按指令行动，生活自理能力增强；行为明显受情绪支配；对他人的情感反映敏感性增强；动作协调性增强；模仿性强</w:t>
      </w:r>
      <w:r>
        <w:rPr>
          <w:lang w:eastAsia="zh-CN"/>
        </w:rPr>
        <w:br/>
      </w:r>
      <w:r>
        <w:rPr>
          <w:lang w:eastAsia="zh-CN"/>
        </w:rPr>
        <w:t>　　三.活动的开展</w:t>
      </w:r>
      <w:r>
        <w:rPr>
          <w:lang w:eastAsia="zh-CN"/>
        </w:rPr>
        <w:br/>
      </w:r>
      <w:r>
        <w:rPr>
          <w:lang w:eastAsia="zh-CN"/>
        </w:rPr>
        <w:t>　　1、活动场地安全、宽敞</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小班的孩子大肌肉群发育不太完善，走路蹒跚，易摔跟头，把户外活动的场地安排在比较平坦的地面上。这样，孩子们可以尽情地爬呀、跑呀，不必担心擦破皮、跌痛膝。由于小班孩子注意力易分散，喜欢远离成人独自玩耍，选择离大操场较远的一块小空地做活动场地，这样孩子们不易受到大操场上喧哗声音的影响，也不会因躲在角落里被老师忽略。集合时，只要招招手，轻轻喊“来来来，快到老师这儿来”，孩子们就会像小雀般跳到老师身旁。</w:t>
      </w:r>
      <w:r>
        <w:rPr>
          <w:lang w:eastAsia="zh-CN"/>
        </w:rPr>
        <w:br/>
      </w:r>
      <w:r>
        <w:rPr>
          <w:lang w:eastAsia="zh-CN"/>
        </w:rPr>
        <w:t>　　2、活动方式循序渐进</w:t>
      </w:r>
      <w:r>
        <w:rPr>
          <w:lang w:eastAsia="zh-CN"/>
        </w:rPr>
        <w:br/>
      </w:r>
      <w:r>
        <w:rPr>
          <w:lang w:eastAsia="zh-CN"/>
        </w:rPr>
        <w:t>　　小班幼儿游戏时往往左顾右盼，毫无目的的玩着各种玩具。户外活动时选择一些以老师为主的体育游戏，如“吹泡泡”、“拉个圆圈走走”等。游戏中教师扮演主要角色，以积极愉快的情绪感染幼儿，带他们尽情玩、尽情笑、尽情跳。活动时我们给孩子提供的自由活动机会也随之增加。自由活动中，让活泼爱动的孩子带动文静的孩子一起玩。随着时间的推移，孩子们熟悉了，自主性，目的性也会随之提高。而幼儿们都对户外活动也会有浓厚的兴趣。</w:t>
      </w:r>
      <w:r>
        <w:rPr>
          <w:lang w:eastAsia="zh-CN"/>
        </w:rPr>
        <w:br/>
      </w:r>
      <w:r>
        <w:rPr>
          <w:lang w:eastAsia="zh-CN"/>
        </w:rPr>
        <w:t>　　3、活动安排科学合理</w:t>
      </w:r>
      <w:r>
        <w:rPr>
          <w:lang w:eastAsia="zh-CN"/>
        </w:rPr>
        <w:br/>
      </w:r>
      <w:r>
        <w:rPr>
          <w:lang w:eastAsia="zh-CN"/>
        </w:rPr>
        <w:t>　　小班幼儿易疲劳，注意力易转移，针对这一特点，在一次户外活动时安排2—3个游戏，每个游戏的时间为6—7分钟。以老师设计的体育游戏和分散活动相结合，让孩子动静结合，如“摸摸我是谁”游戏过后，会让孩子参与大型玩具滑滑梯。如果把活动量大些的游戏比喻成一粒大珠子小珠子，整个活动就像串珠一样：大珠子————小珠子————大珠子————小珠子。如“小青蛙跳荷叶”和“过小河”放在一起，“吹泡泡”和“拉个圆圈走走”串在一起。这样的安排保持了幼儿对活动的兴趣。</w:t>
      </w:r>
      <w:r>
        <w:rPr>
          <w:lang w:eastAsia="zh-CN"/>
        </w:rPr>
        <w:br/>
      </w:r>
      <w:r>
        <w:rPr>
          <w:lang w:eastAsia="zh-CN"/>
        </w:rPr>
        <w:t>　　4、活动规则简明易行</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幼儿在户外活动比在室内活跃，加上小班孩子自我保护意识差，如不注意，就会发生事故。因此在活动过程中，根据游戏情节增添简易规则。如“开飞机”时，用“飞机和飞机相撞会爆炸”加以约束，孩子就懂得了不能只顾自己玩得开心，应防止相撞。游戏“一列火车长又长”，以“比比谁是最能干的驾驶员”提醒幼儿：火车不能碰到山洞，出事故的驾驶员要被淘汰。孩子们都非常乐意接受这些有趣易行的规则。</w:t>
      </w:r>
      <w:r>
        <w:rPr>
          <w:lang w:eastAsia="zh-CN"/>
        </w:rPr>
        <w:br/>
      </w:r>
      <w:r>
        <w:rPr>
          <w:lang w:eastAsia="zh-CN"/>
        </w:rPr>
        <w:t>　　在这样丰富多彩的户外游戏中，小班孩子们对户外活动的兴趣有了增强，体质逐渐得到了提高，部分孩子还能提出玩户外体育游戏的新点子。当然孩子们的成长是日新月异的，在以后户外体育活动的组织中，我们要以新课改为载体，不断更新自己的教育观念。在坚持游戏化地组织孩子活动的同时，还须注意持之以恒，把主动性让给孩子，提供足够的空间让孩子创新活动内容。</w:t>
      </w:r>
      <w:r>
        <w:rPr>
          <w:lang w:eastAsia="zh-CN"/>
        </w:rPr>
        <w:br/>
      </w:r>
      <w:r>
        <w:rPr>
          <w:lang w:eastAsia="zh-CN"/>
        </w:rPr>
        <w:t>　　当然，在我们北方地区，进入了11月份天气开始渐渐转冷，孩子们室内活动就多于户外活动，尤其冬季下雪之后，小班的孩子体质较差，孩子们出去的机会就更少了，因此，每天不少于两小时的户外活动难以保证，而老师设计的室内游戏比较单一，孩子们的兴趣不是很高涨，这方面的不足之处我将在今后的工作中改进方法，多设计一些适合小班孩子的分散游戏，让孩子们能在户外活动中进一步提高身体素质，增加孩子们对户外活动的兴趣。</w:t>
      </w:r>
      <w:r>
        <w:rPr>
          <w:lang w:eastAsia="zh-CN"/>
        </w:rPr>
        <w:br/>
      </w:r>
      <w:r>
        <w:rPr>
          <w:lang w:eastAsia="zh-CN"/>
        </w:rPr>
        <w:t xml:space="preserve">    2024年户外活动总结 篇2 </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在体育活动中，我们让幼儿自由选择同伴，让幼儿教幼儿，使他们在活动中能相互学习、相互交流、相互评价，让幼儿带着愉快的情绪参加体育活动，有了良好的情绪体验，幼儿活动的时间就会自然延长，从而提高了幼儿活动的持久性。</w:t>
      </w:r>
      <w:r>
        <w:rPr>
          <w:lang w:eastAsia="zh-CN"/>
        </w:rPr>
        <w:br/>
      </w:r>
      <w:r>
        <w:rPr>
          <w:lang w:eastAsia="zh-CN"/>
        </w:rPr>
        <w:t>　　在组织幼儿开展体育活动时，我们会根据幼儿不同的发展水平，制定分层次目标，设计和安排难度不一的活动，提供不同指导和帮助，使能力强的孩子得到进一步提高，使能力弱的孩子能在其原有基础上得到发展。在活动中，我们应做到在言语和行为上处处照顾每一个幼儿，多用肯定和鼓励的语言与幼儿交流。对于那些活动能力差的幼儿，我们应在言语上和情感上给予鼓励和支持。如在“摘果子”的游戏中，我们根据孩子们的身高、弹跳力的不同，设置了不同的高度，使每一个幼儿在游戏中都能获得成功的体验。</w:t>
      </w:r>
      <w:r>
        <w:rPr>
          <w:lang w:eastAsia="zh-CN"/>
        </w:rPr>
        <w:br/>
      </w:r>
      <w:r>
        <w:rPr>
          <w:lang w:eastAsia="zh-CN"/>
        </w:rPr>
        <w:t>　　以往开展的户外活动常常以教师为中心，由教师制作、提供活动材料;设置、安排活动场地;示范、指导某一基本动作并评价总结活动情况，致使幼儿在活动中的主动性未能得到充分得发挥。最进在开展在户外活动时，让幼儿有充分的自主选择玩具和玩法的权利。所以在每次准备活动材料时，我们都会请孩子们和我们一起准备、一起收集、共同制作，让他们体会其中的喜悦，增加他们对体育器材的兴趣，学会珍惜体育器材。</w:t>
      </w:r>
      <w:r>
        <w:rPr>
          <w:lang w:eastAsia="zh-CN"/>
        </w:rPr>
        <w:br/>
      </w:r>
      <w:r>
        <w:rPr>
          <w:lang w:eastAsia="zh-CN"/>
        </w:rPr>
        <w:t>　　其次，在活动过程中发挥幼儿创造性，鼓励幼儿一物多玩。一个藤圈不仅是用来跳的，可以连环套着当车跑，可以立着当圈滚。发挥幼儿的自主性并不意味着教师成为旁观者或提醒者，作为教师自身的积极参与更直接影响幼儿活动的兴趣和质量。</w:t>
      </w:r>
      <w:r>
        <w:rPr>
          <w:lang w:eastAsia="zh-CN"/>
        </w:rPr>
        <w:br/>
      </w:r>
      <w:r>
        <w:rPr>
          <w:lang w:eastAsia="zh-CN"/>
        </w:rPr>
        <w:t xml:space="preserve">    2024年户外活动总结 篇3 </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__年在寒冷的冬日中已离我们渐渐远去了，在所有支持与爱护密山户外旅的驴友、朋友的关怀下，我们走过了密山户外旅成立的第三个年头。</w:t>
      </w:r>
      <w:r>
        <w:rPr>
          <w:lang w:eastAsia="zh-CN"/>
        </w:rPr>
        <w:br/>
      </w:r>
      <w:r>
        <w:rPr>
          <w:lang w:eastAsia="zh-CN"/>
        </w:rPr>
        <w:t>　　这忙碌的一年，过多的事务缠身，三周年的庆典大会未如往年按时进行，在春节年头即将到来之时，特发贴向驴友们汇报这一年来俱乐部以及领队工作的情况总结：</w:t>
      </w:r>
      <w:r>
        <w:rPr>
          <w:lang w:eastAsia="zh-CN"/>
        </w:rPr>
        <w:br/>
      </w:r>
      <w:r>
        <w:rPr>
          <w:lang w:eastAsia="zh-CN"/>
        </w:rPr>
        <w:t>　　一、用心策划户外活动，确保安全出行。</w:t>
      </w:r>
      <w:r>
        <w:rPr>
          <w:lang w:eastAsia="zh-CN"/>
        </w:rPr>
        <w:br/>
      </w:r>
      <w:r>
        <w:rPr>
          <w:lang w:eastAsia="zh-CN"/>
        </w:rPr>
        <w:t>　　户外活动，安全最重要。我们始终坚持“安全第一”的宗旨，每次出行做到“一个也不能少”。__年，密山户外旅作为密山户外运动的先驱者，在这优秀的网络平台上，共开展了42次常规户外活动，从召集前的认真策划，到召集贴的发布，密山户外旅策划层都用心做好目的地选择与设定，做好目的地的情况收集，对活动安全系数进行预估。我们坚信态度决定一切，因此做好活动召集前的准备工作更显关键，多次活动目的地是经过领队的亲自探路后确定的，领队及探路人员带着户外专业工具到达预选目的地进行资源测评。</w:t>
      </w:r>
      <w:r>
        <w:rPr>
          <w:lang w:eastAsia="zh-CN"/>
        </w:rPr>
        <w:br/>
      </w:r>
      <w:r>
        <w:rPr>
          <w:lang w:eastAsia="zh-CN"/>
        </w:rPr>
        <w:t>　　为活动的更好开展，领队认真记录每一次探路经过与细节，有些预选目的地进行了不止一次的探路测评，有些预先目的地在测评后因条件不理想而取消;对于一些较远而无过多时间亲自测评的目的地，需要联络多个当地人或有出行经历的驴友，以确定目的地的可行性、可玩性，在了解了各方面的情况后，行文发布活动方案，在方案中注明活动目的地情况、活动注意事项、以及需要准备的东西等等。</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活动方案的发布后，密山户外旅认真做好应答咨询的工作，对来人来电的活动咨询进行认真且耐心的解答，在见面会上重复一切与活动有关的事项，并突出“安全第一”的要求与原则。在有了妥善的准备工作下进行开展活动也不能掉以轻心，活动过程中的前后呼应、联络;休息节奏的调整;队员志气的鼓励;与驴友进行不断的沟通等等，最终保证一个也不能少安全的完成活动。</w:t>
      </w:r>
      <w:r>
        <w:rPr>
          <w:lang w:eastAsia="zh-CN"/>
        </w:rPr>
        <w:br/>
      </w:r>
      <w:r>
        <w:rPr>
          <w:lang w:eastAsia="zh-CN"/>
        </w:rPr>
        <w:t>　　二、做好领队培养工作，加强专业培训</w:t>
      </w:r>
      <w:r>
        <w:rPr>
          <w:lang w:eastAsia="zh-CN"/>
        </w:rPr>
        <w:br/>
      </w:r>
      <w:r>
        <w:rPr>
          <w:lang w:eastAsia="zh-CN"/>
        </w:rPr>
        <w:t>　　经过几年的共同驴行，在__年，我们明确增加了三年以来的第一位荣至名归的男女领队，增强了密山户外旅领队力量，更好的为驴友组织更好的活动。</w:t>
      </w:r>
      <w:r>
        <w:rPr>
          <w:lang w:eastAsia="zh-CN"/>
        </w:rPr>
        <w:br/>
      </w:r>
      <w:r>
        <w:rPr>
          <w:lang w:eastAsia="zh-CN"/>
        </w:rPr>
        <w:t>　　为了让活动安全进行，密山户外旅安排领队参加了中国登山协会组办的“户外指导员”培训班，在经过系统学习后取得了优异的成绩，并有1人取得全国优秀学员称号及荣誉证书。通过专业的培训，让密山户外旅专业领队对户外运动的多方面知识有了进一步的了解，更好的运用到活动的每一项工作中去，让活动更专业，更精彩，更安全。</w:t>
      </w:r>
      <w:r>
        <w:rPr>
          <w:lang w:eastAsia="zh-CN"/>
        </w:rPr>
        <w:br/>
      </w:r>
      <w:r>
        <w:rPr>
          <w:lang w:eastAsia="zh-CN"/>
        </w:rPr>
        <w:t>　　通过培训后，我们纠正了一些以往活动中不专业的作法，专业的开展了绳降活动，让这一项在外行人眼中显得异常危险的极限运动，成为我们精彩的，让我们体验到他人无法体力的欢悦。在通过培训后，让我们在陌生的环境下，更好的对地形进行解图与判断，更加安全的与驴友共同达到目标。</w:t>
      </w:r>
      <w:r>
        <w:rPr>
          <w:lang w:eastAsia="zh-CN"/>
        </w:rPr>
        <w:br/>
      </w:r>
      <w:r>
        <w:rPr>
          <w:lang w:eastAsia="zh-CN"/>
        </w:rPr>
        <w:t>　　三、开展多元化活动，丰富驴友生活</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星晨走过三个年头了，我们的活动由以往单一的周边山区活动，发展到更远的地区，由于增加了行业间的合作，我们开展了去雪乡看雪、去珍宝岛看湿地、去宝清转山等丰富多彩的长途旅行活动。与兴凯湖俱乐部一起，我们一如既往的组织了穿越兴凯湖50公里。</w:t>
      </w:r>
      <w:r>
        <w:rPr>
          <w:lang w:eastAsia="zh-CN"/>
        </w:rPr>
        <w:br/>
      </w:r>
      <w:r>
        <w:rPr>
          <w:lang w:eastAsia="zh-CN"/>
        </w:rPr>
        <w:t>　　在__年，我们一起走过的42多次外出活动中，我们有徒步、有穿越、有溯溪、有绳降、有漂流，我们还组织了多次自驾活动，让有车一族加入我们的活动，体验不一样的户外生活。</w:t>
      </w:r>
      <w:r>
        <w:rPr>
          <w:lang w:eastAsia="zh-CN"/>
        </w:rPr>
        <w:br/>
      </w:r>
      <w:r>
        <w:rPr>
          <w:lang w:eastAsia="zh-CN"/>
        </w:rPr>
        <w:t>　　在日常日子里，以锻炼身体、增强友谊为目的，召集了在城市里以及不远离密山的几十次休闲活动锻炼。从市区开始徒步至兴凯，徒步至将军峰，徒步至黑台等中短途的徒步锻炼活动，不定期的自发召集的羽毛球活动，环市骑行活动，夏天湖边游泳泡水等等活动，都受到众多朋友的喜欢。</w:t>
      </w:r>
      <w:r>
        <w:rPr>
          <w:lang w:eastAsia="zh-CN"/>
        </w:rPr>
        <w:br/>
      </w:r>
      <w:r>
        <w:rPr>
          <w:lang w:eastAsia="zh-CN"/>
        </w:rPr>
        <w:t>　　以外还开展了数不清的大中小范围的休闲活动，烤羊、窑鸡、钓鱼、烧烤、聚餐等等，已经成了驴友间日常联络、交流、增强友谊的生活方式。</w:t>
      </w:r>
      <w:r>
        <w:rPr>
          <w:lang w:eastAsia="zh-CN"/>
        </w:rPr>
        <w:br/>
      </w:r>
      <w:r>
        <w:rPr>
          <w:lang w:eastAsia="zh-CN"/>
        </w:rPr>
        <w:t>　　四、户外队伍的增加，会员不断壮大</w:t>
      </w:r>
      <w:r>
        <w:rPr>
          <w:lang w:eastAsia="zh-CN"/>
        </w:rPr>
        <w:br/>
      </w:r>
      <w:r>
        <w:rPr>
          <w:lang w:eastAsia="zh-CN"/>
        </w:rPr>
        <w:t>　　__年，我们在去年取得大的发展的基础上更上了一层楼，参加活动人员有了进一步的增加，同比增加了100人。密山户外旅依然本着活动积分晋级会员的制度，“会员”作为星晨驴友中的一种无尚的荣誉，成为驴友间争相谈论的重要话题，总结会上，曾称__年为会员的丰收年，而这令人欢心鼓舞的，再一次成为会员的丰收年，人数为前三年之最。</w:t>
      </w:r>
      <w:r>
        <w:rPr>
          <w:lang w:eastAsia="zh-CN"/>
        </w:rPr>
        <w:br/>
      </w:r>
      <w:r>
        <w:rPr>
          <w:lang w:eastAsia="zh-CN"/>
        </w:rPr>
        <w:t xml:space="preserve">    2024年户外活动总结 篇4 </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本学期，我们对幼儿的户外体育活动进行了系列研究活动。</w:t>
      </w:r>
      <w:r>
        <w:rPr>
          <w:lang w:eastAsia="zh-CN"/>
        </w:rPr>
        <w:br/>
      </w:r>
      <w:r>
        <w:rPr>
          <w:lang w:eastAsia="zh-CN"/>
        </w:rPr>
        <w:t>　　1、优化户外体育活动形式：</w:t>
      </w:r>
      <w:r>
        <w:rPr>
          <w:lang w:eastAsia="zh-CN"/>
        </w:rPr>
        <w:br/>
      </w:r>
      <w:r>
        <w:rPr>
          <w:lang w:eastAsia="zh-CN"/>
        </w:rPr>
        <w:t>　　体育活动与其他教育活动一样，是多种形式并存、共同发挥作用的教育过程。我们寓体育锻炼于丰富多彩的活动之中，激发幼儿参与的积极性，丰富幼儿的生活，扩大幼儿视野，更好地促进幼儿身体和心理的健康发展。</w:t>
      </w:r>
      <w:r>
        <w:rPr>
          <w:lang w:eastAsia="zh-CN"/>
        </w:rPr>
        <w:br/>
      </w:r>
      <w:r>
        <w:rPr>
          <w:lang w:eastAsia="zh-CN"/>
        </w:rPr>
        <w:t>　　晨间锻炼活动。为提高幼儿晨间锻炼的质量，我们在组织形式及内容编排上进行改革，有目的、有计划地让幼儿在生动活泼的活动中锻炼体质、发展能力。我们采用分散开放式，以自制的小型多样器械为主，让幼儿在教师的辅导下，三五成群地凑在一起，选择自己喜欢的内容和同伴，全面锻炼身体，提高体能。户外一小时体育活动。我们从体育的多维效应、多种活动角度建构幼儿户外一小时体育活动形式，多给幼儿自由的活动空间，在每天户外一小时的体育活动中多开展一些取材方便、小型分散的、深受幼儿喜爱又无固定模式的活动。如开展民间游戏：丢手绢、跳绳、扔沙包等，只需简单的材料就可进行，不受人数的限制，同时让幼儿拥有活动的选择权，使户外一小时的体育活动更富特色，从而培养良好个性和养成自觉参加户外体育活动的好习惯。</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体育教学活动。我们将体育教学的内容延伸到户外活动之中，帮助幼儿练习巩固，并不断创新提高，使户外体育活动与体育教学有机结合，相互渗透，相互补充。为此我们课题组进行了深入的研究，我们把体育教学寓于有情节、有角色、有竞赛的游戏之中，使之新颖生动，而且有目的、有计划发展幼儿的基本动作，增强体质。</w:t>
      </w:r>
      <w:r>
        <w:rPr>
          <w:lang w:eastAsia="zh-CN"/>
        </w:rPr>
        <w:br/>
      </w:r>
      <w:r>
        <w:rPr>
          <w:lang w:eastAsia="zh-CN"/>
        </w:rPr>
        <w:t>　　针对大、中两个年龄班的特点，我们还各有侧重。例如：针对大班幼儿动作发展比较协调，理解能力增强，有一定的自控力等特点，多采用竞赛性的游戏，以激发幼儿的积极性，提高练习的效果，培养幼儿积极进取精神和集体责任感、荣誉感。针对中班幼儿动作发展特点，我们创设游戏的情景，让幼儿扮演其中的角色，从而激发他们参与游戏的兴趣。</w:t>
      </w:r>
      <w:r>
        <w:rPr>
          <w:lang w:eastAsia="zh-CN"/>
        </w:rPr>
        <w:br/>
      </w:r>
      <w:r>
        <w:rPr>
          <w:lang w:eastAsia="zh-CN"/>
        </w:rPr>
        <w:t>　　2、优化户外体育活动内容：</w:t>
      </w:r>
      <w:r>
        <w:rPr>
          <w:lang w:eastAsia="zh-CN"/>
        </w:rPr>
        <w:br/>
      </w:r>
      <w:r>
        <w:rPr>
          <w:lang w:eastAsia="zh-CN"/>
        </w:rPr>
        <w:t>　　选择适合于幼儿的体育活动内容是实现体育目标的有力保证。本学期，我们在组织和开展幼儿园户外体育活动时，注意了以下几点：</w:t>
      </w:r>
      <w:r>
        <w:rPr>
          <w:lang w:eastAsia="zh-CN"/>
        </w:rPr>
        <w:br/>
      </w:r>
      <w:r>
        <w:rPr>
          <w:lang w:eastAsia="zh-CN"/>
        </w:rPr>
        <w:t>　　(1)户外体育活动必须贯彻灵巧性原则。幼儿的走、跑、跳、投、爬等基本动作虽已基本成形，但动作的准确性、协调性都比较差，动作的整体形态还显得较为笨拙。通过设有灵巧训练内容和制约机制的体育游戏，提高了幼儿的神经系统对肌肉的调节作用及其对精细动作的控制能力，使各项基本动作的发展逐步朝着准确、协调、熟练的方向转化。如：“老鹰抓小鸡”游戏中幼儿的集体躲闪动作。还有用拍皮球行进计时赛，用球拍端乒乓球过独木桥等，都是有益于发展幼儿精确能力、协调能力的游戏内容。</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(2)户外体育活动还要体现智慧性原则。体育活动过程要能够让幼儿有机会闪现出智慧的亮点。在较大型的体育游戏中，都存在一个怎样完成游戏才能做到多、快、好、及提高游戏的成功率和取胜率的问题。教师故意给幼儿留下解决这些问题的思考空间，有利于促使幼儿积极开动脑筋，以的方式完成游戏。“好玩”则是促使幼儿积极参与体育游戏的一个重要的内在驱动力。同样是“穿山洞”、“过障碍”、“走下坡”，就有不同的“穿”法、“过”法和“走”法。</w:t>
      </w:r>
      <w:r>
        <w:rPr>
          <w:lang w:eastAsia="zh-CN"/>
        </w:rPr>
        <w:br/>
      </w:r>
      <w:r>
        <w:rPr>
          <w:lang w:eastAsia="zh-CN"/>
        </w:rPr>
        <w:t>　　(3)户外体育活动还要有坚持教育性原则。一个好的体育活动或者说一个能较好地体现教育性原则的体育活动应该既能表现个人价值，又能体现集体力量。为此，在开展户外体育活动时，我们教师有意识地把个人项目与集体项目有机结合在一起，使幼儿在获得成就感(或产生失落感)的同时又能切实感受到集体的温暖和强大，感受到团结协作的重要性等等，以利于互助观念和集体荣誉感的形成。</w:t>
      </w:r>
      <w:r>
        <w:rPr>
          <w:lang w:eastAsia="zh-CN"/>
        </w:rPr>
        <w:br/>
      </w:r>
      <w:r>
        <w:rPr>
          <w:lang w:eastAsia="zh-CN"/>
        </w:rPr>
        <w:t>　　(4)户外体育活动必须强调安全性原则。安全第一是对学前教育工作中各项具体活动的普遍要求。体育活动具有竞争、竞技和趣味性强的特点，幼儿参与的欲望一般都比较强烈。这就要求教师事先准备工作想得周到一些，以便防患于未然。如活动场地、器械的安全，不会产生撞击情况，不会因幼儿摔跤而造成伤害等。同时，还要特别防止人为的伤害。教师应及时进行疏导、调解，让幼儿及时化解矛盾，友好游戏。</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3、优化户外体育活动中有效的利用体育器械：(1)我们因地制宜，为幼儿选择合适的体育器材。首先根据目标选择。选择的体育器材绝对不能带有盲目性，要根据目标选择器材，通过使用器材达到锻炼目的并完成目标。如周目标的一项内容为练习投掷动作，教师选择内容有沙包、降落伞、飞盘、飞镖等，通过科学合理、系统的安排，较好地完成周目标，达到锻炼的效果。</w:t>
      </w:r>
      <w:r>
        <w:rPr>
          <w:lang w:eastAsia="zh-CN"/>
        </w:rPr>
        <w:br/>
      </w:r>
      <w:r>
        <w:rPr>
          <w:lang w:eastAsia="zh-CN"/>
        </w:rPr>
        <w:t>　　其次根据材料特征选择。幼儿习惯选择轻便、灵巧、既能一物多玩又能满足其多种多样需要的材料;对于幼儿喜欢的活动材料要投放足够的数量，已免发生争抢的现象;提供带有民族特色的材料如：高跷、双人鞋等，提高活动材料的娱乐性和趣味性。再次是根据季节的影响选择。在春夏季提供活动量小的材料，如拉力器、沙袋等。</w:t>
      </w:r>
      <w:r>
        <w:rPr>
          <w:lang w:eastAsia="zh-CN"/>
        </w:rPr>
        <w:br/>
      </w:r>
      <w:r>
        <w:rPr>
          <w:lang w:eastAsia="zh-CN"/>
        </w:rPr>
        <w:t>　　第四是根据幼儿的年龄差异选择。为小班应多提供一些活动技能易于掌握、模仿性强、数量充足，能促进其平衡、走、跑能力发展的活动材料;为中班提供能促进其身体协调发展的、发展钻、爬动作能力的活动材料;给大班幼儿我们提供的则是动作技能高、能满足幼儿一物多玩的需要、能促进综合素质提高、发展追逐、躲闪技能、运动强度较大的活动材料。</w:t>
      </w:r>
      <w:r>
        <w:rPr>
          <w:lang w:eastAsia="zh-CN"/>
        </w:rPr>
        <w:br/>
      </w:r>
      <w:r>
        <w:rPr>
          <w:lang w:eastAsia="zh-CN"/>
        </w:rPr>
        <w:t>　　(2)我们还自力更生，为幼儿制作适用的体育器材。体育器材是给幼儿进行体育活动用的，而利用废旧物品来制作要力求简单并要注重可玩性和艺术性，以前我们教师常为制作教玩具花费很多的时间，但怕坏又舍不得给孩子玩，因此，制作这类教玩具就太没必要了。同样制作体育教玩具还必须保证安全和卫生，从而才能达到锻炼的效果。例如：我们在拉力器的基础上制作了色彩明快、五彩缤纷的“拉力圈”，并在每个拉力圈的两端缝上了雌雄瓣，便于改变长度。自制的“拉力圈”既可以当拉力器来使用，又可以连接成长绳或短绳，这样可锻炼幼儿的跳跃能力、钻爬能力等。4、经验体会</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一学期多来的研究和实践，我园不仅探索出一套适合孩子身心特点的户外体育活动目标、内容体系和具体运作策略，而且对幼儿身体发育、心智发展起了很大促进作用。</w:t>
      </w:r>
      <w:r>
        <w:rPr>
          <w:lang w:eastAsia="zh-CN"/>
        </w:rPr>
        <w:br/>
      </w:r>
      <w:r>
        <w:rPr>
          <w:lang w:eastAsia="zh-CN"/>
        </w:rPr>
        <w:t>　　首先，促进了幼儿的生长，增强了幼儿体能。近年来，我园幼儿出勤率较高，幼儿对环境的适应能力及对疾病的抵抗能力明显提高。</w:t>
      </w:r>
      <w:r>
        <w:rPr>
          <w:lang w:eastAsia="zh-CN"/>
        </w:rPr>
        <w:br/>
      </w:r>
      <w:r>
        <w:rPr>
          <w:lang w:eastAsia="zh-CN"/>
        </w:rPr>
        <w:t>　　其次，发展了幼儿的智力，丰富了幼儿的知识。在体育活动中，幼儿通过自己的创造和想象发展活动，独立快速和机智灵活地处理活动中发生的各种问题，使观察和注意、思维和想象力得到较大发展。同时，随着户外体育活动的开展，幼儿有关自然和社会方面的知识也丰富了。</w:t>
      </w:r>
      <w:r>
        <w:rPr>
          <w:lang w:eastAsia="zh-CN"/>
        </w:rPr>
        <w:br/>
      </w:r>
      <w:r>
        <w:rPr>
          <w:lang w:eastAsia="zh-CN"/>
        </w:rPr>
        <w:t>　　第三，培养了幼儿的情感，发展了幼儿的个性。在户外体育活动中，幼儿与同伴相互交往共同活动，培养了规则意识、集体观念及交往能力，促进了幼儿的社会性的发展。同时户外体育活动的内容生动、形式多样、富有趣味性和娱乐性，既丰富了幼儿的情感，又发展了幼儿的个性。</w:t>
      </w:r>
      <w:r>
        <w:rPr>
          <w:lang w:eastAsia="zh-CN"/>
        </w:rPr>
        <w:br/>
      </w:r>
      <w:r>
        <w:rPr>
          <w:lang w:eastAsia="zh-CN"/>
        </w:rPr>
        <w:t xml:space="preserve">    2024年户外活动总结 篇5 </w:t>
      </w:r>
      <w:r>
        <w:rPr>
          <w:lang w:eastAsia="zh-CN"/>
        </w:rPr>
        <w:br/>
      </w:r>
      <w:r>
        <w:rPr>
          <w:lang w:eastAsia="zh-CN"/>
        </w:rPr>
        <w:t>　　10月20日上午8：00，在我校北区篮球场上一场声势浩大的户外拓展活动开始了。全院学生会各部门的部长带领着自己部门的干事来参加由学生会主办的户外拓展活动。</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此次户外拓展活动旨在让学生会各部门的新生体会到大学生活的乐趣，了解我院的特色组织团队和活动项目，同时也是一个让各部门展现自己风采以及提高部门凝聚力合作力的绝佳机会。而我们组织部更是为了这次活动做了各项准备，这次的户外拓展活动策划了很久，考虑了很多因素，在可行性，经费方面考虑的甚多。受到之前在去年户外扩展活动的启发，所以决定把其中的一些活动引用过来。最后做好了各方面的安排。首先，部长们商量好并通知他们鼓励自己部门并亲自带领他们这些新生来参加这么个有意义的活动。其次，明确分好工，让我部门的干事充分发挥主导作用，帮助准备筹集活动所需材料，准备好凳子桌子以及买好奖品等。</w:t>
      </w:r>
      <w:r>
        <w:rPr>
          <w:lang w:eastAsia="zh-CN"/>
        </w:rPr>
        <w:br/>
      </w:r>
      <w:r>
        <w:rPr>
          <w:lang w:eastAsia="zh-CN"/>
        </w:rPr>
        <w:t>　　在活动现场我部干事提前半个多小时在场地做好一些安排与熟悉，确保活动过程能够不混乱。这毕竟是个很大型的活动，参与者众多，能够成功的吸引了大多数人配合参加就已不错。这让我们院的活动被更多的同学所见，也提升了我们院的形象，为我们院的活动风采做了一个比较好的宣传。</w:t>
      </w:r>
      <w:r>
        <w:rPr>
          <w:lang w:eastAsia="zh-CN"/>
        </w:rPr>
        <w:br/>
      </w:r>
      <w:r>
        <w:rPr>
          <w:lang w:eastAsia="zh-CN"/>
        </w:rPr>
        <w:t>　　此次活动从上午8点到11点半，历时3个半小时，时间虽短，但活动规模大，仍取得了一定的成果，更加重要的是这次活动使其意义得到了实现，这次活动让许多积极参与了的同学从中得到了乐趣，体会到素质拓展及合作能力的重要性。</w:t>
      </w:r>
      <w:r>
        <w:rPr>
          <w:lang w:eastAsia="zh-CN"/>
        </w:rPr>
        <w:br/>
      </w:r>
      <w:r>
        <w:rPr>
          <w:lang w:eastAsia="zh-CN"/>
        </w:rPr>
        <w:t>　　不过此次活动仍略有些不足和仍需要改进的地方。比如人数太多，导致不能很好的领导，还有一些同学没有积极参加没有听指挥甚至临阵脱逃。这些都是我们要注意和改进的地方。</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总体来说，此次学生会的户外拓展活动还是有一定的成绩和进步的，毕竟是部门刚招新第一次开展这么大型的活动，这不仅要归功于实践部所有成员的努力和付出，更要感谢一些积极配合参与的部门，相信很多同学特别是本部成员在此次活动中受益匪浅。</w:t>
      </w:r>
      <w:r>
        <w:rPr>
          <w:lang w:eastAsia="zh-CN"/>
        </w:rPr>
        <w:br/>
      </w:r>
      <w:r>
        <w:rPr>
          <w:lang w:eastAsia="zh-CN"/>
        </w:rPr>
        <w:t xml:space="preserve">    2024年户外活动总结 篇6 </w:t>
      </w:r>
      <w:r>
        <w:rPr>
          <w:lang w:eastAsia="zh-CN"/>
        </w:rPr>
        <w:br/>
      </w:r>
      <w:r>
        <w:rPr>
          <w:lang w:eastAsia="zh-CN"/>
        </w:rPr>
        <w:t>　　为加强__市幼儿园与__幼儿园教师之间的互动平台，新老员工之间的情感交流，10月19日上午，一群身着运动装、散发着青春、活力的教师，还有离退休老同志在__市幼儿园杨晓红园长的带领下，一行一百多人，来到了__省未成年人社会实践基地在市经济管理学校内。</w:t>
      </w:r>
      <w:r>
        <w:rPr>
          <w:lang w:eastAsia="zh-CN"/>
        </w:rPr>
        <w:br/>
      </w:r>
      <w:r>
        <w:rPr>
          <w:lang w:eastAsia="zh-CN"/>
        </w:rPr>
        <w:t>　　在活动基地，在专业人员带领下，回到大自然中，通过专门设计的具有针对性和富有挑战性的课程，教职工们在专业人员的带领下开展了素质测试、素质拓展、勇攀珠峰、木工、空中断桥、云端天梯、划龙舟、自磨豆浆等动手动脑的实践活动。</w:t>
      </w:r>
      <w:r>
        <w:rPr>
          <w:lang w:eastAsia="zh-CN"/>
        </w:rPr>
        <w:br/>
      </w:r>
      <w:r>
        <w:rPr>
          <w:lang w:eastAsia="zh-CN"/>
        </w:rPr>
        <w:t>　　在活动中大家亲身体验各种项目，比如：在CS野战中，安全的激光对抗游戏，模拟战场的紧张刺激，模拟军人的军旅生活，大家穿上军装、戴上头盔、画上迷彩油、拿起武器、在战场上叱咤风云；在高空拓展区，“空中断桥”10米的高空行走，只有相信同伴，才能迈出“高空一小步，人生一大步”，大家克服了恐惧心理，磨练战胜困难的毅力，超越自我；在团队游戏：听数抱团中，大家团结合作，增进了彼此间的了解等等。活动中，大家深深感到：利用种种典型场景和活动方式，让我们的团队和个人经历一系列考验，磨练克服困难的毅力，培养健康的心理素质和积极进取的人生态度，增强团结合作的团队意识。</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欢乐的一天，时光总是短暂的，也许只是一瞬间的感动、也许只是一瞬间的感恩、也许只是一瞬间的体会，却能深深的铭记在心中。这次活动增加了教职工之间团队协作能力和信任程度，使大家在训练中体会到团队的重要性，树立了主动沟通的意识；调节了教师身心健康，进一步增强了南北两园的凝聚力，增加教师的归属感和幸福感，提高教师之间的协作精神和集体主义精神，营造了和谐幸福校园。</w:t>
      </w:r>
      <w:r>
        <w:rPr>
          <w:lang w:eastAsia="zh-CN"/>
        </w:rPr>
        <w:br/>
      </w:r>
      <w:r>
        <w:rPr>
          <w:lang w:eastAsia="zh-CN"/>
        </w:rPr>
        <w:t xml:space="preserve">    2024年户外活动总结 篇7 </w:t>
      </w:r>
      <w:r>
        <w:rPr>
          <w:lang w:eastAsia="zh-CN"/>
        </w:rPr>
        <w:br/>
      </w:r>
      <w:r>
        <w:rPr>
          <w:lang w:eastAsia="zh-CN"/>
        </w:rPr>
        <w:t>　　“天行健，君子以自强不息，地势坤，君子以厚德载物”意思是：天道的运行刚健强健，相应于此，君子应刚毅坚卓，奋发图强：大地的气势厚实和顺，相应于此，君子应增厚美德，容载万物。</w:t>
      </w:r>
      <w:r>
        <w:rPr>
          <w:lang w:eastAsia="zh-CN"/>
        </w:rPr>
        <w:br/>
      </w:r>
      <w:r>
        <w:rPr>
          <w:lang w:eastAsia="zh-CN"/>
        </w:rPr>
        <w:t>　　为了适应21世纪人才培养的需求，加强大学生素质教育，培养现代化建设需要的知识结构合理、能力强、素质高，富有创新精神的专门人才，认真落实大学生素质拓展计划，周口师范数学与统计学院全体学生会成员于20_年11月16号开展了一系列素质拓展活动，并取得圆满成功。</w:t>
      </w:r>
      <w:r>
        <w:rPr>
          <w:lang w:eastAsia="zh-CN"/>
        </w:rPr>
        <w:br/>
      </w:r>
      <w:r>
        <w:rPr>
          <w:lang w:eastAsia="zh-CN"/>
        </w:rPr>
        <w:t>　　此次活动总结有以下三点：</w:t>
      </w:r>
      <w:r>
        <w:rPr>
          <w:lang w:eastAsia="zh-CN"/>
        </w:rPr>
        <w:br/>
      </w:r>
      <w:r>
        <w:rPr>
          <w:lang w:eastAsia="zh-CN"/>
        </w:rPr>
        <w:t>　　一、信任同伴、相信团队</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信任同伴、相信队长是我们融入团队，开展工作的基矗我们的“信任背摔”项目就让大家学会信任同伴、相信团队。在队员的口号中：“准备好了吗?”“准备好了!“我要倒了，”“来吧!感动了很多原本胆小的同学，使他们忘记了恐惧，放心地把自己交给了大家，因为我们相信彼此。我们每个人在工作中都离不开同事的帮助和支持，只有充分信任自己的同伴，相信自己的团队，他们在你需要帮助或孤立无援时才会给你最无私、最真诚的支持，我们在这个团队中才会有归属感和责任感，才会抛弃一切杂念，全身心投入到工作中去。</w:t>
      </w:r>
      <w:r>
        <w:rPr>
          <w:lang w:eastAsia="zh-CN"/>
        </w:rPr>
        <w:br/>
      </w:r>
      <w:r>
        <w:rPr>
          <w:lang w:eastAsia="zh-CN"/>
        </w:rPr>
        <w:t>　　二、战胜自我、挑战自我</w:t>
      </w:r>
      <w:r>
        <w:rPr>
          <w:lang w:eastAsia="zh-CN"/>
        </w:rPr>
        <w:br/>
      </w:r>
      <w:r>
        <w:rPr>
          <w:lang w:eastAsia="zh-CN"/>
        </w:rPr>
        <w:t>　　每个人都有自己脆弱的一面，只有不断挑战自我、战胜自我，我们才能够战胜一切困难。在我们的人生中，我们也会遇到很多近在眼前的机遇，只要我们勇于挑战自我，勇敢的跨出第一步，我们的人生就能前进一大步，才能更好的将本属于自己的机会牢牢抓祝正如教练说的“桥上一小步，人生一大步”。而且每个人都有巨大的潜力可开发，可我们自己往往忽略了自己的潜力，拓展虽说加强了团队间的凝聚力，但更重要的是让自己清楚地认识到自己的能力。同时我们也要相信自己，成功永远属于有自信的人，一个获得巨大成功的人，首先应该是自信的。自信使不可能变为现实。一分自信，一分成功，十分自信，十分成功。生活给我们无数个坑洞，当我们陷入其中努力往上攀爬时，自信成了此时的考官，我们只有拥有自信才能找到自己的潜能，挖掘超越极限，走出黑暗的坑洞，让温暖的阳光划破冰峰的自己，交上满意答卷。</w:t>
      </w:r>
      <w:r>
        <w:rPr>
          <w:lang w:eastAsia="zh-CN"/>
        </w:rPr>
        <w:br/>
      </w:r>
      <w:r>
        <w:rPr>
          <w:lang w:eastAsia="zh-CN"/>
        </w:rPr>
        <w:t>　　三、团结就是力量</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团结就是力量，团结就是希望。只要大家团结一致、齐心协力就一定能克服所有的困难。通过这次拓展过程中最大的收获就是让我们加深了我们彼此的关系，更深一层地增加了男女同学之间的友谊。这次活动使我们了解到“没有完美的个人，但是可以有完美的团队”。</w:t>
      </w:r>
      <w:r>
        <w:rPr>
          <w:lang w:eastAsia="zh-CN"/>
        </w:rPr>
        <w:br/>
      </w:r>
      <w:r>
        <w:rPr>
          <w:lang w:eastAsia="zh-CN"/>
        </w:rPr>
        <w:t>　　生活中、工作中没有一帆风顺的路，它也许正如我们此次拓展培训一样，充满挑战、充满艰辛。这次拓展培训让我们深刻体会到了团队的力量是巨大的，并且成功必须同时属于团队的每一个成员。如果没有团队里每一个成员相互协作、共同努力，很多事情是难以完成的。这次的训练还使大家亲身感受到了“人的潜力是无穷的”。世上无难事，没有什么不可能完成的任务;人最大的敌人就是自己，所以战胜自己就是取得成功的第一步!决不轻言放弃，多一些勇气和毅力，很多机会就不会轻易放弃，要相信自己，你就是最棒的!</w:t>
      </w:r>
      <w:r>
        <w:rPr>
          <w:lang w:eastAsia="zh-CN"/>
        </w:rPr>
        <w:br/>
      </w:r>
      <w:r>
        <w:rPr>
          <w:lang w:eastAsia="zh-CN"/>
        </w:rPr>
        <w:t xml:space="preserve">    2024年户外活动总结 篇8 </w:t>
      </w:r>
      <w:r>
        <w:rPr>
          <w:lang w:eastAsia="zh-CN"/>
        </w:rPr>
        <w:br/>
      </w:r>
      <w:r>
        <w:rPr>
          <w:lang w:eastAsia="zh-CN"/>
        </w:rPr>
        <w:t>　　本月22日，我校一行六人参观了新华实验幼儿园，收获了很多他们没有的知识和经验。我对自己的工作有进一步的规划和计划。</w:t>
      </w:r>
      <w:r>
        <w:rPr>
          <w:lang w:eastAsia="zh-CN"/>
        </w:rPr>
        <w:br/>
      </w:r>
      <w:r>
        <w:rPr>
          <w:lang w:eastAsia="zh-CN"/>
        </w:rPr>
        <w:t>　　首先我觉得成都的幼儿园设施各方面都很到位。我们乡镇幼儿园要达到那个水平，是一个漫长的过程。个人认为，条件和设施的改善会影响教师的教育水平，提高孩子的安全保障。但也有好的一面和不好的一面，就是城市的幼儿园没有乡镇的幼儿园宽敞，植物也没那么多。</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其次，成都大部分幼儿园采用小班教学，确实给了老师关注每个孩子成长和心理健康的机会，有助于教育教学的平等。当然，乡镇幼儿园实施这样的教学模式需要一个过程。人口众多。为了满足这么多孩子的入学，师资和教学场地的缺乏是一个需要改进和增加的过程。</w:t>
      </w:r>
      <w:r>
        <w:rPr>
          <w:lang w:eastAsia="zh-CN"/>
        </w:rPr>
        <w:br/>
      </w:r>
      <w:r>
        <w:rPr>
          <w:lang w:eastAsia="zh-CN"/>
        </w:rPr>
        <w:t>　　最后，关于参观的重点户外运动活动，他们幼儿园邀请了三个幼儿的体育老师进行交流。个人认为增加男老师可以更好的锻炼幼儿的体育。男老师和女老师的区别可以强化男孩和孩子的阳刚之气。每天和女老师见面，偶尔和男老师打游戏，既新鲜又有趣。当然这个班虽然有男老师上，但是活动的内容还是值得学习的。对于运动器材使用的单一性，要开发新的运动器材，扩大运动器材的游戏性。</w:t>
      </w:r>
      <w:r>
        <w:rPr>
          <w:lang w:eastAsia="zh-CN"/>
        </w:rPr>
        <w:br/>
      </w:r>
      <w:r>
        <w:rPr>
          <w:lang w:eastAsia="zh-CN"/>
        </w:rPr>
        <w:t>　　全班很充实，孩子的参与热情特别高。它充分调动孩子的情绪，锻炼孩子的体质，使他们达到老师的教学目标。我是对的。</w:t>
      </w:r>
      <w:r>
        <w:rPr>
          <w:lang w:eastAsia="zh-CN"/>
        </w:rPr>
        <w:br/>
      </w:r>
      <w:r>
        <w:rPr>
          <w:lang w:eastAsia="zh-CN"/>
        </w:rPr>
        <w:t>　　这堂课收获很多，在以后的工作中将完善自己的教学方法，加强自己的教学水平，多观察，多学习，多借鉴同行的教学方法，并开发出适合自己所教幼儿的体育器材和器材。</w:t>
      </w:r>
      <w:r>
        <w:rPr>
          <w:lang w:eastAsia="zh-CN"/>
        </w:rPr>
        <w:br/>
      </w:r>
      <w:r>
        <w:rPr>
          <w:lang w:eastAsia="zh-CN"/>
        </w:rPr>
        <w:t xml:space="preserve">    2024年户外活动总结 篇9 </w:t>
      </w:r>
      <w:r>
        <w:rPr>
          <w:lang w:eastAsia="zh-CN"/>
        </w:rPr>
        <w:br/>
      </w:r>
      <w:r>
        <w:rPr>
          <w:lang w:eastAsia="zh-CN"/>
        </w:rPr>
        <w:t>　　20_年10月18号，对于我们这是一个值得纪念的日子。早上我们所有的会审一班学生起了个老早，目的只有一个向明珠广场进军。对于我们来说这一天是特别的，我们将开始我们的大学生活的第一次户外集体训练对次，我们每一个人都充满了激情。早上8：30各个学生还有我们可敬的辅导员带着我们学校的学生会干部来了。刚开始就把我们分成了两队，一队和二队。</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我们第一次集体的手牵着手围成一个圆圈开始游戏，由我们的学长带着开始玩，错了就要惩罚，各种惩罚都有但都是娱乐的，那一刻，我们都有一种感觉像回到了童年一样，都感觉异常的快乐。紧接着要我们各自介绍自己的家乡介绍自己。真的感觉这让我们彼此拉近了好多，作为一个班长的我，在那时有着很多的感想，学长的几次罚我忽然间让我感觉到，我身上是有着责任的，我应该尽量保证没有人受罚，而不是只护自己要团结起班级才可以。就这样我慢慢的发现我们彼此都拉近了距离。</w:t>
      </w:r>
      <w:r>
        <w:rPr>
          <w:lang w:eastAsia="zh-CN"/>
        </w:rPr>
        <w:br/>
      </w:r>
      <w:r>
        <w:rPr>
          <w:lang w:eastAsia="zh-CN"/>
        </w:rPr>
        <w:t>　　感受到了集体的力量集体的温暖。那一刻，我们打起了自己的口号，我们是“一家人”相亲相爱的一家人。</w:t>
      </w:r>
      <w:r>
        <w:rPr>
          <w:lang w:eastAsia="zh-CN"/>
        </w:rPr>
        <w:br/>
      </w:r>
      <w:r>
        <w:rPr>
          <w:lang w:eastAsia="zh-CN"/>
        </w:rPr>
        <w:t>　　到了中午我们在一起吃饭，就那样大家围在一起，吃着干粮开始了谈天说地，感觉我们好像一直都是一家人一样。不，应该说我门就是一家人。很快就到了下午：似乎游戏开始了有点难度，还和中午一样首先分两队，开始第一项坐起，大家挤在一起然后一起站起来，但是要借助对方的力量这真的很锻炼我们的团结，开始我们四个人，站起来都困难，最后我们竟公然10多个人都可以，真的都是感动了我们，当然这只是个开始，后面我们开始分队要设计队名，队旗，队徽，队歌等。极短时间我们都出色的完成了。这使我们都倍感骄傲。</w:t>
      </w:r>
      <w:r>
        <w:rPr>
          <w:lang w:eastAsia="zh-CN"/>
        </w:rPr>
        <w:br/>
      </w:r>
      <w:r>
        <w:rPr>
          <w:lang w:eastAsia="zh-CN"/>
        </w:rPr>
        <w:t>　　后面开始了一段惊奇的旅程，叫：心灵苦旅。作为队长我带着一队走过了那难以忘怀的旅程，和我们一样二队也出色的完成。回去我问他们他们都说感觉自己那段旅程真的很刺激，很怀念那种感觉。回到原处，我们乐此不疲，此时的我们就是一家人。</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我们都互相帮助着彼此很是欢乐。后面辅导员开始了一个更为有挑战的游戏，我们来个人抱成一个圈走而且彼此间不留空隙，刚开始根本就坐不住，不过后来我们就能很顺利的走了。真的超有成就感。</w:t>
      </w:r>
      <w:r>
        <w:rPr>
          <w:lang w:eastAsia="zh-CN"/>
        </w:rPr>
        <w:br/>
      </w:r>
      <w:r>
        <w:rPr>
          <w:lang w:eastAsia="zh-CN"/>
        </w:rPr>
        <w:t>　　最后一关来了，比报数，输了队长做俯卧撑，一次一次加倍。刚开始激烈竞争后面我们都受不了了。慢慢的我发现我们开始帮着做，有的落下了眼泪。最后我们全爬下来了，因为我们要一起做，因为我们是一家人，相亲相爱的`一家人。</w:t>
      </w:r>
      <w:r>
        <w:rPr>
          <w:lang w:eastAsia="zh-CN"/>
        </w:rPr>
        <w:br/>
      </w:r>
      <w:r>
        <w:rPr>
          <w:lang w:eastAsia="zh-CN"/>
        </w:rPr>
        <w:t>　　随着最后的集体的玩耍，这一天我们结束了。安全的我们都回到了学校。但我们的心一直在感动着。</w:t>
      </w:r>
      <w:r>
        <w:rPr>
          <w:lang w:eastAsia="zh-CN"/>
        </w:rPr>
        <w:br/>
      </w:r>
      <w:r>
        <w:rPr>
          <w:lang w:eastAsia="zh-CN"/>
        </w:rPr>
        <w:t>　　通过这次集训，让我明白了许多，明白了如何做好一个班长，如何团结大家。活动拉近了我们的距离，感受到集体的力量集体的温暖，教会了我们很多事情。让我们在学校感受到了想家一样的温暖，还有像家人一样的兄弟姐妹，我想我们都会以家人的情感来对待身边的每一位同学。因为我们是一家人。</w:t>
      </w:r>
      <w:r>
        <w:rPr>
          <w:lang w:eastAsia="zh-CN"/>
        </w:rPr>
        <w:br/>
      </w:r>
      <w:r>
        <w:rPr>
          <w:lang w:eastAsia="zh-CN"/>
        </w:rPr>
        <w:t>　　活动让我们班委学到了许多，也让我们和集体一样感受到太多的亲切，我们需要这样的活动，因为无形之中我们整个班级就会成为一家人，成为兄弟姐妹，相亲相爱。</w:t>
      </w:r>
      <w:r>
        <w:rPr>
          <w:lang w:eastAsia="zh-CN"/>
        </w:rPr>
        <w:br/>
      </w:r>
      <w:r>
        <w:rPr>
          <w:lang w:eastAsia="zh-CN"/>
        </w:rPr>
        <w:t xml:space="preserve">    2024年户外活动总结 篇10 </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为了加强班级凝聚力，丰富大家的业余文化生活，营造积极的班级气氛，增加同学们的活跃性，展示我们12珠宝班级团结奋进，积极进取的精神。于是我们12珠宝1班和2班在20_年10月13日开展了为期一天的“金牛岭户外活动”，这次活动全部由我们12珠宝一二班委负责，受到了班主任和同学们支持，这次活动达到了预期的目的，现简要总结如下：</w:t>
      </w:r>
      <w:r>
        <w:rPr>
          <w:lang w:eastAsia="zh-CN"/>
        </w:rPr>
        <w:br/>
      </w:r>
      <w:r>
        <w:rPr>
          <w:lang w:eastAsia="zh-CN"/>
        </w:rPr>
        <w:t>　　一、 基本情况</w:t>
      </w:r>
      <w:r>
        <w:rPr>
          <w:lang w:eastAsia="zh-CN"/>
        </w:rPr>
        <w:br/>
      </w:r>
      <w:r>
        <w:rPr>
          <w:lang w:eastAsia="zh-CN"/>
        </w:rPr>
        <w:t>　　(一)准备阶段</w:t>
      </w:r>
      <w:r>
        <w:rPr>
          <w:lang w:eastAsia="zh-CN"/>
        </w:rPr>
        <w:br/>
      </w:r>
      <w:r>
        <w:rPr>
          <w:lang w:eastAsia="zh-CN"/>
        </w:rPr>
        <w:t>　　由班委会决定，在班委会的组织与策划下，各班委分配任务，并带头做好各项准备，具体事项如下。</w:t>
      </w:r>
      <w:r>
        <w:rPr>
          <w:lang w:eastAsia="zh-CN"/>
        </w:rPr>
        <w:br/>
      </w:r>
      <w:r>
        <w:rPr>
          <w:lang w:eastAsia="zh-CN"/>
        </w:rPr>
        <w:t>　　①在10月12日时，由一班和二班的部分班委去活动地点确定踩点及安放“宝物”等事项。</w:t>
      </w:r>
      <w:r>
        <w:rPr>
          <w:lang w:eastAsia="zh-CN"/>
        </w:rPr>
        <w:br/>
      </w:r>
      <w:r>
        <w:rPr>
          <w:lang w:eastAsia="zh-CN"/>
        </w:rPr>
        <w:t>　　②在10月12日，班委会组织了部分班委去购买活动中所需的材料、地毯、绳子以及奖品等。</w:t>
      </w:r>
      <w:r>
        <w:rPr>
          <w:lang w:eastAsia="zh-CN"/>
        </w:rPr>
        <w:br/>
      </w:r>
      <w:r>
        <w:rPr>
          <w:lang w:eastAsia="zh-CN"/>
        </w:rPr>
        <w:t>　　③在10月13日早上9:00由班主任和一二班班长在海职院东门组织集合。</w:t>
      </w:r>
      <w:r>
        <w:rPr>
          <w:lang w:eastAsia="zh-CN"/>
        </w:rPr>
        <w:br/>
      </w:r>
      <w:r>
        <w:rPr>
          <w:lang w:eastAsia="zh-CN"/>
        </w:rPr>
        <w:t>　　(二)活动过程</w:t>
      </w:r>
      <w:r>
        <w:rPr>
          <w:lang w:eastAsia="zh-CN"/>
        </w:rPr>
        <w:br/>
      </w:r>
      <w:r>
        <w:rPr>
          <w:lang w:eastAsia="zh-CN"/>
        </w:rPr>
        <w:t>　　20_年10月13日上午9:00时这次策划已久的班级户外活动顺利拉开序幕，正式开始。早上9:00在班主任和班委会的带领下到活动地点—海口市金牛岭公园，休息一下后，这次户外活动的重要部分——《寻宝大行动》，开始了，班上的同学都积极的参与到其中，各组成员分工协作，由班主任和两位班长担任裁判，班委带领“寻宝人”在指定范围内“寻找宝物”。时间过得飞快，一个小时“寻宝”活动结束了，看着大家手捧着自己的劳动成果，脸上充满了笑容。之后，我们进行第二个户外游戏《真心话大冒险》。大家的热情把活动推向了一个又一个的高潮。活动一直持续到中午。</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早上的活动一结束，然后就进行午餐。一个多小时后，下午的活动正式展开，首先进行的是《多人多足》团队竞技合作活动，每个人都和旁边的人互绑脚踝，手搭着手共同走向终点。这考验着我们的团队协调能力。终于进行到了《老鹰抓小鸡》的游戏时间，每一个同学都玩得不亦乐乎。一天的金牛岭户外活动终于结束了，大家伙聊了一会儿时间，就各自散去了。因为大家积极参与到活动中，这次活动开展的很顺利。</w:t>
      </w:r>
      <w:r>
        <w:rPr>
          <w:lang w:eastAsia="zh-CN"/>
        </w:rPr>
        <w:br/>
      </w:r>
      <w:r>
        <w:rPr>
          <w:lang w:eastAsia="zh-CN"/>
        </w:rPr>
        <w:t>　　(三)心得体会</w:t>
      </w:r>
      <w:r>
        <w:rPr>
          <w:lang w:eastAsia="zh-CN"/>
        </w:rPr>
        <w:br/>
      </w:r>
      <w:r>
        <w:rPr>
          <w:lang w:eastAsia="zh-CN"/>
        </w:rPr>
        <w:t>　　在这次活动中增加了班级中同学们的活跃性，大家积极投入到班级活动中，怎家了班级的凝聚力，体现了班级团结协作良好风貌。</w:t>
      </w:r>
      <w:r>
        <w:rPr>
          <w:lang w:eastAsia="zh-CN"/>
        </w:rPr>
        <w:br/>
      </w:r>
      <w:r>
        <w:rPr>
          <w:lang w:eastAsia="zh-CN"/>
        </w:rPr>
        <w:t>　　(四)整体总结</w:t>
      </w:r>
      <w:r>
        <w:rPr>
          <w:lang w:eastAsia="zh-CN"/>
        </w:rPr>
        <w:br/>
      </w:r>
      <w:r>
        <w:rPr>
          <w:lang w:eastAsia="zh-CN"/>
        </w:rPr>
        <w:t>　　1、各班委团结协作积极参与组织本次活动，不但提高了自身的能力，更进一步的拉近同学们之间的距离，也是的我们的集体更加团结。</w:t>
      </w:r>
      <w:r>
        <w:rPr>
          <w:lang w:eastAsia="zh-CN"/>
        </w:rPr>
        <w:br/>
      </w:r>
      <w:r>
        <w:rPr>
          <w:lang w:eastAsia="zh-CN"/>
        </w:rPr>
        <w:t>　　2、这样的活动建立了一个班级相互交流的平台，大家在一起团结协作，增强了班级凝聚力，这样的活动值得提倡与发展。(五)存在问题及建议</w:t>
      </w:r>
      <w:r>
        <w:rPr>
          <w:lang w:eastAsia="zh-CN"/>
        </w:rPr>
        <w:br/>
      </w:r>
      <w:r>
        <w:rPr>
          <w:lang w:eastAsia="zh-CN"/>
        </w:rPr>
        <w:t>　　此次活动虽然顺利完成，但也存在一定问题，例如：</w:t>
      </w:r>
      <w:r>
        <w:rPr>
          <w:lang w:eastAsia="zh-CN"/>
        </w:rPr>
        <w:br/>
      </w:r>
      <w:r>
        <w:rPr>
          <w:lang w:eastAsia="zh-CN"/>
        </w:rPr>
        <w:t>　　1、户外活动时有极少数同学行为拖拉，不跟随集体行动，没有更好的融入到班级中。</w:t>
      </w:r>
      <w:r>
        <w:rPr>
          <w:lang w:eastAsia="zh-CN"/>
        </w:rPr>
        <w:br/>
      </w:r>
      <w:r>
        <w:rPr>
          <w:lang w:eastAsia="zh-CN"/>
        </w:rPr>
        <w:t>　　建议：在今后的生活中班委加强教育，做好思想工作。</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2、这次活动进行时，还有一些同学擅自先走一步，不能更好的完全参与到这次班级活动中。</w:t>
      </w:r>
      <w:r>
        <w:rPr>
          <w:lang w:eastAsia="zh-CN"/>
        </w:rPr>
        <w:br/>
      </w:r>
      <w:r>
        <w:rPr>
          <w:lang w:eastAsia="zh-CN"/>
        </w:rPr>
        <w:t>　　建议：在以后类似的活动开展时，应该做好安排，更好的让全班同学都参与其中。</w:t>
      </w:r>
      <w:r>
        <w:rPr>
          <w:lang w:eastAsia="zh-CN"/>
        </w:rPr>
        <w:br/>
      </w:r>
      <w:r>
        <w:rPr>
          <w:lang w:eastAsia="zh-CN"/>
        </w:rPr>
        <w:t xml:space="preserve">    2024年户外活动总结 篇11 </w:t>
      </w:r>
      <w:r>
        <w:rPr>
          <w:lang w:eastAsia="zh-CN"/>
        </w:rPr>
        <w:br/>
      </w:r>
      <w:r>
        <w:rPr>
          <w:lang w:eastAsia="zh-CN"/>
        </w:rPr>
        <w:t>　　幼儿园的体育活动与体育游戏既有联系又有区别，在逻辑上是包含关系。两者的联系主要体现在它们的目标是相同的，都是为了提高幼儿对身体锻炼的兴趣，促进幼儿身体的健康发展，都是为了发展幼儿的基本动作，让幼儿掌握各种基本动作的技能、技巧。两者的区别表现为在锻炼幼儿身体、促进身体各机能发展以及增进健康等方面的侧重点不同。</w:t>
      </w:r>
      <w:r>
        <w:rPr>
          <w:lang w:eastAsia="zh-CN"/>
        </w:rPr>
        <w:br/>
      </w:r>
      <w:r>
        <w:rPr>
          <w:lang w:eastAsia="zh-CN"/>
        </w:rPr>
        <w:t>　　如果说体育活动是面向全体，照顾绝大多数幼儿能力水平而进行的锻炼身体大骨骼关节和大肌肉群机能的泛化健体活动，那么体育游戏则是注重个体张扬，允许自由发挥，不求一致发展的侧重锻炼幼儿小肌肉群以及身体局部技能和关节精细动作等幼儿健体活动。从某种层面上看体育游戏更像是能全面发展幼儿身心的综合课程。因此，本学期我们更注重幼儿体育游戏的设计与指导。经过一学期的研究，现将体会、经验小结如下：</w:t>
      </w:r>
      <w:r>
        <w:rPr>
          <w:lang w:eastAsia="zh-CN"/>
        </w:rPr>
        <w:br/>
      </w:r>
      <w:r>
        <w:rPr>
          <w:lang w:eastAsia="zh-CN"/>
        </w:rPr>
        <w:t>　　在自编自玩体育游戏《好玩的球》的过程中促进幼儿主动发展。</w:t>
      </w:r>
      <w:r>
        <w:rPr>
          <w:lang w:eastAsia="zh-CN"/>
        </w:rPr>
        <w:br/>
      </w:r>
      <w:r>
        <w:rPr>
          <w:lang w:eastAsia="zh-CN"/>
        </w:rPr>
        <w:t>　　我班小朋友对皮球特别感兴趣，因此从幼儿的兴趣、发展需要和生活经验出发，我们生成了这一活动。</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游戏玩法是幼儿游戏的主要动力。以往都是老师教授，全体幼儿机械的按同一个玩法游戏。这次，我们把游戏的主动权交给了孩子。放手让幼儿去想如何玩?都可以怎样玩?在幼儿自主的活动中，其个性的发展才是充分的、最和谐的。幼儿不仅从中得到了快乐，探索和解决问题的能力也得到了很大的提高。</w:t>
      </w:r>
      <w:r>
        <w:rPr>
          <w:lang w:eastAsia="zh-CN"/>
        </w:rPr>
        <w:br/>
      </w:r>
      <w:r>
        <w:rPr>
          <w:lang w:eastAsia="zh-CN"/>
        </w:rPr>
        <w:t xml:space="preserve">    2024年户外活动总结 篇12 </w:t>
      </w:r>
      <w:r>
        <w:rPr>
          <w:lang w:eastAsia="zh-CN"/>
        </w:rPr>
        <w:br/>
      </w:r>
      <w:r>
        <w:rPr>
          <w:lang w:eastAsia="zh-CN"/>
        </w:rPr>
        <w:t>　　兴奋之余，终于盼来了两天一夜的户外拓展活动。这种户外开发是在昆虫和鸟叫的山区和农村以外进行的。此外，我们可以在户外露营。这是我第一次！哈哈！</w:t>
      </w:r>
      <w:r>
        <w:rPr>
          <w:lang w:eastAsia="zh-CN"/>
        </w:rPr>
        <w:br/>
      </w:r>
      <w:r>
        <w:rPr>
          <w:lang w:eastAsia="zh-CN"/>
        </w:rPr>
        <w:t>　　这个资料片我记得最久的是拼图和《风雨人生之路》。拼图活动考验我们的团队合作能力和领导力。如果一个领导者承担起这个重要的任务，协调好各组之间的分工，那么展现出来的团队实力将是最无限的，否则在组内只会得到几分。这次活动反映了我们应该在工作中也这样做，团结一致，为我们的大目标而努力，不应该因为自己的小利益而推迟我们的共同目标。《生活在风暴中》的活动让人感受到信任的问题。盲人相信哑巴能把自己挡在路外吗？而你知道并感谢那些一直在身边默默帮助自己的人吗？通过这次活动，我们了解了彼此的信任，觉得人更需要感恩，感恩可以让我们跑遍世界！</w:t>
      </w:r>
      <w:r>
        <w:rPr>
          <w:lang w:eastAsia="zh-CN"/>
        </w:rPr>
        <w:br/>
      </w:r>
      <w:r>
        <w:rPr>
          <w:lang w:eastAsia="zh-CN"/>
        </w:rPr>
        <w:t>　　当然，这两天的野餐也让我们展示了自己作为大师的才华。通过我们的分工合作，我们的一系列野味美食都被放出来了，让我们不仅玩得开心，还吃得更开心。是真正的野菜！</w:t>
      </w:r>
      <w:r>
        <w:rPr>
          <w:lang w:eastAsia="zh-CN"/>
        </w:rPr>
        <w:br/>
      </w:r>
      <w:r>
        <w:rPr>
          <w:lang w:eastAsia="zh-CN"/>
        </w:rPr>
        <w:t>　　总之，我从这次拓展活动中学到了很多，相信我会通过应用每一次收获而进步。</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xml:space="preserve">    2024年户外活动总结 篇13 </w:t>
      </w:r>
      <w:r>
        <w:rPr>
          <w:lang w:eastAsia="zh-CN"/>
        </w:rPr>
        <w:br/>
      </w:r>
      <w:r>
        <w:rPr>
          <w:lang w:eastAsia="zh-CN"/>
        </w:rPr>
        <w:t>　　时间过得真快，转眼间一个学期结束了，在一学期中老师们在原有基础上设计了多种户外活动游戏，根据幼儿的年龄特点锻炼他们各方面的能力，更好地确保幼儿的活动时间，开展内容丰富的活动。</w:t>
      </w:r>
      <w:r>
        <w:rPr>
          <w:lang w:eastAsia="zh-CN"/>
        </w:rPr>
        <w:br/>
      </w:r>
      <w:r>
        <w:rPr>
          <w:lang w:eastAsia="zh-CN"/>
        </w:rPr>
        <w:t>　　在一日活动中我们充分利用晨间、课间操、下午户外活动时间，为幼儿提供多种多样的游戏材料，组织幼儿开展户外活动。晴朗的日子都会抽出时间，带孩子们在幼儿园内散步，感受四季变化，以唤起幼儿对大自然的热爱并激发幼儿对户外锻炼的兴趣。同时，我们更注重在一系列的健康锻炼活动中，促进幼儿运动能力的发展与提高，开展了一些健康活动游戏，如：小鸡小鸡多大了、皮球变变变、开汽车、堆雪人、丢手绢、及走独木桥、滚球、呼啦圈、梅花桩等一系列活动，其中有些活动孩子们通过教师的引导，幼儿可以发现身体的许多部位可以转动呼啦圈，如手腕转动、颈部转动、膝盖转动等，而且通过教师启发幼儿还可以发现拿呼啦圈来“跳门槛”，还可以在地上滚动，还可以用来开火车等等。一种器材的多种玩法，可以充分发挥幼儿的想象力，调动幼儿的主动性，及用易拉罐制作了练习幼儿平衡能力及训练幼儿胆量的“梅花桩”。在这些活动中帮助和改进了幼儿的走、跑、跳、投掷、平衡、钻爬、攀登等基本动作，帮助幼儿掌握有关的粗浅知识，使其动作灵敏、协调、姿势正确。在活动中培养幼儿良好的锻炼习惯，活动中- 1 -要求幼儿遵守规则，不推、不挤前面的小朋友，不作为危险的动作。</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在体育活动中，我们让幼儿自由选择同伴，让幼儿教幼儿，使他们在活动中能相互学习、相互交流，让幼儿带着愉快的情绪参加体育活动，有了良好的情绪体验，幼儿活动的时间就会自然延长，从而提高了幼儿活动的持久性。在组织幼儿开展体育活动时，我们会根据幼儿不同的发展水平，提供不同指导和帮助，使能力强的孩子得到进一步提高，使能力弱的孩子能在其原有基础上得到发展。在活动中，我们常常在言语和行为方式上照顾每一个幼儿，运用肯定和鼓励的语言与幼儿交流。对于那些活动能力差的幼儿，我们在言语上和情感上给予他们更多的鼓励和支持，使每一个幼儿在游戏中都能获得成功的体验。</w:t>
      </w:r>
      <w:r>
        <w:rPr>
          <w:lang w:eastAsia="zh-CN"/>
        </w:rPr>
        <w:br/>
      </w:r>
      <w:r>
        <w:rPr>
          <w:lang w:eastAsia="zh-CN"/>
        </w:rPr>
        <w:t>　　总之，在这样丰富多彩的户外游戏中，孩子们对户外活动的兴趣有了增强，体质逐渐得到了提高，部分孩子还能提出玩户外体育游戏的新点子。当然孩子们的成长是日新月异的，在以后户外体育活动的组织中，我们要不断更新自己的教育观念，在坚持游戏化地组织孩子活动的同时，还须注意持之以恒，把主动性让给孩子，提供足够的空间让多姿多彩的户外活动成为幼儿体能发展的载体。让我们再接再厉，在新的征程上再次收获孩子成长的喜悦!</w:t>
      </w:r>
      <w:r>
        <w:rPr>
          <w:lang w:eastAsia="zh-CN"/>
        </w:rPr>
        <w:br/>
      </w:r>
      <w:r>
        <w:rPr>
          <w:lang w:eastAsia="zh-CN"/>
        </w:rPr>
        <w:t xml:space="preserve">    2024年户外活动总结 篇14 </w:t>
      </w:r>
      <w:r>
        <w:rPr>
          <w:lang w:eastAsia="zh-CN"/>
        </w:rPr>
        <w:br/>
      </w:r>
      <w:r>
        <w:rPr>
          <w:lang w:eastAsia="zh-CN"/>
        </w:rPr>
        <w:t>　　在繁忙紧张的都市工作和生活中，近年来越来越多的人喜欢上户外运动这一健康快乐新兴时尚的运动项目;特别是一些经济比较发达的城市如深圳、北京、成都、南京等城市地区。</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近几年来，走进自然参加户外登山旅行活动的人群蓬勃发展，甚至成为一种主流的运动体验。走出家门、走向自然、走进户外，欣赏博大祖国的大地风景、大好河山，张开双臂拥抱大自然、体验新鲜宁谧的户外生活，是都市人烦琐工作之余快意人生的上佳选择。</w:t>
      </w:r>
      <w:r>
        <w:rPr>
          <w:lang w:eastAsia="zh-CN"/>
        </w:rPr>
        <w:br/>
      </w:r>
      <w:r>
        <w:rPr>
          <w:lang w:eastAsia="zh-CN"/>
        </w:rPr>
        <w:t>　　无论是山野健行、挑战高峰，或是溯溪、攀岩、定向、独木舟，都是一种既经济又健康实惠的运动方式。既可以轻松达到锻炼身体增强身心健康的目的，又可以通过户外运动结识志趣相投的朋友们;拓展丰富自己和谐的人际关系和充实快乐的生活;并通过真实有效的经历，锻炼个人的意志毅力，学习与人沟通、合作和解决困难的方法;培养对他人的责任感和获取个人信心与自尊。</w:t>
      </w:r>
      <w:r>
        <w:rPr>
          <w:lang w:eastAsia="zh-CN"/>
        </w:rPr>
        <w:br/>
      </w:r>
      <w:r>
        <w:rPr>
          <w:lang w:eastAsia="zh-CN"/>
        </w:rPr>
        <w:t>　　不过，很多人都把户外运动当作是跟团旅游或者旅行，在对户外运动的认识和了解上出现偏差。忽略了户外运动是以自然环境为活动区域，带有探险性质或者体验探险的运动过程。这个过程很多情况下在原始秀美、山崖海岸、荒芜人烟的自然环境中进行;而且运动时间长，体能消耗大，求救与救援困难;需要个人具备基本的户外知识与基础技能，同时，对参与者的装备、身心、体能都有一定的要求。甚至还要带上在野外生活的行、宿、衣、食等行动和生活的全部用品。</w:t>
      </w:r>
      <w:r>
        <w:rPr>
          <w:lang w:eastAsia="zh-CN"/>
        </w:rPr>
        <w:br/>
      </w:r>
    </w:p>
    <w:p w:rsidR="001B1F19" w14:textId="27C3F48A">
      <w:pPr>
        <w:rPr>
          <w:lang w:eastAsia="zh-CN"/>
        </w:rPr>
      </w:pPr>
      <w:r>
        <w:rPr>
          <w:lang w:eastAsia="zh-CN"/>
        </w:rPr>
        <w:t>　　不可否认，再怎么安全的线路，都不可避免自然界天灾随时发生的可能;我们要做的只是通过在专业的机构培训指导实践下，系统学习掌握基本的户外知识和技能，了解领悟大自然规律有其一定的基本法则，从而让自己在走进自然山野看美景的同时，同样具备远离危险的良好判断力;走进自然，走进户外，风险最小化，收益化，对自然的最低限度冲击，是我们在户外一起的探索追求。</w:t>
      </w:r>
      <w:r>
        <w:rPr>
          <w:lang w:eastAsia="zh-CN"/>
        </w:rPr>
        <w:br/>
      </w:r>
      <w:r>
        <w:rPr>
          <w:lang w:eastAsia="zh-CN"/>
        </w:rPr>
        <w:t xml:space="preserve">    2024年户外活动总结 篇15 </w:t>
      </w:r>
      <w:r>
        <w:rPr>
          <w:lang w:eastAsia="zh-CN"/>
        </w:rPr>
        <w:br/>
      </w:r>
      <w:r>
        <w:rPr>
          <w:lang w:eastAsia="zh-CN"/>
        </w:rPr>
        <w:t>　　转眼间孩子们就要毕业了，三年来通过在幼儿园的学习和生活，孩子们每天都在进步，如今大班的孩子即将告别老师和同伴，进入小学。每天，我们都按时组织幼儿进行早操和各项体育活动，保证户外活动的时间不少于两小时，小朋友们的动作有了很大的发展，在组织的各项动作练习中，孩子们基本上都能根据要求来完成，为下一个阶段的小学生活做好充分的准备，现对这学期的户外教学工作做一简单总结。</w:t>
      </w:r>
      <w:r>
        <w:rPr>
          <w:lang w:eastAsia="zh-CN"/>
        </w:rPr>
        <w:br/>
      </w:r>
      <w:r>
        <w:rPr>
          <w:lang w:eastAsia="zh-CN"/>
        </w:rPr>
        <w:t>　　体育活动与其他教育活动一样，是多种形式并存、共同发挥作用的教育过程。我们寓体育锻炼于丰富多彩的活动之中，激发幼儿参与的积极性，丰富幼儿的生活，扩大幼儿视野，更好地促进幼儿身体和心理的健康发展。</w:t>
      </w:r>
      <w:r>
        <w:rPr>
          <w:lang w:eastAsia="zh-CN"/>
        </w:rPr>
        <w:br/>
      </w:r>
      <w:r>
        <w:rPr>
          <w:lang w:eastAsia="zh-CN"/>
        </w:rPr>
        <w:t>　　为提高幼儿晨间锻炼的质量，我们有目的、有计划地让幼儿在生动活泼的活动中锻炼体质、发展能力。我们以自制的小型多样器械为主，让幼儿在教师的辅导下，三五成群地凑在一起，选择自己喜欢的内容和同伴，全面锻炼身体，提高体能。同时多给幼儿自由的活动空间，在每天户外的体育活动中多开展一些取材方便、小型分散的、深受幼儿喜爱又无固定模式的活动。如开展民间游戏：丢手绢、跳绳、扔沙包等，只需简单的材料就可进行，不受人数的限制，同时让幼儿拥有活动的选择权，使户外体育活动更富特色，从而培养幼儿良好个性和养成自觉参加户外体育活动的好习惯。</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https://d.book118.com/425230201022011113</w:t>
        </w:r>
      </w:hyperlink>
    </w:p>
    <w:p w:rsidR="001B1F19">
      <w:pPr>
        <w:rPr>
          <w:lang w:eastAsia="zh-CN"/>
        </w:rPr>
      </w:pPr>
    </w:p>
    <w:sectPr>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2523020102201111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