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网络销售工作总结与计划精彩例文（33篇）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网络销售工作总结与计划精彩例文（通用33篇）</w:t>
      </w:r>
      <w:r>
        <w:rPr>
          <w:lang w:eastAsia="zh-CN"/>
        </w:rPr>
        <w:br/>
      </w:r>
      <w:r>
        <w:rPr>
          <w:lang w:eastAsia="zh-CN"/>
        </w:rPr>
        <w:t xml:space="preserve">    网络销售工作总结与计划精彩例文 篇1 </w:t>
      </w:r>
      <w:r>
        <w:rPr>
          <w:lang w:eastAsia="zh-CN"/>
        </w:rPr>
        <w:br/>
      </w:r>
      <w:r>
        <w:rPr>
          <w:lang w:eastAsia="zh-CN"/>
        </w:rPr>
        <w:t>　　又到年底了，今年是接触网络销售推广工作的第三年。上个星期六、星期天花时间整理了一下20__年、20__年、20__年网络客户成交和寄样品次数的客户资料数据。</w:t>
      </w:r>
      <w:r>
        <w:rPr>
          <w:lang w:eastAsia="zh-CN"/>
        </w:rPr>
        <w:br/>
      </w:r>
      <w:r>
        <w:rPr>
          <w:lang w:eastAsia="zh-CN"/>
        </w:rPr>
        <w:t>　　虽然成效额总的数量不是几十万、几百万。但从成交额增长百分率上看，今年比去年同期增加了3倍多、20__年比20__年增加了将近5倍。20__年寄样次数比起20__年增加了63%;20__年寄样次数比20__年增加了233%。看到这些数据，真是很高兴!(当然、小数字增加起来更容易也是一个原因、10变成20容易、100变成200就需要花点时间精力了)</w:t>
      </w:r>
      <w:r>
        <w:rPr>
          <w:lang w:eastAsia="zh-CN"/>
        </w:rPr>
        <w:br/>
      </w:r>
      <w:r>
        <w:rPr>
          <w:lang w:eastAsia="zh-CN"/>
        </w:rPr>
        <w:t>　　即便是这样，心里仍然坚定了一个信念、坚持用网络推广加大产品的宣传力度、使20__年网络销售的成绩再上一个新台阶。</w:t>
      </w:r>
      <w:r>
        <w:rPr>
          <w:lang w:eastAsia="zh-CN"/>
        </w:rPr>
        <w:br/>
      </w:r>
    </w:p>
    <w:p w:rsidR="001B1F19" w14:textId="0AE8485B">
      <w:pPr>
        <w:pStyle w:val="Heading1"/>
        <w:jc w:val="center"/>
        <w:rPr>
          <w:rFonts w:hint="eastAsia"/>
          <w:lang w:eastAsia="zh-CN"/>
        </w:rPr>
      </w:pPr>
      <w:r>
        <w:rPr>
          <w:sz w:val="44"/>
          <w:lang w:eastAsia="zh-CN"/>
        </w:rPr>
        <w:t>网络销售工作总结与计划精彩例文（33篇）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网络销售工作总结与计划精彩例文（通用33篇）</w:t>
      </w:r>
      <w:r>
        <w:rPr>
          <w:lang w:eastAsia="zh-CN"/>
        </w:rPr>
        <w:br/>
      </w:r>
      <w:r>
        <w:rPr>
          <w:lang w:eastAsia="zh-CN"/>
        </w:rPr>
        <w:t xml:space="preserve">    网络销售工作总结与计划精彩例文 篇1 </w:t>
      </w:r>
      <w:r>
        <w:rPr>
          <w:lang w:eastAsia="zh-CN"/>
        </w:rPr>
        <w:br/>
      </w:r>
      <w:r>
        <w:rPr>
          <w:lang w:eastAsia="zh-CN"/>
        </w:rPr>
        <w:t>　　又到年底了，今年是接触网络销售推广工作的第三年。上个星期六、星期天花时间整理了一下20__年、20__年、20__年网络客户成交和寄样品次数的客户资料数据。</w:t>
      </w:r>
      <w:r>
        <w:rPr>
          <w:lang w:eastAsia="zh-CN"/>
        </w:rPr>
        <w:br/>
      </w:r>
      <w:r>
        <w:rPr>
          <w:lang w:eastAsia="zh-CN"/>
        </w:rPr>
        <w:t>　　虽然成效额总的数量不是几十万、几百万。但从成交额增长百分率上看，今年比去年同期增加了3倍多、20__年比20__年增加了将近5倍。20__年寄样次数比起20__年增加了63%;20__年寄样次数比20__年增加了233%。看到这些数据，真是很高兴!(当然、小数字增加起来更容易也是一个原因、10变成20容易、100变成200就需要花点时间精力了)</w:t>
      </w:r>
      <w:r>
        <w:rPr>
          <w:lang w:eastAsia="zh-CN"/>
        </w:rPr>
        <w:br/>
      </w:r>
      <w:r>
        <w:rPr>
          <w:lang w:eastAsia="zh-CN"/>
        </w:rPr>
        <w:t>　　即便是这样，心里仍然坚定了一个信念、坚持用网络推广加大产品的宣传力度、使20__年网络销售的成绩再上一个新台阶。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根据几年来的感悟、我认为网络上的客户促使成交的最大因素就是建立信任感。性价比高的产品有很多、客户能找到你、也能找到你的很多有优势的同行。异地客户对于成交缺乏的就是信任感，随着网络化的发展、网络信息化给我们带来了便利的同时、也制造了一些危机，受到网络诈骗的客户也不在少数。所谓一朝被蛇咬、十年怕井绳!</w:t>
      </w:r>
      <w:r>
        <w:rPr>
          <w:lang w:eastAsia="zh-CN"/>
        </w:rPr>
        <w:br/>
      </w:r>
      <w:r>
        <w:rPr>
          <w:lang w:eastAsia="zh-CN"/>
        </w:rPr>
        <w:t>　　所以，我们在做了为客户提供高效率服务、高性价比产品的同时、也要消除客户与我们供应商之间的顾虑，让客户与我们合作起来放心、开心。</w:t>
      </w:r>
      <w:r>
        <w:rPr>
          <w:lang w:eastAsia="zh-CN"/>
        </w:rPr>
        <w:br/>
      </w:r>
      <w:r>
        <w:rPr>
          <w:lang w:eastAsia="zh-CN"/>
        </w:rPr>
        <w:t>　　第一次合作卖产品、后续的合作用服务来赢得客户的认同和信赖。在我们喊出诚信经商的同时，也要身体力行，用行动去证明自己的承诺。</w:t>
      </w:r>
      <w:r>
        <w:rPr>
          <w:lang w:eastAsia="zh-CN"/>
        </w:rPr>
        <w:br/>
      </w:r>
      <w:r>
        <w:rPr>
          <w:lang w:eastAsia="zh-CN"/>
        </w:rPr>
        <w:t xml:space="preserve">    网络销售工作总结与计划精彩例文 篇2 </w:t>
      </w:r>
      <w:r>
        <w:rPr>
          <w:lang w:eastAsia="zh-CN"/>
        </w:rPr>
        <w:br/>
      </w:r>
      <w:r>
        <w:rPr>
          <w:lang w:eastAsia="zh-CN"/>
        </w:rPr>
        <w:t>　　光阴似箭，时光荏苒。不知不觉我来到已经两个月了，回想起两个月前，我还是一个刚迈出大学校门的懵懂青年。</w:t>
      </w:r>
      <w:r>
        <w:rPr>
          <w:lang w:eastAsia="zh-CN"/>
        </w:rPr>
        <w:br/>
      </w:r>
      <w:r>
        <w:rPr>
          <w:lang w:eastAsia="zh-CN"/>
        </w:rPr>
        <w:t>　　__年7月伴着似火的骄阳，我告别了菁菁校园，带着一抹学生的青涩，来到深圳这个充满魅力和机遇的城市，展开我人生新的篇章。刚到深圳的时候，我和其他的求职者一样，不断地在网上投简历，天天在外面跑面试。在茫茫的求职生涯中，感谢向我抛来了橄榄枝，让我有了毕业后的第一份工作。</w:t>
      </w:r>
      <w:r>
        <w:rPr>
          <w:lang w:eastAsia="zh-CN"/>
        </w:rPr>
        <w:br/>
      </w:r>
      <w:r>
        <w:rPr>
          <w:lang w:eastAsia="zh-CN"/>
        </w:rPr>
        <w:t>　　初到，领导的关心，同事的照顾，让我感受到了公司以人为本的人文关怀，使我快速融入到这个大家庭里。公司的每一个人，不论新员工还是老员工，不论年轻的还是年长的，大家互相关心，互相学习，共同营造着良好的氛围，我为自己刚毕业就能在这样一个优秀的集体工作、学习、生活而感到骄傲、自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年轻的我犹如初生的骄阳，充满着热情似火的朝气，散发着活力四射的光芒。初来乍到，一切都那么的陌生而新奇，不断地激发我的求知欲;对未来的美好憧憬，也使我更坚定了自己踏入工作后奋斗的决心。</w:t>
      </w:r>
      <w:r>
        <w:rPr>
          <w:lang w:eastAsia="zh-CN"/>
        </w:rPr>
        <w:br/>
      </w:r>
      <w:r>
        <w:rPr>
          <w:lang w:eastAsia="zh-CN"/>
        </w:rPr>
        <w:t>　　入职的第一天是公司对新员工的一个基础的培训，具体内容就是公司经营的产品，工作的业务流程，公司的考勤制度以及工作的方式。还有一些基本的业务知识，比如打电话的基本话术、证书的类型及价格。通过一天的培训，我对公司的业务和工作方式有了一个大致的了解。自己也尝试地打了二十多个电话，不做不知道，做了后才知道原来自己存在很多问题。例如刚开始打电话时，会不由自主的产生胆怯的心理，因为胆怯而导致说话的声音比较小。在打电话的过程中，自己的思维也比较混乱，不知道该说什么以及该怎么去说。当时我想到了一句话纸上得来终觉浅，绝知此事要躬行。培训的只是知识，在培训的过程中，我们不知道自己会存在哪些问题，只有亲自做了，我们才能发现自己存在的问题，从而更好的去解决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有了第一天的尝试，接下来的工作就顺利很多了。虽然还是有一点胆怯和思维混乱，但至少我说话的声音比之前大了，也能和客户有一个简单的交流。这说明我进步了，就证明我在成长。就这样，我在每天不断的学习和巩固中成长，我渐渐的熟悉了业务的流程和一些话术的技巧，以及业务流程的操作和推进。在此期间，我听说公司在新员工入职五天后会有一个压力考核，就是对新员工综合素质以及工作期间的表现的观察和考核。同时我也目睹了在我之前进公司的员工在压力考核中被淘汰，当时我心里就只有一个念头，那就是&amp;&amp;我一定要通过压力考核。五天的时间很快就过去了，我迎来了公司淘汰率很高的新人考核&amp;&amp;压力考核。在没轮到我之前，我的心情有点紧张。虽然在这五天中，我不断的去学习、去请教、去巩固、去完善自己的不足，虽然证书的报价表我已经背得滚瓜烂熟，但是说实话，我的心里还是没底，怕自己在考核的过程中出错，以致于被淘汰。终于轮到我了，考核刚开始时，我心跳若狂，但是慢慢的随着考核的进行，我平复了下来。也使自己进入了状态，能够更好的去对待考核。整个考核过程下来，没有我预期的好，但也没出什么太大的错误，就这样我顺利的通过了压力考核。</w:t>
      </w:r>
      <w:r>
        <w:rPr>
          <w:lang w:eastAsia="zh-CN"/>
        </w:rPr>
        <w:br/>
      </w:r>
      <w:r>
        <w:rPr>
          <w:lang w:eastAsia="zh-CN"/>
        </w:rPr>
        <w:t>　　通过压力考核后，我正式成为了一位新人，我知道这只是我职业生涯的刚刚开始，以后还会有更残酷的考核在等着我，我要不断努力的奋斗，让自己具备各方面的能力，成为一个能独当一面的人。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入职的第一个月，公司为新员工安排了具体的培训，其中包括业务方面的，也包括其他的一些对于我们不可缺少的相关知识的培训。具体内容有：销售的话术、沟通的技巧、证书注册的流程、客户和人才的寻找及开发、情商的管理、建筑行业的相关知识、公司的组织架构等等在我之后的生活中有着举足轻重的东西。培训的过程中，讲师们不遗余力的教我们他们所知道的的东西，这一点我非常地感激也很荣幸自己能够成为一份子。而且在培训中大家互动做游戏，在乐趣中学知识，在互动中接受讲师们在这个行业中这些年所沉淀下来的菁华。通过培训，我知道了很多新的东西，也学到了很多新的知识，同时也成长了。通过培训，让我们武装了自己，让我们更具凝聚力，让我们能够更好的去为公司创造价值。</w:t>
      </w:r>
      <w:r>
        <w:rPr>
          <w:lang w:eastAsia="zh-CN"/>
        </w:rPr>
        <w:br/>
      </w:r>
      <w:r>
        <w:rPr>
          <w:lang w:eastAsia="zh-CN"/>
        </w:rPr>
        <w:t>　　虽然培训让我学到了很多知识，但是我并没有将其完全的吸收和沉淀。我只有去实践了，才能将这些知识给消化掉，同时也能去尝试新的渠道。俗语云授人以鱼，不如授人以渔，就像于哥教给我们查找客户和人才的方法，而不是直接给我们人才。我想与其等着公司为我分配客户和人才，还不如利用于哥教我们的方法自己去找。</w:t>
      </w:r>
      <w:r>
        <w:rPr>
          <w:lang w:eastAsia="zh-CN"/>
        </w:rPr>
        <w:br/>
      </w:r>
      <w:r>
        <w:rPr>
          <w:lang w:eastAsia="zh-CN"/>
        </w:rPr>
        <w:t xml:space="preserve">    网络销售工作总结与计划精彩例文 篇3 </w:t>
      </w:r>
      <w:r>
        <w:rPr>
          <w:lang w:eastAsia="zh-CN"/>
        </w:rPr>
        <w:br/>
      </w:r>
      <w:r>
        <w:rPr>
          <w:lang w:eastAsia="zh-CN"/>
        </w:rPr>
        <w:t>　　20__年，网络营销工作在公司领导的大力支持帮助下，不断的探索前进。6月的开始了对车易通平台的试用，宣传当期促销4980促销活动，当期单条广告新闻有效点击次数达20__余次，公司会员页面首次浏览破万次;8月与成都全搜索网站合作开展团购活动，共并车69台;10月份厂家集采使用，当期促销新闻点击达1000余次，首次实现网上订单转化，交车3台;12月，公司正式集采11家车易通后台，公司12家经营单位同期开展网络营销工作，截止12月31日，市场网络部及12家经营单位共发布新闻105条，报价推送3516次，新闻推送3145次，浏览量123741次，搜索445868次，400来电116次，获得订单71个，成交15台，成交率8%。</w:t>
      </w:r>
      <w:r>
        <w:rPr>
          <w:lang w:eastAsia="zh-CN"/>
        </w:rPr>
        <w:br/>
      </w:r>
      <w:r>
        <w:rPr>
          <w:lang w:eastAsia="zh-CN"/>
        </w:rPr>
        <w:t>　　在从事网络营销工作中，在领导的鼓励帮助下，我尝试对市场大环境的学习理解，着重在网络营销的广告宣传上下苦功，在实际反馈数据中取得初步的成果。更多的学会了观察、转化，并将自己的工作用实际的数据说话。</w:t>
      </w:r>
      <w:r>
        <w:rPr>
          <w:lang w:eastAsia="zh-CN"/>
        </w:rPr>
        <w:br/>
      </w:r>
      <w:r>
        <w:rPr>
          <w:lang w:eastAsia="zh-CN"/>
        </w:rPr>
        <w:t>　　一、存在的不足以及改进措施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20__年即将随风逝去，回想自己在公司将近1年的工作，虽然工作量比较大，但是闪光点并不多，许多工作还有不尽如意之处，总结起来存在的不足主要有以下几点：</w:t>
      </w:r>
      <w:r>
        <w:rPr>
          <w:lang w:eastAsia="zh-CN"/>
        </w:rPr>
        <w:br/>
      </w:r>
      <w:r>
        <w:rPr>
          <w:lang w:eastAsia="zh-CN"/>
        </w:rPr>
        <w:t>　　1、缺乏主动学习沟通、不能充分利用资源</w:t>
      </w:r>
      <w:r>
        <w:rPr>
          <w:lang w:eastAsia="zh-CN"/>
        </w:rPr>
        <w:br/>
      </w:r>
      <w:r>
        <w:rPr>
          <w:lang w:eastAsia="zh-CN"/>
        </w:rPr>
        <w:t>　　在工作的过程中，由于对汽车专业比较陌生，对于销售政策的不及时了解并消化，造成宣传工作效率降低甚至出现错误，不能达到优势资源充分利用。俗话说的好三人行必有我师，在以后的工作中，我要主动加强和销售部及经营单位同事的沟通，通过公司这个平台达到资源共享，从而提高自己的业务水平。</w:t>
      </w:r>
      <w:r>
        <w:rPr>
          <w:lang w:eastAsia="zh-CN"/>
        </w:rPr>
        <w:br/>
      </w:r>
      <w:r>
        <w:rPr>
          <w:lang w:eastAsia="zh-CN"/>
        </w:rPr>
        <w:t>　　2、 缺乏计划、总结性</w:t>
      </w:r>
      <w:r>
        <w:rPr>
          <w:lang w:eastAsia="zh-CN"/>
        </w:rPr>
        <w:br/>
      </w:r>
      <w:r>
        <w:rPr>
          <w:lang w:eastAsia="zh-CN"/>
        </w:rPr>
        <w:t>　　在日常工作过程中，由于缺乏计划、总结性，工作目的不够明确，主次矛盾不清，日常工作结束后不能形成具体的材料，常常达到事倍功半的效果，领导不满意不说，自己还一肚子委屈。在以后的工作过程中，我要认真制订工作计划，完成工作结束后的各类信息回收，做事加强目的认识，分清主次矛盾，争取能达到事半功倍的效果。</w:t>
      </w:r>
      <w:r>
        <w:rPr>
          <w:lang w:eastAsia="zh-CN"/>
        </w:rPr>
        <w:br/>
      </w:r>
      <w:r>
        <w:rPr>
          <w:lang w:eastAsia="zh-CN"/>
        </w:rPr>
        <w:t>　　3、专业面狭窄</w:t>
      </w:r>
      <w:r>
        <w:rPr>
          <w:lang w:eastAsia="zh-CN"/>
        </w:rPr>
        <w:br/>
      </w:r>
      <w:r>
        <w:rPr>
          <w:lang w:eastAsia="zh-CN"/>
        </w:rPr>
        <w:t>　　作为一个市场部成员，应该是一专多能的，这样的人才才符合公司的需求。自己的专业面狭窄，对汽车行业其它专业认识不够，特别是活动策划以及宣传创新，这都限制了自身的发展。在以后的工作过程中，我将加强其他专业的学习，充分利用公司资源，提高主观能动性，争取能成为一专多能的复合型人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二、完成20__年目标计划的措施以及建议</w:t>
      </w:r>
      <w:r>
        <w:rPr>
          <w:lang w:eastAsia="zh-CN"/>
        </w:rPr>
        <w:br/>
      </w:r>
      <w:r>
        <w:rPr>
          <w:lang w:eastAsia="zh-CN"/>
        </w:rPr>
        <w:t>　　为了网络营销工作的顺利开展，也为了网络营销的可持续性发展，我在这方面以及其它方面做以下建议。</w:t>
      </w:r>
      <w:r>
        <w:rPr>
          <w:lang w:eastAsia="zh-CN"/>
        </w:rPr>
        <w:br/>
      </w:r>
      <w:r>
        <w:rPr>
          <w:lang w:eastAsia="zh-CN"/>
        </w:rPr>
        <w:t>　　1、网络营销专员</w:t>
      </w:r>
      <w:r>
        <w:rPr>
          <w:lang w:eastAsia="zh-CN"/>
        </w:rPr>
        <w:br/>
      </w:r>
      <w:r>
        <w:rPr>
          <w:lang w:eastAsia="zh-CN"/>
        </w:rPr>
        <w:t>　　市场活动是为公司销售打基础做铺垫的，在公司销售工作中地位非同小可。</w:t>
      </w:r>
      <w:r>
        <w:rPr>
          <w:lang w:eastAsia="zh-CN"/>
        </w:rPr>
        <w:br/>
      </w:r>
      <w:r>
        <w:rPr>
          <w:lang w:eastAsia="zh-CN"/>
        </w:rPr>
        <w:t>　　经营单位在对接市场活动及网络营销工作中，大部份网络营销专员是一人做多项工作，经常出现紧急改相关数据时不能及时到位，反应滞后，出现网上宣传、网上销售整套体系混乱，推进速度极其缓慢。</w:t>
      </w:r>
      <w:r>
        <w:rPr>
          <w:lang w:eastAsia="zh-CN"/>
        </w:rPr>
        <w:br/>
      </w:r>
      <w:r>
        <w:rPr>
          <w:lang w:eastAsia="zh-CN"/>
        </w:rPr>
        <w:t>　　网络营销这一销售模式，是公司在20__年的重点投入之一，是公司开展的全新销售模式，更是拓开的另一个销售渠道。建议公司在20__年能够在各经营单位指定专门的市场专员，定向对接市场工作及网络营销工作，让网络营销工作能够稳步快速发展。</w:t>
      </w:r>
      <w:r>
        <w:rPr>
          <w:lang w:eastAsia="zh-CN"/>
        </w:rPr>
        <w:br/>
      </w:r>
      <w:r>
        <w:rPr>
          <w:lang w:eastAsia="zh-CN"/>
        </w:rPr>
        <w:t>　　2 、新闻、形象页面</w:t>
      </w:r>
      <w:r>
        <w:rPr>
          <w:lang w:eastAsia="zh-CN"/>
        </w:rPr>
        <w:br/>
      </w:r>
      <w:r>
        <w:rPr>
          <w:lang w:eastAsia="zh-CN"/>
        </w:rPr>
        <w:t>　　网络营销给公司带来了营销宣传上的便捷性，但由于网络平台使用人群的复杂度及网络的传播方式，容易在网上产生不良信息。</w:t>
      </w:r>
      <w:r>
        <w:rPr>
          <w:lang w:eastAsia="zh-CN"/>
        </w:rPr>
        <w:br/>
      </w:r>
      <w:r>
        <w:rPr>
          <w:lang w:eastAsia="zh-CN"/>
        </w:rPr>
        <w:t>　　20__年，我们将继续加大对新闻的监管力度，在牢牢抓住深化消费者的购车理念的宣传重点，在新闻上，除促销外，新闻依然由市场网络部进行审核后发送，并在每一条企业新闻、促销新闻中，并逐步加大企业新闻的发布量，加强对万友翔宇公司品牌、企业文化、经营理念的宣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页面规范中，我们将持续规范礼貌用语，为公司树立良好的企业形象，另外将全新投入对于车友活动、售后服务的宣传，呈现出网上立体4s，并对参与活动、享受服务的客户，将指导各经营单位网络营销专员，引导客户在网络上以提车作业、售后保养作业的信息发布在汽车论坛上。结合传统媒体广告，打造网络营销宣传立体化，扩大相关客户群的影响力，继而促进销售，为公司创造更好的效益及良好的口碑。</w:t>
      </w:r>
      <w:r>
        <w:rPr>
          <w:lang w:eastAsia="zh-CN"/>
        </w:rPr>
        <w:br/>
      </w:r>
      <w:r>
        <w:rPr>
          <w:lang w:eastAsia="zh-CN"/>
        </w:rPr>
        <w:t>　　3 、电话营销</w:t>
      </w:r>
      <w:r>
        <w:rPr>
          <w:lang w:eastAsia="zh-CN"/>
        </w:rPr>
        <w:br/>
      </w:r>
      <w:r>
        <w:rPr>
          <w:lang w:eastAsia="zh-CN"/>
        </w:rPr>
        <w:t>　　在经过1月的集采使用后，400电话客户比网上直接呈现订单的客户在多很多，20__年网络营销实现销售量，电话营销工作开展势在必行，在加强各单位礼貌用语的同时，对于400电话客户的周期回访，形成报表制，降低400来电客户流失率。</w:t>
      </w:r>
      <w:r>
        <w:rPr>
          <w:lang w:eastAsia="zh-CN"/>
        </w:rPr>
        <w:br/>
      </w:r>
      <w:r>
        <w:rPr>
          <w:lang w:eastAsia="zh-CN"/>
        </w:rPr>
        <w:t>　　4、 促进销量</w:t>
      </w:r>
      <w:r>
        <w:rPr>
          <w:lang w:eastAsia="zh-CN"/>
        </w:rPr>
        <w:br/>
      </w:r>
      <w:r>
        <w:rPr>
          <w:lang w:eastAsia="zh-CN"/>
        </w:rPr>
        <w:t>　　现阶段网络营销工作上出现了疲软的现象，我们在进行网络营销工作的实例阶段，未形成有效的奖惩手段，在网上购车的客户也不能享有网购带来的其他惊喜，网络营销专员从网上卖车不能享受到一定程度的奖励，这些都降低了我们在网络营销工作上的销售量、来电量，20__年，我建议领导能够在前两个季度实行，网上购车有奖，网络营销专员网上卖车也有奖的网销政策，在刺激消费者的同时，提高网络营销专员的营销宣传积极性，为公司在网络上占据有利地形，打下坚实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网络营销工作相当复杂，他综合了实体4s的所有内容，并不是单纯的宣传和销售如此简单。所以作为从事网络营销的的员工，我们要牢牢树立全员经营的意识，拥有强烈的危机感，以主人翁的精神投入到工作中去。</w:t>
      </w:r>
      <w:r>
        <w:rPr>
          <w:lang w:eastAsia="zh-CN"/>
        </w:rPr>
        <w:br/>
      </w:r>
      <w:r>
        <w:rPr>
          <w:lang w:eastAsia="zh-CN"/>
        </w:rPr>
        <w:t>　　三、总结语</w:t>
      </w:r>
      <w:r>
        <w:rPr>
          <w:lang w:eastAsia="zh-CN"/>
        </w:rPr>
        <w:br/>
      </w:r>
      <w:r>
        <w:rPr>
          <w:lang w:eastAsia="zh-CN"/>
        </w:rPr>
        <w:t>　　20__年已过去，虽然网络营销工作才刚刚起步，但收获也不少。特别是领导塌实的工作作风、认真负责的工作态度、不断创新的工作方式给我们员工树立了榜样。总结过去，展望未来，20__年工作多，任务重，对于我来说也是一种挑战。新环境，新机遇，新挑战，如何优质、高效的实现网络营销、优化网络宣传，是作为目前的我该思考的课题。在以后的工作中，作为领导暂时指定的网络营销工作的负责人，我将认真执行公司的相关规定，充分发挥个人主观能动性，以铁的纪律来约束自己，不断学习吸收管理经验及汽车知识，多计划多总结，不断的在公司给予的平台上努力奋斗。</w:t>
      </w:r>
      <w:r>
        <w:rPr>
          <w:lang w:eastAsia="zh-CN"/>
        </w:rPr>
        <w:br/>
      </w:r>
      <w:r>
        <w:rPr>
          <w:lang w:eastAsia="zh-CN"/>
        </w:rPr>
        <w:t>　　最后感谢领导一年来对我的无私帮助、支持、鼓励，也希望在新的一年里公司的领导能给我更多的理解和更大的支持，争取为网络营销工作的快速发展贡献自己的力量。</w:t>
      </w:r>
      <w:r>
        <w:rPr>
          <w:lang w:eastAsia="zh-CN"/>
        </w:rPr>
        <w:br/>
      </w:r>
      <w:r>
        <w:rPr>
          <w:lang w:eastAsia="zh-CN"/>
        </w:rPr>
        <w:t xml:space="preserve">    网络销售工作总结与计划精彩例文 篇4 </w:t>
      </w:r>
      <w:r>
        <w:rPr>
          <w:lang w:eastAsia="zh-CN"/>
        </w:rPr>
        <w:br/>
      </w:r>
      <w:r>
        <w:rPr>
          <w:lang w:eastAsia="zh-CN"/>
        </w:rPr>
        <w:t>　　要给自己做网络营销推广定一个目标，然后就是去执行。在工作中分析问题，总结经验，并且改正问题。这其实就是一个过程，对于网络推广来说，就是一个长期的工作过程。在这个过程中本着“以树立品牌为导向，做有品质、有竞争力的营销型推广。”</w:t>
      </w:r>
      <w:r>
        <w:rPr>
          <w:lang w:eastAsia="zh-CN"/>
        </w:rPr>
        <w:br/>
      </w:r>
      <w:r>
        <w:rPr>
          <w:lang w:eastAsia="zh-CN"/>
        </w:rPr>
        <w:t>　　上周已经完成的工作：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1.网站内容修改</w:t>
      </w:r>
      <w:r>
        <w:rPr>
          <w:lang w:eastAsia="zh-CN"/>
        </w:rPr>
        <w:br/>
      </w:r>
      <w:r>
        <w:rPr>
          <w:lang w:eastAsia="zh-CN"/>
        </w:rPr>
        <w:t>　　2.网站优化</w:t>
      </w:r>
      <w:r>
        <w:rPr>
          <w:lang w:eastAsia="zh-CN"/>
        </w:rPr>
        <w:br/>
      </w:r>
      <w:r>
        <w:rPr>
          <w:lang w:eastAsia="zh-CN"/>
        </w:rPr>
        <w:t>　　3.注册PR值高的大型门户网站，申请GOOGLE,BAIDU等的.免费推广,4.群发邮件营销,网络传真建设</w:t>
      </w:r>
      <w:r>
        <w:rPr>
          <w:lang w:eastAsia="zh-CN"/>
        </w:rPr>
        <w:br/>
      </w:r>
      <w:r>
        <w:rPr>
          <w:lang w:eastAsia="zh-CN"/>
        </w:rPr>
        <w:t>　　5.建立企业博客,展示公司企业文化，树立公司品牌形象</w:t>
      </w:r>
      <w:r>
        <w:rPr>
          <w:lang w:eastAsia="zh-CN"/>
        </w:rPr>
        <w:br/>
      </w:r>
      <w:r>
        <w:rPr>
          <w:lang w:eastAsia="zh-CN"/>
        </w:rPr>
        <w:t>　　硬灯条产品的包装设计</w:t>
      </w:r>
      <w:r>
        <w:rPr>
          <w:lang w:eastAsia="zh-CN"/>
        </w:rPr>
        <w:br/>
      </w:r>
      <w:r>
        <w:rPr>
          <w:lang w:eastAsia="zh-CN"/>
        </w:rPr>
        <w:t>　　硬光条连接件的图纸修订</w:t>
      </w:r>
      <w:r>
        <w:rPr>
          <w:lang w:eastAsia="zh-CN"/>
        </w:rPr>
        <w:br/>
      </w:r>
      <w:r>
        <w:rPr>
          <w:lang w:eastAsia="zh-CN"/>
        </w:rPr>
        <w:t>　　下周需要继续做的事情：</w:t>
      </w:r>
      <w:r>
        <w:rPr>
          <w:lang w:eastAsia="zh-CN"/>
        </w:rPr>
        <w:br/>
      </w:r>
      <w:r>
        <w:rPr>
          <w:lang w:eastAsia="zh-CN"/>
        </w:rPr>
        <w:t>　　1.内部邮件系统建设</w:t>
      </w:r>
      <w:r>
        <w:rPr>
          <w:lang w:eastAsia="zh-CN"/>
        </w:rPr>
        <w:br/>
      </w:r>
      <w:r>
        <w:rPr>
          <w:lang w:eastAsia="zh-CN"/>
        </w:rPr>
        <w:t>　　2.网络传真机的安装</w:t>
      </w:r>
      <w:r>
        <w:rPr>
          <w:lang w:eastAsia="zh-CN"/>
        </w:rPr>
        <w:br/>
      </w:r>
      <w:r>
        <w:rPr>
          <w:lang w:eastAsia="zh-CN"/>
        </w:rPr>
        <w:t>　　软光条的产品信息发布与企业品牌的宣传(日常工作内容)</w:t>
      </w:r>
      <w:r>
        <w:rPr>
          <w:lang w:eastAsia="zh-CN"/>
        </w:rPr>
        <w:br/>
      </w:r>
      <w:r>
        <w:rPr>
          <w:lang w:eastAsia="zh-CN"/>
        </w:rPr>
        <w:t>　　在这一周的工作中，对产品有一些初步的了解，对网络推广有一些帮助。日后需要加强对产品更全面的了解，能写出有质量的文章，增加更多的外链。对关键字进行进一步的分析。做好SEO，提升网站PR值。总之，经常学习，提升自己，在工作中能更好的发挥。</w:t>
      </w:r>
      <w:r>
        <w:rPr>
          <w:lang w:eastAsia="zh-CN"/>
        </w:rPr>
        <w:br/>
      </w:r>
      <w:r>
        <w:rPr>
          <w:lang w:eastAsia="zh-CN"/>
        </w:rPr>
        <w:t xml:space="preserve">    网络销售工作总结与计划精彩例文 篇5 </w:t>
      </w:r>
      <w:r>
        <w:rPr>
          <w:lang w:eastAsia="zh-CN"/>
        </w:rPr>
        <w:br/>
      </w:r>
      <w:r>
        <w:rPr>
          <w:lang w:eastAsia="zh-CN"/>
        </w:rPr>
        <w:t>　　20__年9月__日，我有幸进入了___有限公司这个大家庭，到现在已有三个多月了，时间虽然不是特别长，作为公司的一名员工，我深深的体会到公司的蓬勃发展和全体同仁热气、拼搏、向上的精神。为做好工作，在公司领导和同事的支持帮助下，不断的提高和锻炼自己，熟悉了自己区域的工作，回顾过去历程感慨颇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的专业是___，刚毕业我就来到___，也许是机缘巧合，也许是命中注定就走向了销售这条道路上。在这条道路上，我感觉能够学会很多，也很磨练人。我以前是个不怎么爱说话的人，为了更好的锻炼自己口才方面的能力，销售行业可以说是一个正确的选择。还有一个方面销售在如今的市场上可以说是最有潜力的一个行业，如果对于那些只看重眼前利益的人来说，这个行业不大适合。</w:t>
      </w:r>
      <w:r>
        <w:rPr>
          <w:lang w:eastAsia="zh-CN"/>
        </w:rPr>
        <w:br/>
      </w:r>
      <w:r>
        <w:rPr>
          <w:lang w:eastAsia="zh-CN"/>
        </w:rPr>
        <w:t>　　我对销售行业产生了很大的兴趣，一直认为人生就是要有所挑战，销售工作就是一个很好的挑战。看到别人都能吃苦耐劳，我相信我也一定能行，给自己一个明确的定位去做销售。</w:t>
      </w:r>
      <w:r>
        <w:rPr>
          <w:lang w:eastAsia="zh-CN"/>
        </w:rPr>
        <w:br/>
      </w:r>
      <w:r>
        <w:rPr>
          <w:lang w:eastAsia="zh-CN"/>
        </w:rPr>
        <w:t>　　销售这个行业的挑战就是心态，心态是第一关，心态不好很容易被淘汰出做销售这一职业，销售工作磨练了我的毅力和耐性是我这几个月以来的收获。</w:t>
      </w:r>
      <w:r>
        <w:rPr>
          <w:lang w:eastAsia="zh-CN"/>
        </w:rPr>
        <w:br/>
      </w:r>
      <w:r>
        <w:rPr>
          <w:lang w:eastAsia="zh-CN"/>
        </w:rPr>
        <w:t>　　我作为销售部门的一名普通员工，在公司经理和同事的关心和帮助下走过了一季度，在这3个月中各方面没有很好地完成公司给我的目标，主要表现在如下几个方面没有做好：</w:t>
      </w:r>
      <w:r>
        <w:rPr>
          <w:lang w:eastAsia="zh-CN"/>
        </w:rPr>
        <w:br/>
      </w:r>
      <w:r>
        <w:rPr>
          <w:lang w:eastAsia="zh-CN"/>
        </w:rPr>
        <w:t>　　1、我作为销售部门的一员，深深地感到肩负重任，作为公司的窗口，自己的一言一行也同时代表了公司的形象，所以更要提高自身的素质，高标准的要求自己，加强自己的专业知识和技能。</w:t>
      </w:r>
      <w:r>
        <w:rPr>
          <w:lang w:eastAsia="zh-CN"/>
        </w:rPr>
        <w:br/>
      </w:r>
      <w:r>
        <w:rPr>
          <w:lang w:eastAsia="zh-CN"/>
        </w:rPr>
        <w:t>　　2、在工作中，屡次失败，面对多次的教训，首先查找自身的原因，找出自己各方面的不足之处，在今后的工作中要不断加强业务学习，提高自身能力，在今后的工作中取得成绩。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3、在公司提供客户需求信息资源这一块中，也屡次没有取得好成绩，错过了很多客户资源，因各方面因素导致大部分客户购买了其它同行的产品。</w:t>
      </w:r>
      <w:r>
        <w:rPr>
          <w:lang w:eastAsia="zh-CN"/>
        </w:rPr>
        <w:br/>
      </w:r>
      <w:r>
        <w:rPr>
          <w:lang w:eastAsia="zh-CN"/>
        </w:rPr>
        <w:t>　　4、在今后的工作中，要抓住这方面的客户，争取把握分析、处理好各项工作，加强同客户的交流、沟通。了解他们的需求，能够准确地处理好，来赢得客户的信任，能够使他们产生二次购买。</w:t>
      </w:r>
      <w:r>
        <w:rPr>
          <w:lang w:eastAsia="zh-CN"/>
        </w:rPr>
        <w:br/>
      </w:r>
      <w:r>
        <w:rPr>
          <w:lang w:eastAsia="zh-CN"/>
        </w:rPr>
        <w:t>　　新的一年即将开始，紧张而又忙碌的工作将要开始启程，明确公司的目标、计划。计划好自己的工作和个人目标。</w:t>
      </w:r>
      <w:r>
        <w:rPr>
          <w:lang w:eastAsia="zh-CN"/>
        </w:rPr>
        <w:br/>
      </w:r>
      <w:r>
        <w:rPr>
          <w:lang w:eastAsia="zh-CN"/>
        </w:rPr>
        <w:t>　　在平时的各项工作中要细心，跟好新老客户。及时掌握客户的需求，做出相应的计划和工作。吸取以往的教训，摸清同行竞争对手的各方面因素，找出他们的劣势、突出我们的优势;比如质量、服务、配件资源方面，来赢得客户支持，同事也要做好客户关系，加强自己的服务意识，做到让客户买的放心、用的省心。建立长远的合作关系。要想尽办法了解清楚客户的所需、所想，尽量满足客户的需求，多做些这方面的工作，不要轻易放过每个客户的信息，做到有客户就有接触、有了解，做好准备工作，以及对品质的宣传，公司的推广，来争取成绩。</w:t>
      </w:r>
      <w:r>
        <w:rPr>
          <w:lang w:eastAsia="zh-CN"/>
        </w:rPr>
        <w:br/>
      </w:r>
      <w:r>
        <w:rPr>
          <w:lang w:eastAsia="zh-CN"/>
        </w:rPr>
        <w:t>　　面对日益激烈的市场竞争和信息时代的来临，我将在这个神通广大的互联网市场多做企业关键词推广，比如说“___”、“__”、“__”平台上多发布一些我们公司的产品，让客户随时、随地、多方面、多渠道可以搜索到我们公司，提高公司的知名度和信誉度。</w:t>
      </w:r>
      <w:r>
        <w:rPr>
          <w:lang w:eastAsia="zh-CN"/>
        </w:rPr>
        <w:br/>
      </w:r>
      <w:r>
        <w:rPr>
          <w:lang w:eastAsia="zh-CN"/>
        </w:rPr>
        <w:t>　　20__年即将过去，展望20__年，本人将更认真工作，刻苦学习业务知识，提高自身的能力来努力完成销售任务和目标，同时希望公司和个人再上一个新的台阶。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网络销售工作总结与计划精彩例文 篇6 </w:t>
      </w:r>
      <w:r>
        <w:rPr>
          <w:lang w:eastAsia="zh-CN"/>
        </w:rPr>
        <w:br/>
      </w:r>
      <w:r>
        <w:rPr>
          <w:lang w:eastAsia="zh-CN"/>
        </w:rPr>
        <w:t>　　20__年即将过去，中鑫公司取得了长足的发展。作为中鑫公司特殊的一部分，在总公司年初制定的指导思想下，网络分公司在某些方面取得一定的进步，并为来年发展打下了一定的基础。但是我们也看到了许多不足，是以后急待和必须解决的。</w:t>
      </w:r>
      <w:r>
        <w:rPr>
          <w:lang w:eastAsia="zh-CN"/>
        </w:rPr>
        <w:br/>
      </w:r>
      <w:r>
        <w:rPr>
          <w:lang w:eastAsia="zh-CN"/>
        </w:rPr>
        <w:t>　　内容：工作情况、内部管理</w:t>
      </w:r>
      <w:r>
        <w:rPr>
          <w:lang w:eastAsia="zh-CN"/>
        </w:rPr>
        <w:br/>
      </w:r>
      <w:r>
        <w:rPr>
          <w:lang w:eastAsia="zh-CN"/>
        </w:rPr>
        <w:t>　　第一部分：工作情况：</w:t>
      </w:r>
      <w:r>
        <w:rPr>
          <w:lang w:eastAsia="zh-CN"/>
        </w:rPr>
        <w:br/>
      </w:r>
      <w:r>
        <w:rPr>
          <w:lang w:eastAsia="zh-CN"/>
        </w:rPr>
        <w:t>　　网络分公司20__年总体工作情况可以归结为：以网络集成为主，在新的行业和产品中不断探索与总结，并逐步引入新产品、步入新市场，为20__年打下坚实的基础。</w:t>
      </w:r>
      <w:r>
        <w:rPr>
          <w:lang w:eastAsia="zh-CN"/>
        </w:rPr>
        <w:br/>
      </w:r>
      <w:r>
        <w:rPr>
          <w:lang w:eastAsia="zh-CN"/>
        </w:rPr>
        <w:t>　　在这一年中，网络分公司在总公司的指导下，以锻炼内部人员为主，充分发挥自己的能力，积极开拓企业网系统集成项目，按照进度基本完成了今年的任务。主要体现在以下几点：</w:t>
      </w:r>
      <w:r>
        <w:rPr>
          <w:lang w:eastAsia="zh-CN"/>
        </w:rPr>
        <w:br/>
      </w:r>
      <w:r>
        <w:rPr>
          <w:lang w:eastAsia="zh-CN"/>
        </w:rPr>
        <w:t>　　一、河南省某局60KVAUPS电源系统，此项目为公司(也是厂家在该局)在大机(指20KVA以上的UPS电源)上取得了突破，赢得了厂家的肯定和用户的认可。该系统设备正常，运行稳定。</w:t>
      </w:r>
      <w:r>
        <w:rPr>
          <w:lang w:eastAsia="zh-CN"/>
        </w:rPr>
        <w:br/>
      </w:r>
      <w:r>
        <w:rPr>
          <w:lang w:eastAsia="zh-CN"/>
        </w:rPr>
        <w:t>　　二、河南省某食品有限公司的网络扩建和视频会议系统的建设，该在原有网络设备的基础上，软件和硬件做了进一步完善和扩充;在原有网络结构上，进行增值应用，新增了一套视频会议系统，该系统是公司切入视讯产品和建设的第一个工程，为公司在新产品引入、系统集成范围的完善和新工程的施工建设上做了市场和人才方面的准备，为公司带来利润的同时锻炼了队伍的业务能力和技术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三、郑州某房地产公司网络工程以及后续的会议电视系统。该公司的.网络结构比较复杂，由于不是一个运营商单独为其提供专线服务，存在多种专线，而且在外省分公司的专线和组网方式也是多种多样。在这种情况下，公司内部工程师搭建全新的组网方式，并很快地拿出了满足客户要求的拓扑图，并充分利用和运营商关系较好这样一种资源，顺利地完成了该项目。和第二家公司类似，该公司在随后也上了一套视频会议系统，在客户严格的招投标程序以及聚集了国内众多视频会议系统厂家和集成单位参与投标的情况下，分公司通过合理分工，从技术、商务等多个方面出击，最终脱颖而出签下了订单(由于是河南省第一家上视频会议系统的房地产公司项目，众多厂家非常重视，尤其是国内的制造商)。由于客户比较谨慎，该项目的组网方案和投资金额经过多次变更，因此公司从立项到签单整个过程体现了很好的团队合作精神，为以后建立学习型团队做了实践准备。</w:t>
      </w:r>
      <w:r>
        <w:rPr>
          <w:lang w:eastAsia="zh-CN"/>
        </w:rPr>
        <w:br/>
      </w:r>
      <w:r>
        <w:rPr>
          <w:lang w:eastAsia="zh-CN"/>
        </w:rPr>
        <w:t>　　四、河南某运营商12地市3层交换机组网工程，此工程是在12地市分公司新增客户容量的情况下进行的，起点高，工期紧，而且是全省统一联调，在人员有限的情况下，经过合理协调、调配以及努力，按时按质地完成了整个项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以上几个工程为公司的重点项目，有的还是新市场和新业务区域，完成得都比较好，更重要的是建立了很好的客户基础、团队也得到了锻炼和发展。但是也存在许多不足，比如说在局部组网中对结构分析不全面、对新设备性能没有很好地掌握、团队成员在对同一问题的解释有差异、为了“更好”地为客户服务而主动承诺过多的工作等，这些在以后工作过程中需要更好的改善。</w:t>
      </w:r>
      <w:r>
        <w:rPr>
          <w:lang w:eastAsia="zh-CN"/>
        </w:rPr>
        <w:br/>
      </w:r>
      <w:r>
        <w:rPr>
          <w:lang w:eastAsia="zh-CN"/>
        </w:rPr>
        <w:t>　　另外，在河南省主要企事业和高等院校单位进行了一定程度的交流，建立了较好的客户关系，为后续合作做了铺垫。</w:t>
      </w:r>
      <w:r>
        <w:rPr>
          <w:lang w:eastAsia="zh-CN"/>
        </w:rPr>
        <w:br/>
      </w:r>
      <w:r>
        <w:rPr>
          <w:lang w:eastAsia="zh-CN"/>
        </w:rPr>
        <w:t>　　第二部分：内部管理</w:t>
      </w:r>
      <w:r>
        <w:rPr>
          <w:lang w:eastAsia="zh-CN"/>
        </w:rPr>
        <w:br/>
      </w:r>
      <w:r>
        <w:rPr>
          <w:lang w:eastAsia="zh-CN"/>
        </w:rPr>
        <w:t>　　网络分公司内部管理主要从以下几个方面入手：</w:t>
      </w:r>
      <w:r>
        <w:rPr>
          <w:lang w:eastAsia="zh-CN"/>
        </w:rPr>
        <w:br/>
      </w:r>
      <w:r>
        <w:rPr>
          <w:lang w:eastAsia="zh-CN"/>
        </w:rPr>
        <w:t>　　1、分公司帐务的核对以及仓库的盘点：由于网络分公司业务对比与其它分公司业务的特殊性，在出、入库，应收帐款等方面存在一定脱节，在加上财务主管的频繁更换，致使这些问题得不到及时妥善的解决。从20__年开始，分公司根据总公司相关制度制定了一套比较行之有效的办法，并且将以前的老帐进行了全面核对和校正，使帐面和实际的业务发生数量持平。</w:t>
      </w:r>
      <w:r>
        <w:rPr>
          <w:lang w:eastAsia="zh-CN"/>
        </w:rPr>
        <w:br/>
      </w:r>
      <w:r>
        <w:rPr>
          <w:lang w:eastAsia="zh-CN"/>
        </w:rPr>
        <w:t>　　2、在20__年基础上，制定出了一套新的行之有效的绩效考核制度，正负激励更趋合理，在人员少的情况下很好地调动了大家的积极性，做到了项目到团队，责任到个人。</w:t>
      </w:r>
      <w:r>
        <w:rPr>
          <w:lang w:eastAsia="zh-CN"/>
        </w:rPr>
        <w:br/>
      </w:r>
      <w:r>
        <w:rPr>
          <w:lang w:eastAsia="zh-CN"/>
        </w:rPr>
        <w:t>　　3、团队建设方面依据实际情况，按不同的行业和项目组建临时的反应迅速的小团队，直到项目完全结束。团队的培养总体上以全体分公司人员为主，并结合项目的进展交叉建设，既合理地培养了员工的团队合作意识，又很好地解决了因人员不足引起的频繁交叉。</w:t>
      </w:r>
      <w:r>
        <w:rPr>
          <w:lang w:eastAsia="zh-CN"/>
        </w:rPr>
        <w:br/>
      </w:r>
      <w:r>
        <w:rPr>
          <w:lang w:eastAsia="zh-CN"/>
        </w:rPr>
        <w:t>　　4、日常管理和考核在不违反总公司管理制度的前提下，分公司内部尽量给员工创造一种高效而灵活的工作环境和工作氛围，让大家更好地投入到工作和工程实施中，得到了内部员工的认可。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5、分公司内部建立了帮带的培养办法，老员工和领导不仅在公司更是在实际的操作过程中，以切身体会，把自己的知识和经验手把手地传授给同事，形成了较好的学习环境。</w:t>
      </w:r>
      <w:r>
        <w:rPr>
          <w:lang w:eastAsia="zh-CN"/>
        </w:rPr>
        <w:br/>
      </w:r>
      <w:r>
        <w:rPr>
          <w:lang w:eastAsia="zh-CN"/>
        </w:rPr>
        <w:t>　　6、很好地坚持了每周的例会制度，及时的发现和解决问题，组织大家对问题进行沟通和探讨，使大家在互相学习的过程中得到了提高。</w:t>
      </w:r>
      <w:r>
        <w:rPr>
          <w:lang w:eastAsia="zh-CN"/>
        </w:rPr>
        <w:br/>
      </w:r>
      <w:r>
        <w:rPr>
          <w:lang w:eastAsia="zh-CN"/>
        </w:rPr>
        <w:t>　　虽然在员工的稳定性方面做得比较好，但是在新鲜血液的引入方面做的不够，</w:t>
      </w:r>
      <w:r>
        <w:rPr>
          <w:lang w:eastAsia="zh-CN"/>
        </w:rPr>
        <w:br/>
      </w:r>
      <w:r>
        <w:rPr>
          <w:lang w:eastAsia="zh-CN"/>
        </w:rPr>
        <w:t>　　类似于这种问题是以后值得注意和解决的。</w:t>
      </w:r>
      <w:r>
        <w:rPr>
          <w:lang w:eastAsia="zh-CN"/>
        </w:rPr>
        <w:br/>
      </w:r>
      <w:r>
        <w:rPr>
          <w:lang w:eastAsia="zh-CN"/>
        </w:rPr>
        <w:t>　　回顾20__年，展望20__年，网络分公司全体员工已经做好了准备，在新的一年里有更好的进步和发展，彻底打个翻身仗。</w:t>
      </w:r>
      <w:r>
        <w:rPr>
          <w:lang w:eastAsia="zh-CN"/>
        </w:rPr>
        <w:br/>
      </w:r>
      <w:r>
        <w:rPr>
          <w:lang w:eastAsia="zh-CN"/>
        </w:rPr>
        <w:t>　　面对困难，我们会积极想办法解决;</w:t>
      </w:r>
      <w:r>
        <w:rPr>
          <w:lang w:eastAsia="zh-CN"/>
        </w:rPr>
        <w:br/>
      </w:r>
      <w:r>
        <w:rPr>
          <w:lang w:eastAsia="zh-CN"/>
        </w:rPr>
        <w:t>　　面对压力，我们会把它变为动力;</w:t>
      </w:r>
      <w:r>
        <w:rPr>
          <w:lang w:eastAsia="zh-CN"/>
        </w:rPr>
        <w:br/>
      </w:r>
      <w:r>
        <w:rPr>
          <w:lang w:eastAsia="zh-CN"/>
        </w:rPr>
        <w:t>　　面对挑战，我们会积极应对;</w:t>
      </w:r>
      <w:r>
        <w:rPr>
          <w:lang w:eastAsia="zh-CN"/>
        </w:rPr>
        <w:br/>
      </w:r>
      <w:r>
        <w:rPr>
          <w:lang w:eastAsia="zh-CN"/>
        </w:rPr>
        <w:t>　　面对机遇，我们会有准备地把握。</w:t>
      </w:r>
      <w:r>
        <w:rPr>
          <w:lang w:eastAsia="zh-CN"/>
        </w:rPr>
        <w:br/>
      </w:r>
      <w:r>
        <w:rPr>
          <w:lang w:eastAsia="zh-CN"/>
        </w:rPr>
        <w:t xml:space="preserve">    网络销售工作总结与计划精彩例文 篇7 </w:t>
      </w:r>
      <w:r>
        <w:rPr>
          <w:lang w:eastAsia="zh-CN"/>
        </w:rPr>
        <w:br/>
      </w:r>
      <w:r>
        <w:rPr>
          <w:lang w:eastAsia="zh-CN"/>
        </w:rPr>
        <w:t>　　从网络营销部成立至今，在公司领导及各兄弟部门的大力支持下以及网络营销部成员的共同努力下，网络营销部在网络推广、网络营销以及渠道拓展上都取得了不错的成绩，但仍然存在着一些不足及欠缺需要我们改进和纠正。具体表现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推广方式还应专业化、随机应变化。20__年百度收缩引擎每隔一周便会调整关键词排名的政策，老一套的方法已逐渐失去成效。如何让工程技术相关产业的关键词不被同行的企业所替代所掩盖?是我们今年一直面临的课题。这就需要我们不断去研究去观察百度的排名规则。随排名规则对推广方式进行调整及更改。从而达到网络推广最优化的效果。</w:t>
      </w:r>
      <w:r>
        <w:rPr>
          <w:lang w:eastAsia="zh-CN"/>
        </w:rPr>
        <w:br/>
      </w:r>
      <w:r>
        <w:rPr>
          <w:lang w:eastAsia="zh-CN"/>
        </w:rPr>
        <w:t>　　2、重视招投标项目，加强重点投标项目的监管。仅仅通过网络来接单已不能满足网络营销目前的发展需求。网络营销部想要获得更大的突破及发展，必须重视建筑领域相关产业的招投标项目。一方面招投标项目金额比较大，生产部门也非常支持。另一方面无论是通过跟业主及施工单位的前期沟通，还是招投标项目全过程的跟进。我们自身的能力都得到了更深一层次的提升。</w:t>
      </w:r>
      <w:r>
        <w:rPr>
          <w:lang w:eastAsia="zh-CN"/>
        </w:rPr>
        <w:br/>
      </w:r>
      <w:r>
        <w:rPr>
          <w:lang w:eastAsia="zh-CN"/>
        </w:rPr>
        <w:t>　　3、对客户主动积极性不够，客户把控度还需加强。在接单的过程中经常会碰到一些模菱两口的客户或者是因为价格未能成单的一些客户。针对于这样的客户我们必须主动出击，根据客户的需求逐个击破不浪费网络推广得之不易的客户。与此同时，作为网络营销部的成员也应提高自身素质，不断强化新专业、新领域的学习;同时在接待客户过程中加强沟通与谈判锤炼，不断提升与客户的沟通技能与签单技能。一条适合工作技术公司自己的网络营销之道。</w:t>
      </w:r>
      <w:r>
        <w:rPr>
          <w:lang w:eastAsia="zh-CN"/>
        </w:rPr>
        <w:br/>
      </w:r>
      <w:r>
        <w:rPr>
          <w:lang w:eastAsia="zh-CN"/>
        </w:rPr>
        <w:t>　　形势分析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20__年年底，中国网民已达到4亿的人数。位居全球第一。巨大的上网人数带来了巨大的商机。在欧美国家，90%以上的企业都建立了自己的网站;通过网络寻找自己的客户、寻找需要的产品，这已经成为了习惯。网上巨大的消费群体特别是企业的商务习惯文化，给网络营销提供了广阔的空间。</w:t>
      </w:r>
      <w:r>
        <w:rPr>
          <w:lang w:eastAsia="zh-CN"/>
        </w:rPr>
        <w:br/>
      </w:r>
      <w:r>
        <w:rPr>
          <w:lang w:eastAsia="zh-CN"/>
        </w:rPr>
        <w:t>　　随着计算机技术在世界范围内的迅速普及,网络营销活动也在迅猛发展。与传统营销方式相比，网络营销优势尽显无疑,必将成为新世纪企业营销的主流。市场营销与网络技术的结合，必将随着网络实践活动的深入开展而不断得到深化，新的结合空间和领域将不断被发现。</w:t>
      </w:r>
      <w:r>
        <w:rPr>
          <w:lang w:eastAsia="zh-CN"/>
        </w:rPr>
        <w:br/>
      </w:r>
      <w:r>
        <w:rPr>
          <w:lang w:eastAsia="zh-CN"/>
        </w:rPr>
        <w:t>　　这对于我们公司而言是机遇亦是挑战。随着竞争对手的不断涌入，我们必须做好更充分的准备，发挥在网络上取得的先机，取得市场的主动权，拉开与同行之间的差距，以至立于不败之地。</w:t>
      </w:r>
      <w:r>
        <w:rPr>
          <w:lang w:eastAsia="zh-CN"/>
        </w:rPr>
        <w:br/>
      </w:r>
      <w:r>
        <w:rPr>
          <w:lang w:eastAsia="zh-CN"/>
        </w:rPr>
        <w:t>　　后期举措</w:t>
      </w:r>
      <w:r>
        <w:rPr>
          <w:lang w:eastAsia="zh-CN"/>
        </w:rPr>
        <w:br/>
      </w:r>
      <w:r>
        <w:rPr>
          <w:lang w:eastAsia="zh-CN"/>
        </w:rPr>
        <w:t>　　(一) 维持现有排名、突破更多关键词排名靠前</w:t>
      </w:r>
      <w:r>
        <w:rPr>
          <w:lang w:eastAsia="zh-CN"/>
        </w:rPr>
        <w:br/>
      </w:r>
      <w:r>
        <w:rPr>
          <w:lang w:eastAsia="zh-CN"/>
        </w:rPr>
        <w:t>　　在百度和谷歌首页，目前我们所拥有的网站中，关键词排名平均每个网站就有5个关键词排在百度首页，目前官网出现在百度首页的词有10个，所以，务必稳定好每个关键词也是网络部一项重要工作，稳中求突破，目前网络部在关键词比较稳定的情况下，会转移一些精力做好更多的关键词排名，力求更多的关键词出现在百度首页。</w:t>
      </w:r>
      <w:r>
        <w:rPr>
          <w:lang w:eastAsia="zh-CN"/>
        </w:rPr>
        <w:br/>
      </w:r>
      <w:r>
        <w:rPr>
          <w:lang w:eastAsia="zh-CN"/>
        </w:rPr>
        <w:t>　　(二)推广优化是网络部的核心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宝冶技术旗下涉及近40多个专业，囊括了整个工程领域。网络推广的关键词有100多个，客户搜索更加随意。在网络营销过程中，推广是部门工作重心，也是部门得以发展的基础，如何让客户随意搜素我公司的业务关键词也能确保找到我们，是网络营销部一如既往的课题。</w:t>
      </w:r>
      <w:r>
        <w:rPr>
          <w:lang w:eastAsia="zh-CN"/>
        </w:rPr>
        <w:br/>
      </w:r>
      <w:r>
        <w:rPr>
          <w:lang w:eastAsia="zh-CN"/>
        </w:rPr>
        <w:t>　　(三)探索新兴的网络营销新手段</w:t>
      </w:r>
      <w:r>
        <w:rPr>
          <w:lang w:eastAsia="zh-CN"/>
        </w:rPr>
        <w:br/>
      </w:r>
      <w:r>
        <w:rPr>
          <w:lang w:eastAsia="zh-CN"/>
        </w:rPr>
        <w:t>　　20__年，网络部将在原有网络推广渠道上开辟创新，不断尝试新的网销途径。</w:t>
      </w:r>
      <w:r>
        <w:rPr>
          <w:lang w:eastAsia="zh-CN"/>
        </w:rPr>
        <w:br/>
      </w:r>
      <w:r>
        <w:rPr>
          <w:lang w:eastAsia="zh-CN"/>
        </w:rPr>
        <w:t>　　微群营销。借助微群这一平台用户基数大，用户活跃度高的特点进行的包括品牌推广、活动策划、个人形象包装、产品宣传等等一系列的营销活动，全面提升宝冶技术品牌影响力。</w:t>
      </w:r>
      <w:r>
        <w:rPr>
          <w:lang w:eastAsia="zh-CN"/>
        </w:rPr>
        <w:br/>
      </w:r>
      <w:r>
        <w:rPr>
          <w:lang w:eastAsia="zh-CN"/>
        </w:rPr>
        <w:t>　　网络部全体人员在认真总结过去经验教训的基础上，会继续改正工作中的缺点，以崭新的工作面貌和更大的干劲去迎接新的战斗。同时网络部在各方面都将变的更加成熟、更加强壮，在最后的2个月时间，确保超额完成公司20__年初下达的指标。</w:t>
      </w:r>
      <w:r>
        <w:rPr>
          <w:lang w:eastAsia="zh-CN"/>
        </w:rPr>
        <w:br/>
      </w:r>
      <w:r>
        <w:rPr>
          <w:lang w:eastAsia="zh-CN"/>
        </w:rPr>
        <w:t xml:space="preserve">    网络销售工作总结与计划精彩例文 篇8 </w:t>
      </w:r>
      <w:r>
        <w:rPr>
          <w:lang w:eastAsia="zh-CN"/>
        </w:rPr>
        <w:br/>
      </w:r>
      <w:r>
        <w:rPr>
          <w:lang w:eastAsia="zh-CN"/>
        </w:rPr>
        <w:t>　　风风雨雨又一年，20__年就快接近尾声，新的20__年在向我们招手!想当初进入公司时的懵懵懂懂，通过公司对专业知识的培训与操作, 这才让我找到了方向感,慢慢融入到了这种工作环境与工作模式,从打样与接待客户是陆续不断,虽然付出的劳动有时候没有得到相同的汇报。但我相信,努力了就会有希望,不努力就一定不会有希望。现将20__年的网络销售工作做以下总结：</w:t>
      </w:r>
      <w:r>
        <w:rPr>
          <w:lang w:eastAsia="zh-CN"/>
        </w:rPr>
        <w:br/>
      </w:r>
      <w:r>
        <w:rPr>
          <w:lang w:eastAsia="zh-CN"/>
        </w:rPr>
        <w:t>　　一、认真学习，努力提高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因为所学专业与工作不对口，工作初期遇到一些困难，但这不是理由，我必须要大量学习行业的相关知识，及销售人员的相关知识，才能在时代的不断发展变化中，不被淘汰，而我们所做的工作也在随时代的不断变化而变化，要适应工作需要，唯一的方式就是加强学习。</w:t>
      </w:r>
      <w:r>
        <w:rPr>
          <w:lang w:eastAsia="zh-CN"/>
        </w:rPr>
        <w:br/>
      </w:r>
      <w:r>
        <w:rPr>
          <w:lang w:eastAsia="zh-CN"/>
        </w:rPr>
        <w:t>　　二、脚踏实地，努力工作</w:t>
      </w:r>
      <w:r>
        <w:rPr>
          <w:lang w:eastAsia="zh-CN"/>
        </w:rPr>
        <w:br/>
      </w:r>
      <w:r>
        <w:rPr>
          <w:lang w:eastAsia="zh-CN"/>
        </w:rPr>
        <w:t>　　要做一名合格的网络营销员，首先要熟悉业务知识，进入角色。</w:t>
      </w:r>
      <w:r>
        <w:rPr>
          <w:lang w:eastAsia="zh-CN"/>
        </w:rPr>
        <w:br/>
      </w:r>
      <w:r>
        <w:rPr>
          <w:lang w:eastAsia="zh-CN"/>
        </w:rPr>
        <w:t>　　有一定的承受压力能力，勤奋努力，一步一个脚印，注意细节问题。其次是认真对待本职工作和领导交办的每一件事。认真对待，及时办理，不拖延、不误事、不敷衍。</w:t>
      </w:r>
      <w:r>
        <w:rPr>
          <w:lang w:eastAsia="zh-CN"/>
        </w:rPr>
        <w:br/>
      </w:r>
      <w:r>
        <w:rPr>
          <w:lang w:eastAsia="zh-CN"/>
        </w:rPr>
        <w:t>　　三、强化形象，提高自身素质</w:t>
      </w:r>
      <w:r>
        <w:rPr>
          <w:lang w:eastAsia="zh-CN"/>
        </w:rPr>
        <w:br/>
      </w:r>
      <w:r>
        <w:rPr>
          <w:lang w:eastAsia="zh-CN"/>
        </w:rPr>
        <w:t>　　为做好销售工作，一直坚持严格要求自己，以诚待人。工作最大地规律就是“无规律”。因此，我们正确认识自身的工作和价值，正确处理苦与乐，得与失、个人利益和集体利益的关系，坚持甘于奉献、诚实敬业，</w:t>
      </w:r>
      <w:r>
        <w:rPr>
          <w:lang w:eastAsia="zh-CN"/>
        </w:rPr>
        <w:br/>
      </w:r>
      <w:r>
        <w:rPr>
          <w:lang w:eastAsia="zh-CN"/>
        </w:rPr>
        <w:t>　　四、锤炼业务讲提高</w:t>
      </w:r>
      <w:r>
        <w:rPr>
          <w:lang w:eastAsia="zh-CN"/>
        </w:rPr>
        <w:br/>
      </w:r>
      <w:r>
        <w:rPr>
          <w:lang w:eastAsia="zh-CN"/>
        </w:rPr>
        <w:t>　　经过1年多的学习和锻炼，我们在工作上取得一定的进步，利用淘宝与各大网站传阅的资讯，细心学习他人长处，改掉自己不足，并虚心向同行请教，在不断学习和探索中使自身在销售领域上有所提高。</w:t>
      </w:r>
      <w:r>
        <w:rPr>
          <w:lang w:eastAsia="zh-CN"/>
        </w:rPr>
        <w:br/>
      </w:r>
      <w:r>
        <w:rPr>
          <w:lang w:eastAsia="zh-CN"/>
        </w:rPr>
        <w:t>　　在错误中总结经验，在经验中成长，一年来的销售工作，我总结了以下的销售心得：</w:t>
      </w:r>
      <w:r>
        <w:rPr>
          <w:lang w:eastAsia="zh-CN"/>
        </w:rPr>
        <w:br/>
      </w:r>
      <w:r>
        <w:rPr>
          <w:lang w:eastAsia="zh-CN"/>
        </w:rPr>
        <w:t>　　1、做客户诉求的倾听者，不要轻易反驳客户</w:t>
      </w:r>
      <w:r>
        <w:rPr>
          <w:lang w:eastAsia="zh-CN"/>
        </w:rPr>
        <w:br/>
      </w:r>
      <w:r>
        <w:rPr>
          <w:lang w:eastAsia="zh-CN"/>
        </w:rPr>
        <w:t>　　2、 向客户请教，要做到不耻下问</w:t>
      </w:r>
      <w:r>
        <w:rPr>
          <w:lang w:eastAsia="zh-CN"/>
        </w:rPr>
        <w:br/>
      </w:r>
      <w:r>
        <w:rPr>
          <w:lang w:eastAsia="zh-CN"/>
        </w:rPr>
        <w:t>　　3、学会“进退战略”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4、 知已知彼，扬长避短</w:t>
      </w:r>
      <w:r>
        <w:rPr>
          <w:lang w:eastAsia="zh-CN"/>
        </w:rPr>
        <w:br/>
      </w:r>
      <w:r>
        <w:rPr>
          <w:lang w:eastAsia="zh-CN"/>
        </w:rPr>
        <w:t>　　5、不在客户面前诋毁同行，揭同行的短</w:t>
      </w:r>
      <w:r>
        <w:rPr>
          <w:lang w:eastAsia="zh-CN"/>
        </w:rPr>
        <w:br/>
      </w:r>
      <w:r>
        <w:rPr>
          <w:lang w:eastAsia="zh-CN"/>
        </w:rPr>
        <w:t>　　6、站在客户的角度提问题，分别有渐进式与问候式。想客户之所想，急客户之所急</w:t>
      </w:r>
      <w:r>
        <w:rPr>
          <w:lang w:eastAsia="zh-CN"/>
        </w:rPr>
        <w:br/>
      </w:r>
      <w:r>
        <w:rPr>
          <w:lang w:eastAsia="zh-CN"/>
        </w:rPr>
        <w:t>　　7、取得客户信任，要从朋友做起，学会感情投资</w:t>
      </w:r>
      <w:r>
        <w:rPr>
          <w:lang w:eastAsia="zh-CN"/>
        </w:rPr>
        <w:br/>
      </w:r>
      <w:r>
        <w:rPr>
          <w:lang w:eastAsia="zh-CN"/>
        </w:rPr>
        <w:t>　　8、应变能力要强，反映要敏捷</w:t>
      </w:r>
      <w:r>
        <w:rPr>
          <w:lang w:eastAsia="zh-CN"/>
        </w:rPr>
        <w:br/>
      </w:r>
      <w:r>
        <w:rPr>
          <w:lang w:eastAsia="zh-CN"/>
        </w:rPr>
        <w:t>　　9、相互信任，销售产品先要销售自己，认同产品，先人品后产品</w:t>
      </w:r>
      <w:r>
        <w:rPr>
          <w:lang w:eastAsia="zh-CN"/>
        </w:rPr>
        <w:br/>
      </w:r>
      <w:r>
        <w:rPr>
          <w:lang w:eastAsia="zh-CN"/>
        </w:rPr>
        <w:t>　　11、注意仪表仪态，礼貌待人，文明用语</w:t>
      </w:r>
      <w:r>
        <w:rPr>
          <w:lang w:eastAsia="zh-CN"/>
        </w:rPr>
        <w:br/>
      </w:r>
      <w:r>
        <w:rPr>
          <w:lang w:eastAsia="zh-CN"/>
        </w:rPr>
        <w:t>　　12、心态平衡，不要急于求成</w:t>
      </w:r>
      <w:r>
        <w:rPr>
          <w:lang w:eastAsia="zh-CN"/>
        </w:rPr>
        <w:br/>
      </w:r>
      <w:r>
        <w:rPr>
          <w:lang w:eastAsia="zh-CN"/>
        </w:rPr>
        <w:t>　　做为一名合格的销售人员首先要对自己所售产品非常熟悉了解，了解自己产品的优点与缺点，适合哪些行业，客户群体是哪些，才能更好的向客户展示自己与产品的专业性，才能迎得客户的关注与信任。当然对竞争对手也不要忽略。要有针对性的了解对手产品的优势与劣势，对症下药，用我们的优势战胜对方的劣势。</w:t>
      </w:r>
      <w:r>
        <w:rPr>
          <w:lang w:eastAsia="zh-CN"/>
        </w:rPr>
        <w:br/>
      </w:r>
      <w:r>
        <w:rPr>
          <w:lang w:eastAsia="zh-CN"/>
        </w:rPr>
        <w:t>　　总说自己的产品有多好，别人也不会全信。同行中存在的缺点与不足也不要恶意去攻击与批判，要引导客户去分析判断，建议客户通过实地考察。</w:t>
      </w:r>
      <w:r>
        <w:rPr>
          <w:lang w:eastAsia="zh-CN"/>
        </w:rPr>
        <w:br/>
      </w:r>
      <w:r>
        <w:rPr>
          <w:lang w:eastAsia="zh-CN"/>
        </w:rPr>
        <w:t>　　一年来的工作虽然取得了一定的成绩，但也存在一些不足，主要是：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一、针对意向客户没有做到及时跟踪与回访，所以在以后的工作中要将客户的意向度分门别类，做好标记，定期回访，以防遗忘客户资料。</w:t>
      </w:r>
      <w:r>
        <w:rPr>
          <w:lang w:eastAsia="zh-CN"/>
        </w:rPr>
        <w:br/>
      </w:r>
      <w:r>
        <w:rPr>
          <w:lang w:eastAsia="zh-CN"/>
        </w:rPr>
        <w:t>　　二、由于能力有限，对一些事情的处理还不太妥当。要加强认真学习销售员的规范。</w:t>
      </w:r>
      <w:r>
        <w:rPr>
          <w:lang w:eastAsia="zh-CN"/>
        </w:rPr>
        <w:br/>
      </w:r>
      <w:r>
        <w:rPr>
          <w:lang w:eastAsia="zh-CN"/>
        </w:rPr>
        <w:t>　　三、思想服务程度还不够，学习、服务上还不够，和有经验的同事比较还有一定差距，业务上还在基本格式上徘徊，内容上缺少纵深挖掘的延伸</w:t>
      </w:r>
      <w:r>
        <w:rPr>
          <w:lang w:eastAsia="zh-CN"/>
        </w:rPr>
        <w:br/>
      </w:r>
      <w:r>
        <w:rPr>
          <w:lang w:eastAsia="zh-CN"/>
        </w:rPr>
        <w:t>　　在今后的工作中，我将通过努力学习和不断摸索，努力完成自己的任务，我坚信工作只要用心努力去做，就一定能够做好。20__年我会加油!</w:t>
      </w:r>
      <w:r>
        <w:rPr>
          <w:lang w:eastAsia="zh-CN"/>
        </w:rPr>
        <w:br/>
      </w:r>
      <w:r>
        <w:rPr>
          <w:lang w:eastAsia="zh-CN"/>
        </w:rPr>
        <w:t xml:space="preserve">    网络销售工作总结与计划精彩例文 篇9 </w:t>
      </w:r>
      <w:r>
        <w:rPr>
          <w:lang w:eastAsia="zh-CN"/>
        </w:rPr>
        <w:br/>
      </w:r>
      <w:r>
        <w:rPr>
          <w:lang w:eastAsia="zh-CN"/>
        </w:rPr>
        <w:t>　　对于每一个追求进步的人来说，免不了会在年终岁未对自己进行一番盘点，也是对自己的一种鞭策。不经意间20__年转眼就要过去了。默默地算来，从参加工作，来到特别特，加入我们这个有着家庭一般氛围的团体到现在已经有3年的时间了。我个人的幸福小家也是在这里实现的，3年的时间放在以往或许会显得很漫长，但这3年对于我来说却是那么的短暂，仿佛是在眨眼间变消逝而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20__年，比较坎坷的一年，或许自己没有做好工作准备，对自己的不负责任进行了反思，行为本身并不能说明自身的性质，而是取决于我们行动时的精神状态。工作是否单调乏味，往往取决于我们做它时的心境，没有百分百如意顺心的工作，没有百分百不需要改进和总结的工作，工作和生活和人生一样有不尽人意的地方，重要的是调整自己的状态和心态。总结自己在20__年还是很情绪化，没有完全做到体谅领导和同事，在自己身上找原因，做任何事都会有第一次的，经历了第一次之后，我发现第一次做事时最重要的是不要害怕，要有信心，激情和责任心。</w:t>
      </w:r>
      <w:r>
        <w:rPr>
          <w:lang w:eastAsia="zh-CN"/>
        </w:rPr>
        <w:br/>
      </w:r>
      <w:r>
        <w:rPr>
          <w:lang w:eastAsia="zh-CN"/>
        </w:rPr>
        <w:t>　　现在作为一名网络营销新手前期任务是一个知识积累的过程，不断的积累只是来壮大自己。这样才能厚积薄发。今年参与20__朔州春晚与春拜，我们也找到了工作中的不足和问题，接下来的工作中要不断完善，新的一年意味着新的起点新的机遇新的挑战、决心再接再厉，更上一层楼，一定努力打开一个工作新局面</w:t>
      </w:r>
      <w:r>
        <w:rPr>
          <w:lang w:eastAsia="zh-CN"/>
        </w:rPr>
        <w:br/>
      </w:r>
      <w:r>
        <w:rPr>
          <w:lang w:eastAsia="zh-CN"/>
        </w:rPr>
        <w:t>　　网络营销作为一种新时代的营销模式，正以其成本低、信息量大、传播范围广、速度快、无时间地域限制、形象生动、可双向交流、反馈迅速等特点显示出传统营销无法比拟的优越性。没学之前，总认为网络销售应该是一种很简单的销售渠道，随着对网络销售的认知，我才发现其中的技巧并不亚于现实生活中的销售方案来得简单。在网络营销中，要想脱颖而出，就必须寻找新奇、创新的方案。两次的实训只是所学的一个简单运用， 3个月的经历需要时间淀定为自己的经验，在以后的工作中要加强对网络知识的深入学习，为以后更加娴熟的应用打下坚实的基础。</w:t>
      </w:r>
      <w:r>
        <w:rPr>
          <w:lang w:eastAsia="zh-CN"/>
        </w:rPr>
        <w:br/>
      </w:r>
      <w:r>
        <w:rPr>
          <w:lang w:eastAsia="zh-CN"/>
        </w:rPr>
        <w:t>　　20__时刻提醒：</w:t>
      </w:r>
      <w:r>
        <w:rPr>
          <w:lang w:eastAsia="zh-CN"/>
        </w:rPr>
        <w:br/>
      </w:r>
      <w:r>
        <w:rPr>
          <w:lang w:eastAsia="zh-CN"/>
        </w:rPr>
        <w:t>　　一、做好本职工作</w:t>
      </w:r>
      <w:r>
        <w:rPr>
          <w:lang w:eastAsia="zh-CN"/>
        </w:rPr>
        <w:br/>
      </w:r>
      <w:r>
        <w:rPr>
          <w:lang w:eastAsia="zh-CN"/>
        </w:rPr>
        <w:t>　　二、善于沟通交流，强于协助协调</w:t>
      </w:r>
      <w:r>
        <w:rPr>
          <w:lang w:eastAsia="zh-CN"/>
        </w:rPr>
        <w:br/>
      </w:r>
      <w:r>
        <w:rPr>
          <w:lang w:eastAsia="zh-CN"/>
        </w:rPr>
        <w:t>　　三、精于技术知识与实际操作熟练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20__年任重而道远，机遇与困难并存，目标与现实之差距，都要我们去面对，去迎接挑战。有这么一句名言人的成长进步有五个毕经阶段：读万卷书、行万里路、与万人交、高人指路、自己开悟。读书、交友、名师指点这都必须要靠自己去开悟和践行，即自己要把从书本上、朋友身上、名师身上感悟到的好理念，真正落实到自己的工作和生活当中去，并不断反省和总结自己，不断激励自己，不断挖掘自己的潜力，从而为自己所在的岗位作出新的更大的贡献。</w:t>
      </w:r>
      <w:r>
        <w:rPr>
          <w:lang w:eastAsia="zh-CN"/>
        </w:rPr>
        <w:t xml:space="preserve"> 最后，愿大家拥有四心：感恩的心、惜缘的心、进取的心、平常的心。总之，这一年以来，我们有得也有失，有苦也有甜，但是不论欢笑或泪水，都将会是我们每个人在特别特弥足珍贵的珍藏。相信特别特的明天会更好!</w:t>
      </w:r>
      <w:r>
        <w:rPr>
          <w:lang w:eastAsia="zh-CN"/>
        </w:rPr>
        <w:br/>
      </w:r>
      <w:r>
        <w:rPr>
          <w:lang w:eastAsia="zh-CN"/>
        </w:rPr>
        <w:t xml:space="preserve">    网络销售工作总结与计划精彩例文 篇10 </w:t>
      </w:r>
      <w:r>
        <w:rPr>
          <w:lang w:eastAsia="zh-CN"/>
        </w:rPr>
        <w:br/>
      </w:r>
      <w:r>
        <w:rPr>
          <w:lang w:eastAsia="zh-CN"/>
        </w:rPr>
        <w:t>　　一、对于老客户，和固定客户，要经常保持联系，在有时间有条件的情况下，送一些小礼物或宴请客户，好稳定与客户关系。</w:t>
      </w:r>
      <w:r>
        <w:rPr>
          <w:lang w:eastAsia="zh-CN"/>
        </w:rPr>
        <w:br/>
      </w:r>
      <w:r>
        <w:rPr>
          <w:lang w:eastAsia="zh-CN"/>
        </w:rPr>
        <w:t>　　二、在拥有老客户的同时还要不断从各种媒体获得更多客户信息。</w:t>
      </w:r>
      <w:r>
        <w:rPr>
          <w:lang w:eastAsia="zh-CN"/>
        </w:rPr>
        <w:br/>
      </w:r>
      <w:r>
        <w:rPr>
          <w:lang w:eastAsia="zh-CN"/>
        </w:rPr>
        <w:t>　　三、要有好业绩就得加强业务学习，开拓视野，丰富知识，采取多样化形式，把学业务与交流技能向结合。</w:t>
      </w:r>
      <w:r>
        <w:rPr>
          <w:lang w:eastAsia="zh-CN"/>
        </w:rPr>
        <w:br/>
      </w:r>
      <w:r>
        <w:rPr>
          <w:lang w:eastAsia="zh-CN"/>
        </w:rPr>
        <w:t>　　四、今年对自己有以下要求：</w:t>
      </w:r>
      <w:r>
        <w:rPr>
          <w:lang w:eastAsia="zh-CN"/>
        </w:rPr>
        <w:br/>
      </w:r>
      <w:r>
        <w:rPr>
          <w:lang w:eastAsia="zh-CN"/>
        </w:rPr>
        <w:t>　　1、每周要增加10个以上的新客户，还要有5到6个潜在客户。</w:t>
      </w:r>
      <w:r>
        <w:rPr>
          <w:lang w:eastAsia="zh-CN"/>
        </w:rPr>
        <w:br/>
      </w:r>
      <w:r>
        <w:rPr>
          <w:lang w:eastAsia="zh-CN"/>
        </w:rPr>
        <w:t>　　2、一周一小结，每月一大结，看看有哪些工作上的失误，及时改正下次不要再犯。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3、见客户之前要多了解客户的状态和需求，再做好准备工作才有可能不会丢失这个客户。</w:t>
      </w:r>
      <w:r>
        <w:rPr>
          <w:lang w:eastAsia="zh-CN"/>
        </w:rPr>
        <w:br/>
      </w:r>
      <w:r>
        <w:rPr>
          <w:lang w:eastAsia="zh-CN"/>
        </w:rPr>
        <w:t>　　4、对客户不能有隐瞒和欺骗，这样不会有忠诚的客户，在有些问题上你和客户是一致的。</w:t>
      </w:r>
      <w:r>
        <w:rPr>
          <w:lang w:eastAsia="zh-CN"/>
        </w:rPr>
        <w:br/>
      </w:r>
      <w:r>
        <w:rPr>
          <w:lang w:eastAsia="zh-CN"/>
        </w:rPr>
        <w:t>　　5、要不断加强业务方面的学习，多看书，上网查阅相关资料，与同行们交流，向他们学习更好的方式方法。</w:t>
      </w:r>
      <w:r>
        <w:rPr>
          <w:lang w:eastAsia="zh-CN"/>
        </w:rPr>
        <w:br/>
      </w:r>
      <w:r>
        <w:rPr>
          <w:lang w:eastAsia="zh-CN"/>
        </w:rPr>
        <w:t>　　6、对所有客户的工作态度都要一样，但不能太低三下气。给客户一好印象，为公司树立更好的形象。</w:t>
      </w:r>
      <w:r>
        <w:rPr>
          <w:lang w:eastAsia="zh-CN"/>
        </w:rPr>
        <w:br/>
      </w:r>
      <w:r>
        <w:rPr>
          <w:lang w:eastAsia="zh-CN"/>
        </w:rPr>
        <w:t>　　7、销售工作总结中切记，客户遇到问题，不能置之不理一定要尽全力帮助他们解决。要先做人再做生意，让客户相信我们的工作实力，才能更好的完成任务。</w:t>
      </w:r>
      <w:r>
        <w:rPr>
          <w:lang w:eastAsia="zh-CN"/>
        </w:rPr>
        <w:br/>
      </w:r>
      <w:r>
        <w:rPr>
          <w:lang w:eastAsia="zh-CN"/>
        </w:rPr>
        <w:t>　　8、自信是非常重要的。要经常对自己说你是最好的，你是独一无二的。拥有健康乐观积极向上的工作态度才能更好的完成任务。</w:t>
      </w:r>
      <w:r>
        <w:rPr>
          <w:lang w:eastAsia="zh-CN"/>
        </w:rPr>
        <w:br/>
      </w:r>
      <w:r>
        <w:rPr>
          <w:lang w:eastAsia="zh-CN"/>
        </w:rPr>
        <w:t>　　9、和公司其他员工要有良好的沟通，有团队意识，多交流，多探讨，才能不断增长业务技能。</w:t>
      </w:r>
      <w:r>
        <w:rPr>
          <w:lang w:eastAsia="zh-CN"/>
        </w:rPr>
        <w:br/>
      </w:r>
      <w:r>
        <w:rPr>
          <w:lang w:eastAsia="zh-CN"/>
        </w:rPr>
        <w:t>　　10、为了今年的销售任务每月我要努力完成10到20万元的任务额，为公司创造更多利润。</w:t>
      </w:r>
      <w:r>
        <w:rPr>
          <w:lang w:eastAsia="zh-CN"/>
        </w:rPr>
        <w:br/>
      </w:r>
      <w:r>
        <w:rPr>
          <w:lang w:eastAsia="zh-CN"/>
        </w:rPr>
        <w:t>　　以上就是我这月的销售工作总结，工作中总会有各种各样的困难，我会向领导请示，向同事探讨，共同努力克服，为公司做出自己最大的贡献。</w:t>
      </w:r>
      <w:r>
        <w:rPr>
          <w:lang w:eastAsia="zh-CN"/>
        </w:rPr>
        <w:br/>
      </w:r>
      <w:r>
        <w:rPr>
          <w:lang w:eastAsia="zh-CN"/>
        </w:rPr>
        <w:t xml:space="preserve">    网络销售工作总结与计划精彩例文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20__年接近尾声，新的20__年在向我们招手！想当初进入公司时的懵懵懂懂，通过公司对专业知识的培训与操作，这才让我找到了方向感，慢慢融入到了这种工作环境与工作模式。虽然付出的劳动有时候没有得到相同的汇报。但我相信，机会留给有准备的人。在此，感谢领导的信任和同事的热情帮助，现将本人20__年的网络销售工作做以下总结：</w:t>
      </w:r>
      <w:r>
        <w:rPr>
          <w:lang w:eastAsia="zh-CN"/>
        </w:rPr>
        <w:br/>
      </w:r>
      <w:r>
        <w:rPr>
          <w:lang w:eastAsia="zh-CN"/>
        </w:rPr>
        <w:t>　　一、认真学习，不断提高业务能力</w:t>
      </w:r>
      <w:r>
        <w:rPr>
          <w:lang w:eastAsia="zh-CN"/>
        </w:rPr>
        <w:br/>
      </w:r>
      <w:r>
        <w:rPr>
          <w:lang w:eastAsia="zh-CN"/>
        </w:rPr>
        <w:t>　　我大量学习行业的相关知识，及销售人员的相关知识，才能在时代的不断发展变化中，不被淘汰，而我们所做的工作也在随时代的不断变化而变化，要适应工作需要，唯一的方式就是加强学习。</w:t>
      </w:r>
      <w:r>
        <w:rPr>
          <w:lang w:eastAsia="zh-CN"/>
        </w:rPr>
        <w:br/>
      </w:r>
      <w:r>
        <w:rPr>
          <w:lang w:eastAsia="zh-CN"/>
        </w:rPr>
        <w:t>　　二、脚踏实地，一步一个脚印</w:t>
      </w:r>
      <w:r>
        <w:rPr>
          <w:lang w:eastAsia="zh-CN"/>
        </w:rPr>
        <w:br/>
      </w:r>
      <w:r>
        <w:rPr>
          <w:lang w:eastAsia="zh-CN"/>
        </w:rPr>
        <w:t>　　我深知网络销售是一个工作非常繁杂、任务比较重的工作。作为电子商务员，不论在工作安排还是在处理问题时，都得慎重考虑，做到能独挡一面，所有这些都是电子商务不可推卸的职责。要做一名合格的网络营销员，首先要熟悉业务知识，进入角色。有一定的承受压力能力，勤奋努力，一步一个脚印，注意细节问题。其次是认真对待本职工作和领导交办的每一件事。认真对待，及时办理，不拖延、不误事、不敷衍。</w:t>
      </w:r>
      <w:r>
        <w:rPr>
          <w:lang w:eastAsia="zh-CN"/>
        </w:rPr>
        <w:br/>
      </w:r>
      <w:r>
        <w:rPr>
          <w:lang w:eastAsia="zh-CN"/>
        </w:rPr>
        <w:t>　　三、强化形象，提高自身素质</w:t>
      </w:r>
      <w:r>
        <w:rPr>
          <w:lang w:eastAsia="zh-CN"/>
        </w:rPr>
        <w:br/>
      </w:r>
      <w:r>
        <w:rPr>
          <w:lang w:eastAsia="zh-CN"/>
        </w:rPr>
        <w:t>　　为做好销售工作，一直坚持严格要求自己，以诚待人。工作最大地规律就是“无规律”。因此，我们正确认识自身的工作和价值，正确处理苦与乐，得与失、个人利益和集体利益的关系，坚持甘于奉献、诚实敬业，</w:t>
      </w:r>
      <w:r>
        <w:rPr>
          <w:lang w:eastAsia="zh-CN"/>
        </w:rPr>
        <w:br/>
      </w:r>
      <w:r>
        <w:rPr>
          <w:lang w:eastAsia="zh-CN"/>
        </w:rPr>
        <w:t>　　四、锤炼业务讲提高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经过1年多的学习和锻炼，我们在工作上取得一定的进步，利用淘宝与各大网站传阅的资讯，细心学习他人长处，改掉自己不足，并虚心向同行请教，在不断学习和探索中使自身在销售领域上有所提高。</w:t>
      </w:r>
      <w:r>
        <w:rPr>
          <w:lang w:eastAsia="zh-CN"/>
        </w:rPr>
        <w:br/>
      </w:r>
      <w:r>
        <w:rPr>
          <w:lang w:eastAsia="zh-CN"/>
        </w:rPr>
        <w:t>　　在错误中总结经验，在经验中成长，一年来的销售工作，我总结了以下的销售心得：</w:t>
      </w:r>
      <w:r>
        <w:rPr>
          <w:lang w:eastAsia="zh-CN"/>
        </w:rPr>
        <w:br/>
      </w:r>
      <w:r>
        <w:rPr>
          <w:lang w:eastAsia="zh-CN"/>
        </w:rPr>
        <w:t>　　1、做客户诉求的倾听者，不要轻易反驳客户</w:t>
      </w:r>
      <w:r>
        <w:rPr>
          <w:lang w:eastAsia="zh-CN"/>
        </w:rPr>
        <w:br/>
      </w:r>
      <w:r>
        <w:rPr>
          <w:lang w:eastAsia="zh-CN"/>
        </w:rPr>
        <w:t>　　2、向客户请教，要做到不耻下问</w:t>
      </w:r>
      <w:r>
        <w:rPr>
          <w:lang w:eastAsia="zh-CN"/>
        </w:rPr>
        <w:br/>
      </w:r>
      <w:r>
        <w:rPr>
          <w:lang w:eastAsia="zh-CN"/>
        </w:rPr>
        <w:t>　　3、学会“进退战略”</w:t>
      </w:r>
      <w:r>
        <w:rPr>
          <w:lang w:eastAsia="zh-CN"/>
        </w:rPr>
        <w:br/>
      </w:r>
      <w:r>
        <w:rPr>
          <w:lang w:eastAsia="zh-CN"/>
        </w:rPr>
        <w:t>　　4、知已知彼，扬长避短</w:t>
      </w:r>
      <w:r>
        <w:rPr>
          <w:lang w:eastAsia="zh-CN"/>
        </w:rPr>
        <w:br/>
      </w:r>
      <w:r>
        <w:rPr>
          <w:lang w:eastAsia="zh-CN"/>
        </w:rPr>
        <w:t>　　5、不在客户面前诋毁同行，揭同行的短</w:t>
      </w:r>
      <w:r>
        <w:rPr>
          <w:lang w:eastAsia="zh-CN"/>
        </w:rPr>
        <w:br/>
      </w:r>
      <w:r>
        <w:rPr>
          <w:lang w:eastAsia="zh-CN"/>
        </w:rPr>
        <w:t>　　6、站在客户的角度提问题，分别有渐进式与问候式。想客户之所想，急客户之所急</w:t>
      </w:r>
      <w:r>
        <w:rPr>
          <w:lang w:eastAsia="zh-CN"/>
        </w:rPr>
        <w:br/>
      </w:r>
      <w:r>
        <w:rPr>
          <w:lang w:eastAsia="zh-CN"/>
        </w:rPr>
        <w:t>　　7、取得客户信任，要从朋友做起，学会感情投资</w:t>
      </w:r>
      <w:r>
        <w:rPr>
          <w:lang w:eastAsia="zh-CN"/>
        </w:rPr>
        <w:br/>
      </w:r>
      <w:r>
        <w:rPr>
          <w:lang w:eastAsia="zh-CN"/>
        </w:rPr>
        <w:t>　　8、应变能力要强，反映要敏捷</w:t>
      </w:r>
      <w:r>
        <w:rPr>
          <w:lang w:eastAsia="zh-CN"/>
        </w:rPr>
        <w:br/>
      </w:r>
      <w:r>
        <w:rPr>
          <w:lang w:eastAsia="zh-CN"/>
        </w:rPr>
        <w:t>　　9、相互信任，销售产品先要销售自己，认同产品，先人品后产品</w:t>
      </w:r>
      <w:r>
        <w:rPr>
          <w:lang w:eastAsia="zh-CN"/>
        </w:rPr>
        <w:br/>
      </w:r>
      <w:r>
        <w:rPr>
          <w:lang w:eastAsia="zh-CN"/>
        </w:rPr>
        <w:t>　　11、注意仪表仪态，礼貌待人，文明用语</w:t>
      </w:r>
      <w:r>
        <w:rPr>
          <w:lang w:eastAsia="zh-CN"/>
        </w:rPr>
        <w:br/>
      </w:r>
      <w:r>
        <w:rPr>
          <w:lang w:eastAsia="zh-CN"/>
        </w:rPr>
        <w:t>　　12、心态平衡，不要急于求成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做为一名合格的销售人员首先要对自己所售产品非常熟悉了解，了解自己产品的优点与缺点，适合哪些行业，客户群体是哪些，才能更好的向客户展示自己与产品的专业性，才能迎得客户的关注与信任。当然对竞争对手也不要忽略。要有针对性的了解对手产品的优势与劣势，对症下药，用我们的优势战胜对方的劣势。总说自己的产品有多好，别人也不会全信。同行中存在的缺点与不足也不要恶意去攻击与批判，要引导客户去分析判断，建议客户通过实地考察。</w:t>
      </w:r>
      <w:r>
        <w:rPr>
          <w:lang w:eastAsia="zh-CN"/>
        </w:rPr>
        <w:br/>
      </w:r>
      <w:r>
        <w:rPr>
          <w:lang w:eastAsia="zh-CN"/>
        </w:rPr>
        <w:t xml:space="preserve">    网络销售工作总结与计划精彩例文 篇12 </w:t>
      </w:r>
      <w:r>
        <w:rPr>
          <w:lang w:eastAsia="zh-CN"/>
        </w:rPr>
        <w:br/>
      </w:r>
      <w:r>
        <w:rPr>
          <w:lang w:eastAsia="zh-CN"/>
        </w:rPr>
        <w:t>　　一、对于老客户，和固定客户，要经常保持联系，在有时间有条件的情况下，送一些小礼物或宴请客户，好稳定与客户关系。</w:t>
      </w:r>
      <w:r>
        <w:rPr>
          <w:lang w:eastAsia="zh-CN"/>
        </w:rPr>
        <w:br/>
      </w:r>
      <w:r>
        <w:rPr>
          <w:lang w:eastAsia="zh-CN"/>
        </w:rPr>
        <w:t>　　二、在拥有老客户的同时还要不断从各种媒体获得更多客户信息。</w:t>
      </w:r>
      <w:r>
        <w:rPr>
          <w:lang w:eastAsia="zh-CN"/>
        </w:rPr>
        <w:br/>
      </w:r>
      <w:r>
        <w:rPr>
          <w:lang w:eastAsia="zh-CN"/>
        </w:rPr>
        <w:t>　　三、要有好业绩就得加强业务学习，开拓视野，丰富知识，采取多样化形式，把学业务与交流技能向结合。</w:t>
      </w:r>
      <w:r>
        <w:rPr>
          <w:lang w:eastAsia="zh-CN"/>
        </w:rPr>
        <w:br/>
      </w:r>
      <w:r>
        <w:rPr>
          <w:lang w:eastAsia="zh-CN"/>
        </w:rPr>
        <w:t>　　四、今年对自己有以下要求：</w:t>
      </w:r>
      <w:r>
        <w:rPr>
          <w:lang w:eastAsia="zh-CN"/>
        </w:rPr>
        <w:br/>
      </w:r>
      <w:r>
        <w:rPr>
          <w:lang w:eastAsia="zh-CN"/>
        </w:rPr>
        <w:t>　　1、每周要增加10个以上的新客户，还要有5到6个潜在客户。</w:t>
      </w:r>
      <w:r>
        <w:rPr>
          <w:lang w:eastAsia="zh-CN"/>
        </w:rPr>
        <w:br/>
      </w:r>
      <w:r>
        <w:rPr>
          <w:lang w:eastAsia="zh-CN"/>
        </w:rPr>
        <w:t>　　2、一周一小结，每月一大结，看看有哪些工作上的失误，及时改正下次不要再犯。</w:t>
      </w:r>
      <w:r>
        <w:rPr>
          <w:lang w:eastAsia="zh-CN"/>
        </w:rPr>
        <w:br/>
      </w:r>
      <w:r>
        <w:rPr>
          <w:lang w:eastAsia="zh-CN"/>
        </w:rPr>
        <w:t>　　3、见客户之前要多了解客户的状态和需求，再做好准备工作才有可能不会丢失这个客户。</w:t>
      </w:r>
      <w:r>
        <w:rPr>
          <w:lang w:eastAsia="zh-CN"/>
        </w:rPr>
        <w:br/>
      </w:r>
      <w:r>
        <w:rPr>
          <w:lang w:eastAsia="zh-CN"/>
        </w:rPr>
        <w:t>　　4、对客户不能有隐瞒和欺骗，这样不会有忠诚的客户，在有些问题上你和客户是一致的。</w:t>
      </w:r>
      <w:r>
        <w:rPr>
          <w:lang w:eastAsia="zh-CN"/>
        </w:rPr>
        <w:br/>
      </w:r>
      <w:r>
        <w:rPr>
          <w:lang w:eastAsia="zh-CN"/>
        </w:rPr>
        <w:t>　　5、要不断加强业务方面的学习，多看书，上网查阅相关资料，与同行们交流，向他们学习更好的方式方法。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6、对所有客户的工作态度都要一样，但不能太低三下气。给客户一好印象，为公司树立更好的形象。</w:t>
      </w:r>
      <w:r>
        <w:rPr>
          <w:lang w:eastAsia="zh-CN"/>
        </w:rPr>
        <w:br/>
      </w:r>
      <w:r>
        <w:rPr>
          <w:lang w:eastAsia="zh-CN"/>
        </w:rPr>
        <w:t>　　7、销售中切记，客户遇到问题，不能置之不理一定要尽全力帮助他们解决。要先做人再做生意，让客户相信我们的工作实力，才能更好的完成任务。</w:t>
      </w:r>
      <w:r>
        <w:rPr>
          <w:lang w:eastAsia="zh-CN"/>
        </w:rPr>
        <w:br/>
      </w:r>
      <w:r>
        <w:rPr>
          <w:lang w:eastAsia="zh-CN"/>
        </w:rPr>
        <w:t>　　8、自信是非常重要的。要经常对自己说你是最好的，你是独一无二的。拥有健康乐观积极向上的工作态度才能更好的完成任务。</w:t>
      </w:r>
      <w:r>
        <w:rPr>
          <w:lang w:eastAsia="zh-CN"/>
        </w:rPr>
        <w:br/>
      </w:r>
      <w:r>
        <w:rPr>
          <w:lang w:eastAsia="zh-CN"/>
        </w:rPr>
        <w:t>　　9、和公司其他员工要有良好的沟通，有团队意识，多交流，多探讨，才能不断增长业务技能。</w:t>
      </w:r>
      <w:r>
        <w:rPr>
          <w:lang w:eastAsia="zh-CN"/>
        </w:rPr>
        <w:br/>
      </w:r>
      <w:r>
        <w:rPr>
          <w:lang w:eastAsia="zh-CN"/>
        </w:rPr>
        <w:t>　　10、为了今年的销售任务每月我要努力完成10到20万元的任务额，为公司创造更多利润。</w:t>
      </w:r>
      <w:r>
        <w:rPr>
          <w:lang w:eastAsia="zh-CN"/>
        </w:rPr>
        <w:br/>
      </w:r>
      <w:r>
        <w:rPr>
          <w:lang w:eastAsia="zh-CN"/>
        </w:rPr>
        <w:t>　　以上就是我这月的销售，工作中总会有各种各样的困难，我会向领导请示，向同事探讨，共同努力克服，为公司做出自己最大的贡献。</w:t>
      </w:r>
      <w:r>
        <w:rPr>
          <w:lang w:eastAsia="zh-CN"/>
        </w:rPr>
        <w:br/>
      </w:r>
      <w:r>
        <w:rPr>
          <w:lang w:eastAsia="zh-CN"/>
        </w:rPr>
        <w:t xml:space="preserve">    网络销售工作总结与计划精彩例文 篇13 </w:t>
      </w:r>
      <w:r>
        <w:rPr>
          <w:lang w:eastAsia="zh-CN"/>
        </w:rPr>
        <w:br/>
      </w:r>
      <w:r>
        <w:rPr>
          <w:lang w:eastAsia="zh-CN"/>
        </w:rPr>
        <w:t>　　在到公司领导和同事们的帮助和支持下，尽快掌握了产品基本知识，熟悉了与岗位相关的业务内容，并力求把专业技能操作与行业属性紧密结合，限度地提高工作效率和工作成绩。</w:t>
      </w:r>
      <w:r>
        <w:rPr>
          <w:lang w:eastAsia="zh-CN"/>
        </w:rPr>
        <w:br/>
      </w:r>
      <w:r>
        <w:rPr>
          <w:lang w:eastAsia="zh-CN"/>
        </w:rPr>
        <w:t>　　网络推广中的网络可以是错综复杂的人际关系网络，也可以是瞬息万变的信息网络，等等。狭义上的网络推广则是指利用先进的互联网信息平台对对象进行包装宣传，达到广而告知。具体的工作内容，现简明扼要行文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一、网站优化</w:t>
      </w:r>
      <w:r>
        <w:rPr>
          <w:lang w:eastAsia="zh-CN"/>
        </w:rPr>
        <w:br/>
      </w:r>
      <w:r>
        <w:rPr>
          <w:lang w:eastAsia="zh-CN"/>
        </w:rPr>
        <w:t>　　官方网站是企业形象的代言者，是企业动态的晴雨表，是企业风采展示的大舞台，是网络推广的对象与立足点，而网站优化则是推广工作的前提与基础。</w:t>
      </w:r>
      <w:r>
        <w:rPr>
          <w:lang w:eastAsia="zh-CN"/>
        </w:rPr>
        <w:br/>
      </w:r>
      <w:r>
        <w:rPr>
          <w:lang w:eastAsia="zh-CN"/>
        </w:rPr>
        <w:t>　　目前网站的域名业已固定，模板网站已成，优化只从精简代码、网站局部结构、关键词布局、内链建设与维护等等下手。</w:t>
      </w:r>
      <w:r>
        <w:rPr>
          <w:lang w:eastAsia="zh-CN"/>
        </w:rPr>
        <w:br/>
      </w:r>
      <w:r>
        <w:rPr>
          <w:lang w:eastAsia="zh-CN"/>
        </w:rPr>
        <w:t>　　1.精简代码</w:t>
      </w:r>
      <w:r>
        <w:rPr>
          <w:lang w:eastAsia="zh-CN"/>
        </w:rPr>
        <w:br/>
      </w:r>
      <w:r>
        <w:rPr>
          <w:lang w:eastAsia="zh-CN"/>
        </w:rPr>
        <w:t>　　网站是利用开源程序开发而成，使用语言为php，充斥着多余的代码，很多css和js的文件过大，严重影响了网页的加载速度，延长了缓冲时间。</w:t>
      </w:r>
      <w:r>
        <w:rPr>
          <w:lang w:eastAsia="zh-CN"/>
        </w:rPr>
        <w:br/>
      </w:r>
      <w:r>
        <w:rPr>
          <w:lang w:eastAsia="zh-CN"/>
        </w:rPr>
        <w:t>　　2.网站页面局部结构调整</w:t>
      </w:r>
      <w:r>
        <w:rPr>
          <w:lang w:eastAsia="zh-CN"/>
        </w:rPr>
        <w:br/>
      </w:r>
      <w:r>
        <w:rPr>
          <w:lang w:eastAsia="zh-CN"/>
        </w:rPr>
        <w:t>　　公司门窗建材行业，作为一个企业网站，除了应有的新闻动态栏目外，应该突出产品亮点、销售亮点，让客户疑虑、疑惑降低到最低，快速让客户找到自己的需要，也就是增加客户体验度，促进订单咨询与转化。</w:t>
      </w:r>
      <w:r>
        <w:rPr>
          <w:lang w:eastAsia="zh-CN"/>
        </w:rPr>
        <w:br/>
      </w:r>
      <w:r>
        <w:rPr>
          <w:lang w:eastAsia="zh-CN"/>
        </w:rPr>
        <w:t>　　3.关键词布局</w:t>
      </w:r>
      <w:r>
        <w:rPr>
          <w:lang w:eastAsia="zh-CN"/>
        </w:rPr>
        <w:br/>
      </w:r>
      <w:r>
        <w:rPr>
          <w:lang w:eastAsia="zh-CN"/>
        </w:rPr>
        <w:t>　　关键词的定位、描述与布局直接影响网站在搜索引擎中的排名，关系到推广的效果，所以，从企业的业务范围和关键词的密度要求、百度指数出发，在不影响网站美观的情况下，尽量贴近搜索引擎。</w:t>
      </w:r>
      <w:r>
        <w:rPr>
          <w:lang w:eastAsia="zh-CN"/>
        </w:rPr>
        <w:br/>
      </w:r>
      <w:r>
        <w:rPr>
          <w:lang w:eastAsia="zh-CN"/>
        </w:rPr>
        <w:t>　　4.内链建设与维护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内链，顾名思义就是在同一网站域名下的内容页面之间的互相链接(自己网站的内容链结到自己网站的内部页面，也称之为站内链结)。合理的网站内链接构造，能提高搜索引擎的收录与网站权重。相对外部链结，内部链接也很重要。</w:t>
      </w:r>
      <w:r>
        <w:rPr>
          <w:lang w:eastAsia="zh-CN"/>
        </w:rPr>
        <w:br/>
      </w:r>
      <w:r>
        <w:rPr>
          <w:lang w:eastAsia="zh-CN"/>
        </w:rPr>
        <w:t>　　有助于提高搜索引擎对网站的爬行索引效率，加快网站收录。一个页面要被收录，首先要能够被搜索引擎蜘蛛爬行到，蜘蛛的爬行轨迹是顺着一个链接到另一个链接，想让搜索引擎蜘蛛更好地爬行，一般都需要通过反向链接来引导，但是内页的爬行就需要良好的内部链接了，如果不注意形成死链断链，蜘蛛就无从爬起，也就谈不上良好收录了。</w:t>
      </w:r>
      <w:r>
        <w:rPr>
          <w:lang w:eastAsia="zh-CN"/>
        </w:rPr>
        <w:br/>
      </w:r>
      <w:r>
        <w:rPr>
          <w:lang w:eastAsia="zh-CN"/>
        </w:rPr>
        <w:t>　　5.其他</w:t>
      </w:r>
      <w:r>
        <w:rPr>
          <w:lang w:eastAsia="zh-CN"/>
        </w:rPr>
        <w:br/>
      </w:r>
      <w:r>
        <w:rPr>
          <w:lang w:eastAsia="zh-CN"/>
        </w:rPr>
        <w:t>　　友情链接维护、信息采摘与编辑、产品图片修改、栏目和页面间的关联，等等。内容的持续更新是网站得以生存与发展得最基本条件，是网站的根本，无论用户还是搜索引擎，均不可能对一个长期不更新的网站投入过多的关注，抛弃这类“死站”或“准死站”只是一个事件问题。内容更新的频率代表着网站的活跃度，同时，内容更新的频率越高，也往往以为着网站内容越丰富，这对于建立网络在行业内的权威性是相当重要的。</w:t>
      </w:r>
      <w:r>
        <w:rPr>
          <w:lang w:eastAsia="zh-CN"/>
        </w:rPr>
        <w:br/>
      </w:r>
      <w:r>
        <w:rPr>
          <w:lang w:eastAsia="zh-CN"/>
        </w:rPr>
        <w:t>　　而网站优化决不是一成不变和一劳永逸的，它随搜索引擎规则的变动而变动，随企业发展策略的调整而调整，虽是专业技术操作，也需细心、耐心和认真。</w:t>
      </w:r>
      <w:r>
        <w:rPr>
          <w:lang w:eastAsia="zh-CN"/>
        </w:rPr>
        <w:br/>
      </w:r>
      <w:r>
        <w:rPr>
          <w:lang w:eastAsia="zh-CN"/>
        </w:rPr>
        <w:t>　　二、基础推广</w:t>
      </w:r>
      <w:r>
        <w:rPr>
          <w:lang w:eastAsia="zh-CN"/>
        </w:rPr>
        <w:br/>
      </w:r>
      <w:r>
        <w:rPr>
          <w:lang w:eastAsia="zh-CN"/>
        </w:rPr>
        <w:t>　　1.新网站提交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公司网站是个运营中的网站，虽然个别的搜索引擎已经收录，但还有大批的搜索引擎没有数据，我们需要做的是，到那些没有收录的搜索引擎中去，编辑内容仔细提交，扩大网站被收录的层面与范围。</w:t>
      </w:r>
      <w:r>
        <w:rPr>
          <w:lang w:eastAsia="zh-CN"/>
        </w:rPr>
        <w:br/>
      </w:r>
      <w:r>
        <w:rPr>
          <w:lang w:eastAsia="zh-CN"/>
        </w:rPr>
        <w:t>　　2.百度产品</w:t>
      </w:r>
      <w:r>
        <w:rPr>
          <w:lang w:eastAsia="zh-CN"/>
        </w:rPr>
        <w:br/>
      </w:r>
      <w:r>
        <w:rPr>
          <w:lang w:eastAsia="zh-CN"/>
        </w:rPr>
        <w:t>　　百度是中国的搜索引擎，占有绝对多的用户资源，是网络推广的主要平台，是企业宣传的利器与法宝之一，其产品的使用情况与企业信息的收录和排名密切相关。</w:t>
      </w:r>
      <w:r>
        <w:rPr>
          <w:lang w:eastAsia="zh-CN"/>
        </w:rPr>
        <w:br/>
      </w:r>
      <w:r>
        <w:rPr>
          <w:lang w:eastAsia="zh-CN"/>
        </w:rPr>
        <w:t>　　贴吧</w:t>
      </w:r>
      <w:r>
        <w:rPr>
          <w:lang w:eastAsia="zh-CN"/>
        </w:rPr>
        <w:br/>
      </w:r>
      <w:r>
        <w:rPr>
          <w:lang w:eastAsia="zh-CN"/>
        </w:rPr>
        <w:t>　　公司信息发布的贴吧有：汾酒、白酒、酒招商</w:t>
      </w:r>
      <w:r>
        <w:rPr>
          <w:lang w:eastAsia="zh-CN"/>
        </w:rPr>
        <w:br/>
      </w:r>
      <w:r>
        <w:rPr>
          <w:lang w:eastAsia="zh-CN"/>
        </w:rPr>
        <w:t>　　3.标注网络地图</w:t>
      </w:r>
      <w:r>
        <w:rPr>
          <w:lang w:eastAsia="zh-CN"/>
        </w:rPr>
        <w:br/>
      </w:r>
      <w:r>
        <w:rPr>
          <w:lang w:eastAsia="zh-CN"/>
        </w:rPr>
        <w:t>　　网络地图是搜索引擎提供的一项网络地图搜索服务，覆盖了国内近400个城市、数千个区县。在地图里，用户可以查询街道、商场、楼盘的地理位置，也可以找到离您最近的所有餐馆、学校、银行、公园等等，除普通的电子地图功能之外，新增加了三维地图按钮。公司的电子地图已经在搜搜、搜狗、百度中成功生成。</w:t>
      </w:r>
      <w:r>
        <w:rPr>
          <w:lang w:eastAsia="zh-CN"/>
        </w:rPr>
        <w:br/>
      </w:r>
      <w:r>
        <w:rPr>
          <w:lang w:eastAsia="zh-CN"/>
        </w:rPr>
        <w:t>　　4.建立分类信息平台</w:t>
      </w:r>
      <w:r>
        <w:rPr>
          <w:lang w:eastAsia="zh-CN"/>
        </w:rPr>
        <w:br/>
      </w:r>
      <w:r>
        <w:rPr>
          <w:lang w:eastAsia="zh-CN"/>
        </w:rPr>
        <w:t>　　分类信息平台内容覆盖面较广，发布的信息收录较快，拥有庞大的用户群体，近年来迅速兴盛，其友好的信息展示条件和规范有效的操作流程很受主流搜索引擎的青睐。</w:t>
      </w:r>
      <w:r>
        <w:rPr>
          <w:lang w:eastAsia="zh-CN"/>
        </w:rPr>
        <w:br/>
      </w:r>
      <w:r>
        <w:rPr>
          <w:lang w:eastAsia="zh-CN"/>
        </w:rPr>
        <w:t>　　本公司是以下分类信息平台的会员，它们为公司提供广阔的信息展示空间和友好服务。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58同城、赶集网、百姓网、易登网、列表网、百业网、站台网、非凡信息网、企汇网、酷易搜</w:t>
      </w:r>
      <w:r>
        <w:rPr>
          <w:lang w:eastAsia="zh-CN"/>
        </w:rPr>
        <w:br/>
      </w:r>
      <w:r>
        <w:rPr>
          <w:lang w:eastAsia="zh-CN"/>
        </w:rPr>
        <w:t>　　5.论坛发贴</w:t>
      </w:r>
      <w:r>
        <w:rPr>
          <w:lang w:eastAsia="zh-CN"/>
        </w:rPr>
        <w:br/>
      </w:r>
      <w:r>
        <w:rPr>
          <w:lang w:eastAsia="zh-CN"/>
        </w:rPr>
        <w:t>　　论坛是一种交互性强、内容丰富而及时的Internet电子信息服务系统，用户在BBS站点上可以获得各种信息服务、发布信息、进行讨论、聊天等等。论坛的发展如同网络雨后春笋般的出现，并迅速的发展壮大。但论坛的管理比较困难，更有其自身较大的局限。</w:t>
      </w:r>
      <w:r>
        <w:rPr>
          <w:lang w:eastAsia="zh-CN"/>
        </w:rPr>
        <w:br/>
      </w:r>
      <w:r>
        <w:rPr>
          <w:lang w:eastAsia="zh-CN"/>
        </w:rPr>
        <w:t xml:space="preserve">    网络销售工作总结与计划精彩例文 篇14 </w:t>
      </w:r>
      <w:r>
        <w:rPr>
          <w:lang w:eastAsia="zh-CN"/>
        </w:rPr>
        <w:br/>
      </w:r>
      <w:r>
        <w:rPr>
          <w:lang w:eastAsia="zh-CN"/>
        </w:rPr>
        <w:t>　　充满机遇与挑战的20__年即将过去，我们迎来了崭新的__年。在这一年里，我在公司领导和同事帮助下，工作的各方面有一定的进步，同时我深深的感到销售工作总结能总结我们工作中的特点和不足之处，为我们带来新的工作思路和方向：</w:t>
      </w:r>
      <w:r>
        <w:rPr>
          <w:lang w:eastAsia="zh-CN"/>
        </w:rPr>
        <w:br/>
      </w:r>
      <w:r>
        <w:rPr>
          <w:lang w:eastAsia="zh-CN"/>
        </w:rPr>
        <w:t>　　我于__年年8月份到公司，20__年下半年按照领导的指示负责金鹏图语广告公司的业务发展部的工作，任部门经理。六个月以来，在领导的帮助和同仁的支持下，工作上取的了一定的成绩。在此将20__年主要的工作情况述职如下：</w:t>
      </w:r>
      <w:r>
        <w:rPr>
          <w:lang w:eastAsia="zh-CN"/>
        </w:rPr>
        <w:br/>
      </w:r>
      <w:r>
        <w:rPr>
          <w:lang w:eastAsia="zh-CN"/>
        </w:rPr>
        <w:t>　　一、计划完成情况：</w:t>
      </w:r>
      <w:r>
        <w:rPr>
          <w:lang w:eastAsia="zh-CN"/>
        </w:rPr>
        <w:br/>
      </w:r>
      <w:r>
        <w:rPr>
          <w:lang w:eastAsia="zh-CN"/>
        </w:rPr>
        <w:t>　　金鹏图语广告全年计划完成销售额1000000元;实际完成176194.4元，未完成全年销售计划。</w:t>
      </w:r>
      <w:r>
        <w:rPr>
          <w:lang w:eastAsia="zh-CN"/>
        </w:rPr>
        <w:br/>
      </w:r>
      <w:r>
        <w:rPr>
          <w:lang w:eastAsia="zh-CN"/>
        </w:rPr>
        <w:t>　　二、加强自身的业务素质和管理能力，在不断的学习、实践中做好一个部门经理的基本知道和技巧。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__年，广告公司的工作是“以天鸿项目为主，积极拓展新的营销业务工作”。在天鸿项目上，业务发展部协助公司完成天鸿项目二期的各项工作，主要有：天鸿二期的认筹、天鸿凯旋城“理查德·克莱德曼”演奏会、天鸿房展会、天鸿上海展会、天鸿招远分销处等工作。其他项目工作主要有：招商银行离岸业务推介会等各项工作，东山、向阳办事处图册的设计、区政府图册的设计与制作、酒业公司经销商会、海尔纽约人寿__年颁奖晚会、百年电力手提袋、区政府软件发布会、职业学院图册、蓬莱海关关庆十周年、山海云天开盘等。同时积极参加集团及公司组织的培训，对管理大纲、公司规章制度、房地产基本知识、电话营销、媒介营销、商务礼仪等有了较深刻的理解和掌握，从而提升了工作能力，丰富了经验，开阔了视野，对公司的企业文化及经营理念有了更进一步的认识。</w:t>
      </w:r>
      <w:r>
        <w:rPr>
          <w:lang w:eastAsia="zh-CN"/>
        </w:rPr>
        <w:br/>
      </w:r>
      <w:r>
        <w:rPr>
          <w:lang w:eastAsia="zh-CN"/>
        </w:rPr>
        <w:t>　　20__年，我在日常工作中逐渐的掌握了各种活动的组织、操作流程及现场布置，以及活动所能涉及的每一个细节，提高了在活动方面专业知识和有效经验，也真正的体会到“为客户创造价值”的分量，但是，作为业务发展部的经理，所需要掌握的知识面和操作经验既广且杂，这是我自身存在的不足，需要继续强化学习力和积累管理工作经验。</w:t>
      </w:r>
      <w:r>
        <w:rPr>
          <w:lang w:eastAsia="zh-CN"/>
        </w:rPr>
        <w:br/>
      </w:r>
      <w:r>
        <w:rPr>
          <w:lang w:eastAsia="zh-CN"/>
        </w:rPr>
        <w:t>　　三、坚持“为客户创造价值”的理念，不断更新服务手段;巩固老客户，吸纳新客源。</w:t>
      </w:r>
      <w:r>
        <w:rPr>
          <w:lang w:eastAsia="zh-CN"/>
        </w:rPr>
        <w:br/>
      </w:r>
      <w:r>
        <w:rPr>
          <w:lang w:eastAsia="zh-CN"/>
        </w:rPr>
        <w:t>　　广告公司在烟台是一竞争激烈而且不成熟的行业，存在操作透明度高、价格竞争的初级市场状况，对于我司的业务产生了较大影响。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20__年，业务发展部在拓宽外协单位的同时，不断提升自己的专业水平及对客户服务的产品质量，并建立并执行“提醒式”服务系统，在一定的程度上，有效的遏制价格竞争的趋势。但是，在广告业业务和操作透明度越来越高的前提下，公司多次出现活动方案被“套”的现象和丢单的现场，由此我加强学习关于印刷及活动的相关知识，尽可能的了解这个领域的所有问题，完善自身的素质，在专业知识上于其他的广告公司，为公司树立良好的企业形象。</w:t>
      </w:r>
      <w:r>
        <w:rPr>
          <w:lang w:eastAsia="zh-CN"/>
        </w:rPr>
        <w:br/>
      </w:r>
      <w:r>
        <w:rPr>
          <w:lang w:eastAsia="zh-CN"/>
        </w:rPr>
        <w:t>　　四、形成“总结问题，提高自己”的内部沟通机制。以市场需求为导向，提高工作效率。</w:t>
      </w:r>
      <w:r>
        <w:rPr>
          <w:lang w:eastAsia="zh-CN"/>
        </w:rPr>
        <w:br/>
      </w:r>
      <w:r>
        <w:rPr>
          <w:lang w:eastAsia="zh-CN"/>
        </w:rPr>
        <w:t>　　广告公司的工作比较复杂，特别是活动方面，需要协调、联系的工作比较多，在这些工作中我注重与设计、各个外协单位的建立融洽的关系，以便于开展工作。加强自身的执行力，提高工作效率。作为业务发展部经理，由于对外合作的工作较多，接触的事务比较复杂，要顺利完成工作，提高工作效率，就必须坚守工作流程和公司的各项规定，违反制度的事情坚持不做，只要做到这一点，才能称得上是为公司负责、为部门负责，更是为自己负责。</w:t>
      </w:r>
      <w:r>
        <w:rPr>
          <w:lang w:eastAsia="zh-CN"/>
        </w:rPr>
        <w:br/>
      </w:r>
      <w:r>
        <w:rPr>
          <w:lang w:eastAsia="zh-CN"/>
        </w:rPr>
        <w:t>　　五、存在的问题及下步工作打算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回顾这半年的工作中自己发现还有很多的不足与缺憾：首先，在工作中由于经验不足，工作方法过于简单，在处理一些问题上不够冷静、沉着。其次，在业务理论水平和管理能力上还有待于进一步提高。再次，广告专业知识方面，需要大量的学习的充实完善自己的知识库。这些不足，有待于下步的工作中加以改进和学习。在20__年的工作中，我决心做到：首先，我要加强学习专业知识，学习工作和管理经验，不断提高业务素质和管理水平，使自己的全面素质上升一个新的层次。其次，加强责任与危机意识，提高完成工作的标准。为公司的新年度的工作再上新台阶，更上一层楼贡献自己的力量。再次，广告公司的业务发展的主流方向，一直悬而未决，成为业务发展的一个桎梏，解决广告公司发展方向是__年工作的重中之中。这也将是完成公司全年计划利润指标的完成的大前提，寻找自有媒体，以创意指导制作，有效地与其他兄弟公司进行整合，将是我努力的方向。</w:t>
      </w:r>
      <w:r>
        <w:rPr>
          <w:lang w:eastAsia="zh-CN"/>
        </w:rPr>
        <w:br/>
      </w:r>
      <w:r>
        <w:rPr>
          <w:lang w:eastAsia="zh-CN"/>
        </w:rPr>
        <w:t xml:space="preserve">    网络销售工作总结与计划精彩例文 篇15 </w:t>
      </w:r>
      <w:r>
        <w:rPr>
          <w:lang w:eastAsia="zh-CN"/>
        </w:rPr>
        <w:br/>
      </w:r>
      <w:r>
        <w:rPr>
          <w:lang w:eastAsia="zh-CN"/>
        </w:rPr>
        <w:t>　　进入公司已经有将近1年的时间，在公司领导的强有力的领导以及关心支持下，我在20__年度取得了很大的进步，也在工作过程中，初步达成了公司20__年年度网络营销工作目标。现将有关20__年度个人工作情况作如下总结：</w:t>
      </w:r>
      <w:r>
        <w:rPr>
          <w:lang w:eastAsia="zh-CN"/>
        </w:rPr>
        <w:br/>
      </w:r>
      <w:r>
        <w:rPr>
          <w:lang w:eastAsia="zh-CN"/>
        </w:rPr>
        <w:t>　　一、年度工作情况：</w:t>
      </w:r>
      <w:r>
        <w:rPr>
          <w:lang w:eastAsia="zh-CN"/>
        </w:rPr>
        <w:br/>
      </w:r>
      <w:r>
        <w:rPr>
          <w:lang w:eastAsia="zh-CN"/>
        </w:rPr>
        <w:t>　　1、 熟悉了解公司</w:t>
      </w:r>
      <w:r>
        <w:rPr>
          <w:lang w:eastAsia="zh-CN"/>
        </w:rPr>
        <w:br/>
      </w:r>
      <w:r>
        <w:rPr>
          <w:lang w:eastAsia="zh-CN"/>
        </w:rPr>
        <w:t>　　我于20__年9月进入公司，为了更快更好地融入公司这个团队，为以后的工作打好铺垫，我加紧对公司的各项工作流程的了解，熟悉公司的企业文化。通过了解和熟悉，我为能进入公司这个团队感到自豪，同时也感到自身的压力。在以后的工作中，我将严格要求自己，在坚持原则的情况下敢于创新，更快更好地完成工作任务。</w:t>
      </w:r>
      <w:r>
        <w:rPr>
          <w:lang w:eastAsia="zh-CN"/>
        </w:rPr>
        <w:br/>
      </w:r>
      <w:r>
        <w:rPr>
          <w:lang w:eastAsia="zh-CN"/>
        </w:rPr>
        <w:t>　　2、熟悉市场工作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作为市场专员，熟悉和了解市场对工作是必要的。为了以后能更好地开展工作，我常常查询资料及在每次活动中学习广告公司的策划安全，对各类市场活动深化了解，对促销活动做了更深层次的了解。在参与各类活动之后之后，掌握了各种市场组织、操作流程，以及活动所能涉及的细节，提高了在市场活动方面专业知识和有效经验。</w:t>
      </w:r>
      <w:r>
        <w:rPr>
          <w:lang w:eastAsia="zh-CN"/>
        </w:rPr>
        <w:t xml:space="preserve"> 春季大车展中，我学习到了各类市场费用的管理，并参与编制修改了市场网络部的费用管理的制度及费用报表，制度及报表的规范有利于明确市场活动的费用合理分配，为市场活动提供保障。但我在5月的费用报销工作中，因为我对细节的不注重，差点让公司蒙受巨大损失，让我得到了对于不把握细节的深刻教训，通过这次教训，让我未来的工作积极的梳理把握细节，也使自己对未来的工作方向更加明确。</w:t>
      </w:r>
      <w:r>
        <w:rPr>
          <w:lang w:eastAsia="zh-CN"/>
        </w:rPr>
        <w:br/>
      </w:r>
      <w:r>
        <w:rPr>
          <w:lang w:eastAsia="zh-CN"/>
        </w:rPr>
        <w:t>　　3、参与网络营销</w:t>
      </w:r>
      <w:r>
        <w:rPr>
          <w:lang w:eastAsia="zh-CN"/>
        </w:rPr>
        <w:br/>
      </w:r>
      <w:r>
        <w:rPr>
          <w:lang w:eastAsia="zh-CN"/>
        </w:rPr>
        <w:t>　　20__年，网络营销工作在公司领导的大力支持帮助下，不断的探索前进。6月的开始了对车易通平台的试用，宣传当期促销4980促销活动，当期单条广告新闻有效点击次数达20__余次，公司会员页面首次浏览破万次;8月与成都全搜索网站合作开展团购活动，共并车69台;10月份厂家集采使用，当期促销新闻点击达1000余次，首次实现网上订单转化，交车3台;12月，公司正式集采11家车易通后台，公司12家经营单位同期开展网络营销工作，截止12月31日，市场网络部及12家经营单位共发布新闻105条，报价推送3516次，新闻推送3145次，浏览量123741次，搜索445868次，400来电116次，获得订单71个，成交15台，成交率8%。</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在从事网络营销工作中，在领导的鼓励帮助下，我尝试对市场大环境的学习理解，着重在网络营销的广告宣传上下苦功，在实际反馈数据中取得初步的成果。更多的学会了观察、转化，并将自己的工作用实际的数据说话。</w:t>
      </w:r>
      <w:r>
        <w:rPr>
          <w:lang w:eastAsia="zh-CN"/>
        </w:rPr>
        <w:br/>
      </w:r>
      <w:r>
        <w:rPr>
          <w:lang w:eastAsia="zh-CN"/>
        </w:rPr>
        <w:t>　　二、存在的不足以及改进措施</w:t>
      </w:r>
      <w:r>
        <w:rPr>
          <w:lang w:eastAsia="zh-CN"/>
        </w:rPr>
        <w:br/>
      </w:r>
      <w:r>
        <w:rPr>
          <w:lang w:eastAsia="zh-CN"/>
        </w:rPr>
        <w:t>　　20__年即将随风逝去，回想自己在公司将近1年的工作，虽然工作量比较大，但是闪光点并不多，许多工作还有不尽如意之处，总结起来存在的不足主要有以下几点：</w:t>
      </w:r>
      <w:r>
        <w:rPr>
          <w:lang w:eastAsia="zh-CN"/>
        </w:rPr>
        <w:br/>
      </w:r>
      <w:r>
        <w:rPr>
          <w:lang w:eastAsia="zh-CN"/>
        </w:rPr>
        <w:t>　　1、缺乏主动学习沟通、不能充分利用资源</w:t>
      </w:r>
      <w:r>
        <w:rPr>
          <w:lang w:eastAsia="zh-CN"/>
        </w:rPr>
        <w:br/>
      </w:r>
      <w:r>
        <w:rPr>
          <w:lang w:eastAsia="zh-CN"/>
        </w:rPr>
        <w:t>　　在工作的过程中，由于对汽车专业比较陌生，对于销售政策的不及时了解并消化，造成宣传工作效率降低甚至出现错误，不能达到优势资源充分利用。俗话说的好三人行必有我师，在以后的工作中，我要主动加强和销售部及经营单位同事的沟通，通过公司这个平台达到资源共享，从而提高自己的业务水平。</w:t>
      </w:r>
      <w:r>
        <w:rPr>
          <w:lang w:eastAsia="zh-CN"/>
        </w:rPr>
        <w:br/>
      </w:r>
      <w:r>
        <w:rPr>
          <w:lang w:eastAsia="zh-CN"/>
        </w:rPr>
        <w:t>　　2、 缺乏计划、总结性</w:t>
      </w:r>
      <w:r>
        <w:rPr>
          <w:lang w:eastAsia="zh-CN"/>
        </w:rPr>
        <w:br/>
      </w:r>
      <w:r>
        <w:rPr>
          <w:lang w:eastAsia="zh-CN"/>
        </w:rPr>
        <w:t>　　在日常工作过程中，由于缺乏计划、总结性，工作目的不够明确，主次矛盾不清，日常工作结束后不能形成具体的材料，常常达到事倍功半的效果，领导不满意不说，自己还一肚子委屈。在以后的工作过程中，我要认真制订工作计划，完成工作结束后的各类信息回收，做事加强目的认识，分清主次矛盾，争取能达到事半功倍的效果。</w:t>
      </w:r>
      <w:r>
        <w:rPr>
          <w:lang w:eastAsia="zh-CN"/>
        </w:rPr>
        <w:br/>
      </w:r>
      <w:r>
        <w:rPr>
          <w:lang w:eastAsia="zh-CN"/>
        </w:rPr>
        <w:t>　　3、专业面狭窄</w:t>
      </w:r>
      <w:r>
        <w:rPr>
          <w:lang w:eastAsia="zh-CN"/>
        </w:rPr>
        <w:br/>
      </w:r>
    </w:p>
    <w:p w:rsidR="001B1F19" w14:textId="27C3F48A">
      <w:pPr>
        <w:rPr>
          <w:rFonts w:hint="eastAsia"/>
          <w:lang w:eastAsia="zh-CN"/>
        </w:rPr>
      </w:pPr>
      <w:r>
        <w:rPr>
          <w:lang w:eastAsia="zh-CN"/>
        </w:rPr>
        <w:t>　　作为一个市场部成员，应该是一专多能的，这样的人才才符合公司的需求。自己的专业面狭窄，对汽车行业其它专业认识不够，特别是活动策划以及宣传创新，这都限制了自身的发展。在以后的工作过程中，我将加强其他专业的学习，充分利用公司资源，提高主观能动性，争取能成为一专多能的复合型人才。</w:t>
      </w:r>
      <w:r>
        <w:rPr>
          <w:lang w:eastAsia="zh-CN"/>
        </w:rPr>
        <w:br/>
      </w:r>
      <w:r>
        <w:rPr>
          <w:lang w:eastAsia="zh-CN"/>
        </w:rPr>
        <w:t xml:space="preserve">    网络销售工作总结与计划精彩例文 篇16 </w:t>
      </w:r>
      <w:r>
        <w:rPr>
          <w:lang w:eastAsia="zh-CN"/>
        </w:rPr>
        <w:br/>
      </w:r>
      <w:r>
        <w:rPr>
          <w:lang w:eastAsia="zh-CN"/>
        </w:rPr>
        <w:t>　　邻近年底了，我想大家都在为过年前的最后冲刺而繁忙，有些兄弟也快要踏上回家的征程啦!</w:t>
      </w:r>
      <w:r>
        <w:rPr>
          <w:lang w:eastAsia="zh-CN"/>
        </w:rPr>
        <w:br/>
      </w:r>
      <w:r>
        <w:rPr>
          <w:lang w:eastAsia="zh-CN"/>
        </w:rPr>
        <w:t>　　在深圳待了将近快4年了，去年年初还是刚刚起步，从一开端的小小卡商，逐渐发展到现在的浩讯数码，这其中多亏了社区，论坛，淘宝里的各位社友兄弟朋友们，正是因为有您们的支撑，我们才干慢慢地发展起来。</w:t>
      </w:r>
      <w:r>
        <w:rPr>
          <w:lang w:eastAsia="zh-CN"/>
        </w:rPr>
        <w:br/>
      </w:r>
      <w:r>
        <w:rPr>
          <w:lang w:eastAsia="zh-CN"/>
        </w:rPr>
        <w:t>　　浩讯的今天，有您们的功绩。说实话，其实我在社区里真的比拟少时光和大家沟通互动，一般都是内线或者电话接洽的。这可能是我们的不足，在此还请各位社友兄弟多多见谅与包涵。我们会持续秉承产品德量和售后服务，打造安全便捷与物超所值的购物平台，在您得到称心商品的同时，留下开心的记忆。</w:t>
      </w:r>
      <w:r>
        <w:rPr>
          <w:lang w:eastAsia="zh-CN"/>
        </w:rPr>
        <w:br/>
      </w:r>
      <w:r>
        <w:rPr>
          <w:lang w:eastAsia="zh-CN"/>
        </w:rPr>
        <w:t>　　这一年里，小店在各位社友、淘友的帮衬下，淘宝上线商品大概销售额将近100万，以实际数量也准。不爱好夸张其词。正是这小小的数据，反应出社友、淘友对本店的支撑与厚爱。</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https://d.book118.com/426023210055010045</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26023210055010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