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5.25大学生心理健康活动总结（34篇）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5.25大学生心理健康活动总结（精选34篇）</w:t>
      </w:r>
      <w:r>
        <w:rPr>
          <w:lang w:eastAsia="zh-CN"/>
        </w:rPr>
        <w:br/>
      </w:r>
      <w:r>
        <w:rPr>
          <w:lang w:eastAsia="zh-CN"/>
        </w:rPr>
        <w:t xml:space="preserve">    5.25大学生心理健康活动总结 篇1 </w:t>
      </w:r>
      <w:r>
        <w:rPr>
          <w:lang w:eastAsia="zh-CN"/>
        </w:rPr>
        <w:br/>
      </w:r>
      <w:r>
        <w:rPr>
          <w:lang w:eastAsia="zh-CN"/>
        </w:rPr>
        <w:t>　　我社于20__年5月期间在_青年政治学院东校区开展了以“微爱，微笑，微成功”为主题的“525大学生心理健康节”的一系列活动，这一系列活动也让我们感受到了“525”的真正意义，增长了更多的知识和见识。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本次的“525大学生心理健康节”，我社与_青年政治学院东校区开展的活动都有：发放调查问卷，签横幅，心理委员的培训，户外团体活动和一个心理讲座。活动内容非常丰富和充实，在我们发放问卷的时候，东校区的同学们都踊跃参与，把自己想知道的东西都留在问卷上，活动开展得很顺利，并且活动结束后进行了长时间的统计和整理，为后来的心理讲座做了一个很好的准备；接下来在签横幅的活动中，我们还加入了一个“心愿墙”和一个“发泄箱”，让同学们可以把自己的心愿贴在心愿墙上，大家都可以观看互相的心愿，这让活动变得更加活跃，“发泄箱”让同学们把平时不敢说或者是不想说的，愤怒的，令他们忧郁、不快的事都写下来并扔进“发泄箱”里，寓意着把烦恼和不快全都扔掉，让自己更加轻松快乐，这也让前横幅的活动锦上添花，使活动更加有趣。当然，周老师和王老师也参与了前横幅的活动，并且对心理委员们进行了培训，更加充实了心理委员们的知识；然后我们进行了一个团体活动，同学们更是在活动中乐趣无穷，不仅能感受到团体的作用，更拉近了同学们之间的距离，活动结束时也非常的圆满；整个一系列活动的最后是周振基老师东校区的同学们进行了一个以“如何保持良好的心态”为主题的心理讲座，在这次讲座中，很多同学都受益匪浅；最后，“525大学生心理健康节”圆满地落下了帷幕。</w:t>
      </w:r>
      <w:r>
        <w:rPr>
          <w:lang w:eastAsia="zh-CN"/>
        </w:rPr>
        <w:br/>
      </w:r>
      <w:r>
        <w:rPr>
          <w:lang w:eastAsia="zh-CN"/>
        </w:rPr>
        <w:t>　　在这次“525心理节”的一系列活动中，同学们始终都非常配合，非常积极地参与，也让我们知道，还是有非常多的一部分同学对这个非常感兴趣，也增加了我们的信心，整个活动连贯圆满，同学们都很乐意参与这样的活动，所以应该说这次在_青年政治学院东校区开展的“525大学生心理健康节”是非常成功的。</w:t>
      </w:r>
      <w:r>
        <w:rPr>
          <w:lang w:eastAsia="zh-CN"/>
        </w:rPr>
        <w:br/>
      </w:r>
      <w:r>
        <w:rPr>
          <w:lang w:eastAsia="zh-CN"/>
        </w:rPr>
        <w:t>　　通过这次“525”，我们都学会了很多，见识了很多，让我们知道了，光靠几个人的力量是支持不起来一个社团的'，让我们明白了团结的力量有多重要，让我们知道了心理节的很多内容，也让我们见识到了原来心理学不是那样单调的东西，它是非常有趣的，非常耐人琢磨的，非常吸引人的，更是丰富多彩的，这次“525”也成为了一个让我们增长见识和经验的良好契机，也为以后活动的开展打下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自己觉得，我在这次“525”中知道的，还不止刚才那些，我觉得让我感觉最深刻的，就是让我更深入地知道了整个社会的心理模型，还有，一些心理有疾病的人，并不是像电视上那样极少数的，而是在生活中，有非常多的人，心理都存在着很严重的疾病，我们要帮助他们，解脱自己，重新认识自己，同时也明白了我们现在学习的重要性，想要以后能帮助更多的人摆脱心理上的烦恼，只有现在好好学习，拥有过硬的本领，才能实现所期望的事，的本身就是学心理咨询的，更加要努力学习专业知识，让自己更加充实，也让自己能够帮助生活中更多的人；其实，本次开展的一系列活动，令我感触最深的就是周振基老师在讲座上说的那句话：“一颗阴暗的心，永远托不起一张灿烂的笑脸。”让我真的受益匪浅，真的觉得人的心理对一个人的未来和他的一生真的非常非常重要，所以，有一个良好的心态非常重要，当然，这次活动所学到的，远远不止这些了。总之，这次的“525”让我获得了很多很多。最后，祝贺这次“525大学生心理健康节”圆满成功。</w:t>
      </w:r>
      <w:r>
        <w:rPr>
          <w:lang w:eastAsia="zh-CN"/>
        </w:rPr>
        <w:br/>
      </w:r>
      <w:r>
        <w:rPr>
          <w:lang w:eastAsia="zh-CN"/>
        </w:rPr>
        <w:t xml:space="preserve">    5.25大学生心理健康活动总结 篇2 </w:t>
      </w:r>
      <w:r>
        <w:rPr>
          <w:lang w:eastAsia="zh-CN"/>
        </w:rPr>
        <w:br/>
      </w:r>
      <w:r>
        <w:rPr>
          <w:lang w:eastAsia="zh-CN"/>
        </w:rPr>
        <w:t>　　本学期_月份以来，我校心理咨询室为全校学生组织开展了丰富多彩、形式多样的活动，增强了心理健康教育的实效性，有助于学生培养良好的心理素质，营造健康、乐观、积极向上的学校氛围。起到了宣传和普及心理知识的作用，增强了广大学生的心理素质，到达了预期的目的和效果，取得了圆满成功。下头简要进行这个月的活动总结:</w:t>
      </w:r>
      <w:r>
        <w:rPr>
          <w:lang w:eastAsia="zh-CN"/>
        </w:rPr>
        <w:br/>
      </w:r>
      <w:r>
        <w:rPr>
          <w:lang w:eastAsia="zh-CN"/>
        </w:rPr>
        <w:t>　　一、领导关心，组织策划，学生会工作人员协作配合，积极互动。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校领导十分重视这次活动，按照学校的规定和要求，和学校政教处主任共同关心指导、精心策划组织了这次活动，顺利完成了前期准备工作，以橱窗、展板等形式针对性展示高中生生活、学习等心理健康相关知识，让学生了解更多的心理健康知识信息，能有效地应对此刻，应对未来。</w:t>
      </w:r>
      <w:r>
        <w:rPr>
          <w:lang w:eastAsia="zh-CN"/>
        </w:rPr>
        <w:br/>
      </w:r>
      <w:r>
        <w:rPr>
          <w:lang w:eastAsia="zh-CN"/>
        </w:rPr>
        <w:t>　　二、活动总结，成效创新</w:t>
      </w:r>
      <w:r>
        <w:rPr>
          <w:lang w:eastAsia="zh-CN"/>
        </w:rPr>
        <w:br/>
      </w:r>
      <w:r>
        <w:rPr>
          <w:lang w:eastAsia="zh-CN"/>
        </w:rPr>
        <w:t>　　_月14日午时，我校在篮球场举行了现场心理咨询、测评及心愿墙活动。此系列活动由4个区组成，分别为:心愿墙区、测试区、咨询区、以及心理趣味图片展示区。咨询区由专业的心理辅导教师主持，其余三个区则由受过相关培训的学生主持。活动现场的趣味心理图片区吸引了众多眼球，很多同学认真分析了图片的涵义;更有大批同学纷纷涌到心语墙区写下自我的完美愿望，将自我的真心话传达给自我和朋友，很好的激励自我，表达情感;也有很多同学乐于做心理测评，更好的了解自我的性格和气质类型，为以后的职业生涯规划做好准备。虽然测试的人较多，但同学门仍旧很耐心地等待结果的解释。活动中同学们积极参与，也有教师加入活动互动中。</w:t>
      </w:r>
      <w:r>
        <w:rPr>
          <w:lang w:eastAsia="zh-CN"/>
        </w:rPr>
        <w:br/>
      </w:r>
      <w:r>
        <w:rPr>
          <w:lang w:eastAsia="zh-CN"/>
        </w:rPr>
        <w:t>　　_月21日高一和高二年级部分学生的团体心理辅导活动顺利开展，经过此次团体辅导活动，促进彼此的交流沟通和了解，提高学生人际交往的本事，增进同学之间的友谊，构成团结互助，相互关心、友爱的学校氛围。经过自我探索，更好的认识自我、悦纳自我。</w:t>
      </w:r>
      <w:r>
        <w:rPr>
          <w:lang w:eastAsia="zh-CN"/>
        </w:rPr>
        <w:br/>
      </w:r>
      <w:r>
        <w:rPr>
          <w:lang w:eastAsia="zh-CN"/>
        </w:rPr>
        <w:t>　　_月28日高三部分学生参加了考前缓解心理压力的团体辅导活动，有效的缓解了他们学习压力，放下思想包袱，简便应对高考。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_月24日，关于“让心灵沐浴阳光”心理健康手抄报评比活动也已开展完毕，已于月底前评比并交给学校政教处留存备案。可是不足之处就是有些班级上交材料不积极，以后工作中，我们需要注意研究好时间安排。</w:t>
      </w:r>
      <w:r>
        <w:rPr>
          <w:lang w:eastAsia="zh-CN"/>
        </w:rPr>
        <w:br/>
      </w:r>
      <w:r>
        <w:rPr>
          <w:lang w:eastAsia="zh-CN"/>
        </w:rPr>
        <w:t>　　三、认真交流，总结表彰</w:t>
      </w:r>
      <w:r>
        <w:rPr>
          <w:lang w:eastAsia="zh-CN"/>
        </w:rPr>
        <w:br/>
      </w:r>
      <w:r>
        <w:rPr>
          <w:lang w:eastAsia="zh-CN"/>
        </w:rPr>
        <w:t>　　_月31日整个活动月开展完毕，对活动中做得比较好的进行了表扬，公示相关获奖情景，对活动中做得还不够好的地方进行了认真的总结，收到了良好的效果。</w:t>
      </w:r>
      <w:r>
        <w:rPr>
          <w:lang w:eastAsia="zh-CN"/>
        </w:rPr>
        <w:br/>
      </w:r>
      <w:r>
        <w:rPr>
          <w:lang w:eastAsia="zh-CN"/>
        </w:rPr>
        <w:t>　　总之，在过去的一学期中，在学校领导的关心和支持下，我校的心理健康教育工作取得了很大的提高。今后我们要继续提高认识，转变观念，异常是广大教师要转变观念，把心理健康教育工作做得更好，真正让每个学生都能在健康、温馨的环境中学习和成长。心理健康教育工作任重而道远，需要每一位教育工作者不懈努力，需要我们不断探索前进、积累经验，力争使我校的心理健康教育工作更有成效。</w:t>
      </w:r>
      <w:r>
        <w:rPr>
          <w:lang w:eastAsia="zh-CN"/>
        </w:rPr>
        <w:br/>
      </w:r>
      <w:r>
        <w:rPr>
          <w:lang w:eastAsia="zh-CN"/>
        </w:rPr>
        <w:t xml:space="preserve">    5.25大学生心理健康活动总结 篇3 </w:t>
      </w:r>
      <w:r>
        <w:rPr>
          <w:lang w:eastAsia="zh-CN"/>
        </w:rPr>
        <w:br/>
      </w:r>
      <w:r>
        <w:rPr>
          <w:lang w:eastAsia="zh-CN"/>
        </w:rPr>
        <w:t>　　今年的5·25是第十五个全国大学生心理健康日，也是师专心理健康教育中心开展“心理健康教育活动周”的15周年纪念日。从教育心理教研室到心理健康教育中心，再到心理健康教育及心理咨询中心;从老校区主楼六楼到新校区图书馆负一楼，再到六号教学楼五楼，15年风雨兼程，我们一路走来。本届活动的主题是：三进三提，心理健康教育全覆盖。主要活动总结如下：</w:t>
      </w:r>
      <w:r>
        <w:rPr>
          <w:lang w:eastAsia="zh-CN"/>
        </w:rPr>
        <w:br/>
      </w:r>
      <w:r>
        <w:rPr>
          <w:lang w:eastAsia="zh-CN"/>
        </w:rPr>
        <w:t>　　一、心理健康活动进班级，提升学生心理素质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心理咨询中心培训并聘请了21名学生“心理小讲师”，小讲师们利用晚自习等课余时间，走进学生班级，先后组织同学们开展了81场心理健康教育主题班会活动，覆盖所有教学分院。活动形式多样，有团体心理游戏、有趣味心理健康知识讲座、有心理影视赏析等，通过面对面交流、心连心互动，提升了学生的心理健康素质，学会了科学应对和处理压力的具体方法。</w:t>
      </w:r>
      <w:r>
        <w:rPr>
          <w:lang w:eastAsia="zh-CN"/>
        </w:rPr>
        <w:br/>
      </w:r>
      <w:r>
        <w:rPr>
          <w:lang w:eastAsia="zh-CN"/>
        </w:rPr>
        <w:t>　　二、身心健康体检进宿舍，提升学生健康体质</w:t>
      </w:r>
      <w:r>
        <w:rPr>
          <w:lang w:eastAsia="zh-CN"/>
        </w:rPr>
        <w:br/>
      </w:r>
      <w:r>
        <w:rPr>
          <w:lang w:eastAsia="zh-CN"/>
        </w:rPr>
        <w:t>　　心理咨询中心联合后勤处卫生所、宿管中心、自管会等单位共同开展了全校范围的身心健康体检，定期走进学生公益，为在校生进行身体健康检查、心理健康状况筛查，提升了学生对自己身心状况的重视度和认知度，更加了解自己的身心状况。</w:t>
      </w:r>
      <w:r>
        <w:rPr>
          <w:lang w:eastAsia="zh-CN"/>
        </w:rPr>
        <w:br/>
      </w:r>
      <w:r>
        <w:rPr>
          <w:lang w:eastAsia="zh-CN"/>
        </w:rPr>
        <w:t>　　三、社会心理服务进社区，提升服务地方能力</w:t>
      </w:r>
      <w:r>
        <w:rPr>
          <w:lang w:eastAsia="zh-CN"/>
        </w:rPr>
        <w:br/>
      </w:r>
      <w:r>
        <w:rPr>
          <w:lang w:eastAsia="zh-CN"/>
        </w:rPr>
        <w:t>　　5月2日，心理咨询中心和校心理部参加了凯里市世界自闭症儿童日城市徒步活动，在市区国贸广场向凯里市民宣传自闭症知识。同时通过公众号、网站、杂志等在校内进行自闭症知识宣传，让更多的同学了解自闭症儿童这个特殊群体。</w:t>
      </w:r>
      <w:r>
        <w:rPr>
          <w:lang w:eastAsia="zh-CN"/>
        </w:rPr>
        <w:br/>
      </w:r>
      <w:r>
        <w:rPr>
          <w:lang w:eastAsia="zh-CN"/>
        </w:rPr>
        <w:t>　　5月4日，心理咨询中心马燕老师应邀参加由_州教育局、共青团州委主办的“轻松备考大型中高考学生心理减压公益活动”，为施秉二中的初三学生开展考前心理减压公益讲座，引导学生以积极的心态应考。</w:t>
      </w:r>
      <w:r>
        <w:rPr>
          <w:lang w:eastAsia="zh-CN"/>
        </w:rPr>
        <w:br/>
      </w:r>
      <w:r>
        <w:rPr>
          <w:lang w:eastAsia="zh-CN"/>
        </w:rPr>
        <w:t>　　四、关爱毕业生，帮助毕业生实现平稳过度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五、开展《大学生心理健康教育》实践课，让心理咨询不再神秘</w:t>
      </w:r>
      <w:r>
        <w:rPr>
          <w:lang w:eastAsia="zh-CN"/>
        </w:rPr>
        <w:br/>
      </w:r>
      <w:r>
        <w:rPr>
          <w:lang w:eastAsia="zh-CN"/>
        </w:rPr>
        <w:t>　　以《大学生心理健康教育》课程为依托，邀请学生班级到心理咨询中心进行了团体沙盘游戏体验、心理健康桌面游戏和心理素质拓展训练，深入了解心理咨询中心的各项工作内容。本学期截至目前有8个_级班级主动到咨询中心参观，参观体验人数约有400人。</w:t>
      </w:r>
      <w:r>
        <w:rPr>
          <w:lang w:eastAsia="zh-CN"/>
        </w:rPr>
        <w:br/>
      </w:r>
      <w:r>
        <w:rPr>
          <w:lang w:eastAsia="zh-CN"/>
        </w:rPr>
        <w:t>　　六、举办第四届心理健康主题手抄报大赛</w:t>
      </w:r>
      <w:r>
        <w:rPr>
          <w:lang w:eastAsia="zh-CN"/>
        </w:rPr>
        <w:br/>
      </w:r>
      <w:r>
        <w:rPr>
          <w:lang w:eastAsia="zh-CN"/>
        </w:rPr>
        <w:t>　　成功举办了第四届心理健康手抄报大赛，邀请各分院心理委员参与手抄报评选，让学生在制作手抄报的过程中，加深对心理健康知识的了解。本届手抄报大赛共收到来自13个教学分院的300多份手抄报，经过四轮评选，最终评出26名获奖者。</w:t>
      </w:r>
      <w:r>
        <w:rPr>
          <w:lang w:eastAsia="zh-CN"/>
        </w:rPr>
        <w:br/>
      </w:r>
      <w:r>
        <w:rPr>
          <w:lang w:eastAsia="zh-CN"/>
        </w:rPr>
        <w:t>　　我们步入了新时代。新时代，要有新梦想，要实现“心健康”。最后，衷心感谢领导和兄弟部门对我们工作的大力支持和帮助，希望我们今后仍旧精诚合作，让我校的心理健康教育工作再创佳绩!</w:t>
      </w:r>
      <w:r>
        <w:rPr>
          <w:lang w:eastAsia="zh-CN"/>
        </w:rPr>
        <w:br/>
      </w:r>
      <w:r>
        <w:rPr>
          <w:lang w:eastAsia="zh-CN"/>
        </w:rPr>
        <w:t xml:space="preserve">    5.25大学生心理健康活动总结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让生活失去色彩的不是伤痛，而是内心世界的困惑;让脸上失去笑容的不是魔难，而是禁闭心灵的缄默;任何一个正常的人都会有心理上不适应的问题，人的一生就是不断体验心境、不断调整自我、不断适应社会的过程。但我们都期望自己能具有一颗明净的心，都期望自己的心态能持续用心、和谐。这天，我们在那里举行“第四届岭东“5.25―我爱我”心理健康日活动”总结会，大家知道，每年的5月25日，就是我们学校的心理健康日，之因此采用5月25日，是取其“5.25――我爱我”的意思，旨在向全体师生普及心理健康知识、宣传我校心理健康工作、提高整体心理健康水平。使我校心理工作更加规范、高效!</w:t>
      </w:r>
      <w:r>
        <w:rPr>
          <w:lang w:eastAsia="zh-CN"/>
        </w:rPr>
        <w:br/>
      </w:r>
      <w:r>
        <w:rPr>
          <w:lang w:eastAsia="zh-CN"/>
        </w:rPr>
        <w:t>　　昨日刚刚结束的心理剧比赛，演员全情投入、精准地表现了主角的心理困惑、矛盾冲突与解决策略，他们在表演中道具和场景更换快速而安静，一看就是训练有素、团结协作的团队。这次的心理剧比赛，同学们对心理剧技术也有了必须的把握，运用比较娴熟，这有赖于赵雅丽老师的多次专题培训和不厌其烦的现场指导。赵雅丽老师珍惜学习机会，克服重重困难将所学运用于教育活动当中，“爱与专业，让每一个生命如花开放”，赵雅丽老师用行动和成果演绎了这句话。</w:t>
      </w:r>
      <w:r>
        <w:rPr>
          <w:lang w:eastAsia="zh-CN"/>
        </w:rPr>
        <w:br/>
      </w:r>
      <w:r>
        <w:rPr>
          <w:lang w:eastAsia="zh-CN"/>
        </w:rPr>
        <w:t>　　心理剧各班的班主任老师，他们付出了辛勤的汗水。理解任务、创作剧本、组织排练，期间有欣喜也必须有失望甚至煎熬，赵雅丽、黄艳清、陈奕兰、冯惠芳、陈晓敏、苗苗老师还亲自担任主角，身先士卒，为学生树立榜样和信心。一路走来，他们和学生一齐收获了心灵的滋润和成长，师生和谐和班级凝聚力的提升。</w:t>
      </w:r>
      <w:r>
        <w:rPr>
          <w:lang w:eastAsia="zh-CN"/>
        </w:rPr>
        <w:br/>
      </w:r>
      <w:r>
        <w:rPr>
          <w:lang w:eastAsia="zh-CN"/>
        </w:rPr>
        <w:t>　　心理剧学生观众暨评委都出色完成了“学习、观摩、体验、评价”的任务，全程安静、认真，会风良好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那里个性值得表扬的是我校心理剧社团，我校心理剧团于今年四月成立了，其团员来自全校各个班级，这次参加心理剧《爱在身边》演出的同学们分别是：09会计2罗淡霞、陈靖敏，09旅游许燕双，09计3：胡秋怡、洪巧婷，09汽1简政宇，10会计2：黄雪玲、郭淑贤。他们在辅导教师赵雅丽老师的带领下，进行了一次次的探索，走进了心灵这个神奇的世界。为此付出了很多发奋，期望我校心理剧使更多同学受益，也期望心理剧团为我校获得更多荣誉。</w:t>
      </w:r>
      <w:r>
        <w:rPr>
          <w:lang w:eastAsia="zh-CN"/>
        </w:rPr>
        <w:br/>
      </w:r>
      <w:r>
        <w:rPr>
          <w:lang w:eastAsia="zh-CN"/>
        </w:rPr>
        <w:t xml:space="preserve">    5.25大学生心理健康活动总结 篇5 </w:t>
      </w:r>
      <w:r>
        <w:rPr>
          <w:lang w:eastAsia="zh-CN"/>
        </w:rPr>
        <w:br/>
      </w:r>
      <w:r>
        <w:rPr>
          <w:lang w:eastAsia="zh-CN"/>
        </w:rPr>
        <w:t>　　一年一度的“5·25——我爱我”大学生心理活动周也是我校心理健康教育工作中的重要部分。20_年5月民族师专大学生心理发展中心开展了以“扬起心帆，筑梦远航”为主题的心理健康周系列活动。</w:t>
      </w:r>
      <w:r>
        <w:rPr>
          <w:lang w:eastAsia="zh-CN"/>
        </w:rPr>
        <w:br/>
      </w:r>
      <w:r>
        <w:rPr>
          <w:lang w:eastAsia="zh-CN"/>
        </w:rPr>
        <w:t>　　一、活动宣传</w:t>
      </w:r>
      <w:r>
        <w:rPr>
          <w:lang w:eastAsia="zh-CN"/>
        </w:rPr>
        <w:br/>
      </w:r>
      <w:r>
        <w:rPr>
          <w:lang w:eastAsia="zh-CN"/>
        </w:rPr>
        <w:t>　　制作横幅标语“关注心理健康，幸福伴你成长”让“心灵沐浴阳光，让快乐充溢胸膛”挂在校园显著位置;在心理委员群中发布5·25心理活动周详细计划，让心理委员在班级中做简要宣传。20_年5·25心理活动周从20_年5月25日启动，历时两周，包括心理委员培训、心理电影赏析、心理拓展训练、辅导员培训、心理健康教育班会、最美笑脸征集等一系列丰富多彩的活动。</w:t>
      </w:r>
      <w:r>
        <w:rPr>
          <w:lang w:eastAsia="zh-CN"/>
        </w:rPr>
        <w:br/>
      </w:r>
      <w:r>
        <w:rPr>
          <w:lang w:eastAsia="zh-CN"/>
        </w:rPr>
        <w:t>　　二、全校心理委员培训</w:t>
      </w:r>
      <w:r>
        <w:rPr>
          <w:lang w:eastAsia="zh-CN"/>
        </w:rPr>
        <w:br/>
      </w:r>
      <w:r>
        <w:rPr>
          <w:lang w:eastAsia="zh-CN"/>
        </w:rPr>
        <w:t>　　以“朋辈心理辅导技巧”为主题的心理委员培训于20_年5月25日进行，侯老师对全校心理委员进行系统培训，培训通过大量实际案例引入、现场模拟咨询等形式进行，通过此次培训心理委员能够学会如何在谈话中运用倾听、共情、自我表露等心理技术，提高了心理委员的朋辈辅导技能。</w:t>
      </w:r>
      <w:r>
        <w:rPr>
          <w:lang w:eastAsia="zh-CN"/>
        </w:rPr>
        <w:br/>
      </w:r>
      <w:r>
        <w:rPr>
          <w:lang w:eastAsia="zh-CN"/>
        </w:rPr>
        <w:t>　　三、经典励志电影赏析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经典励志电影赏析活动于20_年5月25日统一进行，本次活动赏析的电影是《叫我第一名》、《当幸福来敲门》。电影赏析活动由每个班级心理委员自行组织，观影结束后，要求心理委员在班级组织分享活动，班级所有学生可以畅所欲言，谈谈自己观影后的感受，心理委员对此次观影活动进行总结。</w:t>
      </w:r>
      <w:r>
        <w:rPr>
          <w:lang w:eastAsia="zh-CN"/>
        </w:rPr>
        <w:br/>
      </w:r>
      <w:r>
        <w:rPr>
          <w:lang w:eastAsia="zh-CN"/>
        </w:rPr>
        <w:t>　　四、心理素质拓展活动</w:t>
      </w:r>
      <w:r>
        <w:rPr>
          <w:lang w:eastAsia="zh-CN"/>
        </w:rPr>
        <w:br/>
      </w:r>
      <w:r>
        <w:rPr>
          <w:lang w:eastAsia="zh-CN"/>
        </w:rPr>
        <w:t>　　以“团结互助，共筑美好心房”为主题的心理拓展活动，本次拓展活动主要分为五个环节。从破冰游戏——松鼠和大树开启了此次拓展训练的序幕，破冰活动主要的目的是让学生能够活跃起来。在接下来进行的起队名、珠行千里、无敌风火轮游戏中，学生们都表现出了极大的参与热情，团队竞技性游戏会有输赢，但是友谊无队别。此次拓展活动，激起了很多同学对心理学的兴趣和热情，学生们在活动中学会了团结协作、合作共赢，也学会了如何分享自己内在的感受。</w:t>
      </w:r>
      <w:r>
        <w:rPr>
          <w:lang w:eastAsia="zh-CN"/>
        </w:rPr>
        <w:br/>
      </w:r>
      <w:r>
        <w:rPr>
          <w:lang w:eastAsia="zh-CN"/>
        </w:rPr>
        <w:t>　　五、辅导员培训</w:t>
      </w:r>
      <w:r>
        <w:rPr>
          <w:lang w:eastAsia="zh-CN"/>
        </w:rPr>
        <w:br/>
      </w:r>
      <w:r>
        <w:rPr>
          <w:lang w:eastAsia="zh-CN"/>
        </w:rPr>
        <w:t>　　开展以“呵护心灵，点亮心灯”为主题的辅导员培训活动。赵老师根据自己多年从事心理健康教育与咨询的经验，结合本校心理健康教育现状，对12类值得关注的现象进行讲解培训，不仅让辅导员们对我校的心理健康教育工作现状和心理咨询室情况进行了了解，更对我校辅导员有效预防处理心理危机事件、做好班级学生管理工作具有重要作用。</w:t>
      </w:r>
      <w:r>
        <w:rPr>
          <w:lang w:eastAsia="zh-CN"/>
        </w:rPr>
        <w:br/>
      </w:r>
      <w:r>
        <w:rPr>
          <w:lang w:eastAsia="zh-CN"/>
        </w:rPr>
        <w:t>　　六、心理健康教育班会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心理健康教育班会以“扬起心帆，筑梦远航”为主题，由各个班级心理委员自行组织开展，最终上交总结资料，各班级通过心理情景剧、小组讨论分享、集体游戏活动等形式多样的节目来全面和深刻的理解大学生心理健康教育的相关内容。此次班会有助于增进了同学之间的感情，帮助同学们构建和谐的人际关系。</w:t>
      </w:r>
      <w:r>
        <w:rPr>
          <w:lang w:eastAsia="zh-CN"/>
        </w:rPr>
        <w:br/>
      </w:r>
      <w:r>
        <w:rPr>
          <w:lang w:eastAsia="zh-CN"/>
        </w:rPr>
        <w:t>　　七、最美笑脸征集活动</w:t>
      </w:r>
      <w:r>
        <w:rPr>
          <w:lang w:eastAsia="zh-CN"/>
        </w:rPr>
        <w:br/>
      </w:r>
      <w:r>
        <w:rPr>
          <w:lang w:eastAsia="zh-CN"/>
        </w:rPr>
        <w:t>　　我校今年第一次组织最美笑脸征集活动，通过面向全校学生征集集体笑脸照片，最后将所有笑脸照片制成相片墙，通过这个活动可以将爱和微笑传递给每个学生，让每一个学生都感受到微笑的力量，增进同学之间的友谊。</w:t>
      </w:r>
      <w:r>
        <w:rPr>
          <w:lang w:eastAsia="zh-CN"/>
        </w:rPr>
        <w:br/>
      </w:r>
      <w:r>
        <w:rPr>
          <w:lang w:eastAsia="zh-CN"/>
        </w:rPr>
        <w:t>　　5月25日是全国大学生心理健康日，南宁民族师专大学生心理健康发展中心结合这一主题组织了一</w:t>
      </w:r>
      <w:r>
        <w:rPr>
          <w:lang w:eastAsia="zh-CN"/>
        </w:rPr>
        <w:br/>
      </w:r>
      <w:r>
        <w:rPr>
          <w:lang w:eastAsia="zh-CN"/>
        </w:rPr>
        <w:t xml:space="preserve">    5.25大学生心理健康活动总结 篇6 </w:t>
      </w:r>
      <w:r>
        <w:rPr>
          <w:lang w:eastAsia="zh-CN"/>
        </w:rPr>
        <w:br/>
      </w:r>
      <w:r>
        <w:rPr>
          <w:lang w:eastAsia="zh-CN"/>
        </w:rPr>
        <w:t>　　大学生心理健康日活动总结5月25日是全国大学生心理健康日，“5·25”的谐音即为“我爱我”，提醒大学生“珍惜生命，关爱自己”。核心内容是：关爱自我，了解自我，接纳自己，关注自己的心理健康和心灵成长，提高自身心理素质，进而爱别人，爱社会。</w:t>
      </w:r>
      <w:r>
        <w:rPr>
          <w:lang w:eastAsia="zh-CN"/>
        </w:rPr>
        <w:br/>
      </w:r>
      <w:r>
        <w:rPr>
          <w:lang w:eastAsia="zh-CN"/>
        </w:rPr>
        <w:t>　　当日我校进行了以5.25为主题活动，由于我当天下午前两节有课，没能参加全部的活动，当我到达现场时，正在放映《阿甘正传》，它是美国百部经典名片之一，美国“反智电影”的代表作，展现历史与个人的约定，以小人物的经历透视美国政治社会史的史诗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之后又进行了团体活动，全部的心理卫生员肩并肩站成两列，由老师选出一名自愿者，进行高空人体传送，这个活动具有很高的难度，需要量我们之间默契的配合，彼此之间要相互信任，溶入其中，如果传递时任意一个人大意，走神，提前抽走力的话，就会导致活动的失败。</w:t>
      </w:r>
      <w:r>
        <w:rPr>
          <w:lang w:eastAsia="zh-CN"/>
        </w:rPr>
        <w:br/>
      </w:r>
      <w:r>
        <w:rPr>
          <w:lang w:eastAsia="zh-CN"/>
        </w:rPr>
        <w:t>　　这次525团体活动，增加了我们对了于心理学的了解，增加彼此之间的了解，友情。</w:t>
      </w:r>
      <w:r>
        <w:rPr>
          <w:lang w:eastAsia="zh-CN"/>
        </w:rPr>
        <w:br/>
      </w:r>
      <w:r>
        <w:rPr>
          <w:lang w:eastAsia="zh-CN"/>
        </w:rPr>
        <w:t xml:space="preserve">    5.25大学生心理健康活动总结 篇7 </w:t>
      </w:r>
      <w:r>
        <w:rPr>
          <w:lang w:eastAsia="zh-CN"/>
        </w:rPr>
        <w:br/>
      </w:r>
      <w:r>
        <w:rPr>
          <w:lang w:eastAsia="zh-CN"/>
        </w:rPr>
        <w:t>　　今年的5·25是第__个全国大学生心理健康日，也是师专心理健康教育中心开展“心理健康教育活动周”的__周年纪念日。从教育心理教研室到心理健康教育中心，再到心理健康教育及心理咨询中心；从老校区主楼六楼到新校区图书馆负一楼，再到六号教学楼五楼，15年风雨兼程，我们一路走来。本届活动的主题是：三进三提，心理健康教育全覆盖。主要活动总结如下：</w:t>
      </w:r>
      <w:r>
        <w:rPr>
          <w:lang w:eastAsia="zh-CN"/>
        </w:rPr>
        <w:br/>
      </w:r>
      <w:r>
        <w:rPr>
          <w:lang w:eastAsia="zh-CN"/>
        </w:rPr>
        <w:t>　　一、心理健康活动进班级，提升学生心理素质</w:t>
      </w:r>
      <w:r>
        <w:rPr>
          <w:lang w:eastAsia="zh-CN"/>
        </w:rPr>
        <w:br/>
      </w:r>
      <w:r>
        <w:rPr>
          <w:lang w:eastAsia="zh-CN"/>
        </w:rPr>
        <w:t>　　心理咨询中心培训并聘请了21名学生“心理小讲师”，小讲师们利用晚自习等课余时间，走进学生班级，先后组织同学们开展了81场心理健康教育主题班会活动，覆盖所有教学分院。活动形式多样，有团体心理游戏、有趣味心理健康知识讲座、有心理影视赏析等，通过面对面交流、心连心互动，提升了学生的心理健康素质，学会了科学应对和处理压力的具体方法。</w:t>
      </w:r>
      <w:r>
        <w:rPr>
          <w:lang w:eastAsia="zh-CN"/>
        </w:rPr>
        <w:br/>
      </w:r>
      <w:r>
        <w:rPr>
          <w:lang w:eastAsia="zh-CN"/>
        </w:rPr>
        <w:t>　　二、身心健康体检进宿舍，提升学生健康体质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心理咨询中心联合后勤处卫生所、宿管中心、自管会等单位共同开展了全校范围的身心健康体检，定期走进学生公益，为在校生进行身体健康检查、心理健康状况筛查，提升了学生对自己身心状况的重视度和认知度，更加了解自己的身心状况。</w:t>
      </w:r>
      <w:r>
        <w:rPr>
          <w:lang w:eastAsia="zh-CN"/>
        </w:rPr>
        <w:br/>
      </w:r>
      <w:r>
        <w:rPr>
          <w:lang w:eastAsia="zh-CN"/>
        </w:rPr>
        <w:t>　　三、社会心理服务进社区，提升服务地方能力</w:t>
      </w:r>
      <w:r>
        <w:rPr>
          <w:lang w:eastAsia="zh-CN"/>
        </w:rPr>
        <w:br/>
      </w:r>
      <w:r>
        <w:rPr>
          <w:lang w:eastAsia="zh-CN"/>
        </w:rPr>
        <w:t>　　5月2日，心理咨询中心和校心理部参加了凯里市世界自闭症儿童日城市徒步活动，在市区国贸广场向凯里市民宣传自闭症知识。同时通过公众号、网站、杂志等在校内进行自闭症知识宣传，让更多的同学了解自闭症儿童这个特殊群体。</w:t>
      </w:r>
      <w:r>
        <w:rPr>
          <w:lang w:eastAsia="zh-CN"/>
        </w:rPr>
        <w:br/>
      </w:r>
      <w:r>
        <w:rPr>
          <w:lang w:eastAsia="zh-CN"/>
        </w:rPr>
        <w:t>　　5月4日，心理咨询中心马燕老师应邀参加由州教育局、共青团州委主办的“轻松备考大型中高考学生心理减压公益活动”，为施秉二中的初三学生开展考前心理减压公益讲座，引导学生以积极的心态应考。</w:t>
      </w:r>
      <w:r>
        <w:rPr>
          <w:lang w:eastAsia="zh-CN"/>
        </w:rPr>
        <w:br/>
      </w:r>
      <w:r>
        <w:rPr>
          <w:lang w:eastAsia="zh-CN"/>
        </w:rPr>
        <w:t>　　四、关爱毕业生，帮助毕业生实现平稳过度</w:t>
      </w:r>
      <w:r>
        <w:rPr>
          <w:lang w:eastAsia="zh-CN"/>
        </w:rPr>
        <w:br/>
      </w:r>
      <w:r>
        <w:rPr>
          <w:lang w:eastAsia="zh-CN"/>
        </w:rPr>
        <w:t>　　五、开展《大学生心理健康教育》实践课，让心理咨询不再神秘</w:t>
      </w:r>
      <w:r>
        <w:rPr>
          <w:lang w:eastAsia="zh-CN"/>
        </w:rPr>
        <w:br/>
      </w:r>
      <w:r>
        <w:rPr>
          <w:lang w:eastAsia="zh-CN"/>
        </w:rPr>
        <w:t>　　以《大学生心理健康教育》课程为依托，邀请学生班级到心理咨询中心进行了团体沙盘游戏体验、心理健康桌面游戏和心理素质拓展训练，深入了解心理咨询中心的各项工作内容。本学期截至目前有8个__级班级主动到咨询中心参观，参观体验人数约有400人。</w:t>
      </w:r>
      <w:r>
        <w:rPr>
          <w:lang w:eastAsia="zh-CN"/>
        </w:rPr>
        <w:br/>
      </w:r>
      <w:r>
        <w:rPr>
          <w:lang w:eastAsia="zh-CN"/>
        </w:rPr>
        <w:t>　　六、举办第四届心理健康主题手抄报大赛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成功举办了第四届心理健康手抄报大赛，邀请各分院心理委员参与手抄报评选，让学生在制作手抄报的过程中，加深对心理健康知识的了解。本届手抄报大赛共收到来自13个教学分院的300多份手抄报，经过四轮评选，最终评出26名获奖者。</w:t>
      </w:r>
      <w:r>
        <w:rPr>
          <w:lang w:eastAsia="zh-CN"/>
        </w:rPr>
        <w:br/>
      </w:r>
      <w:r>
        <w:rPr>
          <w:lang w:eastAsia="zh-CN"/>
        </w:rPr>
        <w:t>　　我们步入了新时代。新时代，要有新梦想，要实现“心健康”。最后，衷心感谢领导和兄弟部门对我们工作的大力支持和帮助，希望我们今后仍旧精诚合作，让我校的心理健康教育工作再创佳绩！</w:t>
      </w:r>
      <w:r>
        <w:rPr>
          <w:lang w:eastAsia="zh-CN"/>
        </w:rPr>
        <w:br/>
      </w:r>
      <w:r>
        <w:rPr>
          <w:lang w:eastAsia="zh-CN"/>
        </w:rPr>
        <w:t xml:space="preserve">    5.25大学生心理健康活动总结 篇8 </w:t>
      </w:r>
      <w:r>
        <w:rPr>
          <w:lang w:eastAsia="zh-CN"/>
        </w:rPr>
        <w:br/>
      </w:r>
      <w:r>
        <w:rPr>
          <w:lang w:eastAsia="zh-CN"/>
        </w:rPr>
        <w:t>　　_学院认真贯彻《关于开展“大学生心理健康教育宣传月活动”的通知》精神，按照学校工作的总体要求和动科学院大学生心理健康教育工作计划，以“大学生心理健康教育宣传月”为契机，通过组织一系列内容丰富、形式多样的活动，广泛宣传了心理健康知识，使动科学院师生受益匪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_学院积极组织同学参加心理健康主题知识宣传活动。加强大学生心理健康教育工作是新形势下全面贯彻党的教育方针、实施素质教育的重要举措，是促进大学生全面发展的重要途径，是高等学校德育工作的重要组成部分。大学生不仅要有良好的思想道德素质、文化素质和身体素质，而且要有良好的心理素质、良好的个性心理品质和自尊、自爱、自律、自强的优良品格，较强的心理调适能力等。加强大学生心理健康教育工作，对于提高我院大学生适应社会生活的能力，提高我院德育工作的针对性、实效性和主动性，具有重要作用。我院的大学生心理健康教育宣传月活动有现场心理知识宣传、心理委员培训、心理健康普查和女生心理走访、院系间心理辩论赛、班级心理健康主题班会及辩论赛等活动、心理征文活动、心理委员团体心理素质拓展等板块。参与范围广、参与面大是本次活动的特点。</w:t>
      </w:r>
      <w:r>
        <w:rPr>
          <w:lang w:eastAsia="zh-CN"/>
        </w:rPr>
        <w:br/>
      </w:r>
      <w:r>
        <w:rPr>
          <w:lang w:eastAsia="zh-CN"/>
        </w:rPr>
        <w:t>　　一、讲座与培训</w:t>
      </w:r>
      <w:r>
        <w:rPr>
          <w:lang w:eastAsia="zh-CN"/>
        </w:rPr>
        <w:br/>
      </w:r>
      <w:r>
        <w:rPr>
          <w:lang w:eastAsia="zh-CN"/>
        </w:rPr>
        <w:t>　　心理讲座与培训分两部分。一是由我校大学生心理健康教育与指导中心的魏双锋老师于_月_日为20_级新生带来精彩的有关新生适应心理方面的讲座;二是由我院高莉老师为我院的班级心理委员进行心理健康知识培训;丰富我院大学生的心理健康知识。</w:t>
      </w:r>
      <w:r>
        <w:rPr>
          <w:lang w:eastAsia="zh-CN"/>
        </w:rPr>
        <w:br/>
      </w:r>
      <w:r>
        <w:rPr>
          <w:lang w:eastAsia="zh-CN"/>
        </w:rPr>
        <w:t>　　二、心理知识宣传</w:t>
      </w:r>
      <w:r>
        <w:rPr>
          <w:lang w:eastAsia="zh-CN"/>
        </w:rPr>
        <w:br/>
      </w:r>
      <w:r>
        <w:rPr>
          <w:lang w:eastAsia="zh-CN"/>
        </w:rPr>
        <w:t>　　心理宣传展板是表达生活、学习等活动中产生的心理问题、心理困惑、心理感悟等的宣传形式。本次心理漫画展以自我认知调试为主题，诠释心理健康知识的深刻内涵，生动形象地向同学们介绍一些日常生活中的心理知识，引导大学生真诚友善地对待他人和自己，积极向上地对待生活。</w:t>
      </w:r>
      <w:r>
        <w:rPr>
          <w:lang w:eastAsia="zh-CN"/>
        </w:rPr>
        <w:br/>
      </w:r>
      <w:r>
        <w:rPr>
          <w:lang w:eastAsia="zh-CN"/>
        </w:rPr>
        <w:t>　　三、在“亲密关系中成长”心理委员团体心理素质拓展活动</w:t>
      </w:r>
      <w:r>
        <w:rPr>
          <w:lang w:eastAsia="zh-CN"/>
        </w:rPr>
        <w:br/>
      </w:r>
      <w:r>
        <w:rPr>
          <w:lang w:eastAsia="zh-CN"/>
        </w:rPr>
        <w:t>　　为了缓解学习压力，增进同学之间的交流，加强同学之间的团结协作精神，动科学院于_月_日和_月_日分两次举行了这次学生会全体成员和全院心理委员心理素质拓展活动，并且收到了良好的效果。增进了同学间的相互了解和相互信任，培养了同学们的相互协作精神，凝聚向心力。</w:t>
      </w:r>
      <w:r>
        <w:rPr>
          <w:lang w:eastAsia="zh-CN"/>
        </w:rPr>
        <w:br/>
      </w:r>
      <w:r>
        <w:rPr>
          <w:lang w:eastAsia="zh-CN"/>
        </w:rPr>
        <w:t>　　四、与_学院联办两院爱情观辩论赛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院联合_学院于_月_日在图教_举办“心理健康辩论赛”，辩论赛题目“大学生谈恋爱利大于弊(_学院)、大学生谈恋爱弊大于利(_学院)”，充分展现了团队协作的精神。培养同学们的人文素质和思辨能力，营造良好的校园学术氛围，为同学们提供了展现自己的舞台。活动将培养同学们成为勤思、善辩、热爱生活的大学生，充分展现我院当代大学生积极的精神面貌。</w:t>
      </w:r>
      <w:r>
        <w:rPr>
          <w:lang w:eastAsia="zh-CN"/>
        </w:rPr>
        <w:br/>
      </w:r>
      <w:r>
        <w:rPr>
          <w:lang w:eastAsia="zh-CN"/>
        </w:rPr>
        <w:t>　　五、心理影片展播</w:t>
      </w:r>
      <w:r>
        <w:rPr>
          <w:lang w:eastAsia="zh-CN"/>
        </w:rPr>
        <w:br/>
      </w:r>
      <w:r>
        <w:rPr>
          <w:lang w:eastAsia="zh-CN"/>
        </w:rPr>
        <w:t>　　动科学院通过心理咨询师和心理学老师精选出《美丽的心灵》、《当幸福来临时》等几部影片，组织学生观看。引导大学生关注心理健康，普及心理卫生知识，帮助同学们减轻心灵负荷，放下心理负担，健康快乐地成长。</w:t>
      </w:r>
      <w:r>
        <w:rPr>
          <w:lang w:eastAsia="zh-CN"/>
        </w:rPr>
        <w:br/>
      </w:r>
      <w:r>
        <w:rPr>
          <w:lang w:eastAsia="zh-CN"/>
        </w:rPr>
        <w:t xml:space="preserve">    5.25大学生心理健康活动总结 篇9 </w:t>
      </w:r>
      <w:r>
        <w:rPr>
          <w:lang w:eastAsia="zh-CN"/>
        </w:rPr>
        <w:br/>
      </w:r>
      <w:r>
        <w:rPr>
          <w:lang w:eastAsia="zh-CN"/>
        </w:rPr>
        <w:t>　　每年的5月25日是我国的“大学生心理健康日”，“5.25”谐音“我爱我”，意为要认识自我，接纳自我，爱惜自我，肯定自我的存在价值，关爱自己及他人的心理健康和成长。</w:t>
      </w:r>
      <w:r>
        <w:rPr>
          <w:lang w:eastAsia="zh-CN"/>
        </w:rPr>
        <w:br/>
      </w:r>
      <w:r>
        <w:rPr>
          <w:lang w:eastAsia="zh-CN"/>
        </w:rPr>
        <w:t>　　围绕“我爱我”这一主题，经管学院心理中心开展了主题为“青春心梦想，经彩心绽放”的5.25心理素质拓展月系列活动，其中包括“我爱我”情诗大赛、心理创意摄影大赛、心灵大讲堂、心理知识问答、趣味心理大闯关暨经管学院心理中心学年工作成果展等一系列丰富多样，参与性强的活动，此次活动在全体心理中心成员的努力及同学们的积极配合下取得了圆满的成功。</w:t>
      </w:r>
      <w:r>
        <w:rPr>
          <w:lang w:eastAsia="zh-CN"/>
        </w:rPr>
        <w:br/>
      </w:r>
      <w:r>
        <w:rPr>
          <w:lang w:eastAsia="zh-CN"/>
        </w:rPr>
        <w:t>　　一、线上活动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首先是“我爱我”情诗大赛以及心理创意摄影大赛，这两个活动一推出就吸引了同学们的热情参与，报名人数共计300余人。情诗大赛和摄影大赛经过线上投票和5月25日当天200余人次的现场投票，最终决出了一等奖、二等奖、三等奖及优秀奖数名(名单见附录)。</w:t>
      </w:r>
      <w:r>
        <w:rPr>
          <w:lang w:eastAsia="zh-CN"/>
        </w:rPr>
        <w:br/>
      </w:r>
      <w:r>
        <w:rPr>
          <w:lang w:eastAsia="zh-CN"/>
        </w:rPr>
        <w:t>　　此外，线上的心理知识问答共吸引739人次参与其中，结合互联网的便利，我们将心理健康知识通过这样的形式传递给大家，宣传大学生心理健康知识，为同学们营造和谐的校园心理氛围。</w:t>
      </w:r>
      <w:r>
        <w:rPr>
          <w:lang w:eastAsia="zh-CN"/>
        </w:rPr>
        <w:br/>
      </w:r>
      <w:r>
        <w:rPr>
          <w:lang w:eastAsia="zh-CN"/>
        </w:rPr>
        <w:t>　　二、线下活动</w:t>
      </w:r>
      <w:r>
        <w:rPr>
          <w:lang w:eastAsia="zh-CN"/>
        </w:rPr>
        <w:br/>
      </w:r>
      <w:r>
        <w:rPr>
          <w:lang w:eastAsia="zh-CN"/>
        </w:rPr>
        <w:t>　　首先，把眼光放到我们5月17日举办的心灵大讲堂，我们请来了国家二级心理咨询师——__老师，刘老师通过生动有趣的讲解，为同学们展现了关注自我、悦纳自我的重要性，使同学们受益匪浅。</w:t>
      </w:r>
      <w:r>
        <w:rPr>
          <w:lang w:eastAsia="zh-CN"/>
        </w:rPr>
        <w:br/>
      </w:r>
      <w:r>
        <w:rPr>
          <w:lang w:eastAsia="zh-CN"/>
        </w:rPr>
        <w:t>　　其次，我们在5月28日举办了趣味性十足的心理运动会，共有18个队伍报名参加，每队6人，通过趣味的团体协作游戏，引导同学们学会合作，构建和谐的同学情谊，促进情感的积极传递。</w:t>
      </w:r>
      <w:r>
        <w:rPr>
          <w:lang w:eastAsia="zh-CN"/>
        </w:rPr>
        <w:br/>
      </w:r>
      <w:r>
        <w:rPr>
          <w:lang w:eastAsia="zh-CN"/>
        </w:rPr>
        <w:t>　　最重要的当然是5月25日的趣味心理大闯关暨经管学院心理中心学年工作成果展活动了。我们通过海报的形式展示了经管学院心理中心学年的工作成果，同时在现场设置了许多心理趣味游戏，准备了各种小礼品，活动现场气氛热烈，吸引了许多同学前来参与，充分调动了同学们的积极性。</w:t>
      </w:r>
      <w:r>
        <w:rPr>
          <w:lang w:eastAsia="zh-CN"/>
        </w:rPr>
        <w:br/>
      </w:r>
      <w:r>
        <w:rPr>
          <w:lang w:eastAsia="zh-CN"/>
        </w:rPr>
        <w:t>　　5月即将结束，在忙碌的考试月来临之际，别忘了停下匆匆的脚步，聆听自己内心的声音。5.25，我爱我，只有学会正确认识自我，接纳自我，才能在适应环境、学习成才、人际交往、交友恋爱、求职择业等各方面取得更多的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5.25大学生心理健康活动总结 篇10 </w:t>
      </w:r>
      <w:r>
        <w:rPr>
          <w:lang w:eastAsia="zh-CN"/>
        </w:rPr>
        <w:br/>
      </w:r>
      <w:r>
        <w:rPr>
          <w:lang w:eastAsia="zh-CN"/>
        </w:rPr>
        <w:t>　　我社于20__年5月期间在北京青年政治学院东校区开展了以“微爱，微笑，微成功”为主题的“525大学生心理健康节”的一系列活动，这一系列活动也让我们感受到了“525”的真正意义，增长了更多的知识和见识。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本次的“525大学生心理健康节”，我社与北京青年政治学院东校区开展的活动都有：发放调查问卷，签横幅，心理委员的培训，户外团体活动和一个心理讲座。活动内容非常丰富和充实，在我们发放问卷的时候，东校区的同学们都踊跃参与，把自己想知道的东西都留在问卷上，活动开展得很顺利，并且活动结束后进行了长时间的统计和整理，为后来的心理讲座做了一个很好的准备；接下来在签横幅的活动中，我们还加入了一个“心愿墙”和一个“发泄箱”，让同学们可以把自己的心愿贴在心愿墙上，大家都可以观看互相的心愿，这让活动变得更加活跃，“发泄箱”让同学们把平时不敢说或者是不想说的，愤怒的，令他们忧郁、不快的事都写下来并扔进“发泄箱”里，寓意着把烦恼和不快全都扔掉，让自己更加轻松快乐，这也让前横幅的活动锦上添花，使活动更加有趣。当然，周老师和王老师也参与了前横幅的活动，并且对心理委员们进行了培训，更加充实了心理委员们的知识；然后我们进行了一个团体活动，同学们更是在活动中乐趣无穷，不仅能感受到团体的作用，更拉近了同学们之间的距离，活动结束时也非常的圆满；整个一系列活动的最后是周振基老师东校区的同学们进行了一个以“如何保持良好的心态”为主题的心理讲座，在这次讲座中，很多同学都受益匪浅；最后，“525大学生心理健康节”圆满地落下了帷幕。</w:t>
      </w:r>
      <w:r>
        <w:rPr>
          <w:lang w:eastAsia="zh-CN"/>
        </w:rPr>
        <w:br/>
      </w:r>
      <w:r>
        <w:rPr>
          <w:lang w:eastAsia="zh-CN"/>
        </w:rPr>
        <w:t>　　在这次“525心理节”的一系列活动中，同学们始终都非常配合，非常积极地参与，也让我们知道，还是有非常多的一部分同学对这个非常感兴趣，也增加了我们的信心，整个活动连贯圆满，同学们都很乐意参与这样的活动，所以应该说这次在北京青年政治学院东校区开展的“525大学生心理健康节”是非常成功的。</w:t>
      </w:r>
      <w:r>
        <w:rPr>
          <w:lang w:eastAsia="zh-CN"/>
        </w:rPr>
        <w:br/>
      </w:r>
      <w:r>
        <w:rPr>
          <w:lang w:eastAsia="zh-CN"/>
        </w:rPr>
        <w:t>　　通过这次“525”，我们都学会了很多，见识了很多，让我们知道了，光靠几个人的力量是支持不起来一个社团的，让我们明白了团结的力量有多重要，让我们知道了心理节的很多内容，也让我们见识到了原来心理学不是那样单调的东西，它是非常有趣的，非常耐人琢磨的，非常吸引人的，更是丰富多彩的，这次“525”也成为了一个让我们增长见识和经验的良好契机，也为以后活动的开展打下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自己觉得，我在这次“525”中知道的，还不止刚才那些，我觉得让我感觉最深刻的，就是让我更深入地知道了整个社会的心理模型，还有，一些心理有疾病的人，并不是像电视上那样极少数的，而是在生活中，有非常多的人，心理都存在着很严重的疾病，我们要帮助他们，解脱自己，重新认识自己，同时也明白了我们现在学习的重要性，想要以后能帮助更多的人摆脱心理上的烦恼，只有现在好好学习，拥有过硬的本领，才能实现所期望的事，的本身就是学心理咨询的，更加要努力学习专业知识，让自己更加充实，也让自己能够帮助生活中更多的人；其实，本次开展的一系列活动，令我感触最深的就是周振基老师在讲座上说的那句话：“一颗阴暗的心，永远托不起一张灿烂的笑脸。”让我真的受益匪浅，真的觉得人的心理对一个人的未来和他的一生真的非常非常重要，所以，有一个良好的心态非常重要，当然，这次活动所学到的，远远不止这些了。总之，这次的“525”让我获得了很多很多。最后，祝贺这次“525大学生心理健康节”圆满成功。</w:t>
      </w:r>
      <w:r>
        <w:rPr>
          <w:lang w:eastAsia="zh-CN"/>
        </w:rPr>
        <w:br/>
      </w:r>
      <w:r>
        <w:rPr>
          <w:lang w:eastAsia="zh-CN"/>
        </w:rPr>
        <w:t xml:space="preserve">    5.25大学生心理健康活动总结 篇11 </w:t>
      </w:r>
      <w:r>
        <w:rPr>
          <w:lang w:eastAsia="zh-CN"/>
        </w:rPr>
        <w:br/>
      </w:r>
      <w:r>
        <w:rPr>
          <w:lang w:eastAsia="zh-CN"/>
        </w:rPr>
        <w:t>　　根据学工部本学期工作要求和我院本学期工作计划，我院“525——大学生心理健康活动日”活动月各项活动已圆满落下帷幕。各项活动围绕本届525活动主题“点燃大学激情，大学生大学规划”，有序开展，朋辈辅导员的工作职责、工作方法进一步得到了提升。现将近阶段我院心理健康教育工作总结如下：</w:t>
      </w:r>
      <w:r>
        <w:rPr>
          <w:lang w:eastAsia="zh-CN"/>
        </w:rPr>
        <w:br/>
      </w:r>
      <w:r>
        <w:rPr>
          <w:lang w:eastAsia="zh-CN"/>
        </w:rPr>
        <w:t>　　一、活动缤纷多彩，深受学生喜爱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3月，心情驿站组织了新老朋辈辅导员的交流心理沙龙，心委们交流工作经验，解决工作中的困惑，找到更好的方法。大家一致认为心委的工作重在积累，以一颗平常心对待班上的同学，平时多与同学们交流，这有助于了解同学，帮助同学。交流中，大家认识到获取信息的方式有很多，可以访问同学的空间，关注微博、qq签名档、说说等等，曾老师提出大家要提高信息敏感性。最后针对考研与就业的问题大家提出了自己的困惑，曾老师表达了自己的看法，使大家收获多多。这次沙龙让各年级心理委员之间有了一个很好的交流机会，大家分享了很多方法与经验有利于工作的开展。</w:t>
      </w:r>
      <w:r>
        <w:rPr>
          <w:lang w:eastAsia="zh-CN"/>
        </w:rPr>
        <w:br/>
      </w:r>
      <w:r>
        <w:rPr>
          <w:lang w:eastAsia="zh-CN"/>
        </w:rPr>
        <w:t>　　2、4月，心情驿站邀请__大学临床心理学博士张__老师为“心晴有约”第六期主题为“大学生恋爱与成长”的讲座。此次讲座由于是以采取民意调查的方式定的主题并邀请到了张__老师作为主讲嘉宾，吸引了不少__级及__级同学参加。讲座围绕着爱情与学业、爱情与成长，如何处理爱情中遇到的矛盾等方面问题，通过分析案例，深刻的探讨了大学生应该如何获得学业与爱情的双丰收。讲座整个过程气氛融洽，同学们不时地发出欢快的笑声。</w:t>
      </w:r>
      <w:r>
        <w:rPr>
          <w:lang w:eastAsia="zh-CN"/>
        </w:rPr>
        <w:br/>
      </w:r>
      <w:r>
        <w:rPr>
          <w:lang w:eastAsia="zh-CN"/>
        </w:rPr>
        <w:t>　　3、5月中旬至月底，我院组织全院各班级举行以“点燃学习激情，大学生学业规划”为主题的525活动设计大赛。本次活动充分调动了全院学生的积极性，大多数班级参与其中并以心理委员为组织者完成了策划设计，活动组织，活动总结以及PPT成果展示答辩一整套流程。活动验收答辩结束后，心情驿站根据评委给分高低评出了“最佳活动奖”，“最佳组织奖”，“最佳策划奖”，“最佳设计奖”四项八名获奖班级，并对其组织者颁发了证书和奖品。整个流程的进行不仅使全院大多数同学都对自己的大学四年有了一个更科学的学业规划，营造了全院更好的学习氛围同时也让心理委员有了对工作更强的适应性，提高了他们的活动策划组织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4、如今幸福生活的舒适已经进入了大学生的内心，大部分正当青春的大学生沉浸在网络游戏，在学校虚度光阴，拿自己的美好青春来娱乐消遣。为了克制这样的现象，丰富我们的课余生活，使我院学生能在复习阶段有一个良好的情绪去面对期末冲刺。我们在5月30号举办了“看电影，读青春”的活动，通过组织观看励志电影来促使同学们更深刻地了解青春、读懂青春，从而为自己余下的青春岁月做出一个美好规划，并塑造社会主义正确的价值观。其次我们的活动选在学期的尾声阶段举办也是为了对同学们的紧张复习阶段起到一个调节、放松的作用，通过观看喜剧《上帝也疯狂》让大家在欢笑中忘记生活中的烦心事情，调整好心态对待复习。通过这次活动，从每位观众的情绪在整个活动过程中的转变我们知道了同学们与我们所播放的视频产生了共鸣，达到了预期目的。</w:t>
      </w:r>
      <w:r>
        <w:rPr>
          <w:lang w:eastAsia="zh-CN"/>
        </w:rPr>
        <w:br/>
      </w:r>
      <w:r>
        <w:rPr>
          <w:lang w:eastAsia="zh-CN"/>
        </w:rPr>
        <w:t>　　二、积极参与学校“525——大学生心理健康日”活动月各项活动</w:t>
      </w:r>
      <w:r>
        <w:rPr>
          <w:lang w:eastAsia="zh-CN"/>
        </w:rPr>
        <w:br/>
      </w:r>
      <w:r>
        <w:rPr>
          <w:lang w:eastAsia="zh-CN"/>
        </w:rPr>
        <w:t>　　根据学工部心理健康教育中心活动安排，我院积极参与学校“525——大学生心理健康日”活动月各项活动。在525心理宣传品大赛中，我院共交了9份心理知识宣传手抄报，海报，有7份获得了奖项。在校第二届大学生心理健康知识抢答赛中，我院有35组共102人参加初赛，一组进入复赛并获决赛团体三等奖。5月下旬至6月上旬，在我院09-11级各班中召开了“点燃学习激情，大学生学业规划”心理健康主题班会，班会促进了同学们对目前学习状态的反思，也提醒同学们思考在接下来的大学学习中有效的规划，有效的学习。此外，我院还承办了学校“525”心理健康广场游戏“来吧，豆你玩”活动，活动现场气氛活跃，达到了放松心情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本学期我院心理健康教育工作以525心理健康活动月为载体，开展了一系列丰富多彩、形式多样的活动。心理健康教育工作得到了学院副书记、全体学工办老师、广大学生的支持和配合，各项工作进展顺利。在今后的心理健康教育工作中，我院会积极地配合学工部心理健康教育中心的工作安排，努力发掘我院心理健康教育二级平台“心情驿站”潜力，并以此为突破口有针对性地开展面向全院学生的发展性心理健康教育，促进学生全面发展。</w:t>
      </w:r>
      <w:r>
        <w:rPr>
          <w:lang w:eastAsia="zh-CN"/>
        </w:rPr>
        <w:br/>
      </w:r>
      <w:r>
        <w:rPr>
          <w:lang w:eastAsia="zh-CN"/>
        </w:rPr>
        <w:t>　　大学生心理健康日的活动总结6</w:t>
      </w:r>
      <w:r>
        <w:rPr>
          <w:lang w:eastAsia="zh-CN"/>
        </w:rPr>
        <w:br/>
      </w:r>
      <w:r>
        <w:rPr>
          <w:lang w:eastAsia="zh-CN"/>
        </w:rPr>
        <w:t>　　为响应学校关于加强大学生心理健康教育的号召，自我校心理危机干预四级网络建立以来，在学校心理健康教育中心的指导下，在全院学生的广泛参与下，传播学院结合学生实际，组织开展了丰富多彩、形式多样的活动，增强了心理健康教育的实效性，有助于学生培养良好的心理素质，对营造健康、乐观、积极向上的校园氛围产生积极的影响。14-15学年我们以配合学校心理健康中心工作、通过常规工作和特色活动预防心理问题发生及做好个案咨询三条主线开展工作。现具体总结如下：</w:t>
      </w:r>
      <w:r>
        <w:rPr>
          <w:lang w:eastAsia="zh-CN"/>
        </w:rPr>
        <w:br/>
      </w:r>
      <w:r>
        <w:rPr>
          <w:lang w:eastAsia="zh-CN"/>
        </w:rPr>
        <w:t>　　一、在配合学校心理健康教育中心的工作。</w:t>
      </w:r>
      <w:r>
        <w:rPr>
          <w:lang w:eastAsia="zh-CN"/>
        </w:rPr>
        <w:br/>
      </w:r>
      <w:r>
        <w:rPr>
          <w:lang w:eastAsia="zh-CN"/>
        </w:rPr>
        <w:t>　　1、协助做好5·25心理健康节的相关工作。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我校首届心理健康节中，我们和管理与经济学院共同承办了“心随影动”优秀心理影片展播活动。在活动中，我们选择了《海上钢琴师》等四部心理影片，精心制作海报，联系教室，为大家放映。放映前，我院心里协会广播电视编导专业的学生向观众简要介绍影片内涵，引导同学们从心理角度欣赏影片。此外，我们还组织观众撰写影片观后感，并邀请我院广播电视编导专业老师担任评审，评选出优秀作品。</w:t>
      </w:r>
      <w:r>
        <w:rPr>
          <w:lang w:eastAsia="zh-CN"/>
        </w:rPr>
        <w:br/>
      </w:r>
      <w:r>
        <w:rPr>
          <w:lang w:eastAsia="zh-CN"/>
        </w:rPr>
        <w:t>　　2、建立心理档案，做好个案咨询</w:t>
      </w:r>
      <w:r>
        <w:rPr>
          <w:lang w:eastAsia="zh-CN"/>
        </w:rPr>
        <w:br/>
      </w:r>
      <w:r>
        <w:rPr>
          <w:lang w:eastAsia="zh-CN"/>
        </w:rPr>
        <w:t>　　在学校心理健康教育中心的统一指导下，认真做好20__级新生的心理健康档案建立工作。通过整理档案数据，我们针对新生普遍存在的问题开展了心理知识普及工作;对于心理问题严重的学生，及时反馈给该生辅导员，并通过于辅导员老师的沟通，寻找该生的症结所在，有针对性地做好个案咨询工作，并关注该生在学校的发展，发现问题及时处理。</w:t>
      </w:r>
      <w:r>
        <w:rPr>
          <w:lang w:eastAsia="zh-CN"/>
        </w:rPr>
        <w:br/>
      </w:r>
      <w:r>
        <w:rPr>
          <w:lang w:eastAsia="zh-CN"/>
        </w:rPr>
        <w:t>　　二、加大工作力度做好大学生心理健康教育和心理危机预防工作</w:t>
      </w:r>
      <w:r>
        <w:rPr>
          <w:lang w:eastAsia="zh-CN"/>
        </w:rPr>
        <w:br/>
      </w:r>
      <w:r>
        <w:rPr>
          <w:lang w:eastAsia="zh-CN"/>
        </w:rPr>
        <w:t>　　由于广大大学生心理健康状况较好，我们主要做的工作是通过抓好心理社团、心理委员和心灵护航员，开展心理健康知识普及和素质拓展工作，从而有效预防心理疾病的发生。主要通过以下工作具体实施：</w:t>
      </w:r>
      <w:r>
        <w:rPr>
          <w:lang w:eastAsia="zh-CN"/>
        </w:rPr>
        <w:br/>
      </w:r>
      <w:r>
        <w:rPr>
          <w:lang w:eastAsia="zh-CN"/>
        </w:rPr>
        <w:t>　　1、依托组建心理社团，倡导自我服务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20__年6月，为激发学生积极关注心理健康，学院在心理辅导员老师指导下成立了心理协会。协会从成立初就建立了较完备的体制，征集确定了协会名称“聆心心理协会”及logo，拟定了协会章程，并确定了工作宗旨、机构设置、职能分工等。协会的成员包括各班心理委员、各宿舍心灵护航员及对心理知识感兴趣的同学。协会内根据公平竞争的原则，竞选出秘书、调研、策划等工作小组的负责人。协会自成立以来，常规工作和特色活动有条不紊地展开。调研组定期调研学生心理情况，并在例会中上报心理辅导员，然后根据老师的指导寻求解决办法。协会还通过“心理活动月”等特色活动，加大心理健康教育的宣传力度，提高同学们对心理健康的关注程度。心理协会的成立为学院心理工作奠定了良好的基础。</w:t>
      </w:r>
      <w:r>
        <w:rPr>
          <w:lang w:eastAsia="zh-CN"/>
        </w:rPr>
        <w:br/>
      </w:r>
      <w:r>
        <w:rPr>
          <w:lang w:eastAsia="zh-CN"/>
        </w:rPr>
        <w:t>　　2、抓好骨干培训，夯实工作基础</w:t>
      </w:r>
      <w:r>
        <w:rPr>
          <w:lang w:eastAsia="zh-CN"/>
        </w:rPr>
        <w:br/>
      </w:r>
      <w:r>
        <w:rPr>
          <w:lang w:eastAsia="zh-CN"/>
        </w:rPr>
        <w:t>　　学院的心理工作主要通过心理委员和心灵护航员开展和落实，他们是学院心理工作的骨干力量，其工作是否到位事关整个学院心理工作。为了提高他们在心理工作方面的专业素质，学院组织了多次心理委员培训讲座。培训中，学院心理辅导员老师介绍我校心理危机干预的四级预防体系及心理委员的职责定位和工作要求，并结合案例介绍如何科学合理地预防与解决大学生常见心理问题，扩展心理委员的心理知识，指导心理委员开展工作的方法及强调保密等工作原则。参加培训的同学专心聆听、认真记录，收效良好。一名心理委员参加培训后说：“作为一名心理委员，很高兴能接受到专业的培训，这无论是对个人心理素质的提高，还是对班级心理工作的开展，都是一件很有益的事。经过培训，我对自己的工作更加感兴趣了。”</w:t>
      </w:r>
      <w:r>
        <w:rPr>
          <w:lang w:eastAsia="zh-CN"/>
        </w:rPr>
        <w:br/>
      </w:r>
      <w:r>
        <w:rPr>
          <w:lang w:eastAsia="zh-CN"/>
        </w:rPr>
        <w:t>　　3、注重教育实效，丰富活动载体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学院每学期通过征集问题、张贴海报、主题班会等形式分阶段进行心理知识普及。本学期开学后，为了帮助08级新生更快、更好的适应大学生活，同时帮助14级、15级同学及时排解心中的苦恼与疑惑，协会向13、14、15三个年级的同学发去了邀请函，邀请大家参与“最困惑自己的心理问题”征集活动。活动得到了大家的积极响应。大家纷纷写下令自己最困惑的心理问题，并及时地反馈给协会。协会通过向心理辅导员老师反映、利用网络资源查询资料、向心理专家请教等多种渠道寻求解决方案，并及时将得到的信息反馈给大家。在团总支的指导下，各班还召开了“感悟生命”、“朋辈互助”、“如何塑造成功心态”、“怎样正确面对考试”等主题班会，帮助同学们进一步提高心理素质。</w:t>
      </w:r>
      <w:r>
        <w:rPr>
          <w:lang w:eastAsia="zh-CN"/>
        </w:rPr>
        <w:br/>
      </w:r>
      <w:r>
        <w:rPr>
          <w:lang w:eastAsia="zh-CN"/>
        </w:rPr>
        <w:t>　　4、打造特色活动，浓厚心理氛围</w:t>
      </w:r>
      <w:r>
        <w:rPr>
          <w:lang w:eastAsia="zh-CN"/>
        </w:rPr>
        <w:br/>
      </w:r>
      <w:r>
        <w:rPr>
          <w:lang w:eastAsia="zh-CN"/>
        </w:rPr>
        <w:t>　　学院从20__年11月到12月上旬组织了“心理活动月”特色活动，活动月期间开展的各类活动面向全院同学，得到了同学们的积极参与。系列活动包括“心随影动”优秀电影展播、“心路启航”心理健康培训、“欢乐体验坊”游戏环节、“快乐向前冲”心理知识竞赛四个内容。“心随影动”每周一期，共放映了《美丽心灵》等四部电影，引导同学们从心理学角度观赏影片，引发对人生的思考，并组织同学们撰写观后感。“欢乐体验坊”环节中通过解手链、排生日、说与唱等多个心理游戏，促使个体通过团体的内在交互作用提高团队意识、交往能力和组织归属感，完善自我。在游戏之后，有同学说通过心理游戏不仅能加深同学之间的相互了解，而且能在开心与放松的同时学到很多的心理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心路启航”讲座中，学院心理辅导员老师为各班心理委员、心理导航员进行心理知识普及和心理工作培训，以发挥心理委员的专业职能。“快乐向前冲”活动分为室内和室外两部分：室外活动在校园中进行，依靠团队成员的团结协作来完成探路、寻宝等任务，并依据所用时间确定参加室内活动的队伍。室内部分是心理知识竞赛，竞赛中考察了参赛同学较为专业的心理健康知识，让喜欢心理知识的同学得到了充分的展示，并促进了心理健康知识在同学中更为广泛地宣传和普及。心理活动月历时近四十天，活动形式多样，参与同学多，受到同学们的广泛欢迎。</w:t>
      </w:r>
      <w:r>
        <w:rPr>
          <w:lang w:eastAsia="zh-CN"/>
        </w:rPr>
        <w:br/>
      </w:r>
      <w:r>
        <w:rPr>
          <w:lang w:eastAsia="zh-CN"/>
        </w:rPr>
        <w:t>　　三、科学开展个案心理咨询工作</w:t>
      </w:r>
      <w:r>
        <w:rPr>
          <w:lang w:eastAsia="zh-CN"/>
        </w:rPr>
        <w:br/>
      </w:r>
      <w:r>
        <w:rPr>
          <w:lang w:eastAsia="zh-CN"/>
        </w:rPr>
        <w:t>　　对于心理异常的学生，各年级辅导员会咨询学院心理辅导员该生的状况及四核的咨询方式，并进行进一步的`干预。对于干预后效果不明显者，则由心理辅导员直接进行心理咨询。一年来，共咨询案例二十余人次，涉及家庭贫困、自卑、恋爱、人际关系交流、因身体原因引发心理问题等多方面。咨询后效果良好。</w:t>
      </w:r>
      <w:r>
        <w:rPr>
          <w:lang w:eastAsia="zh-CN"/>
        </w:rPr>
        <w:br/>
      </w:r>
      <w:r>
        <w:rPr>
          <w:lang w:eastAsia="zh-CN"/>
        </w:rPr>
        <w:t>　　一年来，通过常规工作和特色活动相结合的途径，通过团体活动和个案咨询相结合，传播学院坚持将心理健康教育工作长期性开展，努力提高了工作实效性，同时作为一名心理辅导员，也有一点感触。通过初级心理咨询师的培训，增加了心理辅导员对于心理学的基本理论和基本方法的了解，对于开展心理健康教育工作起到很好的指导作用。然而，随着工作的深入，心理辅导员的水平尚显不足，尤其是诊断、咨询等技能水平较低。希望心理健康中心领导为心理辅导员开设咨询和技巧辅导及推荐书目等参考资料。</w:t>
      </w:r>
      <w:r>
        <w:rPr>
          <w:lang w:eastAsia="zh-CN"/>
        </w:rPr>
        <w:br/>
      </w:r>
      <w:r>
        <w:rPr>
          <w:lang w:eastAsia="zh-CN"/>
        </w:rPr>
        <w:t xml:space="preserve">    5.25大学生心理健康活动总结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20__年2月13日至17日，我校大学生心理健康协会举办了“做你的树洞</w:t>
      </w:r>
      <w:r>
        <w:rPr>
          <w:lang w:eastAsia="zh-CN"/>
        </w:rPr>
        <w:t xml:space="preserve"> 温暖你的生活”线上活动。此次活动由学生处大学生心理健康教育与咨询中心刘雅老师指导，旨在为提高学生的自我认知能力、解决问题的能力、合作能力，增强学生在自我心理认知方面的能力，关注自身的心理建设提高学生心理素质。</w:t>
      </w:r>
      <w:r>
        <w:rPr>
          <w:lang w:eastAsia="zh-CN"/>
        </w:rPr>
        <w:br/>
      </w:r>
      <w:r>
        <w:rPr>
          <w:lang w:eastAsia="zh-CN"/>
        </w:rPr>
        <w:t>　　同学们把自己的心事烦恼发送到大学生心理健康协会公众号上参与活动。“树洞”中的“悄悄话”将被筛选并经过投稿人的同意发送到公众号上，并由热心学生们助力为其想办法去解答。“做你的树洞”活动的举办为大家提供了一个传递快乐，诉说烦恼的平台！</w:t>
      </w:r>
      <w:r>
        <w:rPr>
          <w:lang w:eastAsia="zh-CN"/>
        </w:rPr>
        <w:br/>
      </w:r>
      <w:r>
        <w:rPr>
          <w:lang w:eastAsia="zh-CN"/>
        </w:rPr>
        <w:t>　　本次活动共收到投稿49条，主要集中于家庭关系问题、朋友相处问题、学习效率问题等，经过筛选，心理健康协会在公众号发布了14条有代表性的问题，收到评论150条，体现了同学们相互之间的关心。希望通过此次活动，让同学们诉说出自己的烦恼，排解在紧张繁忙的学业中产生的低落情绪，提升心理素质，增强抗压能力，互相帮助，解决疑惑，摆脱困境，全身心地投入到学习生活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为了帮助更多同学在疫情期间以良好的心态积极学习、快乐生活，大学生心理健康教育与咨询中心特别建议：在疫情防控期间，可以多陪伴家人，可以听音乐、唱歌、跳舞，可以读自己过去想读而未读的书，可以看一直想看而未看的电影或电视剧，可以举举哑铃健健身，可以整理一下家里的物品，也可以规划一下自己新一年的生活，以减少过度关注疫情信息对自己的产生负面影响，找回对生活的掌控感。希望同学们打起精神，坚定信心，调整好心理状态，安排好学习生活。相信疫情终会过去，等待我们的将是春暖花开，美好重逢。</w:t>
      </w:r>
      <w:r>
        <w:rPr>
          <w:lang w:eastAsia="zh-CN"/>
        </w:rPr>
        <w:br/>
      </w:r>
      <w:r>
        <w:rPr>
          <w:lang w:eastAsia="zh-CN"/>
        </w:rPr>
        <w:t xml:space="preserve">    5.25大学生心理健康活动总结 篇13 </w:t>
      </w:r>
      <w:r>
        <w:rPr>
          <w:lang w:eastAsia="zh-CN"/>
        </w:rPr>
        <w:br/>
      </w:r>
      <w:r>
        <w:rPr>
          <w:lang w:eastAsia="zh-CN"/>
        </w:rPr>
        <w:t>　　大学是一个比较宽松自由的环境，大学生的生活与学习中的很多事情已经具有相当的自由与自主，这使得大学生的恋爱一直是大学校园里的热门话题，顺其自然的，大学成为配置爱情花朵最为肥沃的土地。就这一现象，我们于11年小学期期间对在校大学生的恋爱观做了一些调查，从中发现了许多现象与问题，当然也有很多结论与收获。</w:t>
      </w:r>
      <w:r>
        <w:rPr>
          <w:lang w:eastAsia="zh-CN"/>
        </w:rPr>
        <w:br/>
      </w:r>
      <w:r>
        <w:rPr>
          <w:lang w:eastAsia="zh-CN"/>
        </w:rPr>
        <w:t>　　当代的大学生对于爱情少了以往的矜持和羞涩，更多地表现出的是对爱情的强烈向往和追求。但是对于大学生的恋爱，很多人的态度都是不一样的，对于如何对待恋爱、如何处理恋爱与学业的关系、如何正确处理好随恋爱而来的责任等很多问题也有很多人没有正确的认识以及不知如何处理。恋爱关系处理正确得当，可以成为学习和事业的催化剂，是人学习努力，也有利于树立正确的人生观；恋爱关系处理的不当，可能分散注意力、情绪波动、浪费时间，还有可能会影响到接下来的生活学习，更有甚者，会发生刑事案件等让人惋惜的事情。因此我认为了解大学生的恋爱并且树立正确的恋爱观是非常有必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我们采取了最为普遍的方式即发放问卷来获取信息。因为个性稍内向一些，不善于陌生人交流，刚开始的时候，看着手里的问卷，面对着来来往往的人流，却不知如何开口，心里确实是经过了一些思想斗争的，还好后来慢慢进入状态，资料搜集起来也容易了许多。接受调查的同学也表现出不同的态度，从这个些地方也能发现一些他们对于爱情的看法。前期的信息采集工作结束之后，通过欧整理分析问卷结果，我们发现了在大学生的恋爱中普遍存在着一些不合理的地方：恋爱目的不单纯，片面化。有很多同学谈恋爱都只是为了排解对于大学生活的不适应，也就是很多人所谓的“空虚”，但是对于对象的喜好性格人品全然不在乎，对于将来的打算更是无从谈起。并且，当代大学生谈恋爱时，往往考虑的事情比较片面，只考虑两个人在一起时的事情，而没有考虑到家庭、社会、周围事物的影响。往往是只在乎爱情的过程而不考虑结果，把爱情与婚姻相脱离，还美其名曰“不在乎天长地久，只在乎曾经拥有”，有这样的心理的驱动，很多人会在意识的冲动下，做出不计后果和影响的事。</w:t>
      </w:r>
      <w:r>
        <w:rPr>
          <w:lang w:eastAsia="zh-CN"/>
        </w:rPr>
        <w:br/>
      </w:r>
      <w:r>
        <w:rPr>
          <w:lang w:eastAsia="zh-CN"/>
        </w:rPr>
        <w:t xml:space="preserve">    5.25大学生心理健康活动总结 篇14 </w:t>
      </w:r>
      <w:r>
        <w:rPr>
          <w:lang w:eastAsia="zh-CN"/>
        </w:rPr>
        <w:br/>
      </w:r>
      <w:r>
        <w:rPr>
          <w:lang w:eastAsia="zh-CN"/>
        </w:rPr>
        <w:t>　　在学习幽默诙谐博学多才的肖__老师开设的《大学生心理咨询与教育》这门课程的过程中，我受益匪浅。它帮助我树立了正确的世界观、人生观、价值观，它让我更好的认识了自己，也更有信心创造美好未来。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心理咨询教育课上，我不仅学会了要做一个冷静面对自己的现实主义者，更是学会了调整自己面对的负面情绪，调节压力。课堂上，博学多才的肖汉仕老师用生动有趣的语言讲了很多控制自己的情绪的方法，同时自创歌曲带领大家歌唱等等。这些方法，在很多时候想起来，也是非常有用的。有的.时候，一个小小的深呼吸，也可以是个很不错的方法。谁又会想到，有的时候，一个小小的呼吸也可能是成功的秘诀。</w:t>
      </w:r>
      <w:r>
        <w:rPr>
          <w:lang w:eastAsia="zh-CN"/>
        </w:rPr>
        <w:br/>
      </w:r>
      <w:r>
        <w:rPr>
          <w:lang w:eastAsia="zh-CN"/>
        </w:rPr>
        <w:t>　　心理健康教育让我了解了很多，了解自己，了解身边的人。每个人都会以为自己是最了解自己的，而在上这门课的时候，肖老师只是用一些小小的测试，就让我们更加了解我们自己内心的想法，甚至是一些自己都摸不清道不明的想法，这样的一些想法，被挖掘出来，会让人有种豁然开朗的感觉。这样的一些小小的测试，也会让人更了解自己的性格。性格的挖掘，也会让自己可以更淡然更理智的去面对很多事情。要看的起自己，看得清自己，才有可能成为一个成功的人。</w:t>
      </w:r>
      <w:r>
        <w:rPr>
          <w:lang w:eastAsia="zh-CN"/>
        </w:rPr>
        <w:br/>
      </w:r>
      <w:r>
        <w:rPr>
          <w:lang w:eastAsia="zh-CN"/>
        </w:rPr>
        <w:t>　　在上了多次心理健康教育课程以及看到同学向老师提出的一些顾虑后，我发现作为大学生的我们的确很困惑很迷茫。比如说：关于恋爱、学习、生活、以及人生目标等等。在课堂上，肖老师也给我们提出了很大宝贵的意见，指导我们如何面对这些挫折，在面对目标失落与确立的冲突时，教会我们如何形成正确的自己观念。让我们明确了自己的人生目标，指导了该如何处理学习生活上的困惑。</w:t>
      </w:r>
      <w:r>
        <w:rPr>
          <w:lang w:eastAsia="zh-CN"/>
        </w:rPr>
        <w:br/>
      </w:r>
      <w:r>
        <w:rPr>
          <w:lang w:eastAsia="zh-CN"/>
        </w:rPr>
        <w:t>　　心理健康、社会适应性是人们智力发展和脑功能健康的重要标志，是确立人生观、世界观，培养良好心理素质的基础。心理健康教育，就是教给人们如何去调整自己的心态，如何去适应生活，以及如何维护心理健康的知识或技术，帮助人们战胜自己的_些疾病，进而战胜竞争中的困难，取得最终的胜利。</w:t>
      </w:r>
      <w:r>
        <w:rPr>
          <w:lang w:eastAsia="zh-CN"/>
        </w:rPr>
        <w:br/>
      </w:r>
      <w:r>
        <w:rPr>
          <w:lang w:eastAsia="zh-CN"/>
        </w:rPr>
        <w:t xml:space="preserve">    5.25大学生心理健康活动总结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我院非常重视大学生心理健康教育，_._我爱我心理健康活动月是学院实施大学生心理健康教育的一项特色活动，今年活动的主题是敞开心扉快乐成长。寓意大学生打开心扉，多与身边的人沟通，会促进自我快乐生活，快乐成长。心理健康月期间利用心理健康宣传展板，宣传横幅，_._大学生心理健康活动倡议书，佩戴微笑标识、传递美好心情等宣传活动进行了全面氛围的营造，并先后组织开展了加强班级心理委员建设金点子征集、青春期同伴教育培训、大学生心理素质拓展训练、心理健康知识黑板报比赛、系部特色心理健康主题等活动。</w:t>
      </w:r>
      <w:r>
        <w:rPr>
          <w:lang w:eastAsia="zh-CN"/>
        </w:rPr>
        <w:br/>
      </w:r>
      <w:r>
        <w:rPr>
          <w:lang w:eastAsia="zh-CN"/>
        </w:rPr>
        <w:t>　　一、青春期同伴教育培训</w:t>
      </w:r>
      <w:r>
        <w:rPr>
          <w:lang w:eastAsia="zh-CN"/>
        </w:rPr>
        <w:br/>
      </w:r>
      <w:r>
        <w:rPr>
          <w:lang w:eastAsia="zh-CN"/>
        </w:rPr>
        <w:t>　　青春是我们的资本，健康是永恒的追求，处于青春期的大学生们需要用正确知识填充他们的好奇心理。5月8日下午，健康成长指导中心举办了青春健康同伴教育主持人培训活动，来自7个系部的28名学生在图书馆六楼团体活动室参加了此次培训，这些青春健康使者是经过自愿报名、系部选拔出来的优秀志愿者。</w:t>
      </w:r>
      <w:r>
        <w:rPr>
          <w:lang w:eastAsia="zh-CN"/>
        </w:rPr>
        <w:br/>
      </w:r>
      <w:r>
        <w:rPr>
          <w:lang w:eastAsia="zh-CN"/>
        </w:rPr>
        <w:t>　　此次培训得到了苏州市、太仓市人口与计划生育部门，玛丽斯特普国际组织驻南京办事处老师的大力支持与关注，早在今年4月份外语系李驰、第一范文网同学，机电工程系张晨辉同学，软件与服务外包学院程梦茹同学就参加了苏州市首期高校青春健康&amp;&amp;同伴教育骨干师资培训班，回校后经过一系列的前期准备和健康成长指导中心老师的指导，主要由他们担任了校内的首次同伴教育师资培训主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培训项目以其丰富的内容，互动式、参与式的教育方式，受到同学们的热烈欢迎。在三个小时的培训时间里，同学们表现积极、活跃，也一改往日羞涩，阐述了自己对同伴教育及性知识的看法，系统地掌握了主持人技巧、爱情观与价值观、性与生殖健康、艾滋病有关的知识，为接下来的系部开展活动作好了初步准备。</w:t>
      </w:r>
      <w:r>
        <w:rPr>
          <w:lang w:eastAsia="zh-CN"/>
        </w:rPr>
        <w:br/>
      </w:r>
      <w:r>
        <w:rPr>
          <w:lang w:eastAsia="zh-CN"/>
        </w:rPr>
        <w:t>　　培训活动结束后，留给主持人们的工作和义务仍将继续着，他们在各自系部将青春健康项目加以推广，整个心理健康月期间，同伴教育活动在大学生群体中遍地开花，系部共组织18场次培训，培训对象达680人。同伴教育活动在大学生心理健康方面发挥着独特而又重要的作用，随着大家在青春健康这方面认识的深化和态度的澄清，将会使他们更加健康、全面的发展。</w:t>
      </w:r>
      <w:r>
        <w:rPr>
          <w:lang w:eastAsia="zh-CN"/>
        </w:rPr>
        <w:br/>
      </w:r>
      <w:r>
        <w:rPr>
          <w:lang w:eastAsia="zh-CN"/>
        </w:rPr>
        <w:t>　　二、素质拓展训练</w:t>
      </w:r>
      <w:r>
        <w:rPr>
          <w:lang w:eastAsia="zh-CN"/>
        </w:rPr>
        <w:br/>
      </w:r>
      <w:r>
        <w:rPr>
          <w:lang w:eastAsia="zh-CN"/>
        </w:rPr>
        <w:t>　　5月15号下午，大学生素质拓展活动在学院图书馆六楼团体活动室举行，健康成长指导中心协同外语系高飞老师、左其阳老师带领各系的心理委员和心理协会成员进行了一次与众不同的心理素质拓展活动。学生处处长霍&amp;#65533;&amp;#65533;老师亲临现场观摩与指导。</w:t>
      </w:r>
      <w:r>
        <w:rPr>
          <w:lang w:eastAsia="zh-CN"/>
        </w:rPr>
        <w:br/>
      </w:r>
      <w:r>
        <w:rPr>
          <w:lang w:eastAsia="zh-CN"/>
        </w:rPr>
        <w:t>　　心理素质拓展活动开展至今已是第四年，今年的素质拓展以团队建设为主题，主要进行了鸡蛋进化、花开朵朵、知你识我、风中劲草、相亲相爱等活动。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核能培训在全院老师的心中种下了一颗颗爱的种子，因而在本次素质拓展活动中，老师们将核能培训的形式与素质拓展结合，将核能培训的心得和体验与同学分享，引发学生对团队沟通这一主题的体悟。在短短的一个半小时中，同学们全心投入，用心去分享自己的感悟，真正体会到了信任和换位思考在团队沟通中的重要性，也将会把这些觉察延伸到日常的学习生活中。</w:t>
      </w:r>
      <w:r>
        <w:rPr>
          <w:lang w:eastAsia="zh-CN"/>
        </w:rPr>
        <w:br/>
      </w:r>
      <w:r>
        <w:rPr>
          <w:lang w:eastAsia="zh-CN"/>
        </w:rPr>
        <w:t>　　三、加强心理委员建设金点子征集</w:t>
      </w:r>
      <w:r>
        <w:rPr>
          <w:lang w:eastAsia="zh-CN"/>
        </w:rPr>
        <w:br/>
      </w:r>
      <w:r>
        <w:rPr>
          <w:lang w:eastAsia="zh-CN"/>
        </w:rPr>
        <w:t>　　为让学生更深切了解心理委员的工作，充分发挥心理委员的作用，使我院心理健康工作水平上一个新台阶，特组织了此次征文活动，要求大家围绕主题，结合学院实际，为心理委员这支队伍的建设建言献策。各系都进行了积极地组织和参与，共收到稿件100余篇，同学们在其中提出了不少具有建设性的小建议，如心理委员每班级选两位，一男一女;在学期初、末、换季等心理问题多发时期，应该多开展第一范文网小活动，从点滴做起让同学们感到时刻被关爱;加强系部内班级心理委员及系部间心理委员的交流等，艺术设计系陈萧闲，电气工程学院刘学宜等18位同学获奖。</w:t>
      </w:r>
      <w:r>
        <w:rPr>
          <w:lang w:eastAsia="zh-CN"/>
        </w:rPr>
        <w:br/>
      </w:r>
      <w:r>
        <w:rPr>
          <w:lang w:eastAsia="zh-CN"/>
        </w:rPr>
        <w:t>　　四、心理健康知识黑板报比赛</w:t>
      </w:r>
      <w:r>
        <w:rPr>
          <w:lang w:eastAsia="zh-CN"/>
        </w:rPr>
        <w:br/>
      </w:r>
      <w:r>
        <w:rPr>
          <w:lang w:eastAsia="zh-CN"/>
        </w:rPr>
        <w:t>　　为广泛宣传和普及心理健康知识，营造心理健康月期间的的良好文化氛围，举办了心理健康知识专题黑板报比赛。活动中各个班级精心准备、积极配合、互提意见。通过活动，大家对黑板报的内容选择、素材收集、版面设计、色彩运用都有了一定的认识和收获。最终艺术设计系广告1111和动画1111，软件与服务外包学院计应1111等班级表现突出，取得了好成绩。</w:t>
      </w:r>
      <w:r>
        <w:rPr>
          <w:lang w:eastAsia="zh-CN"/>
        </w:rPr>
        <w:br/>
      </w:r>
      <w:r>
        <w:rPr>
          <w:lang w:eastAsia="zh-CN"/>
        </w:rPr>
        <w:t>　　五、系部特色活动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系部积极配合健康成长指导中心开展活动，同时自行组织系部班级举行以心理健康为主题的班会及其他丰富多彩的班级活动，并且发挥才智开展了具有创意的特色活动，如电气工程学院开展了悦纳自我心理健康专题知识视频讲座;为了让学生更好得学会感恩，开展原创视频家的五分钟短片大赛;宿舍长素质拓展活动。艺术设计系举办心理Logo设计比赛;做阳光大学生，给心灵一片晴空心理签名活动，并为签名同学免费发放笑脸胸针。现代港口与物流管理系举行紧急救护培训;写给即将踏上实习岗位的_级同学的一封信。机电工程系学生干部团体心理辅导</w:t>
      </w:r>
      <w:r>
        <w:rPr>
          <w:lang w:eastAsia="zh-CN"/>
        </w:rPr>
        <w:br/>
      </w:r>
      <w:r>
        <w:rPr>
          <w:lang w:eastAsia="zh-CN"/>
        </w:rPr>
        <w:t>　　在心理健康月活动结束之后，我们会对活动的组织开展情况进行认真总结，并将活动过程中的好经验、好做法以制度的形式固定下来、坚持下去，探索加强和改进我校学生心理健康教育的长效机制。当今学生只有拥有良好的心理素质，具备强有力的心理承受能力，才可以健康成长，成为社会发展需要的优秀人才。我院通过举办心理健康节，开展心理健康月系列活动，让同学们进一步了解了心理健康的意义，帮助学生更好地学会了调适心态，心理健康月也名副其实地成为引导学生健康成长的有效平台。</w:t>
      </w:r>
      <w:r>
        <w:rPr>
          <w:lang w:eastAsia="zh-CN"/>
        </w:rPr>
        <w:br/>
      </w:r>
      <w:r>
        <w:rPr>
          <w:lang w:eastAsia="zh-CN"/>
        </w:rPr>
        <w:t xml:space="preserve">    5.25大学生心理健康活动总结 篇16 </w:t>
      </w:r>
      <w:r>
        <w:rPr>
          <w:lang w:eastAsia="zh-CN"/>
        </w:rPr>
        <w:br/>
      </w:r>
      <w:r>
        <w:rPr>
          <w:lang w:eastAsia="zh-CN"/>
        </w:rPr>
        <w:t>　　“5·25，我爱我”心理健康活动周</w:t>
      </w:r>
      <w:r>
        <w:rPr>
          <w:lang w:eastAsia="zh-CN"/>
        </w:rPr>
        <w:br/>
      </w:r>
      <w:r>
        <w:rPr>
          <w:lang w:eastAsia="zh-CN"/>
        </w:rPr>
        <w:t>　　活动总结</w:t>
      </w:r>
      <w:r>
        <w:rPr>
          <w:lang w:eastAsia="zh-CN"/>
        </w:rPr>
        <w:br/>
      </w:r>
      <w:r>
        <w:rPr>
          <w:lang w:eastAsia="zh-CN"/>
        </w:rPr>
        <w:t>　　——5.25大学生心理健康日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大学生的心理健康已变得越来越重要，不仅要拥有强健的身体，我们还应拥有健康的思想。为普及大学生的心理健康教育，拓展大学生心理素质，培养大学生良好的个性心理品质，促进大学生健康成才，为此，20__年5月25日，我们班级开了以大学生心理健康为主题的班会，并制作心理健康知识小卡片。倡导大家关爱自我、了解自我、接纳自己、关注自己的心理健康和心灵成长。提高自身心理素质，进而爱别人，爱社会。班会由班长主持。</w:t>
      </w:r>
      <w:r>
        <w:rPr>
          <w:lang w:eastAsia="zh-CN"/>
        </w:rPr>
        <w:br/>
      </w:r>
      <w:r>
        <w:rPr>
          <w:lang w:eastAsia="zh-CN"/>
        </w:rPr>
        <w:t>　　班会主要由一下几个部分组成：</w:t>
      </w:r>
      <w:r>
        <w:rPr>
          <w:lang w:eastAsia="zh-CN"/>
        </w:rPr>
        <w:br/>
      </w:r>
      <w:r>
        <w:rPr>
          <w:lang w:eastAsia="zh-CN"/>
        </w:rPr>
        <w:t>　　一、什么是心理健康呢?从广义上讲，心理健康是指一种高效而满意的、持续的心理状态。从狭义上讲，心理健康是指人的基本心理活动的过程内容完整、协调一致，即认识、情感、意志、行为、人格完整和协调，能适应社会，与社会保持同步。</w:t>
      </w:r>
      <w:r>
        <w:rPr>
          <w:lang w:eastAsia="zh-CN"/>
        </w:rPr>
        <w:br/>
      </w:r>
      <w:r>
        <w:rPr>
          <w:lang w:eastAsia="zh-CN"/>
        </w:rPr>
        <w:t>　　二、与之对应即判断心理健康的标准。心理健康的标准：心理学家认为，人的心理健康包括以下七个方面：智力正常、情绪健康、意</w:t>
      </w:r>
      <w:r>
        <w:rPr>
          <w:lang w:eastAsia="zh-CN"/>
        </w:rPr>
        <w:br/>
      </w:r>
      <w:r>
        <w:rPr>
          <w:lang w:eastAsia="zh-CN"/>
        </w:rPr>
        <w:t>　　志健全、行为协调、人间关系适应、反应适度、心理特点符合年龄。</w:t>
      </w:r>
      <w:r>
        <w:rPr>
          <w:lang w:eastAsia="zh-CN"/>
        </w:rPr>
        <w:br/>
      </w:r>
      <w:r>
        <w:rPr>
          <w:lang w:eastAsia="zh-CN"/>
        </w:rPr>
        <w:t>　　三、了解心理健康的重要性。了解什么是心理健康，对于增强与维护人们的整体健康水平有重要意义。人们掌握了人的健康标准，以此为依据对照自己，进行心理健康的`自我诊断。发现自己的心理状况某个或某几个方面与心理健康标准有一定距离，就有针对性地加强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理锻炼，以期达到心理健康水平。如果发现自己的心理状态严重地偏离心理健康标准，就要及时地求医，以便早期诊断与早期治疗。</w:t>
      </w:r>
      <w:r>
        <w:rPr>
          <w:lang w:eastAsia="zh-CN"/>
        </w:rPr>
        <w:br/>
      </w:r>
      <w:r>
        <w:rPr>
          <w:lang w:eastAsia="zh-CN"/>
        </w:rPr>
        <w:t>　　四、如何应对心理健康问题?如果发现有心理方面现相关的问题，我们可以从五个方面来做到疗愈：1、健康：通过肢体工作、莱克式呼吸等，掌握迅速提升身心能量的工具。2、情感：当我们觉察到身体所有的功能，你将会大吃一惊。我们不曾深入它，不曾费心去了解它，然而我们却奢言去爱人，这是不可能的，因为别人也是以身体的形式出现在你面前。3、情绪：应用肢体工作的专业技术，帮助人们打通身体和情绪的阻塞。这种疗法将超越思辩式的分析和对话，从各个层面支持学员的身心整合。4.觉察：支持学员发现和理清其内在核心模式，包括我们的情感、信仰、记忆和行为等方面的模式。我们在意识层面常常对很多生命事件以及其背后的模式没有清晰的觉察，但是所有事件却在我们身体里留下了痕迹，刻下了深刻的烙印。</w:t>
      </w:r>
      <w:r>
        <w:rPr>
          <w:lang w:eastAsia="zh-CN"/>
        </w:rPr>
        <w:br/>
      </w:r>
      <w:r>
        <w:rPr>
          <w:lang w:eastAsia="zh-CN"/>
        </w:rPr>
        <w:t>　　5、灵性：身体是有形的灵魂，灵魂是无形的身体。通过深刻地体验我们的身体，学员能更强烈地体会在“活在当下”的感觉，做到这些我们能更健康。</w:t>
      </w:r>
      <w:r>
        <w:rPr>
          <w:lang w:eastAsia="zh-CN"/>
        </w:rPr>
        <w:br/>
      </w:r>
      <w:r>
        <w:rPr>
          <w:lang w:eastAsia="zh-CN"/>
        </w:rPr>
        <w:t>　　最后，班长还从实际出发举例了现实中的一些案例，让同学们更直观的了解到心理健康的重要性！</w:t>
      </w:r>
      <w:r>
        <w:rPr>
          <w:lang w:eastAsia="zh-CN"/>
        </w:rPr>
        <w:br/>
      </w:r>
      <w:r>
        <w:rPr>
          <w:lang w:eastAsia="zh-CN"/>
        </w:rPr>
        <w:t xml:space="preserve">    5.25大学生心理健康活动总结 篇17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健雄职业技术学院一直非常重视大学生心理健康教育，“5.25”我爱我”心理健康活动月是学院实施大学生心理健康教育的一项特色活动，今年活动的主题是“敞开心扉快乐成长”。寓意大学生打开心扉，多与身边的人沟通，会促进自己快乐生活，快乐成长。心理健康月期间利积极理健康宣传展板，宣传横幅，“5.25”大学生心理健康活动倡议书，佩戴微笑标识、传递美好心情等宣传活动进行了全面氛围的营造，并先后组织开展了“加强班级心理委员建设金点子”征集、青春期同伴教育培训、大学生心理素质拓展训练、心理健康知识黑板报比赛、系部特色心理健康主题等活动。</w:t>
      </w:r>
      <w:r>
        <w:rPr>
          <w:lang w:eastAsia="zh-CN"/>
        </w:rPr>
        <w:br/>
      </w:r>
      <w:r>
        <w:rPr>
          <w:lang w:eastAsia="zh-CN"/>
        </w:rPr>
        <w:t>　　一、青春期同伴教育培训</w:t>
      </w:r>
      <w:r>
        <w:rPr>
          <w:lang w:eastAsia="zh-CN"/>
        </w:rPr>
        <w:br/>
      </w:r>
      <w:r>
        <w:rPr>
          <w:lang w:eastAsia="zh-CN"/>
        </w:rPr>
        <w:t>　　青春是我们的资本，健康是永恒的追求，处于青春期的大学生们需要用正确知识填充他们的好奇心理。5月8日下午，健康成长指导中心举办了青春健康同伴教育主持人培训活动，来自7个系部的28名学生在图书馆六楼团体活动室参加了此次培训，这些青春健康使者是经过自愿报名、系部选拔出来的优秀志愿者。</w:t>
      </w:r>
      <w:r>
        <w:rPr>
          <w:lang w:eastAsia="zh-CN"/>
        </w:rPr>
        <w:br/>
      </w:r>
      <w:r>
        <w:rPr>
          <w:lang w:eastAsia="zh-CN"/>
        </w:rPr>
        <w:t>　　此次培训得到了苏州市、太仓市人口与计划生育部门，玛丽斯特普国际组织驻南京办事处老师的大力支持与关注，早在今年4月份外语系李驰同学，机电工程系张晨辉同学，软件与服务外包学院程梦茹同学就参加了苏州市首期高校青春健康——同伴教育骨干师资培训班，回校后经过一系列的前期准备和健康成长指导中心老师的指导，主要由他们担任了校内的首次同伴教育师资培训主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培训项目以其丰富的内容，互动式、参与式的教育方式，受到同学们的热烈欢迎。在三个小时的培训时间里，同学们表现积极、活跃，也一改往日羞涩，阐述了自己对同伴教育及性知识的看法，系统地掌握了主持人技巧、爱情观与价值观、性与生殖健康、艾滋病有关的知识，为接下来的系部开展活动作好了初步准备。</w:t>
      </w:r>
      <w:r>
        <w:rPr>
          <w:lang w:eastAsia="zh-CN"/>
        </w:rPr>
        <w:br/>
      </w:r>
      <w:r>
        <w:rPr>
          <w:lang w:eastAsia="zh-CN"/>
        </w:rPr>
        <w:t>　　培训活动结束后，留给主持人们的工作和义务仍将继续着，他们在各自系部将“青春健康项目”加以推广，整个心理健康月期间，同伴教育活动在大学生群体中遍地开花，系部共组织18场次培训，培训对象达680人。同伴教育活动在大学生心理健康方面发挥着独特而又重要的作用，随着大家在青春健康这方面认识的深化和态度的澄清，将会使他们更加健康、全面的发展。</w:t>
      </w:r>
      <w:r>
        <w:rPr>
          <w:lang w:eastAsia="zh-CN"/>
        </w:rPr>
        <w:br/>
      </w:r>
      <w:r>
        <w:rPr>
          <w:lang w:eastAsia="zh-CN"/>
        </w:rPr>
        <w:t>　　二、素质拓展训练</w:t>
      </w:r>
      <w:r>
        <w:rPr>
          <w:lang w:eastAsia="zh-CN"/>
        </w:rPr>
        <w:br/>
      </w:r>
      <w:r>
        <w:rPr>
          <w:lang w:eastAsia="zh-CN"/>
        </w:rPr>
        <w:t>　　5月15号下午，“大学生素质拓展活动”在学院图书馆六楼团体活动室举行，健康成长指导中心协同外语系高飞老师、左其阳老师带领各系的心理委员和心理协会成员进行了一次与众不同的心理素质拓展活动。学生处处长霍老师亲临现场观摩与指导。</w:t>
      </w:r>
      <w:r>
        <w:rPr>
          <w:lang w:eastAsia="zh-CN"/>
        </w:rPr>
        <w:br/>
      </w:r>
      <w:r>
        <w:rPr>
          <w:lang w:eastAsia="zh-CN"/>
        </w:rPr>
        <w:t>　　心理素质拓展活动开展至今已是第四年，今年的素质拓展以“团队建设”为主题，主要进行了“鸡蛋进化”、“花开朵朵”、“知你识我”、“风中劲草”、“相亲相爱”等活动。</w:t>
      </w:r>
      <w:r>
        <w:rPr>
          <w:lang w:eastAsia="zh-CN"/>
        </w:rPr>
        <w:br/>
      </w:r>
      <w:r>
        <w:rPr>
          <w:lang w:eastAsia="zh-CN"/>
        </w:rPr>
        <w:t>　　核能培训在全院老师的心中种下了一颗颗爱的种子，因而在本次素质拓展活动中，老师们将核能培训的形式与素质拓展结合，将核能培训的心得和体验与同学分享，引发学生对“团队沟通”这一主题的体悟。在短短的一个半小时中，同学们全心投入，积极去分享自己的感悟，真正体会到了信任和换位思考在团队沟通中的重要性，也将会把这些觉察延伸到日常的学习生活中。</w:t>
      </w:r>
      <w:r>
        <w:rPr>
          <w:lang w:eastAsia="zh-CN"/>
        </w:rPr>
        <w:br/>
      </w:r>
    </w:p>
    <w:p w:rsidR="001B1F19" w14:textId="27C3F48A">
      <w:pPr>
        <w:rPr>
          <w:rFonts w:hint="eastAsia"/>
          <w:lang w:eastAsia="zh-CN"/>
        </w:rPr>
      </w:pPr>
      <w:r>
        <w:rPr>
          <w:lang w:eastAsia="zh-CN"/>
        </w:rPr>
        <w:t>　　三、“加强心理委员建设金点子”征集</w:t>
      </w:r>
      <w:r>
        <w:rPr>
          <w:lang w:eastAsia="zh-CN"/>
        </w:rPr>
        <w:br/>
      </w:r>
      <w:r>
        <w:rPr>
          <w:lang w:eastAsia="zh-CN"/>
        </w:rPr>
        <w:t>　　为让学生更深切了解心理委员的工作，充分发挥心理委员的作用，使我院心理健康工作水平上一个新台阶，特组织了此次征文活动，要求大家围绕主题，结合学院实际，为心理委员这支队伍的建设建言献策。各系都进行了积极地组织和参与，共收到稿件100余篇，同学们在其中提出了不少具有建设性的小建议，如心理委员每班级选两位，一男一女;在学期初、末、换季等心理问题多发时期，应该多开展小活动，从点滴做起让同学们感到时刻被关爱;加强系部内班级心理委员及系部间心理委员的交流等，艺术设计系陈萧闲，电气工程学院刘学宜等18位同学获奖。</w:t>
      </w:r>
      <w:r>
        <w:rPr>
          <w:lang w:eastAsia="zh-CN"/>
        </w:rPr>
        <w:br/>
      </w:r>
      <w:r>
        <w:rPr>
          <w:lang w:eastAsia="zh-CN"/>
        </w:rPr>
        <w:t>　　四、心理健康知识黑板报比赛</w:t>
      </w:r>
      <w:r>
        <w:rPr>
          <w:lang w:eastAsia="zh-CN"/>
        </w:rPr>
        <w:br/>
      </w:r>
      <w:r>
        <w:rPr>
          <w:lang w:eastAsia="zh-CN"/>
        </w:rPr>
        <w:t>　　为广泛宣传和普及心理健康知识，营造心理健康月期间的的良好文化氛围，举办了心理健康知识专题黑板报比赛。活动中各个班级精心准备、积极配合、互提意见。通过活动，大家对黑板报的内容选择、素材收集、版面设计、色彩运用都有了一定的认识和收获。最终艺术设计系广告1班和动画1班，软件与服务外包学院计应1班等班级表现突出，取得了好成绩。</w:t>
      </w:r>
      <w:r>
        <w:rPr>
          <w:lang w:eastAsia="zh-CN"/>
        </w:rPr>
        <w:br/>
      </w:r>
      <w:r>
        <w:rPr>
          <w:lang w:eastAsia="zh-CN"/>
        </w:rPr>
        <w:t>　　五、系部特色活动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https://d.book118.com/426135210010010103</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6135210010010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