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有关于五年级数学教学工作总结范文（30篇）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有关于五年级数学教学工作总结范文（通用30篇）</w:t>
      </w:r>
      <w:r>
        <w:rPr>
          <w:lang w:eastAsia="zh-CN"/>
        </w:rPr>
        <w:br/>
      </w:r>
      <w:r>
        <w:rPr>
          <w:lang w:eastAsia="zh-CN"/>
        </w:rPr>
        <w:t xml:space="preserve">    有关于五年级数学教学工作总结范文 篇1 </w:t>
      </w:r>
      <w:r>
        <w:rPr>
          <w:lang w:eastAsia="zh-CN"/>
        </w:rPr>
        <w:br/>
      </w:r>
      <w:r>
        <w:rPr>
          <w:lang w:eastAsia="zh-CN"/>
        </w:rPr>
        <w:t>　　转眼间，20__年的教学工作已画上圆满的句号。本学年中，我承担五年级二班的数学教学工作。回首走过的岁月，内心有些许的欣慰，也有几分感慨。现将20__年工作总结如下：</w:t>
      </w:r>
      <w:r>
        <w:rPr>
          <w:lang w:eastAsia="zh-CN"/>
        </w:rPr>
        <w:br/>
      </w:r>
      <w:r>
        <w:rPr>
          <w:lang w:eastAsia="zh-CN"/>
        </w:rPr>
        <w:t>　　一、备课</w:t>
      </w:r>
      <w:r>
        <w:rPr>
          <w:lang w:eastAsia="zh-CN"/>
        </w:rPr>
        <w:br/>
      </w:r>
      <w:r>
        <w:rPr>
          <w:lang w:eastAsia="zh-CN"/>
        </w:rPr>
        <w:t>　　积极参加教研组组织的教研活动，为了把自己的教学水平提高，我坚持经常看参考书、数学奥赛书籍等，以积极的心态提前备课，认真钻研教材、教参，学习好大纲，虚心向同组老师学习、请教。还经常网上找一些优秀的教案课件学习，从中学习别人的长处，领悟其中的教学艺术。平时还虚心请教有经验的老师。在备课过程中认真分析教材，根据教材的特点及学生的实际情况设计教案。</w:t>
      </w:r>
      <w:r>
        <w:rPr>
          <w:lang w:eastAsia="zh-CN"/>
        </w:rPr>
        <w:br/>
      </w:r>
      <w:r>
        <w:rPr>
          <w:lang w:eastAsia="zh-CN"/>
        </w:rPr>
        <w:t>　　二、上课</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上好课的前提是做好课前准备，不打无准备之仗。上课时认真讲课，力求抓住重点，突破难点，精讲精练。运用多种教学方法，从学生的实际出发，注意调动学生学习的积极性和创造性思维，使学生有举一反三的能力。培养学困生的学习兴趣，有难度的问题找优等生；一般问题找中等生；简单些的总是找学困生回答。桌间巡视时，注意对学困生进行面对面的辅导，课后及时做课后记，找出不足。</w:t>
      </w:r>
      <w:r>
        <w:rPr>
          <w:lang w:eastAsia="zh-CN"/>
        </w:rPr>
        <w:br/>
      </w:r>
      <w:r>
        <w:rPr>
          <w:lang w:eastAsia="zh-CN"/>
        </w:rPr>
        <w:t>　　三、辅导</w:t>
      </w:r>
      <w:r>
        <w:rPr>
          <w:lang w:eastAsia="zh-CN"/>
        </w:rPr>
        <w:br/>
      </w:r>
      <w:r>
        <w:rPr>
          <w:lang w:eastAsia="zh-CN"/>
        </w:rPr>
        <w:t>　　针对不同的后进生的具体情况，我制定了相应的计划和目标，利用利用课余时间，对这部分同学有计划地进行课后辅导。我对他们经常进行鼓励，消除他们的自卑心理；有时在课堂上提问他们一些容易回答的问题，增强他们的自信心，提高他们的学习积极性。及时查缺补漏。</w:t>
      </w:r>
      <w:r>
        <w:rPr>
          <w:lang w:eastAsia="zh-CN"/>
        </w:rPr>
        <w:br/>
      </w:r>
      <w:r>
        <w:rPr>
          <w:lang w:eastAsia="zh-CN"/>
        </w:rPr>
        <w:t>　　四、认真学习课标，领会精神，指导教学。</w:t>
      </w:r>
      <w:r>
        <w:rPr>
          <w:lang w:eastAsia="zh-CN"/>
        </w:rPr>
        <w:br/>
      </w:r>
      <w:r>
        <w:rPr>
          <w:lang w:eastAsia="zh-CN"/>
        </w:rPr>
        <w:t>　　我们怎样教数学,《数学课程标准》对数学的教学内容，教学方式，教学评估教育价值观等多方面都提出了许多新的要求。无疑我们每位数学教师置身其中去迎接这种挑战，是我们每位教师必须重新思考的问题。鲜明的理念，全新的框架，明晰的目标，有效的学习对新课程标准的基本理念，设计思路，课程目标，内容标准及课程实施建议有更深的了解</w:t>
      </w:r>
      <w:r>
        <w:rPr>
          <w:lang w:eastAsia="zh-CN"/>
        </w:rPr>
        <w:br/>
      </w:r>
      <w:r>
        <w:rPr>
          <w:lang w:eastAsia="zh-CN"/>
        </w:rPr>
        <w:t>　　五、常抓课堂管理、营造和谐的课堂氛围。</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没有一个良好的课堂氛围，要提高课堂教学质量，如水中望月，可望不可及。良好的课堂氛围是提高课教学质量的前提条件。为此，本人在学期初的第一节课，结合数学学科的特点，针对学生在课堂上的坐、听、说、讲、练提出具体要求。课堂上，提倡动静相宜，动时，积极热烈，敢于动手操作、乐于参与实践活动，畅所欲言。静时，暝思苦想，勤于思考。另外，课堂教学中注意营造民主的氛围，小学高年级阶段的学生随生理、心理的发展，个体差异大，大部分学生都渴求别人的理解与尊重。作为教师，我必须尊重学生的人格，维护学生的自尊，平等地与学生交流，蹲下来跟学生说话，倾听学生的心声，教学生之所需，抛砖引玉，为在知识海洋里前行的学生指明方向。</w:t>
      </w:r>
      <w:r>
        <w:rPr>
          <w:lang w:eastAsia="zh-CN"/>
        </w:rPr>
        <w:br/>
      </w:r>
      <w:r>
        <w:rPr>
          <w:lang w:eastAsia="zh-CN"/>
        </w:rPr>
        <w:t>　　六、课堂教学，师生之间学生之间交往互动，共同发展。</w:t>
      </w:r>
      <w:r>
        <w:rPr>
          <w:lang w:eastAsia="zh-CN"/>
        </w:rPr>
        <w:br/>
      </w:r>
      <w:r>
        <w:rPr>
          <w:lang w:eastAsia="zh-CN"/>
        </w:rPr>
        <w:t>　　本学期我们每位数学教师都是课堂教学的实践者，为保证新课程标准的落实，我们把课堂教学作为有利于学生主动探索的数学学习环境，把学生在获得知识和技能的同时，在情感、态度价值观等方面都能够充分发展作为教学改革的基本指导思想，把数学教学看成是师生之间学生之间交往互动，共同发展的过程。</w:t>
      </w:r>
      <w:r>
        <w:rPr>
          <w:lang w:eastAsia="zh-CN"/>
        </w:rPr>
        <w:br/>
      </w:r>
      <w:r>
        <w:rPr>
          <w:lang w:eastAsia="zh-CN"/>
        </w:rPr>
        <w:t>　　七、创新评价，激励促进学生全面发展。</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抓基础知识的掌握，抓课堂作业的堂堂清，采用定性与定量相结合，更多地关注学生已经掌握了什么，获得了那些进步，具备了什么能力。使评价结果有利于树立学生学习数学的自信心，提高学生学习数学的兴趣，促进学生的发展一份耕耘，一份收获。教学工作苦乐相伴。我们将本着“勤学、善思、实干”的准则，一如既往，再接再厉，把工作搞得更好。</w:t>
      </w:r>
      <w:r>
        <w:rPr>
          <w:lang w:eastAsia="zh-CN"/>
        </w:rPr>
        <w:br/>
      </w:r>
      <w:r>
        <w:rPr>
          <w:lang w:eastAsia="zh-CN"/>
        </w:rPr>
        <w:t>　　八、作业</w:t>
      </w:r>
      <w:r>
        <w:rPr>
          <w:lang w:eastAsia="zh-CN"/>
        </w:rPr>
        <w:br/>
      </w:r>
      <w:r>
        <w:rPr>
          <w:lang w:eastAsia="zh-CN"/>
        </w:rPr>
        <w:t>　　根据减负的要求，我把每天的作业经过精心地挑选，适当地留一些有利于学生能力发展的、发挥主动性和创造性的作业。</w:t>
      </w:r>
      <w:r>
        <w:rPr>
          <w:lang w:eastAsia="zh-CN"/>
        </w:rPr>
        <w:br/>
      </w:r>
      <w:r>
        <w:rPr>
          <w:lang w:eastAsia="zh-CN"/>
        </w:rPr>
        <w:t>　　九、总结得失，以励再战。</w:t>
      </w:r>
      <w:r>
        <w:rPr>
          <w:lang w:eastAsia="zh-CN"/>
        </w:rPr>
        <w:br/>
      </w:r>
      <w:r>
        <w:rPr>
          <w:lang w:eastAsia="zh-CN"/>
        </w:rPr>
        <w:t>　　1、取得的成绩：在我的努力带动下，学困生的脸上有了笑容了，作业基本能按时按量的完成了，学生们的学习兴趣较以前提高了，学习的态度也改变了不少。</w:t>
      </w:r>
      <w:r>
        <w:rPr>
          <w:lang w:eastAsia="zh-CN"/>
        </w:rPr>
        <w:br/>
      </w:r>
      <w:r>
        <w:rPr>
          <w:lang w:eastAsia="zh-CN"/>
        </w:rPr>
        <w:t>　　2、存在的不足：部分学生多年来形成的一些不良学习方法和习惯，还有待进一步规范和引导；学困生在起始年级的知识空缺（口算乘除法及其他）直接影响着计算的效率与质量，随着年级的增高表现也越来越明显；学习成绩虽然有所进步，但许多方面还有很大的提升空间；老师的付出与学生知识掌握的反馈（作业、成绩）使老师产生急躁的情绪。</w:t>
      </w:r>
      <w:r>
        <w:rPr>
          <w:lang w:eastAsia="zh-CN"/>
        </w:rPr>
        <w:br/>
      </w:r>
      <w:r>
        <w:rPr>
          <w:lang w:eastAsia="zh-CN"/>
        </w:rPr>
        <w:t>　　3、努力方向：我深知，作为一名教师，不仅需要努力地工作，更要掌握合理的工作方法，做好教育教学工作计划。今后，我将继续本着“教到老，学到老”的精神，改变急躁的情绪，不断探讨提高学生学习兴趣、促进学生全面发展的有效机制；继续保持与学生家长的紧密联系，共同配合，把我们的下一代教育好，培养好，争取个人成长与学生成长实现双丰收则，一如既往，再接再厉，把工作搞得更好。</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有关于五年级数学教学工作总结范文 篇2 </w:t>
      </w:r>
      <w:r>
        <w:rPr>
          <w:lang w:eastAsia="zh-CN"/>
        </w:rPr>
        <w:br/>
      </w:r>
      <w:r>
        <w:rPr>
          <w:lang w:eastAsia="zh-CN"/>
        </w:rPr>
        <w:t>　　在刚刚过去的一学期里，我担任小学五年级的班主任和数学教学工作。由于新担任班主任，我从各方面严格要求自己，结合本班学生的实际情况，勤勤恳恳，兢兢业业，使教学工作有计划、有组织、有步骤地开展，做到认真备课、上课，及时批改作业、讲评作业，做好课后辅导工作，教学中严格要求学生，尊重学生，发扬教学民主，使学生学有所得。圆满地完成了教学任务。为使今后的工作取得更大的进步，现对本学期的教学工作作出总结，如下：</w:t>
      </w:r>
      <w:r>
        <w:rPr>
          <w:lang w:eastAsia="zh-CN"/>
        </w:rPr>
        <w:br/>
      </w:r>
      <w:r>
        <w:rPr>
          <w:lang w:eastAsia="zh-CN"/>
        </w:rPr>
        <w:t>　　一、以课堂教学为核心，努力做好教学工作。</w:t>
      </w:r>
      <w:r>
        <w:rPr>
          <w:lang w:eastAsia="zh-CN"/>
        </w:rPr>
        <w:br/>
      </w:r>
      <w:r>
        <w:rPr>
          <w:lang w:eastAsia="zh-CN"/>
        </w:rPr>
        <w:t>　　1、备课</w:t>
      </w:r>
      <w:r>
        <w:rPr>
          <w:lang w:eastAsia="zh-CN"/>
        </w:rPr>
        <w:br/>
      </w:r>
      <w:r>
        <w:rPr>
          <w:lang w:eastAsia="zh-CN"/>
        </w:rPr>
        <w:t>　　由于是第一次教学五年级数学，我对教材内容不熟悉，所以在学期初，我认真钻研了数学教材，教参，对学期教学内容做到心中有数。学期中，着重进行单元备课，掌握每一部分知识在单元中、在整册书中的地位、作用。不但备教材备教法而且备学生，根据教材内容及学生的实际，设计课的类型，拟定合适的教学方法，思考学生怎样学，学生将会产生什么疑难，该怎样解决。在备课本中体现教师的引导，学生的主动学习教程。充分理解课后习题的作用，设计好练习。每一课都做到“有备而来”，每堂课都在课前做好充分的准备，并制作各种利于吸引学生注意力的有趣教具，课后及时对该课做总结。</w:t>
      </w:r>
      <w:r>
        <w:rPr>
          <w:lang w:eastAsia="zh-CN"/>
        </w:rPr>
        <w:br/>
      </w:r>
      <w:r>
        <w:rPr>
          <w:lang w:eastAsia="zh-CN"/>
        </w:rPr>
        <w:t>　　2、上课</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创设各种情境，激发学生思考。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相信学生的能力，大胆地放手让学生探究，动手，动口，动脑。针对教学重、难点，选择学生的探究结果，学生进行比较、交流、讨论，从中掌握知识，培养能力。有意识地通过生活、实例、活动、游戏等形式引入新知识点，让学生感受数学知识在日常生活中处处存在。并通过学生的亲身感受、操作、实践、体验、讨论等方法，创设情景来激发学生的学习兴趣，实现了学生感知知识形成的过程。让学生进行不同坡度练习，不同层次的题目，巩固知识，形成能力，发展思维。最后，尽量让学生自己小结学到的知识以及方法。现在学生普遍对数学感兴趣，参与性高，这为学好数学迈出了坚实的一步。具体方法如下：</w:t>
      </w:r>
      <w:r>
        <w:rPr>
          <w:lang w:eastAsia="zh-CN"/>
        </w:rPr>
        <w:br/>
      </w:r>
      <w:r>
        <w:rPr>
          <w:lang w:eastAsia="zh-CN"/>
        </w:rPr>
        <w:t>　　A加强口算的学习。通过课前的3分钟的口算练习，采用多种形式，让学生通过他们自己喜爱的方式来练习，还不定期的举行抢答比赛，激发他们的积极性。</w:t>
      </w:r>
      <w:r>
        <w:rPr>
          <w:lang w:eastAsia="zh-CN"/>
        </w:rPr>
        <w:br/>
      </w:r>
      <w:r>
        <w:rPr>
          <w:lang w:eastAsia="zh-CN"/>
        </w:rPr>
        <w:t>　　B应用题一直以来都是学生学习的一大难点,针对这一情况,我让学生多练、多想、多问，从量到质，逐步提高学生分析问题的能力，学生再也不像以前那样惧怕应用题。</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C增加实践活动，培养学生体会数学、应用数学的意识。设计一些与学生生活联系比较紧密而又蕴涵数学问题的活动。使学生通过在活动中解决问题，感受、体验、理解数学，又有利于培养学生从日常生活中发现数学问题的意识。</w:t>
      </w:r>
      <w:r>
        <w:rPr>
          <w:lang w:eastAsia="zh-CN"/>
        </w:rPr>
        <w:br/>
      </w:r>
      <w:r>
        <w:rPr>
          <w:lang w:eastAsia="zh-CN"/>
        </w:rPr>
        <w:t>　　（2）及时复习。根据爱宾浩斯遗忘规律，新知识的遗忘随时间的延长而减慢。因此，我的做法是：新授知识基本是当天复习或第二天复习，以后逐渐延长复习时间。这项措施非常适合中年级学生遗忘快、不会复习的特点。</w:t>
      </w:r>
      <w:r>
        <w:rPr>
          <w:lang w:eastAsia="zh-CN"/>
        </w:rPr>
        <w:br/>
      </w:r>
      <w:r>
        <w:rPr>
          <w:lang w:eastAsia="zh-CN"/>
        </w:rPr>
        <w:t>　　（3）努力建构知识网络。一般做到一小节一理，形成每节知识串；每单元整理复习形成每单元知识串;每单元整理复习形成知识链，一学期对整册书进行整理复习。学生经历了教材由“薄”变“厚”，再变“薄”的过程，既形成了知识网，又学到了方法，容易产生学习迁移，给学生的创新、实践提供了可能。</w:t>
      </w:r>
      <w:r>
        <w:rPr>
          <w:lang w:eastAsia="zh-CN"/>
        </w:rPr>
        <w:br/>
      </w:r>
      <w:r>
        <w:rPr>
          <w:lang w:eastAsia="zh-CN"/>
        </w:rPr>
        <w:t>　　二、适时给自己“充电”</w:t>
      </w:r>
      <w:r>
        <w:rPr>
          <w:lang w:eastAsia="zh-CN"/>
        </w:rPr>
        <w:br/>
      </w:r>
      <w:r>
        <w:rPr>
          <w:lang w:eastAsia="zh-CN"/>
        </w:rPr>
        <w:t>　　1、在教学上，有疑必问。在各个章节的学习上都积极征求其他老师的意见，学习他们的方法，同时，多听老师的课，做到边听边讲，学习别人的优点，克服自己的不足，并常常邀请其他老师来听课，征求他们的意见，改进工作。</w:t>
      </w:r>
      <w:r>
        <w:rPr>
          <w:lang w:eastAsia="zh-CN"/>
        </w:rPr>
        <w:br/>
      </w:r>
      <w:r>
        <w:rPr>
          <w:lang w:eastAsia="zh-CN"/>
        </w:rPr>
        <w:t>　　2、阅读一定的教学理论著作，如《教学系统设计》、《新课程、新理念、新教法》、《小学数学教学》等等，通过理论知识的学习，填补自身的不足，提升自身的修养。</w:t>
      </w:r>
      <w:r>
        <w:rPr>
          <w:lang w:eastAsia="zh-CN"/>
        </w:rPr>
        <w:br/>
      </w:r>
      <w:r>
        <w:rPr>
          <w:lang w:eastAsia="zh-CN"/>
        </w:rPr>
        <w:t>　　三、认真批改作业</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从一开始，我就对学生作业严格要求，布置作业做到有布置有检查；有针对性，有层次性。要求学生要认真做作业，尽量做到不出错，提高正确率。将他们在作业过程出现的问题做出分类总结，进行透彻的讲评，并针对有关情况及时改进教学方法，做到有的放矢。</w:t>
      </w:r>
      <w:r>
        <w:rPr>
          <w:lang w:eastAsia="zh-CN"/>
        </w:rPr>
        <w:br/>
      </w:r>
      <w:r>
        <w:rPr>
          <w:lang w:eastAsia="zh-CN"/>
        </w:rPr>
        <w:t>　　四、注重对后进生的辅导</w:t>
      </w:r>
      <w:r>
        <w:rPr>
          <w:lang w:eastAsia="zh-CN"/>
        </w:rPr>
        <w:br/>
      </w:r>
      <w:r>
        <w:rPr>
          <w:lang w:eastAsia="zh-CN"/>
        </w:rPr>
        <w:t>　　对后进生的辅导，并不限于学习知识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地把身心投入到学习中去。对后进生分层要求，在教学中注意降低难度、放缓坡度，允许他们采用自己的方法慢速度学习。注重他们的学习过程。在教学中逐步培养他们的学习兴趣，提高他们的学习自信心，对学生的回答采取“扬弃”的态度，从而打破了上课发言死气沉沉的局面，这样，使学生敢于回答问题，乐于思考，会学得轻松，进步也快，兴趣和求知欲也会随之增加。</w:t>
      </w:r>
      <w:r>
        <w:rPr>
          <w:lang w:eastAsia="zh-CN"/>
        </w:rPr>
        <w:br/>
      </w:r>
      <w:r>
        <w:rPr>
          <w:lang w:eastAsia="zh-CN"/>
        </w:rPr>
        <w:t>　　五、以持续发展为前提</w:t>
      </w:r>
      <w:r>
        <w:rPr>
          <w:lang w:eastAsia="zh-CN"/>
        </w:rPr>
        <w:br/>
      </w:r>
      <w:r>
        <w:rPr>
          <w:lang w:eastAsia="zh-CN"/>
        </w:rPr>
        <w:t>　　相信他们，放手让他们独立思考、自由表达，并真诚地对待每个学生，发自内心地欣赏和赞美学生的一切努力，往往会得到许多意想不到的惊喜。关注学生全面、持续、和谐的发展，每个孩子都可以学好数学。不同的学生学习数学的方式不同，只有个性化的学习方式，才能使不同的学生学到不同的数学。</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总之，我认真地备好每一节课，在备课中，我认真钻研教材、教学用书、学习好新教学大纲，虚心地学习别人的先进经验。力求吃透教材，找准重点、难点。上课时认真讲课，力求抓住重点，突破难点。运用多种教学方法。从学生的实际出发，注意调动学生学习的积极性和创造性思维、积极向老师教，立足现在，放眼未来，这使今后的工作取得更大的进步而努力。</w:t>
      </w:r>
      <w:r>
        <w:rPr>
          <w:lang w:eastAsia="zh-CN"/>
        </w:rPr>
        <w:br/>
      </w:r>
      <w:r>
        <w:rPr>
          <w:lang w:eastAsia="zh-CN"/>
        </w:rPr>
        <w:t xml:space="preserve">    有关于五年级数学教学工作总结范文 篇3 </w:t>
      </w:r>
      <w:r>
        <w:rPr>
          <w:lang w:eastAsia="zh-CN"/>
        </w:rPr>
        <w:br/>
      </w:r>
      <w:r>
        <w:rPr>
          <w:lang w:eastAsia="zh-CN"/>
        </w:rPr>
        <w:t>　　本学期，我担任五年级数学教学工作，我结合本班学生的实际情况，勤勤恳恳，兢兢业业，使教学工作有计划、有组织、有步骤地开展，圆满地完成了教学任务。现总结如下：</w:t>
      </w:r>
      <w:r>
        <w:rPr>
          <w:lang w:eastAsia="zh-CN"/>
        </w:rPr>
        <w:br/>
      </w:r>
      <w:r>
        <w:rPr>
          <w:lang w:eastAsia="zh-CN"/>
        </w:rPr>
        <w:t>　　一、认真制定教学计划，注重研究教学理论。</w:t>
      </w:r>
      <w:r>
        <w:rPr>
          <w:lang w:eastAsia="zh-CN"/>
        </w:rPr>
        <w:br/>
      </w:r>
      <w:r>
        <w:rPr>
          <w:lang w:eastAsia="zh-CN"/>
        </w:rPr>
        <w:t>　　认真备课和教学，积极参加科组活动和备课组活动，上好公开课，并能经常听各老师的课，从中吸取教学经验，取长补短，提高自己的教学的业务水平。每节课都以最佳的精神状态站在教坛，以和蔼、轻松、认真的形象去面对学生。按照小学数学教学大纲进行施教，让学生掌握好学科知识。还注意以德为本，结合现实生活中的现象层层善诱，多方面、多角度去培养现实良好的品德和高尚的人格。</w:t>
      </w:r>
      <w:r>
        <w:rPr>
          <w:lang w:eastAsia="zh-CN"/>
        </w:rPr>
        <w:br/>
      </w:r>
      <w:r>
        <w:rPr>
          <w:lang w:eastAsia="zh-CN"/>
        </w:rPr>
        <w:t>　　二、认真批改作业，布置作业有针对性，有层次性。</w:t>
      </w:r>
      <w:r>
        <w:rPr>
          <w:lang w:eastAsia="zh-CN"/>
        </w:rPr>
        <w:br/>
      </w:r>
      <w:r>
        <w:rPr>
          <w:lang w:eastAsia="zh-CN"/>
        </w:rPr>
        <w:t>　　对学生的作业批改及时，认真分析并记录学生的作业情况，将他们在作业过程出现的问题做出分类总结，进行透切的讲评，并针对有关情况及时改进教学方法，做到有的放矢。</w:t>
      </w:r>
      <w:r>
        <w:rPr>
          <w:lang w:eastAsia="zh-CN"/>
        </w:rPr>
        <w:br/>
      </w:r>
      <w:r>
        <w:rPr>
          <w:lang w:eastAsia="zh-CN"/>
        </w:rPr>
        <w:t>　　三、做好课后辅导工作，注意分层教学。</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在课后，为不同层次的学生进行相应的辅导，以满足不同层次的学生的需求，同时加大了对后进生的辅导的力度。对后进学生的辅导，并不限于学生知识性的辅导，更重要的是学生思想的辅导，提高后进生的成绩，首先解决他们的心结，让他们意识到学习的重要性和必要性，使之对学习萌发兴趣。这样，后进生的转化，就由原来的简单粗暴、强制学习转化到自觉的求知上来。</w:t>
      </w:r>
      <w:r>
        <w:rPr>
          <w:lang w:eastAsia="zh-CN"/>
        </w:rPr>
        <w:br/>
      </w:r>
      <w:r>
        <w:rPr>
          <w:lang w:eastAsia="zh-CN"/>
        </w:rPr>
        <w:t>　　四、教育是爱心事业，为培养高素质的下一代。</w:t>
      </w:r>
      <w:r>
        <w:rPr>
          <w:lang w:eastAsia="zh-CN"/>
        </w:rPr>
        <w:br/>
      </w:r>
      <w:r>
        <w:rPr>
          <w:lang w:eastAsia="zh-CN"/>
        </w:rPr>
        <w:t>　　本人时刻从现实身心健康，根据学生的个性特点去点拔引导，对于个别差生，利用课间多次倾谈，鼓励其确立正确的学习态度，积极面对人生，让学生树立自觉地从德、智、体、美、劳全方面去发展自己的观念，树立崇高远大的理想。</w:t>
      </w:r>
      <w:r>
        <w:rPr>
          <w:lang w:eastAsia="zh-CN"/>
        </w:rPr>
        <w:br/>
      </w:r>
      <w:r>
        <w:rPr>
          <w:lang w:eastAsia="zh-CN"/>
        </w:rPr>
        <w:t>　　五、教学中存在的问题</w:t>
      </w:r>
      <w:r>
        <w:rPr>
          <w:lang w:eastAsia="zh-CN"/>
        </w:rPr>
        <w:br/>
      </w:r>
      <w:r>
        <w:rPr>
          <w:lang w:eastAsia="zh-CN"/>
        </w:rPr>
        <w:t>　　本学期对学困生的帮扶还不够深入，对学生心理特点了解不够，教学方法还有待于改进，教学成绩还有待于提高。</w:t>
      </w:r>
      <w:r>
        <w:rPr>
          <w:lang w:eastAsia="zh-CN"/>
        </w:rPr>
        <w:br/>
      </w:r>
      <w:r>
        <w:rPr>
          <w:lang w:eastAsia="zh-CN"/>
        </w:rPr>
        <w:t>　　六、今后努力方向:</w:t>
      </w:r>
      <w:r>
        <w:rPr>
          <w:lang w:eastAsia="zh-CN"/>
        </w:rPr>
        <w:br/>
      </w:r>
      <w:r>
        <w:rPr>
          <w:lang w:eastAsia="zh-CN"/>
        </w:rPr>
        <w:t>　　1、本人还要经常充电，不断提升本身业务素质，充分应用直观、电教设备，把难点分到各个层次中去，调动学生学习的积极性。让学生加强课堂强化练习，加强自学能力，争取教出更好的成果。</w:t>
      </w:r>
      <w:r>
        <w:rPr>
          <w:lang w:eastAsia="zh-CN"/>
        </w:rPr>
        <w:br/>
      </w:r>
      <w:r>
        <w:rPr>
          <w:lang w:eastAsia="zh-CN"/>
        </w:rPr>
        <w:t>　　2、要关注每一位学生的健康成长，让每一位学生在和谐的校园气氛中不仅学到了课本的知识，更重要的是学生先学会做人，在学会学习，使每一位学生的身心得到健康成长，让每一位孩子都拥有一个快乐而难忘的童年。</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3、我将再接再厉，艰苦奋斗，在平凡的岗位上干出更好的成绩来！</w:t>
      </w:r>
      <w:r>
        <w:rPr>
          <w:lang w:eastAsia="zh-CN"/>
        </w:rPr>
        <w:br/>
      </w:r>
      <w:r>
        <w:rPr>
          <w:lang w:eastAsia="zh-CN"/>
        </w:rPr>
        <w:t xml:space="preserve">    有关于五年级数学教学工作总结范文 篇4 </w:t>
      </w:r>
      <w:r>
        <w:rPr>
          <w:lang w:eastAsia="zh-CN"/>
        </w:rPr>
        <w:br/>
      </w:r>
      <w:r>
        <w:rPr>
          <w:lang w:eastAsia="zh-CN"/>
        </w:rPr>
        <w:t>　　匆匆的，半学期的教学工作即将告一段落。半学期来，我认认真真、踏踏实实地从事着教学，现将具体工作总结如下：</w:t>
      </w:r>
      <w:r>
        <w:rPr>
          <w:lang w:eastAsia="zh-CN"/>
        </w:rPr>
        <w:br/>
      </w:r>
      <w:r>
        <w:rPr>
          <w:lang w:eastAsia="zh-CN"/>
        </w:rPr>
        <w:t>　　一、教育工作</w:t>
      </w:r>
      <w:r>
        <w:rPr>
          <w:lang w:eastAsia="zh-CN"/>
        </w:rPr>
        <w:br/>
      </w:r>
      <w:r>
        <w:rPr>
          <w:lang w:eastAsia="zh-CN"/>
        </w:rPr>
        <w:t>　　坚持正确的教学思想，树立与素质教育相适应的教学观念，教书育人，为人师表。改变以知识为本的传统认识，树立以学生发展为本的新观念，紧紧围绕学生的探索与创新活动展开，给学生创造操作、实验的机会；独立思考的机会；表达自己想法的机会；自我表现的机会，使学生能保持良好的心境，始终以一种轻松、愉快的心情去积极主动的参与学习。改变教育观念，积极参与学校的专项研究，摸索其特点，为灵活运用教学方法进行课堂教学做好准备。在课堂教学中渗透思想品德教育的同时对学生进行相关的安全知识教育。</w:t>
      </w:r>
      <w:r>
        <w:rPr>
          <w:lang w:eastAsia="zh-CN"/>
        </w:rPr>
        <w:br/>
      </w:r>
      <w:r>
        <w:rPr>
          <w:lang w:eastAsia="zh-CN"/>
        </w:rPr>
        <w:t>　　二、教学工作</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在新的课程标准下如何在教学中发展学生的主体性。创造各种适宜的、开放的情境，逐步培养学生的创新意识、能力和实践能力，明确方向，促进教学。上好课是保证教学质量的关键，只有认真上好每一节课，才能不断提高学生的学习兴趣和学习能力。在教学过程中，我不仅注意学生知识的掌握情况，而且还十分注意学生学习能力的培养，除了要求他们“学会”，更重要的是要让他们自己“会学”。课堂上，对于那些脑子灵反应快，好胜心强，爱动、贪玩、粗心，懂一点就听不进去，注意力很难集中的学生，上课时就对他们多提问，多盯着他们，把他们的注意力集中到“学习”这个焦点上来，让每一个学生都能积极主动地参与教学活动，而不只是简单的老师教，学生听。总的来看，学生学习的兴趣和积极性大大提高了，课堂气氛变活跃了，学生的学习方法也得到了改善，分析问题的思路比较清晰，考虑问题也比以前全面、周到了。</w:t>
      </w:r>
      <w:r>
        <w:rPr>
          <w:lang w:eastAsia="zh-CN"/>
        </w:rPr>
        <w:br/>
      </w:r>
      <w:r>
        <w:rPr>
          <w:lang w:eastAsia="zh-CN"/>
        </w:rPr>
        <w:t>　　作业是对学生学习情况的检验，从作业中可以发现学生对知识的掌握情况和存在的问题。所以，对学生所做的每一次作业，我总会认真批改，仔细分析，及时发现学生学习中的薄弱环节，进行补漏。确保每一个知识环节，学生都能学好，学透。作业坚持面批面改，同时，安排优秀学生当小老师，与基础差的学生结对子，互帮互学，得到提高。半学期下来他们成绩进步不仅很明显，而且在学习态度、学习习惯方面有了明显好转。</w:t>
      </w:r>
      <w:r>
        <w:rPr>
          <w:lang w:eastAsia="zh-CN"/>
        </w:rPr>
        <w:br/>
      </w:r>
      <w:r>
        <w:rPr>
          <w:lang w:eastAsia="zh-CN"/>
        </w:rPr>
        <w:t>　　在认真搞好教学工作的同时，我还十分注意自身素质和业务水平的`提高，虚心向有经验的老师请教，认真对待学校组织的活动和教研组活动，努力让自己在活动中得到锻炼、提高。做好“培优扶差”工作，全面提高教学质量打下坚实的基础。</w:t>
      </w:r>
      <w:r>
        <w:rPr>
          <w:lang w:eastAsia="zh-CN"/>
        </w:rPr>
        <w:br/>
      </w:r>
      <w:r>
        <w:rPr>
          <w:lang w:eastAsia="zh-CN"/>
        </w:rPr>
        <w:t>　　三、今后工作展望</w:t>
      </w:r>
      <w:r>
        <w:rPr>
          <w:lang w:eastAsia="zh-CN"/>
        </w:rPr>
        <w:br/>
      </w:r>
      <w:r>
        <w:rPr>
          <w:lang w:eastAsia="zh-CN"/>
        </w:rPr>
        <w:t>　　总之，半学期工作也有不足之处，如对优生的拔尖、差生的转化工作做得不够，另外与学生家长的联络不够，缺乏教学合力。今后我将继续更新观念，努力提高教学质量，争取做到更好。</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有关于五年级数学教学工作总结范文 篇5 </w:t>
      </w:r>
      <w:r>
        <w:rPr>
          <w:lang w:eastAsia="zh-CN"/>
        </w:rPr>
        <w:br/>
      </w:r>
      <w:r>
        <w:rPr>
          <w:lang w:eastAsia="zh-CN"/>
        </w:rPr>
        <w:t>　　核心提示：《除的尽吗》是新北师大版五年级数学上册第一单元《小数除法》的内容，这节课是对循环小数的认识。由于学生在四年级已经对此知识有所了解，所以本节课我准备以复习的形式上，一方面了解学生对循环小数有关知识的掌握...</w:t>
      </w:r>
      <w:r>
        <w:rPr>
          <w:lang w:eastAsia="zh-CN"/>
        </w:rPr>
        <w:br/>
      </w:r>
      <w:r>
        <w:rPr>
          <w:lang w:eastAsia="zh-CN"/>
        </w:rPr>
        <w:t>　　《除的尽吗》是新北师大版五年级数学上册第一单元《小数除法》的内容，这节课是对循环小数的认识。由于学生在四年级已经对此知识有所了解，所以本节课我准备以复习的形式上，一方面了解学生对循环小数有关知识的掌握情况，一方面再次引发学生的认识，加强巩固。</w:t>
      </w:r>
      <w:r>
        <w:rPr>
          <w:lang w:eastAsia="zh-CN"/>
        </w:rPr>
        <w:br/>
      </w:r>
      <w:r>
        <w:rPr>
          <w:lang w:eastAsia="zh-CN"/>
        </w:rPr>
        <w:t>　　在本节课上，我是这样做的：</w:t>
      </w:r>
      <w:r>
        <w:rPr>
          <w:lang w:eastAsia="zh-CN"/>
        </w:rPr>
        <w:br/>
      </w:r>
      <w:r>
        <w:rPr>
          <w:lang w:eastAsia="zh-CN"/>
        </w:rPr>
        <w:t>　　一.复习旧知，引发概念。</w:t>
      </w:r>
      <w:r>
        <w:rPr>
          <w:lang w:eastAsia="zh-CN"/>
        </w:rPr>
        <w:br/>
      </w:r>
      <w:r>
        <w:rPr>
          <w:lang w:eastAsia="zh-CN"/>
        </w:rPr>
        <w:t>　　课始，我出示了这样几个小数0.666…1.251.4343…2.3636，让学生观察，然后说说你发现了什么，学生一下子就会发现在两个小数的后面有省略号，经过回忆，他们会说出“循环小数”这个数学名词，这时师提问：那么什么样的小数是循环小数呢？引发大家思考，经过再次观察，得出循环小数的概念，加深对循环小数的认识。</w:t>
      </w:r>
      <w:r>
        <w:rPr>
          <w:lang w:eastAsia="zh-CN"/>
        </w:rPr>
        <w:br/>
      </w:r>
      <w:r>
        <w:rPr>
          <w:lang w:eastAsia="zh-CN"/>
        </w:rPr>
        <w:t>　　二.多种角度，强化认识。</w:t>
      </w:r>
      <w:r>
        <w:rPr>
          <w:lang w:eastAsia="zh-CN"/>
        </w:rPr>
        <w:br/>
      </w:r>
      <w:r>
        <w:rPr>
          <w:lang w:eastAsia="zh-CN"/>
        </w:rPr>
        <w:t>　　为了让学生更好地认识循环小数，我设计了这样几个环节：</w:t>
      </w:r>
      <w:r>
        <w:rPr>
          <w:lang w:eastAsia="zh-CN"/>
        </w:rPr>
        <w:br/>
      </w:r>
      <w:r>
        <w:rPr>
          <w:lang w:eastAsia="zh-CN"/>
        </w:rPr>
        <w:t>　　1.对子互相举例子；</w:t>
      </w:r>
      <w:r>
        <w:rPr>
          <w:lang w:eastAsia="zh-CN"/>
        </w:rPr>
        <w:br/>
      </w:r>
      <w:r>
        <w:rPr>
          <w:lang w:eastAsia="zh-CN"/>
        </w:rPr>
        <w:t>　　2.指生在黑板上举例子；</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3.说一说哪些是循环小数。</w:t>
      </w:r>
      <w:r>
        <w:rPr>
          <w:lang w:eastAsia="zh-CN"/>
        </w:rPr>
        <w:br/>
      </w:r>
      <w:r>
        <w:rPr>
          <w:lang w:eastAsia="zh-CN"/>
        </w:rPr>
        <w:t>　　4.循环小数的读写方法。在写时我主观认为，加省略号的写法简单，所以没有重视，只强调了简写的方法。</w:t>
      </w:r>
      <w:r>
        <w:rPr>
          <w:lang w:eastAsia="zh-CN"/>
        </w:rPr>
        <w:br/>
      </w:r>
      <w:r>
        <w:rPr>
          <w:lang w:eastAsia="zh-CN"/>
        </w:rPr>
        <w:t>　　三.选择取值，学会应用。</w:t>
      </w:r>
      <w:r>
        <w:rPr>
          <w:lang w:eastAsia="zh-CN"/>
        </w:rPr>
        <w:br/>
      </w:r>
      <w:r>
        <w:rPr>
          <w:lang w:eastAsia="zh-CN"/>
        </w:rPr>
        <w:t>　　在实际问题中，经常需要对循环小数取近似值，这时就要用到“四舍五入”法，我首先让生说什么是四舍五入法，再结合例子看看该怎样取舍，然后解决问题。本环节学生轻松完成任务。</w:t>
      </w:r>
      <w:r>
        <w:rPr>
          <w:lang w:eastAsia="zh-CN"/>
        </w:rPr>
        <w:br/>
      </w:r>
      <w:r>
        <w:rPr>
          <w:lang w:eastAsia="zh-CN"/>
        </w:rPr>
        <w:t>　　通过教学，我发现：</w:t>
      </w:r>
      <w:r>
        <w:rPr>
          <w:lang w:eastAsia="zh-CN"/>
        </w:rPr>
        <w:br/>
      </w:r>
      <w:r>
        <w:rPr>
          <w:lang w:eastAsia="zh-CN"/>
        </w:rPr>
        <w:t>　　1.自己驾驭课堂的能力不强，有时出现了意想不到的情况不会处理，致使乱了阵脚；</w:t>
      </w:r>
      <w:r>
        <w:rPr>
          <w:lang w:eastAsia="zh-CN"/>
        </w:rPr>
        <w:br/>
      </w:r>
      <w:r>
        <w:rPr>
          <w:lang w:eastAsia="zh-CN"/>
        </w:rPr>
        <w:t>　　2.对学生深入不够，致使许多错误存在，而我却没有发现；</w:t>
      </w:r>
      <w:r>
        <w:rPr>
          <w:lang w:eastAsia="zh-CN"/>
        </w:rPr>
        <w:br/>
      </w:r>
      <w:r>
        <w:rPr>
          <w:lang w:eastAsia="zh-CN"/>
        </w:rPr>
        <w:t>　　3.练习形式单一，致使学生兴趣低落。</w:t>
      </w:r>
      <w:r>
        <w:rPr>
          <w:lang w:eastAsia="zh-CN"/>
        </w:rPr>
        <w:br/>
      </w:r>
      <w:r>
        <w:rPr>
          <w:lang w:eastAsia="zh-CN"/>
        </w:rPr>
        <w:t>　　在以后的教学中，我一定会多钻教材，多学业务知识，提高自己的业务素质；深入了解学生，根据学生学情，备出适合学生也适合自己的课，提高课堂效率。</w:t>
      </w:r>
      <w:r>
        <w:rPr>
          <w:lang w:eastAsia="zh-CN"/>
        </w:rPr>
        <w:br/>
      </w:r>
      <w:r>
        <w:rPr>
          <w:lang w:eastAsia="zh-CN"/>
        </w:rPr>
        <w:t xml:space="preserve">    有关于五年级数学教学工作总结范文 篇6 </w:t>
      </w:r>
      <w:r>
        <w:rPr>
          <w:lang w:eastAsia="zh-CN"/>
        </w:rPr>
        <w:br/>
      </w:r>
      <w:r>
        <w:rPr>
          <w:lang w:eastAsia="zh-CN"/>
        </w:rPr>
        <w:t>　　本学期，本人担任五年级的数学教学工作。一学期来，我自始至终以认真严谨的治学态度，勤恳、坚持不懈的精神，从事教育教学工作，并取得了一定的成绩。为了不断提高教学质量，促进学生全面发展，现将本学期数学教学工作总结如下：</w:t>
      </w:r>
      <w:r>
        <w:rPr>
          <w:lang w:eastAsia="zh-CN"/>
        </w:rPr>
        <w:br/>
      </w:r>
      <w:r>
        <w:rPr>
          <w:lang w:eastAsia="zh-CN"/>
        </w:rPr>
        <w:t>　　一、完成的任务：</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1、学生初步学会了数据的收集和整理的方法，会看和制作简单的统计表，通过有说服力的数据和统计材料，使学生受到爱祖国、爱社会主义、爱科学的教育，学会了求中位数的方法。</w:t>
      </w:r>
      <w:r>
        <w:rPr>
          <w:lang w:eastAsia="zh-CN"/>
        </w:rPr>
        <w:br/>
      </w:r>
      <w:r>
        <w:rPr>
          <w:lang w:eastAsia="zh-CN"/>
        </w:rPr>
        <w:t>　　2、学生学会了怎样求多边形的面积的计算方法，知道了观察一些物体的方法，发展了学生的空间观念。</w:t>
      </w:r>
      <w:r>
        <w:rPr>
          <w:lang w:eastAsia="zh-CN"/>
        </w:rPr>
        <w:br/>
      </w:r>
      <w:r>
        <w:rPr>
          <w:lang w:eastAsia="zh-CN"/>
        </w:rPr>
        <w:t>　　3、学生掌握小数乘除法的计算方法，计算能力和速度有了一定的提高。</w:t>
      </w:r>
      <w:r>
        <w:rPr>
          <w:lang w:eastAsia="zh-CN"/>
        </w:rPr>
        <w:br/>
      </w:r>
      <w:r>
        <w:rPr>
          <w:lang w:eastAsia="zh-CN"/>
        </w:rPr>
        <w:t>　　二、采取的措施：</w:t>
      </w:r>
      <w:r>
        <w:rPr>
          <w:lang w:eastAsia="zh-CN"/>
        </w:rPr>
        <w:br/>
      </w:r>
      <w:r>
        <w:rPr>
          <w:lang w:eastAsia="zh-CN"/>
        </w:rPr>
        <w:t>　　1、要提高教学质量，关键是上好课。为了上好课，我做了如下工作：</w:t>
      </w:r>
      <w:r>
        <w:rPr>
          <w:lang w:eastAsia="zh-CN"/>
        </w:rPr>
        <w:br/>
      </w:r>
      <w:r>
        <w:rPr>
          <w:lang w:eastAsia="zh-CN"/>
        </w:rPr>
        <w:t>　　①认真钻研教材，对教材的基本思想、基本概念，每句话、每个字都弄清楚，了解教材的结构，重点与难点，掌握知识的'逻辑，知道应补充哪些资料，怎样才能教好。</w:t>
      </w:r>
      <w:r>
        <w:rPr>
          <w:lang w:eastAsia="zh-CN"/>
        </w:rPr>
        <w:br/>
      </w:r>
      <w:r>
        <w:rPr>
          <w:lang w:eastAsia="zh-CN"/>
        </w:rPr>
        <w:t>　　②了解学生的兴趣、需要、方法、习惯，学习新知识可能会有哪些困难，采取相应的预防措施。</w:t>
      </w:r>
      <w:r>
        <w:rPr>
          <w:lang w:eastAsia="zh-CN"/>
        </w:rPr>
        <w:br/>
      </w:r>
      <w:r>
        <w:rPr>
          <w:lang w:eastAsia="zh-CN"/>
        </w:rPr>
        <w:t>　　③考虑教法，解决如何把已掌握的教材传授给学生，包括如何组织教材、如何安排每节课的活动。</w:t>
      </w:r>
      <w:r>
        <w:rPr>
          <w:lang w:eastAsia="zh-CN"/>
        </w:rPr>
        <w:br/>
      </w:r>
      <w:r>
        <w:rPr>
          <w:lang w:eastAsia="zh-CN"/>
        </w:rPr>
        <w:t>　　2、课堂上的情况。</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组织好课堂教学，关注全体学生，注意信息反馈，调动学生的有意注意，使其保持相对稳定性，因材施教，注重培养尖子生，注重抓两头带中间，同时，激发学生的情感，使他们产生愉悦的心境，创造良好的课堂气氛，课堂语言简洁明了，课堂提问面向全体学生，注意引发学生学数学的兴趣，课堂上讲练结合，布置好家庭作业，作业少而精，减轻学生的负担。</w:t>
      </w:r>
      <w:r>
        <w:rPr>
          <w:lang w:eastAsia="zh-CN"/>
        </w:rPr>
        <w:br/>
      </w:r>
      <w:r>
        <w:rPr>
          <w:lang w:eastAsia="zh-CN"/>
        </w:rPr>
        <w:t>　　3、要提高教学质量，还要做好课后辅导工作，小学生爱动、好玩，缺乏自控能力，常在学习上不能合理的安排时间，针对这种问题，就要抓好学生的思想教育，并使这一工作惯彻到对学生的学习指导中去，尤其在后进生的转化上，对后进生努力做到从友善开始。</w:t>
      </w:r>
      <w:r>
        <w:rPr>
          <w:lang w:eastAsia="zh-CN"/>
        </w:rPr>
        <w:br/>
      </w:r>
      <w:r>
        <w:rPr>
          <w:lang w:eastAsia="zh-CN"/>
        </w:rPr>
        <w:t>　　4、积极参与听课、评课，虚心向同行学习教学方法，博采众长，提高教学水平。</w:t>
      </w:r>
      <w:r>
        <w:rPr>
          <w:lang w:eastAsia="zh-CN"/>
        </w:rPr>
        <w:br/>
      </w:r>
      <w:r>
        <w:rPr>
          <w:lang w:eastAsia="zh-CN"/>
        </w:rPr>
        <w:t>　　三、存在的问题：</w:t>
      </w:r>
      <w:r>
        <w:rPr>
          <w:lang w:eastAsia="zh-CN"/>
        </w:rPr>
        <w:br/>
      </w:r>
      <w:r>
        <w:rPr>
          <w:lang w:eastAsia="zh-CN"/>
        </w:rPr>
        <w:t>　　班风学风改观明显，学习积极性有了较大的改善，但部分学生多年来形成的.一些不良学习方法和习惯，还有待进一步规范和引导；学习成绩虽然较好，但许多方面还有很大的提升空间。</w:t>
      </w:r>
      <w:r>
        <w:rPr>
          <w:lang w:eastAsia="zh-CN"/>
        </w:rPr>
        <w:br/>
      </w:r>
      <w:r>
        <w:rPr>
          <w:lang w:eastAsia="zh-CN"/>
        </w:rPr>
        <w:t>　　四、今后的打算：</w:t>
      </w:r>
      <w:r>
        <w:rPr>
          <w:lang w:eastAsia="zh-CN"/>
        </w:rPr>
        <w:br/>
      </w:r>
      <w:r>
        <w:rPr>
          <w:lang w:eastAsia="zh-CN"/>
        </w:rPr>
        <w:t>　　今后，本人将继续本着“教到老，学到老”的精神，不断探讨提高学生学习兴趣、促进学生全面发展；继续保持与学生家长的紧密联系，共同配合，把学生教育好，培养好，争取个人成长与学生成长实现双丰收。</w:t>
      </w:r>
      <w:r>
        <w:rPr>
          <w:lang w:eastAsia="zh-CN"/>
        </w:rPr>
        <w:br/>
      </w:r>
      <w:r>
        <w:rPr>
          <w:lang w:eastAsia="zh-CN"/>
        </w:rPr>
        <w:t>　　一学期即将过去，可以说紧张忙碌而又收获多多。从总体上看，我认真执行学校教学工作计划，能够做到把新思想、新理念和数学课堂教学的新思路、新设想结合起来，积极探索，收到了很好的效果。为了克服不足，总结经验，使今后的工作更上一层楼，现对本学期教学工作做如下总结：</w:t>
      </w:r>
      <w:r>
        <w:rPr>
          <w:lang w:eastAsia="zh-CN"/>
        </w:rPr>
        <w:br/>
      </w:r>
      <w:r>
        <w:rPr>
          <w:lang w:eastAsia="zh-CN"/>
        </w:rPr>
        <w:t>　　一、认真钻研业务，努力提高课堂40分钟的教学效率。</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在业务上我积极参加教研活动，潜心钻研教材教法，认真备课、上课，坚持不懈地进行“自我充电”，以提高自己的业务水平。为了上好课，我做了下面的工作：</w:t>
      </w:r>
      <w:r>
        <w:rPr>
          <w:lang w:eastAsia="zh-CN"/>
        </w:rPr>
        <w:br/>
      </w:r>
      <w:r>
        <w:rPr>
          <w:lang w:eastAsia="zh-CN"/>
        </w:rPr>
        <w:t>　　⑴课前准备：备好课。</w:t>
      </w:r>
      <w:r>
        <w:rPr>
          <w:lang w:eastAsia="zh-CN"/>
        </w:rPr>
        <w:br/>
      </w:r>
      <w:r>
        <w:rPr>
          <w:lang w:eastAsia="zh-CN"/>
        </w:rPr>
        <w:t>　　①熟悉教材：对教材的基本概念每句话、每个字都弄清楚，了解教材的结构，重点与难点，掌握知识的逻辑，能运用自如，知道应补充哪些资料，怎样才能教好。</w:t>
      </w:r>
      <w:r>
        <w:rPr>
          <w:lang w:eastAsia="zh-CN"/>
        </w:rPr>
        <w:br/>
      </w:r>
      <w:r>
        <w:rPr>
          <w:lang w:eastAsia="zh-CN"/>
        </w:rPr>
        <w:t>　　②了解学生水平：他们的兴趣、方法、习惯，学习新知识可能会有哪些困难，采取相应的预防措施。</w:t>
      </w:r>
      <w:r>
        <w:rPr>
          <w:lang w:eastAsia="zh-CN"/>
        </w:rPr>
        <w:br/>
      </w:r>
      <w:r>
        <w:rPr>
          <w:lang w:eastAsia="zh-CN"/>
        </w:rPr>
        <w:t>　　③考虑教法，解决如何把已掌握的教材传授给学生，包括如何组织教材、如何安排每节课的活动。</w:t>
      </w:r>
      <w:r>
        <w:rPr>
          <w:lang w:eastAsia="zh-CN"/>
        </w:rPr>
        <w:br/>
      </w:r>
      <w:r>
        <w:rPr>
          <w:lang w:eastAsia="zh-CN"/>
        </w:rPr>
        <w:t>　　⑵课堂上的情况。</w:t>
      </w:r>
      <w:r>
        <w:rPr>
          <w:lang w:eastAsia="zh-CN"/>
        </w:rPr>
        <w:br/>
      </w:r>
      <w:r>
        <w:rPr>
          <w:lang w:eastAsia="zh-CN"/>
        </w:rPr>
        <w:t>　　组织好课堂教学，关注全体学生，注意信息反馈，调动学生的有意注意，激发学生的学习兴趣，课堂上讲练结合，布置好家庭作业，作业少而精，减轻学生的负担。</w:t>
      </w:r>
      <w:r>
        <w:rPr>
          <w:lang w:eastAsia="zh-CN"/>
        </w:rPr>
        <w:br/>
      </w:r>
      <w:r>
        <w:rPr>
          <w:lang w:eastAsia="zh-CN"/>
        </w:rPr>
        <w:t>　　二、关爱学生与严格要求相结合，尽量使每一位学生进步。</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亲其师，才能信其道。在平时与学生接触的过程中，我不以“师长”自居，尽量与学生平等交往，建立“朋友式”的深厚友谊，努力关爱每一位学生的成长。与学生多谈心，帮助学生解决学习上与生活上的各种困惑。同时，面对个别调皮的学生，也实行严格要求、正确导向的办法，让他们树立起正确的荣辱观。课堂教学，纪律是提高课堂效率的重要保证。面对各层次的学生，我既关爱大部分学生，又面对个别不守纪律的捣蛋分子实行严格要求。课堂上，我尽量做到分层施教与个别辅导相结合；课余，我让优秀学生与“学困生”实行“一帮一”结对子，互帮互助，共同提高。一学期来，学生们原本薄弱的基础，逐步得以夯实，学生的学习成绩有了稳步提高。</w:t>
      </w:r>
      <w:r>
        <w:rPr>
          <w:lang w:eastAsia="zh-CN"/>
        </w:rPr>
        <w:br/>
      </w:r>
      <w:r>
        <w:rPr>
          <w:lang w:eastAsia="zh-CN"/>
        </w:rPr>
        <w:t>　　三、创新评价，激励促进学生全面发展。</w:t>
      </w:r>
      <w:r>
        <w:rPr>
          <w:lang w:eastAsia="zh-CN"/>
        </w:rPr>
        <w:br/>
      </w:r>
      <w:r>
        <w:rPr>
          <w:lang w:eastAsia="zh-CN"/>
        </w:rPr>
        <w:t>　　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抓基础知识的掌握，抓课堂作业的堂堂清，更多地关注学生已经掌握了什么，获得了那些进步，具备了什么能力。使评价结果有利于树立学生学习数学的自信心，提高学生学习数学的兴趣，促进学生的发展。</w:t>
      </w:r>
      <w:r>
        <w:rPr>
          <w:lang w:eastAsia="zh-CN"/>
        </w:rPr>
        <w:br/>
      </w:r>
      <w:r>
        <w:rPr>
          <w:lang w:eastAsia="zh-CN"/>
        </w:rPr>
        <w:t>　　四、认真批改作业，布置作业有针对性，有层次性。</w:t>
      </w:r>
      <w:r>
        <w:rPr>
          <w:lang w:eastAsia="zh-CN"/>
        </w:rPr>
        <w:br/>
      </w:r>
      <w:r>
        <w:rPr>
          <w:lang w:eastAsia="zh-CN"/>
        </w:rPr>
        <w:t>　　对学生的作业批改及时，认真分析并记录学生的作业情况，将他们在作业过程出现的问题做出分类总结，进行透切的讲评，并针对有关情况及时改进教学方法，做到有的放矢。</w:t>
      </w:r>
      <w:r>
        <w:rPr>
          <w:lang w:eastAsia="zh-CN"/>
        </w:rPr>
        <w:br/>
      </w:r>
      <w:r>
        <w:rPr>
          <w:lang w:eastAsia="zh-CN"/>
        </w:rPr>
        <w:t>　　总之，一学期的教学工作，既有成功的喜悦，也有失败的困惑，虽然取得了一定的成绩，但也存在不足。今后将在教学工作中，吸取别人的长处，弥补自己的不足，力争取得更好的成绩。</w:t>
      </w:r>
      <w:r>
        <w:rPr>
          <w:lang w:eastAsia="zh-CN"/>
        </w:rPr>
        <w:br/>
      </w:r>
      <w:r>
        <w:rPr>
          <w:lang w:eastAsia="zh-CN"/>
        </w:rPr>
        <w:t xml:space="preserve">    有关于五年级数学教学工作总结范文 篇7 </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一、课堂教学，师生之间学生之间交往互动，共同发展。</w:t>
      </w:r>
      <w:r>
        <w:rPr>
          <w:lang w:eastAsia="zh-CN"/>
        </w:rPr>
        <w:br/>
      </w:r>
      <w:r>
        <w:rPr>
          <w:lang w:eastAsia="zh-CN"/>
        </w:rPr>
        <w:t>　　一名数学教师，我把课堂教学作为有利于学生主动探索的数学学习环境，把学生在获得知识和技能的同时，在情感、态度价值观等方面都能充分发展作为教学改革的基本指导思想。把数学教学看成是师生之间学生之间交往互动，共同发展的过程，课前准备不流于形式，变成一种实实在在的研究，教学之中，我根据不同的课型，运用多种教学手段去吸引学生，用多种教学方法去感染学生，促使他们喜爱数学，愿意学习数学。教学之后，我基本做到每单元进行单元测试、反思，及时总结自己在教学工作中的得失，以便在后面的教学中发挥优点，克服不足，同时，积极和同组教师相互切磋，通过自己的努力学生的学习氛围有所加强，学习兴趣有所提高，基本会积极主动的学习。</w:t>
      </w:r>
      <w:r>
        <w:rPr>
          <w:lang w:eastAsia="zh-CN"/>
        </w:rPr>
        <w:br/>
      </w:r>
      <w:r>
        <w:rPr>
          <w:lang w:eastAsia="zh-CN"/>
        </w:rPr>
        <w:t>　　教育教学并非是一朝一夕就能完成的。需要教师不断学习、不断修炼，提高文化水平与做人境界，这将是一个长期而非常有价值的努力过程。我在总结成绩的同时，不断反思教学，不断地将公开课上的精华延伸运用于日常教学实践。努力处理好数学教学与现实生活的联系，努力处理好应用意识与解决问题的重要性，重视培养学生应用数学的意识和能力。重视培养学生的探究意识和创新能力。</w:t>
      </w:r>
      <w:r>
        <w:rPr>
          <w:lang w:eastAsia="zh-CN"/>
        </w:rPr>
        <w:br/>
      </w:r>
      <w:r>
        <w:rPr>
          <w:lang w:eastAsia="zh-CN"/>
        </w:rPr>
        <w:t>　　我做到：常思考，常研究，常总结，以创新求发展，进一步转变教育观念，坚持“以人为本，促进学生全面发展，打好基础，培养学生创新能力”，以课堂教学研究与运用为重点，努力实现教学高质量，课堂高效率。</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二、创新评价，激励促进学生全面发展。</w:t>
      </w:r>
      <w:r>
        <w:rPr>
          <w:lang w:eastAsia="zh-CN"/>
        </w:rPr>
        <w:br/>
      </w:r>
      <w:r>
        <w:rPr>
          <w:lang w:eastAsia="zh-CN"/>
        </w:rPr>
        <w:t>　　我把评价作为全面考察学生的学习状况，激励学生的学习热情，促进学生全面发展的手段，也作为教师反思和改进教学的有力手段。</w:t>
      </w:r>
      <w:r>
        <w:rPr>
          <w:lang w:eastAsia="zh-CN"/>
        </w:rPr>
        <w:br/>
      </w:r>
      <w:r>
        <w:rPr>
          <w:lang w:eastAsia="zh-CN"/>
        </w:rPr>
        <w:t>　　对学生的学习评价，既关注学生知识与技能的理解和掌握，更关注他们情感与态度的形成和发展；既关注学生数学学习的结果，更关注他们在学习过程中的变化和发展。抓基础知识的掌握，抓课堂作业的堂堂清，更多地关注学生已经掌握了什么，获得了那些进步，具备了什么能力。有利于树立学生学习数学的自信心，提高学生学习数学的兴趣，促进学生的发展。例如：我们学习了《鸡兔同笼》，同学们通过自己的努力，能结合自己的实际观察，及生活中的数学知识搜集，我们进行的是学生与老师的一次情感交流，学生获得了成功的体验，树立了学好数学的自信心，也知道了哪些方面应该继续努力。</w:t>
      </w:r>
      <w:r>
        <w:rPr>
          <w:lang w:eastAsia="zh-CN"/>
        </w:rPr>
        <w:br/>
      </w:r>
      <w:r>
        <w:rPr>
          <w:lang w:eastAsia="zh-CN"/>
        </w:rPr>
        <w:t>　　三、抓实常规，保证教育教学任务全面完成。</w:t>
      </w:r>
      <w:r>
        <w:rPr>
          <w:lang w:eastAsia="zh-CN"/>
        </w:rPr>
        <w:br/>
      </w:r>
      <w:r>
        <w:rPr>
          <w:lang w:eastAsia="zh-CN"/>
        </w:rPr>
        <w:t>　　坚持以教学为中心，强化管理，进一步规范教学行为，并力求常规与创新的有机结合，促进教师严谨、扎实、有效、科学的良好教风及学生严肃、勤奋、求真、善问的良好学风的形成。我从点滴入手，了解学生的认知水平，查找资料，精心备课，努力创设宽松愉悦的学习氛围，激发兴趣，教给了学生知识，更教会了学生们求知、合作、竞争，培养了学生正确的学习态度。良好的学习习惯及方法，使学生“学”得有趣，“学”得实在，“学”有所得，我努力向40分钟要质量。</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四、教育教学情况</w:t>
      </w:r>
      <w:r>
        <w:rPr>
          <w:lang w:eastAsia="zh-CN"/>
        </w:rPr>
        <w:br/>
      </w:r>
      <w:r>
        <w:rPr>
          <w:lang w:eastAsia="zh-CN"/>
        </w:rPr>
        <w:t>　　在教学工作中，我注意做到以下几点：</w:t>
      </w:r>
      <w:r>
        <w:rPr>
          <w:lang w:eastAsia="zh-CN"/>
        </w:rPr>
        <w:br/>
      </w:r>
      <w:r>
        <w:rPr>
          <w:lang w:eastAsia="zh-CN"/>
        </w:rPr>
        <w:t>　　1、深入细致的备好每一节课。在备课中，我认真研究教材认真备课。每堂课都在课前做好充分的准备，并制作各种利于吸引学生注意力的有趣的教具，课后及时对该课用出总结，力求准确把握难重点，难点。并注重参阅各种杂志，制定符合学生认知规律的教学方法及教学形式。注意弱化难点强调重点。教案编写认真，并不断归纳总结提高教学水平。</w:t>
      </w:r>
      <w:r>
        <w:rPr>
          <w:lang w:eastAsia="zh-CN"/>
        </w:rPr>
        <w:br/>
      </w:r>
      <w:r>
        <w:rPr>
          <w:lang w:eastAsia="zh-CN"/>
        </w:rPr>
        <w:t>　　2、认真上好每一节课。上课时注重学生主动性的发挥，发散学生的思维，增强上课技能，提高教学教学质量。在课堂上特别注意调动学生的积极性，加强师生交流，充分体现学生学得容易，学得轻松，觉得愉快，注意精神，培养学生多动口动手动脑的能力。注重综合能力的培养，有意识的培养学生的思维的严谨性及逻辑性，在教学中提高学生的思维素质。保证每一节课的质量。</w:t>
      </w:r>
      <w:r>
        <w:rPr>
          <w:lang w:eastAsia="zh-CN"/>
        </w:rPr>
        <w:br/>
      </w:r>
      <w:r>
        <w:rPr>
          <w:lang w:eastAsia="zh-CN"/>
        </w:rPr>
        <w:t>　　3、认真及时批改作业，布置作业有针对性，有层次性。对学生的作业批改及时，认真分析并记录学生的作业情况，将他们在作业过程出现的问题做出分类总结，进行透切的讲评，并针对有关情况及时改进教学方法，做到有的放矢。注意听取学生的意见，及时了解学生的学习情况，并有目的的对学生进行辅导。</w:t>
      </w:r>
      <w:r>
        <w:rPr>
          <w:lang w:eastAsia="zh-CN"/>
        </w:rPr>
        <w:br/>
      </w:r>
      <w:r>
        <w:rPr>
          <w:lang w:eastAsia="zh-CN"/>
        </w:rPr>
        <w:t>　　4、坚持听课，注意学习组里老师的教学经验，努力探索适合自己的教学模式。本学年听课十九节，对自己的教学促进也很大。</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做好课后辅导工作，注意分层教学。在课后，为不同层次的学生进行相应的辅导，以满足不同层次的学生的需求，同时加大了对后进生的辅导的力度。对后进生的辅导，并不限于学生知识性的辅导，更重要的是学生思想的辅导，提高后进生的成绩，首先解决他们的心结，让他们意识到学习的重要性和必要性，使之对学习萌发兴趣。</w:t>
      </w:r>
      <w:r>
        <w:rPr>
          <w:lang w:eastAsia="zh-CN"/>
        </w:rPr>
        <w:br/>
      </w:r>
      <w:r>
        <w:rPr>
          <w:lang w:eastAsia="zh-CN"/>
        </w:rPr>
        <w:t>　　总体而言，这学期的教学有得有失，对于“得”我会把它当作自己的财富，对于“失”会在今后的教学中努力去改善，所以今后更应该多学习，多总结，努力提高自身素质，使自己走上一个新台阶！</w:t>
      </w:r>
      <w:r>
        <w:rPr>
          <w:lang w:eastAsia="zh-CN"/>
        </w:rPr>
        <w:br/>
      </w:r>
      <w:r>
        <w:rPr>
          <w:lang w:eastAsia="zh-CN"/>
        </w:rPr>
        <w:t>　　一份耕耘，一份收获。通过对五年级数学教学的总结，将工作完美的进行，在教学中苦中作乐，务实的工作，把工作搞好。</w:t>
      </w:r>
      <w:r>
        <w:rPr>
          <w:lang w:eastAsia="zh-CN"/>
        </w:rPr>
        <w:br/>
      </w:r>
      <w:r>
        <w:rPr>
          <w:lang w:eastAsia="zh-CN"/>
        </w:rPr>
        <w:t xml:space="preserve">    有关于五年级数学教学工作总结范文 篇8 </w:t>
      </w:r>
      <w:r>
        <w:rPr>
          <w:lang w:eastAsia="zh-CN"/>
        </w:rPr>
        <w:br/>
      </w:r>
      <w:r>
        <w:rPr>
          <w:lang w:eastAsia="zh-CN"/>
        </w:rPr>
        <w:t>　　一学期即将过去，可以说紧张忙碌而又收获多多。从总体上看，我认真执行学校教学工作计划，能够做到把新思想、新理念和数学课堂教学的新思路、新设想结合起来，积极探索，收到了很好的效果。为了克服不足，总结经验，使今后的工作更上一层楼，现对本学期教学工作做如下总结：</w:t>
      </w:r>
      <w:r>
        <w:rPr>
          <w:lang w:eastAsia="zh-CN"/>
        </w:rPr>
        <w:br/>
      </w:r>
      <w:r>
        <w:rPr>
          <w:lang w:eastAsia="zh-CN"/>
        </w:rPr>
        <w:t>　　一、认真钻研业务，努力提高课堂40分钟的教学效率。</w:t>
      </w:r>
      <w:r>
        <w:rPr>
          <w:lang w:eastAsia="zh-CN"/>
        </w:rPr>
        <w:br/>
      </w:r>
      <w:r>
        <w:rPr>
          <w:lang w:eastAsia="zh-CN"/>
        </w:rPr>
        <w:t>　　在业务上我积极参加教研活动，潜心钻研教材教法，认真备课、上课，坚持不懈地进行“自我充电”，以提高自己的业务水平。为了上好课，我做了下面的工作：</w:t>
      </w:r>
      <w:r>
        <w:rPr>
          <w:lang w:eastAsia="zh-CN"/>
        </w:rPr>
        <w:br/>
      </w:r>
      <w:r>
        <w:rPr>
          <w:lang w:eastAsia="zh-CN"/>
        </w:rPr>
        <w:t>　　⑴课前准备：备好课。</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①熟悉教材：对教材的基本概念每句话、每个字都弄清楚，了解教材的结构，重点与难点，掌握知识的逻辑，能运用自如，知道应补充哪些资料，怎样才能教好。</w:t>
      </w:r>
      <w:r>
        <w:rPr>
          <w:lang w:eastAsia="zh-CN"/>
        </w:rPr>
        <w:br/>
      </w:r>
      <w:r>
        <w:rPr>
          <w:lang w:eastAsia="zh-CN"/>
        </w:rPr>
        <w:t>　　②了解学生水平：他们的兴趣、方法、习惯，学习新知识可能会有哪些困难，采取相应的预防措施。</w:t>
      </w:r>
      <w:r>
        <w:rPr>
          <w:lang w:eastAsia="zh-CN"/>
        </w:rPr>
        <w:br/>
      </w:r>
      <w:r>
        <w:rPr>
          <w:lang w:eastAsia="zh-CN"/>
        </w:rPr>
        <w:t>　　③考虑教法，解决如何把已掌握的教材传授给学生，包括如何组织教材、如何安排每节课的活动。</w:t>
      </w:r>
      <w:r>
        <w:rPr>
          <w:lang w:eastAsia="zh-CN"/>
        </w:rPr>
        <w:br/>
      </w:r>
      <w:r>
        <w:rPr>
          <w:lang w:eastAsia="zh-CN"/>
        </w:rPr>
        <w:t>　　⑵课堂上的情况。</w:t>
      </w:r>
      <w:r>
        <w:rPr>
          <w:lang w:eastAsia="zh-CN"/>
        </w:rPr>
        <w:br/>
      </w:r>
      <w:r>
        <w:rPr>
          <w:lang w:eastAsia="zh-CN"/>
        </w:rPr>
        <w:t>　　组织好课堂教学，关注全体学生，注意信息反馈，调动学生的有意注意，激发学生的学习兴趣，课堂上讲练结合，布置好家庭作业，作业少而精，减轻学生的负担。</w:t>
      </w:r>
      <w:r>
        <w:rPr>
          <w:lang w:eastAsia="zh-CN"/>
        </w:rPr>
        <w:br/>
      </w:r>
      <w:r>
        <w:rPr>
          <w:lang w:eastAsia="zh-CN"/>
        </w:rPr>
        <w:t>　　二、关爱学生与严格要求相结合，尽量使每一位学生进步。</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亲其师，才能信其道。在平时与学生接触的过程中，我不以“师长”自居，尽量与学生平等交往，建立“朋友式”的深厚友谊，努力关爱每一位学生的成长。与学生多谈心，帮助学生解决学习上与生活上的各种困惑。同时，面对个别调皮的学生，也实行严格要求、正确导向的办法，让他们树立起正确的荣辱观。课堂教学，纪律是提高课堂效率的重要保证。面对各层次的学生，我既关爱大部分学生，又面对个别不守纪律的捣蛋分子实行严格要求。课堂上，我尽量做到分层施教与个别辅导相结合;课余，我让优秀学生与“学困生”实行“一帮一”结对子，互帮互助，共同提高。一学期来，学生们原本薄弱的基础，逐步得以夯实，学生的学习成绩有了稳步提高。</w:t>
      </w:r>
      <w:r>
        <w:rPr>
          <w:lang w:eastAsia="zh-CN"/>
        </w:rPr>
        <w:br/>
      </w:r>
      <w:r>
        <w:rPr>
          <w:lang w:eastAsia="zh-CN"/>
        </w:rPr>
        <w:t>　　三、创新评价，激励促进学生全面发展。</w:t>
      </w:r>
      <w:r>
        <w:rPr>
          <w:lang w:eastAsia="zh-CN"/>
        </w:rPr>
        <w:br/>
      </w:r>
      <w:r>
        <w:rPr>
          <w:lang w:eastAsia="zh-CN"/>
        </w:rPr>
        <w:t>　　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抓基础知识的掌握，抓课堂作业的堂堂清，更多地关注学生已经掌握了什么，获得了那些进步，具备了什么能力。使评价结果有利于树立学生学习数学的自信心，提高学生学习数学的兴趣，促进学生的发展。</w:t>
      </w:r>
      <w:r>
        <w:rPr>
          <w:lang w:eastAsia="zh-CN"/>
        </w:rPr>
        <w:br/>
      </w:r>
      <w:r>
        <w:rPr>
          <w:lang w:eastAsia="zh-CN"/>
        </w:rPr>
        <w:t>　　四、认真批改作业，布置作业有针对性，有层次性。</w:t>
      </w:r>
      <w:r>
        <w:rPr>
          <w:lang w:eastAsia="zh-CN"/>
        </w:rPr>
        <w:br/>
      </w:r>
      <w:r>
        <w:rPr>
          <w:lang w:eastAsia="zh-CN"/>
        </w:rPr>
        <w:t>　　对学生的作业批改及时，认真分析并记录学生的作业情况，将他们在作业过程出现的问题做出分类总结，进行透切的讲评，并针对有关情况及时改进教学方法，做到有的放矢。</w:t>
      </w:r>
      <w:r>
        <w:rPr>
          <w:lang w:eastAsia="zh-CN"/>
        </w:rPr>
        <w:br/>
      </w:r>
      <w:r>
        <w:rPr>
          <w:lang w:eastAsia="zh-CN"/>
        </w:rPr>
        <w:t>　　总之，一学期的教学工作，既有成功的喜悦，也有失败的困惑，虽然取得了一定的成绩，但也存在不足。今后将在教学工作中，吸取别人的长处，弥补自己的不足，力争取得更好的成绩。</w:t>
      </w:r>
      <w:r>
        <w:rPr>
          <w:lang w:eastAsia="zh-CN"/>
        </w:rPr>
        <w:br/>
      </w:r>
      <w:r>
        <w:rPr>
          <w:lang w:eastAsia="zh-CN"/>
        </w:rPr>
        <w:t xml:space="preserve">    有关于五年级数学教学工作总结范文 篇9 </w:t>
      </w:r>
      <w:r>
        <w:rPr>
          <w:lang w:eastAsia="zh-CN"/>
        </w:rPr>
        <w:br/>
      </w:r>
      <w:r>
        <w:rPr>
          <w:lang w:eastAsia="zh-CN"/>
        </w:rPr>
        <w:t>　　紧张而充实的一个学期结束了，迎来了一个轻松、愉快的假期。暑假期间，难得静心思考、细细地回顾过去的一个学期，有成功之处需沉淀，亦有不足之处需改进。特总结如下：</w:t>
      </w:r>
      <w:r>
        <w:rPr>
          <w:lang w:eastAsia="zh-CN"/>
        </w:rPr>
        <w:br/>
      </w:r>
      <w:r>
        <w:rPr>
          <w:lang w:eastAsia="zh-CN"/>
        </w:rPr>
        <w:t>　　一、狠抓数学教学的五个常规工作。</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1、备课。继续坚持集体备课制度和个人备课制度相结合。集体的智慧是无穷的，为此我积极组织并参与每周两次的集体备课。</w:t>
      </w:r>
      <w:r>
        <w:rPr>
          <w:lang w:eastAsia="zh-CN"/>
        </w:rPr>
        <w:br/>
      </w:r>
      <w:r>
        <w:rPr>
          <w:lang w:eastAsia="zh-CN"/>
        </w:rPr>
        <w:t>　　2、上课。坚持一案四步教学法，将小组讨论合作学习法渗透其中，小组合作学习机制逐步走向了成熟。</w:t>
      </w:r>
      <w:r>
        <w:rPr>
          <w:lang w:eastAsia="zh-CN"/>
        </w:rPr>
        <w:br/>
      </w:r>
      <w:r>
        <w:rPr>
          <w:lang w:eastAsia="zh-CN"/>
        </w:rPr>
        <w:t>　　3、作业。在作业批改方面，采取有针对性的对个别学生面批。同时低年级批改作业继续坚持趣味化批改（批改印章），极大的提高了学生的积极性。同时我们坚持多鼓励、多表扬，在测试后给优秀的、进步的学生颁发表扬信、极大的提高了学生的积极性。</w:t>
      </w:r>
      <w:r>
        <w:rPr>
          <w:lang w:eastAsia="zh-CN"/>
        </w:rPr>
        <w:br/>
      </w:r>
      <w:r>
        <w:rPr>
          <w:lang w:eastAsia="zh-CN"/>
        </w:rPr>
        <w:t>　　4、辅导。每次辅导课，都是对学生学习成果的巩固课。为此我高效利用辅导时间，积极辅导孩子。针对那些后进生，也下了足够大的功夫。有时我亲自给他们讲解，有时我安排学习成绩较好的学生去帮助其他的孩子，但我都会严格把关，让他们真正的学会。</w:t>
      </w:r>
      <w:r>
        <w:rPr>
          <w:lang w:eastAsia="zh-CN"/>
        </w:rPr>
        <w:br/>
      </w:r>
      <w:r>
        <w:rPr>
          <w:lang w:eastAsia="zh-CN"/>
        </w:rPr>
        <w:t>　　5、考试。坚决贯彻执行学校的考试安排。同时结合课堂，及时进行当堂检测，并且每周适时进行测验，以便了解学生的学习情况和教学成果。期中考试四（三）班和一（三）班均获同年级第一名，期末考试四（三）班获四年级第一名。</w:t>
      </w:r>
      <w:r>
        <w:rPr>
          <w:lang w:eastAsia="zh-CN"/>
        </w:rPr>
        <w:br/>
      </w:r>
      <w:r>
        <w:rPr>
          <w:lang w:eastAsia="zh-CN"/>
        </w:rPr>
        <w:t>　　二、教研活动方面</w:t>
      </w:r>
      <w:r>
        <w:rPr>
          <w:lang w:eastAsia="zh-CN"/>
        </w:rPr>
        <w:br/>
      </w:r>
      <w:r>
        <w:rPr>
          <w:lang w:eastAsia="zh-CN"/>
        </w:rPr>
        <w:t>　　1、积极组织并参加各项教研活动。作为小学数学组的组长，我积极组织并参加学校、教研组组织的各项教研活动。</w:t>
      </w:r>
      <w:r>
        <w:rPr>
          <w:lang w:eastAsia="zh-CN"/>
        </w:rPr>
        <w:br/>
      </w:r>
      <w:r>
        <w:rPr>
          <w:lang w:eastAsia="zh-CN"/>
        </w:rPr>
        <w:t>　　2、坚持集体备课，运用集体智慧，发挥集体力量，互帮互助，共同进步。</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3、积极做好小学数学组教研博客的建设，工作行事历、活动记录、每周作业检查报告、培优补差记录等及时更新到教研博客。</w:t>
      </w:r>
      <w:r>
        <w:rPr>
          <w:lang w:eastAsia="zh-CN"/>
        </w:rPr>
        <w:br/>
      </w:r>
      <w:r>
        <w:rPr>
          <w:lang w:eastAsia="zh-CN"/>
        </w:rPr>
        <w:t>　　4、在听课中学习，在听课中成长。虽未能参加县优质课大赛，但有幸跟随田校长、白主任到上海参观学习，受到先进教育理念的洗礼，收获满满。同时借县优质课大赛数学组在我校举办的契机，在报告厅多次听课，也收获很多。</w:t>
      </w:r>
      <w:r>
        <w:rPr>
          <w:lang w:eastAsia="zh-CN"/>
        </w:rPr>
        <w:br/>
      </w:r>
      <w:r>
        <w:rPr>
          <w:lang w:eastAsia="zh-CN"/>
        </w:rPr>
        <w:t>　　5、坚持独具复兴特色的思维训练校本课程。</w:t>
      </w:r>
      <w:r>
        <w:rPr>
          <w:lang w:eastAsia="zh-CN"/>
        </w:rPr>
        <w:br/>
      </w:r>
      <w:r>
        <w:rPr>
          <w:lang w:eastAsia="zh-CN"/>
        </w:rPr>
        <w:t>　　积极发挥学校优势，开展独具特色的思维训练校本课程</w:t>
      </w:r>
      <w:r>
        <w:rPr>
          <w:lang w:eastAsia="zh-CN"/>
        </w:rPr>
        <w:br/>
      </w:r>
      <w:r>
        <w:rPr>
          <w:lang w:eastAsia="zh-CN"/>
        </w:rPr>
        <w:t>　　三、实行“导师制”，踏踏实实做好培优补差工作。</w:t>
      </w:r>
      <w:r>
        <w:rPr>
          <w:lang w:eastAsia="zh-CN"/>
        </w:rPr>
        <w:br/>
      </w:r>
      <w:r>
        <w:rPr>
          <w:lang w:eastAsia="zh-CN"/>
        </w:rPr>
        <w:t>　　培优补差工作能否落实好关系到整个班级水平能否提升。因为班内学生水平存在着这样或者那样的差异，采取因材施教的方法才能针对不同的学生采取切实有效的解决方法。为此，实行每周我都会根据导师制的培优补差方案，叫部分学生去办公室辅导或接受其他形式的培优补差工作。事实证明，培优补差工作收到了非常好的效果。</w:t>
      </w:r>
      <w:r>
        <w:rPr>
          <w:lang w:eastAsia="zh-CN"/>
        </w:rPr>
        <w:br/>
      </w:r>
      <w:r>
        <w:rPr>
          <w:lang w:eastAsia="zh-CN"/>
        </w:rPr>
        <w:t>　　四、增补精神食粮，做好读书工作。</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书籍是人类进步的阶梯，更是教师不断成才的精神食粮。只有自己不断的提高自己，才能拥有更多的知识去给予学生。我坚持每月有一定的阅读量，坚持读书，充实自己，并能够书写读书笔记。同时坚持理论联系实际，把一些理论知识运用到自己的教育教学中，如读《让学生爱上学习的165个课堂游戏》让我在课堂上将游戏加入课堂，极大地提高了孩子们学习数学的兴趣；如读《做一个学生喜欢的老师》让我在教师成长的道路上少走了很多弯路；还比如读王跃老师的《高效课堂的101个细节》，读到《做指挥而不要做演员》这一章节，感触颇深！反思一下自己的教学，我们往往扮演的就是一个课堂的演员，而不是课堂的指挥者！</w:t>
      </w:r>
      <w:r>
        <w:rPr>
          <w:lang w:eastAsia="zh-CN"/>
        </w:rPr>
        <w:br/>
      </w:r>
      <w:r>
        <w:rPr>
          <w:lang w:eastAsia="zh-CN"/>
        </w:rPr>
        <w:t>　　五、坚持每月进行教学反思</w:t>
      </w:r>
      <w:r>
        <w:rPr>
          <w:lang w:eastAsia="zh-CN"/>
        </w:rPr>
        <w:br/>
      </w:r>
      <w:r>
        <w:rPr>
          <w:lang w:eastAsia="zh-CN"/>
        </w:rPr>
        <w:t>　　做教育不能够一味地埋头教学而不进行思考。我是一个喜欢反思教学的人。每个月都会对自己一个月来的教学工作进行反思，优点继续保持，发现不足则会及时改正。</w:t>
      </w:r>
      <w:r>
        <w:rPr>
          <w:lang w:eastAsia="zh-CN"/>
        </w:rPr>
        <w:br/>
      </w:r>
      <w:r>
        <w:rPr>
          <w:lang w:eastAsia="zh-CN"/>
        </w:rPr>
        <w:t>　　六、积极做好微课超市工作</w:t>
      </w:r>
      <w:r>
        <w:rPr>
          <w:lang w:eastAsia="zh-CN"/>
        </w:rPr>
        <w:br/>
      </w:r>
      <w:r>
        <w:rPr>
          <w:lang w:eastAsia="zh-CN"/>
        </w:rPr>
        <w:t>　　微课是时下比较流行的一个名词，我们总能在学校领导的指导下更新理念，与时俱进。本学期我共录制微课3节，在微课录制过程中，锻炼了自己，既是对知识的再思考，也是对教育的再认识。</w:t>
      </w:r>
      <w:r>
        <w:rPr>
          <w:lang w:eastAsia="zh-CN"/>
        </w:rPr>
        <w:br/>
      </w:r>
      <w:r>
        <w:rPr>
          <w:lang w:eastAsia="zh-CN"/>
        </w:rPr>
        <w:t>　　七、积极组织并让学生参与学校的各项活动</w:t>
      </w:r>
      <w:r>
        <w:rPr>
          <w:lang w:eastAsia="zh-CN"/>
        </w:rPr>
        <w:br/>
      </w:r>
      <w:r>
        <w:rPr>
          <w:lang w:eastAsia="zh-CN"/>
        </w:rPr>
        <w:t>　　本学期小学数学组共组织了两次小学数学知识竞赛，在活动中锻炼了我们自己的组织能力和应变能力。同时，我积极组织学生参加活动并获得较好名次。</w:t>
      </w:r>
      <w:r>
        <w:rPr>
          <w:lang w:eastAsia="zh-CN"/>
        </w:rPr>
        <w:br/>
      </w:r>
      <w:r>
        <w:rPr>
          <w:lang w:eastAsia="zh-CN"/>
        </w:rPr>
        <w:t>　　八、开展了丰富有趣的第二课堂</w:t>
      </w:r>
      <w:r>
        <w:rPr>
          <w:lang w:eastAsia="zh-CN"/>
        </w:rPr>
        <w:br/>
      </w:r>
      <w:r>
        <w:rPr>
          <w:lang w:eastAsia="zh-CN"/>
        </w:rPr>
        <w:t>　　本学期，我和杨玉磊老师合作开展了第二课堂《绿茵传奇》，利用每周一和周三的下午第四节，带孩子们在绿茵场上活动，使他们一步一步的了解它、学习它并爱上它，这是我们复兴学校搞好校园足球的良好开端。</w:t>
      </w:r>
      <w:r>
        <w:rPr>
          <w:lang w:eastAsia="zh-CN"/>
        </w:rPr>
        <w:br/>
      </w:r>
      <w:r>
        <w:rPr>
          <w:lang w:eastAsia="zh-CN"/>
        </w:rPr>
        <w:t>　　九、不足之处</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1、培优补差时间稍有不足。本学期的培优补差工作已经取得一定的成效，但是我仍感觉时间不是很足，关注面太窄，对一些学生关注度不够，这是我下一步需要加强的，无论是空间还是时间上。</w:t>
      </w:r>
      <w:r>
        <w:rPr>
          <w:lang w:eastAsia="zh-CN"/>
        </w:rPr>
        <w:br/>
      </w:r>
      <w:r>
        <w:rPr>
          <w:lang w:eastAsia="zh-CN"/>
        </w:rPr>
        <w:t>　　2、在读书工作方面，阅读量稍显不够。读书量尚少，仍需要进一步强化。以后务必做到，好读书、读好书。</w:t>
      </w:r>
      <w:r>
        <w:rPr>
          <w:lang w:eastAsia="zh-CN"/>
        </w:rPr>
        <w:br/>
      </w:r>
      <w:r>
        <w:rPr>
          <w:lang w:eastAsia="zh-CN"/>
        </w:rPr>
        <w:t>　　3、在期末考试中，一年级数学考试没有达到预期，我也及时的发现到了问题所在。就在于平时的教学中忽视了某一种题型，心理上忽视造成了最后的损失，这让我记忆深刻，以后一定会改正。</w:t>
      </w:r>
      <w:r>
        <w:rPr>
          <w:lang w:eastAsia="zh-CN"/>
        </w:rPr>
        <w:br/>
      </w:r>
      <w:r>
        <w:rPr>
          <w:lang w:eastAsia="zh-CN"/>
        </w:rPr>
        <w:t>　　4、课堂效率仍不是很高。通过田主任的指导，我也在逐步改正，相信我会逐步的提高。</w:t>
      </w:r>
      <w:r>
        <w:rPr>
          <w:lang w:eastAsia="zh-CN"/>
        </w:rPr>
        <w:br/>
      </w:r>
      <w:r>
        <w:rPr>
          <w:lang w:eastAsia="zh-CN"/>
        </w:rPr>
        <w:t>　　5、和家长沟通不足。有的学生周末作业仍旧不能及时完成，这说明在家校联系方面，我做的仍旧不足。下一步，我也要进一步加强这一块，用好校讯通等联系方式。</w:t>
      </w:r>
      <w:r>
        <w:rPr>
          <w:lang w:eastAsia="zh-CN"/>
        </w:rPr>
        <w:br/>
      </w:r>
      <w:r>
        <w:rPr>
          <w:lang w:eastAsia="zh-CN"/>
        </w:rPr>
        <w:t>　　十、努力方向</w:t>
      </w:r>
      <w:r>
        <w:rPr>
          <w:lang w:eastAsia="zh-CN"/>
        </w:rPr>
        <w:br/>
      </w:r>
      <w:r>
        <w:rPr>
          <w:lang w:eastAsia="zh-CN"/>
        </w:rPr>
        <w:t>　　1、打造高效的课堂</w:t>
      </w:r>
      <w:r>
        <w:rPr>
          <w:lang w:eastAsia="zh-CN"/>
        </w:rPr>
        <w:br/>
      </w:r>
      <w:r>
        <w:rPr>
          <w:lang w:eastAsia="zh-CN"/>
        </w:rPr>
        <w:t>　　2、小组合作学习机制更加成熟</w:t>
      </w:r>
      <w:r>
        <w:rPr>
          <w:lang w:eastAsia="zh-CN"/>
        </w:rPr>
        <w:br/>
      </w:r>
      <w:r>
        <w:rPr>
          <w:lang w:eastAsia="zh-CN"/>
        </w:rPr>
        <w:t>　　3、进一步狠抓教学质量，使其上新的台阶</w:t>
      </w:r>
      <w:r>
        <w:rPr>
          <w:lang w:eastAsia="zh-CN"/>
        </w:rPr>
        <w:br/>
      </w:r>
      <w:r>
        <w:rPr>
          <w:lang w:eastAsia="zh-CN"/>
        </w:rPr>
        <w:t>　　4、家校共促孩子成长，使周末作业不在成为问题，让家长做老师的好帮手</w:t>
      </w:r>
      <w:r>
        <w:rPr>
          <w:lang w:eastAsia="zh-CN"/>
        </w:rPr>
        <w:br/>
      </w:r>
      <w:r>
        <w:rPr>
          <w:lang w:eastAsia="zh-CN"/>
        </w:rPr>
        <w:t>　　5、争取创办的第二课堂更加系统、有序。</w:t>
      </w:r>
      <w:r>
        <w:rPr>
          <w:lang w:eastAsia="zh-CN"/>
        </w:rPr>
        <w:br/>
      </w:r>
      <w:r>
        <w:rPr>
          <w:lang w:eastAsia="zh-CN"/>
        </w:rPr>
        <w:t>　　6、打造优秀的小学数学教研组</w:t>
      </w:r>
      <w:r>
        <w:rPr>
          <w:lang w:eastAsia="zh-CN"/>
        </w:rPr>
        <w:br/>
      </w:r>
      <w:r>
        <w:rPr>
          <w:lang w:eastAsia="zh-CN"/>
        </w:rPr>
        <w:t>　　五年级数学下学期教学工作总结</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一学期来，本人认真备课、上课、听课、评课，及时批改作业、讲评作业，做好课辅工作，广泛涉猎各种知识，形成比较完整的知识结构，严格要求学生，尊重学生，发扬教学民主，使学生学有所得，不断提高。</w:t>
      </w:r>
      <w:r>
        <w:rPr>
          <w:lang w:eastAsia="zh-CN"/>
        </w:rPr>
        <w:br/>
      </w:r>
      <w:r>
        <w:rPr>
          <w:lang w:eastAsia="zh-CN"/>
        </w:rPr>
        <w:t>　　一、知识掌握方面：</w:t>
      </w:r>
      <w:r>
        <w:rPr>
          <w:lang w:eastAsia="zh-CN"/>
        </w:rPr>
        <w:br/>
      </w:r>
      <w:r>
        <w:rPr>
          <w:lang w:eastAsia="zh-CN"/>
        </w:rPr>
        <w:t>　　1、学生初步学会了数据的收集和整理的方法，会看和制作简单的统计表，通过有说服力的数据和统计</w:t>
      </w:r>
      <w:r>
        <w:rPr>
          <w:lang w:eastAsia="zh-CN"/>
        </w:rPr>
        <w:br/>
      </w:r>
      <w:r>
        <w:rPr>
          <w:lang w:eastAsia="zh-CN"/>
        </w:rPr>
        <w:t>　　材料</w:t>
      </w:r>
      <w:r>
        <w:rPr>
          <w:lang w:eastAsia="zh-CN"/>
        </w:rPr>
        <w:br/>
      </w:r>
      <w:r>
        <w:rPr>
          <w:lang w:eastAsia="zh-CN"/>
        </w:rPr>
        <w:t>　　，使学生受到爱祖国、爱社会主义、爱科学的教育，学会较复杂的求平均数的方法。</w:t>
      </w:r>
      <w:r>
        <w:rPr>
          <w:lang w:eastAsia="zh-CN"/>
        </w:rPr>
        <w:br/>
      </w:r>
      <w:r>
        <w:rPr>
          <w:lang w:eastAsia="zh-CN"/>
        </w:rPr>
        <w:t>　　2、学生知道了体积的含义，掌握了长方体和正方体的特征，会计算它们的表面积和体积，发展了学生的空间观念。</w:t>
      </w:r>
      <w:r>
        <w:rPr>
          <w:lang w:eastAsia="zh-CN"/>
        </w:rPr>
        <w:br/>
      </w:r>
      <w:r>
        <w:rPr>
          <w:lang w:eastAsia="zh-CN"/>
        </w:rPr>
        <w:t>　　3、学生掌握了约数和倍数、质数和合数等概念，以及能被2、3、5整除的数的特征，会分解质因数；会求最大公约数和最小公倍数。</w:t>
      </w:r>
      <w:r>
        <w:rPr>
          <w:lang w:eastAsia="zh-CN"/>
        </w:rPr>
        <w:br/>
      </w:r>
      <w:r>
        <w:rPr>
          <w:lang w:eastAsia="zh-CN"/>
        </w:rPr>
        <w:t>　　4、通过分数知识的教学，加强了分数概念的教学和新旧知识的联系。</w:t>
      </w:r>
      <w:r>
        <w:rPr>
          <w:lang w:eastAsia="zh-CN"/>
        </w:rPr>
        <w:br/>
      </w:r>
      <w:r>
        <w:rPr>
          <w:lang w:eastAsia="zh-CN"/>
        </w:rPr>
        <w:t>　　二、数学学习能力方面</w:t>
      </w:r>
      <w:r>
        <w:rPr>
          <w:lang w:eastAsia="zh-CN"/>
        </w:rPr>
        <w:br/>
      </w:r>
      <w:r>
        <w:rPr>
          <w:lang w:eastAsia="zh-CN"/>
        </w:rPr>
        <w:t>　　1、能运用生活经验，对有关的数学信息做出解释，并 初步学会了用具体的数据描述现实世界中的简单现象。在探索过程中，发展空间观念。在教师的帮助下，初步学会了选择有用信息进行归纳和类比。在解决问题过程中，能进行简单的、有条理的思考。</w:t>
      </w:r>
      <w:r>
        <w:rPr>
          <w:lang w:eastAsia="zh-CN"/>
        </w:rPr>
        <w:br/>
      </w:r>
      <w:r>
        <w:rPr>
          <w:lang w:eastAsia="zh-CN"/>
        </w:rPr>
        <w:t>　　2、能在教师</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指导</w:t>
      </w:r>
      <w:r>
        <w:rPr>
          <w:lang w:eastAsia="zh-CN"/>
        </w:rPr>
        <w:br/>
      </w:r>
      <w:r>
        <w:rPr>
          <w:lang w:eastAsia="zh-CN"/>
        </w:rPr>
        <w:t>　　下，从日常生活中发现并提出简单的数学问题。了解同一问题可以有不同解法。有与同伴合作解决问题的体验。初步学会表达解决问题的大致过程和结果。</w:t>
      </w:r>
      <w:r>
        <w:rPr>
          <w:lang w:eastAsia="zh-CN"/>
        </w:rPr>
        <w:br/>
      </w:r>
      <w:r>
        <w:rPr>
          <w:lang w:eastAsia="zh-CN"/>
        </w:rPr>
        <w:t>　　3、在他人的鼓励与帮助下，对身边与数学有关系的某些事物有好奇心，能够积极参与生动、直观的数学活动。在他人的鼓励与帮助下，能克服在数学活动中遇到的某些困难，获得成功的体验，有学好数学的信心。了解可以用数和形来描述的某些现象，感受数学与日常生活的密切联系。在他人的</w:t>
      </w:r>
      <w:r>
        <w:rPr>
          <w:lang w:eastAsia="zh-CN"/>
        </w:rPr>
        <w:br/>
      </w:r>
      <w:r>
        <w:rPr>
          <w:lang w:eastAsia="zh-CN"/>
        </w:rPr>
        <w:t>　　指导</w:t>
      </w:r>
      <w:r>
        <w:rPr>
          <w:lang w:eastAsia="zh-CN"/>
        </w:rPr>
        <w:br/>
      </w:r>
      <w:r>
        <w:rPr>
          <w:lang w:eastAsia="zh-CN"/>
        </w:rPr>
        <w:t>　　下，能够发现数学活动中的错误并及时改正。</w:t>
      </w:r>
      <w:r>
        <w:rPr>
          <w:lang w:eastAsia="zh-CN"/>
        </w:rPr>
        <w:br/>
      </w:r>
      <w:r>
        <w:rPr>
          <w:lang w:eastAsia="zh-CN"/>
        </w:rPr>
        <w:t>　　为了今后能更好的工作对本学期的教学工作</w:t>
      </w:r>
      <w:r>
        <w:rPr>
          <w:lang w:eastAsia="zh-CN"/>
        </w:rPr>
        <w:br/>
      </w:r>
      <w:r>
        <w:rPr>
          <w:lang w:eastAsia="zh-CN"/>
        </w:rPr>
        <w:t>　　总结</w:t>
      </w:r>
      <w:r>
        <w:rPr>
          <w:lang w:eastAsia="zh-CN"/>
        </w:rPr>
        <w:br/>
      </w:r>
      <w:r>
        <w:rPr>
          <w:lang w:eastAsia="zh-CN"/>
        </w:rPr>
        <w:t>　　如下：</w:t>
      </w:r>
      <w:r>
        <w:rPr>
          <w:lang w:eastAsia="zh-CN"/>
        </w:rPr>
        <w:br/>
      </w:r>
      <w:r>
        <w:rPr>
          <w:lang w:eastAsia="zh-CN"/>
        </w:rPr>
        <w:t>　　1、 要提高教学质量，关键是上好课。为了上好课，我做了下面的工作：</w:t>
      </w:r>
      <w:r>
        <w:rPr>
          <w:lang w:eastAsia="zh-CN"/>
        </w:rPr>
        <w:br/>
      </w:r>
      <w:r>
        <w:rPr>
          <w:lang w:eastAsia="zh-CN"/>
        </w:rPr>
        <w:t>　　⑴课前准备：备好课。</w:t>
      </w:r>
      <w:r>
        <w:rPr>
          <w:lang w:eastAsia="zh-CN"/>
        </w:rPr>
        <w:br/>
      </w:r>
      <w:r>
        <w:rPr>
          <w:lang w:eastAsia="zh-CN"/>
        </w:rPr>
        <w:t>　　①认真钻研教材，对教材的基本思想、基本概念，每句话、每个字都弄清楚，了解教材的结构，重点与难点，掌握知识的逻辑，能运用自如，知道应补充哪些资料，怎样才能教好。</w:t>
      </w:r>
      <w:r>
        <w:rPr>
          <w:lang w:eastAsia="zh-CN"/>
        </w:rPr>
        <w:br/>
      </w:r>
      <w:r>
        <w:rPr>
          <w:lang w:eastAsia="zh-CN"/>
        </w:rPr>
        <w:t>　　②了解学生原有的知识技能的质量，他们的兴趣、需要、方法、习惯，学习新知识可能会有哪些困难，采取相应的预防措施。</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③考虑教法，解决如何把已掌握的教材传授给学生，包括如何组织教材、如何安排每节课的活动。</w:t>
      </w:r>
      <w:r>
        <w:rPr>
          <w:lang w:eastAsia="zh-CN"/>
        </w:rPr>
        <w:br/>
      </w:r>
      <w:r>
        <w:rPr>
          <w:lang w:eastAsia="zh-CN"/>
        </w:rPr>
        <w:t>　　⑵课堂上的情况。</w:t>
      </w:r>
      <w:r>
        <w:rPr>
          <w:lang w:eastAsia="zh-CN"/>
        </w:rPr>
        <w:br/>
      </w:r>
      <w:r>
        <w:rPr>
          <w:lang w:eastAsia="zh-CN"/>
        </w:rPr>
        <w:t>　　组织好课堂教学，关注全体学生，注意信息反馈，调动学生的有意注意，使其保持相对稳定性，因材施教，注重培养尖子生，注重抓两头带中间， 同时，激发学生的情感，使他们产生愉悦的心境，创造良好的课堂气氛，课堂语言简洁明了，课堂提问面向全体学生，注意引发学生学数学的兴趣，课堂上讲练结合，布置好家庭作业，作业少而精，减轻学生的负担。</w:t>
      </w:r>
      <w:r>
        <w:rPr>
          <w:lang w:eastAsia="zh-CN"/>
        </w:rPr>
        <w:br/>
      </w:r>
      <w:r>
        <w:rPr>
          <w:lang w:eastAsia="zh-CN"/>
        </w:rPr>
        <w:t>　　2、要提高教学质量，还要做好课后</w:t>
      </w:r>
      <w:r>
        <w:rPr>
          <w:lang w:eastAsia="zh-CN"/>
        </w:rPr>
        <w:br/>
      </w:r>
      <w:r>
        <w:rPr>
          <w:lang w:eastAsia="zh-CN"/>
        </w:rPr>
        <w:t>　　辅导</w:t>
      </w:r>
      <w:r>
        <w:rPr>
          <w:lang w:eastAsia="zh-CN"/>
        </w:rPr>
        <w:br/>
      </w:r>
      <w:r>
        <w:rPr>
          <w:lang w:eastAsia="zh-CN"/>
        </w:rPr>
        <w:t>　　工作，小学生爱动、好玩，缺乏自控能力，常在学习上不能合理的安排时间，针对这种问题，就要抓好学生的思想教育，并使这一工作惯彻到对学生的学习指导中去，还要做好对学生学习的辅导和帮助工作，尤其在后进生的转化上，对后进生努力做到从友善开始，例如，我班的陈鹏同学刚开学的两个月里不安心学习上课走神、说话，下课就往外跑不打铃不回班，经常被拖欠作业，针对这种情况，分析其原因，并同其家长联系共同做他的思想工作，从赞美着手，所有的人都渴望得到别人的理解和尊重，所以，和他交谈时，对他的处境、想法表示深刻的理解和尊重，现在陈鹏同学学习</w:t>
      </w:r>
      <w:r>
        <w:rPr>
          <w:lang w:eastAsia="zh-CN"/>
        </w:rPr>
        <w:br/>
      </w:r>
      <w:r>
        <w:rPr>
          <w:lang w:eastAsia="zh-CN"/>
        </w:rPr>
        <w:t>　　成绩</w:t>
      </w:r>
      <w:r>
        <w:rPr>
          <w:lang w:eastAsia="zh-CN"/>
        </w:rPr>
        <w:br/>
      </w:r>
      <w:r>
        <w:rPr>
          <w:lang w:eastAsia="zh-CN"/>
        </w:rPr>
        <w:t>　　大幅度提高，其他的毛病相对就减少了。</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3、 积极参与听课、评课，虚心向同行学习教学方法，博采众长，提高教学水平。</w:t>
      </w:r>
      <w:r>
        <w:rPr>
          <w:lang w:eastAsia="zh-CN"/>
        </w:rPr>
        <w:br/>
      </w:r>
      <w:r>
        <w:rPr>
          <w:lang w:eastAsia="zh-CN"/>
        </w:rPr>
        <w:t>　　4、培养多种兴趣爱好，到图书馆博览群书，不断扩宽知识面，为教学内容注入新鲜血液。</w:t>
      </w:r>
      <w:r>
        <w:rPr>
          <w:lang w:eastAsia="zh-CN"/>
        </w:rPr>
        <w:br/>
      </w:r>
      <w:r>
        <w:rPr>
          <w:lang w:eastAsia="zh-CN"/>
        </w:rPr>
        <w:t>　　总体来说,取得的</w:t>
      </w:r>
      <w:r>
        <w:rPr>
          <w:lang w:eastAsia="zh-CN"/>
        </w:rPr>
        <w:br/>
      </w:r>
      <w:r>
        <w:rPr>
          <w:lang w:eastAsia="zh-CN"/>
        </w:rPr>
        <w:t>　　成绩</w:t>
      </w:r>
      <w:r>
        <w:rPr>
          <w:lang w:eastAsia="zh-CN"/>
        </w:rPr>
        <w:br/>
      </w:r>
      <w:r>
        <w:rPr>
          <w:lang w:eastAsia="zh-CN"/>
        </w:rPr>
        <w:t>　　还不够理想，在今后的教育教学工作中，我将更严格要求自己，努力工作，发扬优点，改正缺点，开拓前进，为美好的明天奉献自己的力量。</w:t>
      </w:r>
      <w:r>
        <w:rPr>
          <w:lang w:eastAsia="zh-CN"/>
        </w:rPr>
        <w:br/>
      </w:r>
      <w:r>
        <w:rPr>
          <w:lang w:eastAsia="zh-CN"/>
        </w:rPr>
        <w:t xml:space="preserve">    有关于五年级数学教学工作总结范文 篇10 </w:t>
      </w:r>
      <w:r>
        <w:rPr>
          <w:lang w:eastAsia="zh-CN"/>
        </w:rPr>
        <w:br/>
      </w:r>
      <w:r>
        <w:rPr>
          <w:lang w:eastAsia="zh-CN"/>
        </w:rPr>
        <w:t>　　转眼间，__年的教学工作已画上圆满的句号。本学年中，我承担二班的数学教学工作。回首走过的岁月，内心有些许的欣慰，也有几分感慨。现将教学工作总结如下：</w:t>
      </w:r>
      <w:r>
        <w:rPr>
          <w:lang w:eastAsia="zh-CN"/>
        </w:rPr>
        <w:br/>
      </w:r>
      <w:r>
        <w:rPr>
          <w:lang w:eastAsia="zh-CN"/>
        </w:rPr>
        <w:t>　　一、思想工作</w:t>
      </w:r>
      <w:r>
        <w:rPr>
          <w:lang w:eastAsia="zh-CN"/>
        </w:rPr>
        <w:br/>
      </w:r>
      <w:r>
        <w:rPr>
          <w:lang w:eastAsia="zh-CN"/>
        </w:rPr>
        <w:t>　　俗话说活到老，学到老。特别是刚接触数学教学工作的我，对于数学教师的基本工作还很陌生，如怎样讲课、怎样合理安排自己各项工作、如何与家长相处等。为了早日胜任我的工作，我积极听课，及时向老教师请教，同时阅读许多书籍，如《中小学数学》、《小学数学教师》等书刊。从中汲取营养，弥补我教学经验的不足。</w:t>
      </w:r>
      <w:r>
        <w:rPr>
          <w:lang w:eastAsia="zh-CN"/>
        </w:rPr>
        <w:br/>
      </w:r>
      <w:r>
        <w:rPr>
          <w:lang w:eastAsia="zh-CN"/>
        </w:rPr>
        <w:t>　　二、教育教学工作</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这学期，我担任二年级的数学教学工作。在教学中，我能自觉做到认真钻研新课标、吃透教材，积极开拓教学思路，不断学习，把一些先进的教学理论、科学的教学方法及先进现代教学手段灵活运用于课堂教学中。努力培养学生的合作交流、自主探究、勇于创新的等能力。而且在教学中及时反思，发现自己教学中存在的问题，并积极寻求解决对策。在教学中我能够针对二年级学生的特点来设计课堂教学，教学中我注重引导学生体验数学与生活的密切联系，从而激发学生的学习兴趣，让学生爱学数学、会用数学。在课堂教学中，我能够积极地采取多种策略维持良好的课堂秩序，以保证课堂效果更有效。在重视课堂教学的同时我也特别重视对学生的个别辅导。学生每天做的作业我都及时的批改并讲解，并利用学生的课余时间找学生改错进行复批。</w:t>
      </w:r>
      <w:r>
        <w:rPr>
          <w:lang w:eastAsia="zh-CN"/>
        </w:rPr>
        <w:br/>
      </w:r>
      <w:r>
        <w:rPr>
          <w:lang w:eastAsia="zh-CN"/>
        </w:rPr>
        <w:t>　　三、工作中存在的不足</w:t>
      </w:r>
      <w:r>
        <w:rPr>
          <w:lang w:eastAsia="zh-CN"/>
        </w:rPr>
        <w:br/>
      </w:r>
      <w:r>
        <w:rPr>
          <w:lang w:eastAsia="zh-CN"/>
        </w:rPr>
        <w:t>　　作为一名新数学教师，我怀着满腔热情积极开展工作。但是由于经验不足，我的工作中还存在很多问题。</w:t>
      </w:r>
      <w:r>
        <w:rPr>
          <w:lang w:eastAsia="zh-CN"/>
        </w:rPr>
        <w:br/>
      </w:r>
      <w:r>
        <w:rPr>
          <w:lang w:eastAsia="zh-CN"/>
        </w:rPr>
        <w:t>　　1、有时课前准备不够充分。</w:t>
      </w:r>
      <w:r>
        <w:rPr>
          <w:lang w:eastAsia="zh-CN"/>
        </w:rPr>
        <w:br/>
      </w:r>
      <w:r>
        <w:rPr>
          <w:lang w:eastAsia="zh-CN"/>
        </w:rPr>
        <w:t>　　2、讲课时的语言不够简练(有时感觉个别学生没有听明白我就在啰唆的讲一遍，其实老师的语言越啰嗦学生听课的效果反而不好)。</w:t>
      </w:r>
      <w:r>
        <w:rPr>
          <w:lang w:eastAsia="zh-CN"/>
        </w:rPr>
        <w:br/>
      </w:r>
      <w:r>
        <w:rPr>
          <w:lang w:eastAsia="zh-CN"/>
        </w:rPr>
        <w:t>　　3、课堂上不能很好地控制自己的情绪。当课堂很乱的时候我会气急败坏的摔东西。我想应该有比摔东西更有效的办法来解决这种僵局。</w:t>
      </w:r>
      <w:r>
        <w:rPr>
          <w:lang w:eastAsia="zh-CN"/>
        </w:rPr>
        <w:br/>
      </w:r>
      <w:r>
        <w:rPr>
          <w:lang w:eastAsia="zh-CN"/>
        </w:rPr>
        <w:t>　　4、课堂对学生回答问题语言和姿势的训练不到位。这也体现了我课堂教学的预设不足，随意性太大。我应该有意识的为全班同学树立一个榜样，并且严格要求他们。</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6、课堂上表扬的话语太少。对学生回答问题后的反馈不到位，没有等待意识。</w:t>
      </w:r>
      <w:r>
        <w:rPr>
          <w:lang w:eastAsia="zh-CN"/>
        </w:rPr>
        <w:br/>
      </w:r>
      <w:r>
        <w:rPr>
          <w:lang w:eastAsia="zh-CN"/>
        </w:rPr>
        <w:t>　　我深知：作为一名教师，不仅需要努力地工作，更要掌握合理的工作方法。做好教育教学工作计划。我们在教会学生活到老，学到老的同时自己也应该不断地学习，不断的更新教育理念，不断的提高自己，这样才能给予下一代更好的教育!我相信一个善于思考的我，下学期的工作一定会更有成效。</w:t>
      </w:r>
      <w:r>
        <w:rPr>
          <w:lang w:eastAsia="zh-CN"/>
        </w:rPr>
        <w:br/>
      </w:r>
      <w:r>
        <w:rPr>
          <w:lang w:eastAsia="zh-CN"/>
        </w:rPr>
        <w:t xml:space="preserve">    有关于五年级数学教学工作总结范文 篇11 </w:t>
      </w:r>
      <w:r>
        <w:rPr>
          <w:lang w:eastAsia="zh-CN"/>
        </w:rPr>
        <w:br/>
      </w:r>
      <w:r>
        <w:rPr>
          <w:lang w:eastAsia="zh-CN"/>
        </w:rPr>
        <w:t>　　本学期，我从各方面严格要求自己，用心向同事请教，结合学生的实际状况，扎扎实实、有计划，有组织，有步骤地开展教学工作。为使今后的工作取得更大的进步，现对本学期教学工作作出总结，期望能扬长避短，使教学工作更上一层楼。</w:t>
      </w:r>
      <w:r>
        <w:rPr>
          <w:lang w:eastAsia="zh-CN"/>
        </w:rPr>
        <w:br/>
      </w:r>
      <w:r>
        <w:rPr>
          <w:lang w:eastAsia="zh-CN"/>
        </w:rPr>
        <w:t>　　一、加强师德休养，提高自身素质：</w:t>
      </w:r>
      <w:r>
        <w:rPr>
          <w:lang w:eastAsia="zh-CN"/>
        </w:rPr>
        <w:br/>
      </w:r>
      <w:r>
        <w:rPr>
          <w:lang w:eastAsia="zh-CN"/>
        </w:rPr>
        <w:t>　　本学期，我严于律己，全身心投入教育事业。对自己严格要求，用心参加各类学习，努力提高自己师德休养和业务水平。坚决服从领导的工作安排，做好各项工作。在各类培训中，认真学习班主任的管理经验和上课艺术。</w:t>
      </w:r>
      <w:r>
        <w:rPr>
          <w:lang w:eastAsia="zh-CN"/>
        </w:rPr>
        <w:br/>
      </w:r>
      <w:r>
        <w:rPr>
          <w:lang w:eastAsia="zh-CN"/>
        </w:rPr>
        <w:t>　　二、抓质量的同时，注重了育人;</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我班有不少同学因基础差，而怕学数学，我用爱来鼓励他们，耐心辅导，给他们创造成功的机会，发现他们的闪光点，让他们一点点进步。如陈林锋、郑康义就是最好的事例。在教给学生知识的同时，注重培养他们的良好学习习惯。一个人良好的学习习惯能让他受益终生。如认真书写、细心计算、自觉检验等。在开发学生智力的同时，注重挖掘他们的非智力因素，如坚强的毅力、强烈的自信、学习目的及兴趣等。</w:t>
      </w:r>
      <w:r>
        <w:rPr>
          <w:lang w:eastAsia="zh-CN"/>
        </w:rPr>
        <w:br/>
      </w:r>
      <w:r>
        <w:rPr>
          <w:lang w:eastAsia="zh-CN"/>
        </w:rPr>
        <w:t>　　三、深钻教材，精心制作课件，做好课前准备;</w:t>
      </w:r>
      <w:r>
        <w:rPr>
          <w:lang w:eastAsia="zh-CN"/>
        </w:rPr>
        <w:br/>
      </w:r>
      <w:r>
        <w:rPr>
          <w:lang w:eastAsia="zh-CN"/>
        </w:rPr>
        <w:t>　　每次备课前，把教材、教参、学生反反复复揣摩分析，再选取适宜的教法。充分利用多媒体，做了几十个课件，在必须程度上激发了学生学习数学的兴趣。我不但备教材备教法而且备学生，根据教材资料及学生的实际，设计课的类型，拟定采用的教学方法，认真写好教案。每一课都做到“有备而来”，每堂课都在课前做好充分的准备，课后及时反思，写好教学后记。这个学期的数学教学工作我一向按照教学计划有条不紊、扎扎实实地进行。</w:t>
      </w:r>
      <w:r>
        <w:rPr>
          <w:lang w:eastAsia="zh-CN"/>
        </w:rPr>
        <w:br/>
      </w:r>
      <w:r>
        <w:rPr>
          <w:lang w:eastAsia="zh-CN"/>
        </w:rPr>
        <w:t>　　四、增强上课技能，提高教学质量;</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我力求讲解清晰化、准确化、条理化、情感化、生动化，做到线索清晰，层次分明，言简意赅，深入浅出。在课堂上个性注意调动学生的用心性，加强师生交流，充分体现学生的主体作用，让学生学得容易，学得简单，学得愉快;注意精讲精练，在课堂上老师讲得尽量少，学生动口动手动脑尽量多;同时在每一堂课上都充分思考每一个层次的学生学习需求和学习潜力，让各个层次的学生都得到提高。在课堂上争分夺秒，严格按教学计划和课时计划来上课，力争把每一个知识点都讲清讲透。做到面向全体学生，真正把课堂当做提高教学质量的主阵地。改善学习方式，重视知识的构成过程，抓住知识的关键引导，启发学生思考问题，让学生主动获取知识。重视验算，培养学生认真负责的学习习惯;加强了口算训练，提高了学生的口算潜力;运用比较，加深对知识的理解。应用题教学侧重于启迪思维，教给学生分析的手段和方法，提高他们的解题潜力。加强基础知识教学，重视发展智力、培养潜力。重视从学生的生活经验和已有知识中学习数学和理解数学。重视培养学生的创新意识和实践潜力。结合学科特点，对学生进行思想品德教育。</w:t>
      </w:r>
      <w:r>
        <w:rPr>
          <w:lang w:eastAsia="zh-CN"/>
        </w:rPr>
        <w:br/>
      </w:r>
      <w:r>
        <w:rPr>
          <w:lang w:eastAsia="zh-CN"/>
        </w:rPr>
        <w:t>　　五、认真及时批改作业，到达训练目的;</w:t>
      </w:r>
      <w:r>
        <w:rPr>
          <w:lang w:eastAsia="zh-CN"/>
        </w:rPr>
        <w:br/>
      </w:r>
      <w:r>
        <w:rPr>
          <w:lang w:eastAsia="zh-CN"/>
        </w:rPr>
        <w:t>　　布置作业做到精、活，有针对性，有层次性，力求每一次练习都起到最大的效果。同时对学生的作业批改及时、认真，分析并记录学生的作业状况，将他们在作业过程出现的问题作出分类总结，进行透彻的评讲，并针对有关状况及时改善教学方法，做到有的放矢。每晚的家庭作业，我总是在早操前就开始进教室批改，一般先改后进生的，再改中等生的，这样有利于辅导后进生。若有哪方面但是关，立刻补救。课堂作业我也是一收上来立即批阅，从不拖拉，并做好记载，及时让学生更正。</w:t>
      </w:r>
      <w:r>
        <w:rPr>
          <w:lang w:eastAsia="zh-CN"/>
        </w:rPr>
        <w:br/>
      </w:r>
      <w:r>
        <w:rPr>
          <w:lang w:eastAsia="zh-CN"/>
        </w:rPr>
        <w:t>　　六、做好课后辅导工作，注意分层教学;</w:t>
      </w:r>
      <w:r>
        <w:rPr>
          <w:lang w:eastAsia="zh-CN"/>
        </w:rPr>
        <w:br/>
      </w:r>
    </w:p>
    <w:p w:rsidR="001B1F19" w14:textId="27C3F48A">
      <w:pPr>
        <w:rPr>
          <w:lang w:eastAsia="zh-CN"/>
        </w:rPr>
      </w:pPr>
      <w:r>
        <w:rPr>
          <w:lang w:eastAsia="zh-CN"/>
        </w:rPr>
        <w:t>　　在课后，为不同层次的学生进行相应的辅导，以满足不同层次的学生的需求，加大了后进生的辅导力度。要提高后进生的成绩，首先要解决他们心结，让他们意识到学习的重要性和必要性，使之对学习萌发兴趣。要透过各种途径激发他们的求知欲和上进心，让他们意识到学习并不是一项任务，也不是一件痛苦的事情。而是充满乐趣的。从而自觉的把身心投放到学习中去，使学习成为他们自我意识一部分。在此基础上，再教给他们学习的方法，提高他们的技能。并认真细致地做好查漏补缺工作。后进生通常存在很多知识断层，这些都是后进生进步的绊脚石，把他们以前学习的知识断层补充完整，这样，他们就会学得简单，进步也快。</w:t>
      </w:r>
      <w:r>
        <w:rPr>
          <w:lang w:eastAsia="zh-CN"/>
        </w:rPr>
        <w:br/>
      </w:r>
      <w:r>
        <w:rPr>
          <w:lang w:eastAsia="zh-CN"/>
        </w:rPr>
        <w:t>　　七、严格要求，狠抓学风;</w:t>
      </w:r>
      <w:r>
        <w:rPr>
          <w:lang w:eastAsia="zh-CN"/>
        </w:rPr>
        <w:br/>
      </w:r>
      <w:r>
        <w:rPr>
          <w:lang w:eastAsia="zh-CN"/>
        </w:rPr>
        <w:t>　　我对学生严格要求，狠抓学风。在班级里提倡一种认真、求实的学风，严厉批评抄袭作业拖欠作业的行为。与此同时，为了提高同学的学习用心性，开展了学习竞赛活动，在学生中兴起一种你追我赶的学习风气。同时，一有进步，即使很小，我也及时地表扬他们。目前，大部分的同学都养成了勤学的习惯，构成了良好的学风。</w:t>
      </w:r>
      <w:r>
        <w:rPr>
          <w:lang w:eastAsia="zh-CN"/>
        </w:rPr>
        <w:br/>
      </w:r>
      <w:r>
        <w:rPr>
          <w:lang w:eastAsia="zh-CN"/>
        </w:rPr>
        <w:t>　　八、跟家长密切联系，随时掌握学生学习动态;</w:t>
      </w:r>
      <w:r>
        <w:rPr>
          <w:lang w:eastAsia="zh-CN"/>
        </w:rPr>
        <w:br/>
      </w:r>
      <w:r>
        <w:rPr>
          <w:lang w:eastAsia="zh-CN"/>
        </w:rPr>
        <w:t>　　我利用放学、家访、电话、书信等方式与家长密切联系，及时了解学生在家学习、作业的状况及学习兴趣方面的问题。再把学生在校的这些状况反馈给家长，力争到达最好的教育效果。</w:t>
      </w:r>
      <w:r>
        <w:rPr>
          <w:lang w:eastAsia="zh-CN"/>
        </w:rPr>
        <w:br/>
      </w:r>
      <w:r>
        <w:rPr>
          <w:lang w:eastAsia="zh-CN"/>
        </w:rPr>
        <w:t>　　九、今后的努力方向;</w:t>
      </w:r>
      <w:r>
        <w:rPr>
          <w:lang w:eastAsia="zh-CN"/>
        </w:rPr>
        <w:br/>
      </w:r>
      <w:r>
        <w:rPr>
          <w:lang w:eastAsia="zh-CN"/>
        </w:rPr>
        <w:t>　　1、继续学习先进教育理论，并指导自己的教学实践。</w:t>
      </w:r>
      <w:r>
        <w:rPr>
          <w:lang w:eastAsia="zh-CN"/>
        </w:rPr>
        <w:br/>
      </w:r>
      <w:r>
        <w:rPr>
          <w:lang w:eastAsia="zh-CN"/>
        </w:rPr>
        <w:t>　　2、要继续改善教法，选取最好最适宜的上好每一节课。</w:t>
      </w:r>
      <w:r>
        <w:rPr>
          <w:lang w:eastAsia="zh-CN"/>
        </w:rPr>
        <w:br/>
      </w:r>
      <w:r>
        <w:rPr>
          <w:lang w:eastAsia="zh-CN"/>
        </w:rPr>
        <w:t>　　3、继续培养学生的学习兴趣：要在数学的史事、材料方面多给学生讲解，增加一些趣味性的题，开设一些比赛等，来培养学生的学习兴趣。</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https://d.book118.com/426215202020010053</w:t>
        </w:r>
      </w:hyperlink>
    </w:p>
    <w:p w:rsidR="001B1F19">
      <w:pPr>
        <w:rPr>
          <w:lang w:eastAsia="zh-CN"/>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26215202020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