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2024幼儿园毕业典礼家长代表发言稿（31篇）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2024最新幼儿园毕业典礼家长代表发言稿（精选31篇）</w:t>
      </w:r>
      <w:r>
        <w:rPr>
          <w:lang w:eastAsia="zh-CN"/>
        </w:rPr>
        <w:br/>
      </w:r>
      <w:r>
        <w:rPr>
          <w:lang w:eastAsia="zh-CN"/>
        </w:rPr>
        <w:t xml:space="preserve">    2024最新幼儿园毕业典礼家长代表发言稿 篇1 </w:t>
      </w:r>
      <w:r>
        <w:rPr>
          <w:lang w:eastAsia="zh-CN"/>
        </w:rPr>
        <w:br/>
      </w:r>
      <w:r>
        <w:rPr>
          <w:lang w:eastAsia="zh-CN"/>
        </w:rPr>
        <w:t>　　尊敬的园领导、各位老师、各位家长、可爱的孩子们：</w:t>
      </w:r>
      <w:r>
        <w:rPr>
          <w:lang w:eastAsia="zh-CN"/>
        </w:rPr>
        <w:br/>
      </w:r>
      <w:r>
        <w:rPr>
          <w:lang w:eastAsia="zh-CN"/>
        </w:rPr>
        <w:t>　　大家好！</w:t>
      </w:r>
      <w:r>
        <w:rPr>
          <w:lang w:eastAsia="zh-CN"/>
        </w:rPr>
        <w:br/>
      </w:r>
      <w:r>
        <w:rPr>
          <w:lang w:eastAsia="zh-CN"/>
        </w:rPr>
        <w:t>　　我是高B班陈一言的妈妈。今天，站在这里作为家长代表发言，我感到非常荣幸，同时也很惭愧。</w:t>
      </w:r>
      <w:r>
        <w:rPr>
          <w:lang w:eastAsia="zh-CN"/>
        </w:rPr>
        <w:br/>
      </w:r>
      <w:r>
        <w:rPr>
          <w:lang w:eastAsia="zh-CN"/>
        </w:rPr>
        <w:t>　　说实在，自己不是一个称职的妈妈。因为工作的原因，在孩子幼儿园的三年并不能较好地做一个陪伴过度，错过了和孩子一起成长的非常美好的三年时光，同时也把家长应该担当的责任推给了自己年老的父母照看和老师们，自己深感愧疚。多少次幼儿园为孩子们组织的重要活动，我都没能参加；多少次老师安排的亲子作业，我都不能和孩子一起完成；每当想起这些，我都心存歉疚，更心存感谢！我要对我的孩子陈一言说声对不起，对我的家人道一声感谢，要对所有关心爱护孩子们快乐成长的小博士幼儿园的所有老师及员工们说声谢谢！是你们的耐心、热情和快乐，让来到幼儿园的孩子们能感受到温暖、温馨和温情。</w:t>
      </w:r>
    </w:p>
    <w:p w:rsidR="001B1F19" w14:textId="0AE8485B">
      <w:pPr>
        <w:pStyle w:val="Heading1"/>
        <w:jc w:val="center"/>
        <w:rPr>
          <w:rFonts w:hint="eastAsia"/>
          <w:lang w:eastAsia="zh-CN"/>
        </w:rPr>
      </w:pPr>
      <w:r>
        <w:rPr>
          <w:sz w:val="44"/>
          <w:lang w:eastAsia="zh-CN"/>
        </w:rPr>
        <w:t>2024幼儿园毕业典礼家长代表发言稿（31篇）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2024最新幼儿园毕业典礼家长代表发言稿（精选31篇）</w:t>
      </w:r>
      <w:r>
        <w:rPr>
          <w:lang w:eastAsia="zh-CN"/>
        </w:rPr>
        <w:br/>
      </w:r>
      <w:r>
        <w:rPr>
          <w:lang w:eastAsia="zh-CN"/>
        </w:rPr>
        <w:t xml:space="preserve">    2024最新幼儿园毕业典礼家长代表发言稿 篇1 </w:t>
      </w:r>
      <w:r>
        <w:rPr>
          <w:lang w:eastAsia="zh-CN"/>
        </w:rPr>
        <w:br/>
      </w:r>
      <w:r>
        <w:rPr>
          <w:lang w:eastAsia="zh-CN"/>
        </w:rPr>
        <w:t>　　尊敬的园领导、各位老师、各位家长、可爱的孩子们：</w:t>
      </w:r>
      <w:r>
        <w:rPr>
          <w:lang w:eastAsia="zh-CN"/>
        </w:rPr>
        <w:br/>
      </w:r>
      <w:r>
        <w:rPr>
          <w:lang w:eastAsia="zh-CN"/>
        </w:rPr>
        <w:t>　　大家好！</w:t>
      </w:r>
      <w:r>
        <w:rPr>
          <w:lang w:eastAsia="zh-CN"/>
        </w:rPr>
        <w:br/>
      </w:r>
      <w:r>
        <w:rPr>
          <w:lang w:eastAsia="zh-CN"/>
        </w:rPr>
        <w:t>　　我是高B班陈一言的妈妈。今天，站在这里作为家长代表发言，我感到非常荣幸，同时也很惭愧。</w:t>
      </w:r>
      <w:r>
        <w:rPr>
          <w:lang w:eastAsia="zh-CN"/>
        </w:rPr>
        <w:br/>
      </w:r>
      <w:r>
        <w:rPr>
          <w:lang w:eastAsia="zh-CN"/>
        </w:rPr>
        <w:t>　　说实在，自己不是一个称职的妈妈。因为工作的原因，在孩子幼儿园的三年并不能较好地做一个陪伴过度，错过了和孩子一起成长的非常美好的三年时光，同时也把家长应该担当的责任推给了自己年老的父母照看和老师们，自己深感愧疚。多少次幼儿园为孩子们组织的重要活动，我都没能参加；多少次老师安排的亲子作业，我都不能和孩子一起完成；每当想起这些，我都心存歉疚，更心存感谢！我要对我的孩子陈一言说声对不起，对我的家人道一声感谢，要对所有关心爱护孩子们快乐成长的小博士幼儿园的所有老师及员工们说声谢谢！是你们的耐心、热情和快乐，让来到幼儿园的孩子们能感受到温暖、温馨和温情。</w:t>
      </w:r>
    </w:p>
    <w:p w:rsidR="001B1F19" w14:textId="0AE8485B">
      <w:pPr>
        <w:pStyle w:val="Heading1"/>
        <w:jc w:val="center"/>
        <w:rPr>
          <w:rFonts w:hint="eastAsia"/>
          <w:lang w:eastAsia="zh-CN"/>
        </w:rPr>
      </w:pPr>
      <w:r>
        <w:rPr>
          <w:sz w:val="44"/>
          <w:lang w:eastAsia="zh-CN"/>
        </w:rPr>
        <w:t>2024幼儿园毕业典礼家长代表发言稿（31篇）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2024最新幼儿园毕业典礼家长代表发言稿（精选31篇）</w:t>
      </w:r>
      <w:r>
        <w:rPr>
          <w:lang w:eastAsia="zh-CN"/>
        </w:rPr>
        <w:br/>
      </w:r>
      <w:r>
        <w:rPr>
          <w:lang w:eastAsia="zh-CN"/>
        </w:rPr>
        <w:t xml:space="preserve">    2024最新幼儿园毕业典礼家长代表发言稿 篇1 </w:t>
      </w:r>
      <w:r>
        <w:rPr>
          <w:lang w:eastAsia="zh-CN"/>
        </w:rPr>
        <w:br/>
      </w:r>
      <w:r>
        <w:rPr>
          <w:lang w:eastAsia="zh-CN"/>
        </w:rPr>
        <w:t>　　尊敬的园领导、各位老师、各位家长、可爱的孩子们：</w:t>
      </w:r>
      <w:r>
        <w:rPr>
          <w:lang w:eastAsia="zh-CN"/>
        </w:rPr>
        <w:br/>
      </w:r>
      <w:r>
        <w:rPr>
          <w:lang w:eastAsia="zh-CN"/>
        </w:rPr>
        <w:t>　　大家好！</w:t>
      </w:r>
      <w:r>
        <w:rPr>
          <w:lang w:eastAsia="zh-CN"/>
        </w:rPr>
        <w:br/>
      </w:r>
      <w:r>
        <w:rPr>
          <w:lang w:eastAsia="zh-CN"/>
        </w:rPr>
        <w:t>　　我是高B班陈一言的妈妈。今天，站在这里作为家长代表发言，我感到非常荣幸，同时也很惭愧。</w:t>
      </w:r>
      <w:r>
        <w:rPr>
          <w:lang w:eastAsia="zh-CN"/>
        </w:rPr>
        <w:br/>
      </w:r>
      <w:r>
        <w:rPr>
          <w:lang w:eastAsia="zh-CN"/>
        </w:rPr>
        <w:t>　　说实在，自己不是一个称职的妈妈。因为工作的原因，在孩子幼儿园的三年并不能较好地做一个陪伴过度，错过了和孩子一起成长的非常美好的三年时光，同时也把家长应该担当的责任推给了自己年老的父母照看和老师们，自己深感愧疚。多少次幼儿园为孩子们组织的重要活动，我都没能参加；多少次老师安排的亲子作业，我都不能和孩子一起完成；每当想起这些，我都心存歉疚，更心存感谢！我要对我的孩子陈一言说声对不起，对我的家人道一声感谢，要对所有关心爱护孩子们快乐成长的小博士幼儿园的所有老师及员工们说声谢谢！是你们的耐心、热情和快乐，让来到幼儿园的孩子们能感受到温暖、温馨和温情。</w:t>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上幼儿园标志着孩子进入人生的第二个断乳期，与第一个生理断乳期不同的是，这是孩子面临的第一个心理断乳期。三年前，孩子们简单的就如同一张白纸，不会自己吃饭，不会自己穿衣，甚至不会自己上厕所，可是现在呢？从怕上学到每天早上自己往幼儿园跑、从什么事情都以自己为中心到知道与人分享、从拿起笔就乱涂乱画到现在能够自主完成作业等等？？在老师的精心培育下，孩子们学会了照顾自己，帮助他人，他们会唱动听的歌曲，能朗诵优美的诗篇，会跳舞，会讲故事，会画美丽的图画，</w:t>
      </w:r>
      <w:r>
        <w:rPr>
          <w:lang w:eastAsia="zh-CN"/>
        </w:rPr>
        <w:br/>
      </w:r>
      <w:r>
        <w:rPr>
          <w:lang w:eastAsia="zh-CN"/>
        </w:rPr>
        <w:t>　　三年以来，老师像妈妈一样爱护孩子！照顾孩子一天天长大！教孩子自己吃饭，陪护孩子休息，拉着孩子的小手做游戏！是老师们一次次开心快乐的体育锻炼增强了孩子的体魄！是老师们用生活中的点点滴滴教育孩子如何做个好人！是老师们的慈爱、宽容、智慧和知识，让孩子学会感恩、宽容、爱和思考！</w:t>
      </w:r>
      <w:r>
        <w:rPr>
          <w:lang w:eastAsia="zh-CN"/>
        </w:rPr>
        <w:br/>
      </w:r>
      <w:r>
        <w:rPr>
          <w:lang w:eastAsia="zh-CN"/>
        </w:rPr>
        <w:t>　　在这里，请允许我代表所有的家长说一声：“老师，您辛苦了。”</w:t>
      </w:r>
      <w:r>
        <w:rPr>
          <w:lang w:eastAsia="zh-CN"/>
        </w:rPr>
        <w:br/>
      </w:r>
      <w:r>
        <w:rPr>
          <w:lang w:eastAsia="zh-CN"/>
        </w:rPr>
        <w:t>　　今天，孩子们即将毕业了，我们对幼儿园仍旧依依不舍，回想这三年以来，可以说，只要孩子在幼儿园里我们就放心的。工作忙、加班，过了接孩子的点儿了，没关系，老师一定在等着；孩子病了，暂时上不了幼儿园：没关系，缺席的课程老师肯定能设法给补上；孩子最近不爱吃饭了、在家爱耍小脾气了：赶紧找老师帮忙给收拾收拾，等等。这种依赖心理是建立相互理解和信任的基础上的，体现了老师们的“理解宽容之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接下来的话，阿姨是对小朋友们讲的。孩子们，你们即将离开幼儿园，相信，此时的你们一定有着很多的不舍。舍不得一起玩一起闹一起学习一起成长的小伙伴，更舍不得离开疼爱你、照顾你和教育你们的老师，那么请小朋友们站起来，跟着阿姨一起说：“谢谢，老师！老师，你辛苦了！老师，我们永远爱你！”</w:t>
      </w:r>
      <w:r>
        <w:rPr>
          <w:lang w:eastAsia="zh-CN"/>
        </w:rPr>
        <w:br/>
      </w:r>
      <w:r>
        <w:rPr>
          <w:lang w:eastAsia="zh-CN"/>
        </w:rPr>
        <w:t>　　请允许我代表今天参加毕业典礼的家长们，把最美好的祝福送给我们即将毕业的孩子们，祝贺你们在小博士幼儿园收获了快乐，学到了知识，增长了本领。</w:t>
      </w:r>
      <w:r>
        <w:rPr>
          <w:lang w:eastAsia="zh-CN"/>
        </w:rPr>
        <w:br/>
      </w:r>
      <w:r>
        <w:rPr>
          <w:lang w:eastAsia="zh-CN"/>
        </w:rPr>
        <w:t>　　祝愿你们在新的学校里学习、生活得快乐、幸福！ 最后再次向园长、老师们和小博士的员工们致敬！衷心地祝愿你们工作顺利、幸福安康，幼儿园的教育事业更加辉煌！</w:t>
      </w:r>
      <w:r>
        <w:rPr>
          <w:lang w:eastAsia="zh-CN"/>
        </w:rPr>
        <w:br/>
      </w:r>
      <w:r>
        <w:rPr>
          <w:lang w:eastAsia="zh-CN"/>
        </w:rPr>
        <w:t>　　谢谢大家！</w:t>
      </w:r>
      <w:r>
        <w:rPr>
          <w:lang w:eastAsia="zh-CN"/>
        </w:rPr>
        <w:br/>
      </w:r>
      <w:r>
        <w:rPr>
          <w:lang w:eastAsia="zh-CN"/>
        </w:rPr>
        <w:t xml:space="preserve">    2024最新幼儿园毕业典礼家长代表发言稿 篇2 </w:t>
      </w:r>
      <w:r>
        <w:rPr>
          <w:lang w:eastAsia="zh-CN"/>
        </w:rPr>
        <w:br/>
      </w:r>
      <w:r>
        <w:rPr>
          <w:lang w:eastAsia="zh-CN"/>
        </w:rPr>
        <w:t>　　各位老师、家长、同学们：</w:t>
      </w:r>
      <w:r>
        <w:rPr>
          <w:lang w:eastAsia="zh-CN"/>
        </w:rPr>
        <w:br/>
      </w:r>
      <w:r>
        <w:rPr>
          <w:lang w:eastAsia="zh-CN"/>
        </w:rPr>
        <w:t>　　大家好！</w:t>
      </w:r>
      <w:r>
        <w:rPr>
          <w:lang w:eastAsia="zh-CN"/>
        </w:rPr>
        <w:br/>
      </w:r>
      <w:r>
        <w:rPr>
          <w:lang w:eastAsia="zh-CN"/>
        </w:rPr>
        <w:t>　　今天是一个大喜日子，经过三的来的学习，我们的宝贝终于长大了，看着自己的孩子一天一天的成长，一天一天的变乖，我想绝大多数的家长像我一样的感受，真的辛苦老师了。在这里我代表所有大班孩子的家长真诚地对老师们说声：谢谢，辛苦你们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看到孩子们那张张充满自信、爱心、勇敢、乐学、健康…的小脸，我被每个孩子身上所呈现出来的那种盎然生机深深地感动了。三年前我们把孩子送到实验幼儿园，那时的孩子害羞、胆怯，也很稚嫩，说是一张白纸一点不为过。前几天，女儿在家每天都深情并茂的念着“毕业诗”，我说“为什么？”，她说“要毕业了，舍不得老师和幼儿园”。是啊，经过幼儿教育理念的浇灌、老师悉心的培育，在三年的幼儿学习和生活中，不仅使她们系统地完成了语言、科学、社会、健康、美工等课程的学习，而且导航地图下载在与老师和小朋友的朝夕相处中，他们更学会了互帮互助，团结友爱，乐观上进。看着孩子们在幼儿园里快乐的生活，健康的成长，养成了很好的生活学习习惯，而且得到了最好的启蒙教育，作为家长，我感到很庆幸，庆幸当初为孩子选择了这所幼儿园，选择了这个班级，选择了这个班级非常敬业、充满爱心的而且善于思考的几位老师。</w:t>
      </w:r>
      <w:r>
        <w:rPr>
          <w:lang w:eastAsia="zh-CN"/>
        </w:rPr>
        <w:br/>
      </w:r>
      <w:r>
        <w:rPr>
          <w:lang w:eastAsia="zh-CN"/>
        </w:rPr>
        <w:t>　　对于实验幼儿园的老师们的工作，我想说两句话，工作态度上是“敬业的”，业务能力上是“职业的”。幼儿园老师的敬业精神体现在三个方面：对本职工作，勤勤恳恳，有责任心”；对孩子体贴关怀，有“爱心”；对家长能尊重理解，有“理解宽容之心” 。在工作上的责任心的事例很多，可以说无时无刻、方方面面都能体现出来。举一个小例子，为了让孩子们在开学之后能有一个焕然一新的感觉，班的三位老师经常利用假期时间，花费很大的心思，去做教具、布置教室的墙壁、活动区，看似平平常常的一个教具、一个装饰其实都体现出了老师们的一片苦心，在不经意间，让孩子们学到了知识，学会了审美。这样的事例还有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说句心里话，在孩子即将毕业之际，我们对幼儿园导航地图下载依依不舍很大程度上是因为长期以来我们家长本身对班级老师产生的依赖心理，可以说，只要孩子在幼儿园里我们就放心的、解放了。工作忙、加班，过了接孩子的点儿了：没关系，老师一定在等着；孩子病了，暂时上不了幼儿园：没关系，缺席的课程老师肯定能设法给补上。</w:t>
      </w:r>
      <w:r>
        <w:rPr>
          <w:lang w:eastAsia="zh-CN"/>
        </w:rPr>
        <w:br/>
      </w:r>
      <w:r>
        <w:rPr>
          <w:lang w:eastAsia="zh-CN"/>
        </w:rPr>
        <w:t>　　最后，祝同学们毕业快乐！</w:t>
      </w:r>
      <w:r>
        <w:rPr>
          <w:lang w:eastAsia="zh-CN"/>
        </w:rPr>
        <w:br/>
      </w:r>
      <w:r>
        <w:rPr>
          <w:lang w:eastAsia="zh-CN"/>
        </w:rPr>
        <w:t xml:space="preserve">    2024最新幼儿园毕业典礼家长代表发言稿 篇3 </w:t>
      </w:r>
      <w:r>
        <w:rPr>
          <w:lang w:eastAsia="zh-CN"/>
        </w:rPr>
        <w:br/>
      </w:r>
      <w:r>
        <w:rPr>
          <w:lang w:eastAsia="zh-CN"/>
        </w:rPr>
        <w:t>　　尊敬的各位老师、各位家长、小朋友们：</w:t>
      </w:r>
      <w:r>
        <w:rPr>
          <w:lang w:eastAsia="zh-CN"/>
        </w:rPr>
        <w:br/>
      </w:r>
      <w:r>
        <w:rPr>
          <w:lang w:eastAsia="zh-CN"/>
        </w:rPr>
        <w:t>　　大家下午好！</w:t>
      </w:r>
      <w:r>
        <w:rPr>
          <w:lang w:eastAsia="zh-CN"/>
        </w:rPr>
        <w:br/>
      </w:r>
      <w:r>
        <w:rPr>
          <w:lang w:eastAsia="zh-CN"/>
        </w:rPr>
        <w:t>　　今天，我非常荣幸地参加儿子的毕业典礼，并作为家长代表在此发言。我此刻的心情和所有其他家长朋友一样，心中充满感激。首先请允许我代表所有的家长真诚地感谢岭东社区幼儿园的老师们3年来对我们孩子的关心与呵护，感谢你们长久以来的努力工作，感谢你们长久以来的默默奉献，感谢你们长久以来的爱的行动，正是你们的努力、你们的奉献、你们的爱成就了孩子们的快乐、幸福和笑容。同时我还要向即将毕业的孩子们表示祝贺，祝福每个孩子迈出了人生新的旅程，祝福你们都会有美好的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此时此刻的我，看到孩子们那张张充满自信、爱心、勇敢、乐学、健康…的小脸，我被每个孩子身上所呈现出来的.那种盎然生机深深地感动了。三年前我们把孩子送到岭东社区幼儿园，那时的孩子害羞、胆怯，也很稚嫩，说是一张白纸一点不为过。经过幼儿教育理念的浇灌、老师悉心的培育，在三年的幼儿学习和生活中，不仅使她们系统地完成了语言、科学、社会、健康、美工等课程的学习，而且在与老师和小朋友的朝夕相处中，他们更学会了互帮互助，团结友爱，乐观上进。看着孩子们在幼儿园里快乐的生活，健康的成长，养成了很好的生活学习习惯，而且得到了最好的启蒙教育，作为家长，我感到很庆幸，庆幸当初为孩子选择了这所幼儿园，选择了这个班级，选择了这个班级非常敬业、充满爱心的而且善于思考的两位老师。</w:t>
      </w:r>
      <w:r>
        <w:rPr>
          <w:lang w:eastAsia="zh-CN"/>
        </w:rPr>
        <w:br/>
      </w:r>
      <w:r>
        <w:rPr>
          <w:lang w:eastAsia="zh-CN"/>
        </w:rPr>
        <w:t>　　说句心里话，在孩子即将毕业之际，我们对幼儿园依依不舍很大程度上是因为长期以来我们家长本身对班级老师产生的依赖心理，可以说，只要孩子在幼儿园里我们就放心的、解放了。工作忙、加班，过了接孩子的点儿了：没关系，老师一定在等着；孩子病了，暂时上不了幼儿园：没关系，缺席的课程老师肯定能设法给补上；孩子最近不爱吃饭了、在家爱耍小脾气了：赶紧找老师帮忙给收拾收拾，等等这种依赖心理是建立相互理解和信任的基础上的，体现了老师们的“理解宽容之心”。</w:t>
      </w:r>
      <w:r>
        <w:rPr>
          <w:lang w:eastAsia="zh-CN"/>
        </w:rPr>
        <w:br/>
      </w:r>
      <w:r>
        <w:rPr>
          <w:lang w:eastAsia="zh-CN"/>
        </w:rPr>
        <w:t>　　幼儿园老师们是有责任心的，是有爱心的，是敬业的，对此家长们都深有感触，在敬业精神方面，幼儿园的老师们无可挑剔。同时岭东社区幼儿园的优秀不仅体现在拥有一大批敬业的幼教老师，更体现在这些敬业的老师们具有丰富的幼教经验、先进的教育理念。就是我们说的，是“职业”的教师。</w:t>
      </w:r>
      <w:r>
        <w:rPr>
          <w:lang w:eastAsia="zh-CN"/>
        </w:rPr>
        <w:br/>
      </w:r>
      <w:r>
        <w:rPr>
          <w:lang w:eastAsia="zh-CN"/>
        </w:rPr>
        <w:t>　　通过老师的培育，孩子提高了自信心，学会了合作、交朋友；提高了动手、表达、思维能力；也许最重要的他们普遍的在学习中得到了快乐。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2024最新幼儿园毕业典礼家长代表发言稿 篇4 </w:t>
      </w:r>
      <w:r>
        <w:rPr>
          <w:lang w:eastAsia="zh-CN"/>
        </w:rPr>
        <w:br/>
      </w:r>
      <w:r>
        <w:rPr>
          <w:lang w:eastAsia="zh-CN"/>
        </w:rPr>
        <w:t>　　尊敬的各位老师、各位家长、亲爱的小朋友们：</w:t>
      </w:r>
      <w:r>
        <w:rPr>
          <w:lang w:eastAsia="zh-CN"/>
        </w:rPr>
        <w:br/>
      </w:r>
      <w:r>
        <w:rPr>
          <w:lang w:eastAsia="zh-CN"/>
        </w:rPr>
        <w:t>　　大家下午好!</w:t>
      </w:r>
      <w:r>
        <w:rPr>
          <w:lang w:eastAsia="zh-CN"/>
        </w:rPr>
        <w:br/>
      </w:r>
      <w:r>
        <w:rPr>
          <w:lang w:eastAsia="zh-CN"/>
        </w:rPr>
        <w:t>　　我是大二班李芸汐的爸爸李乾勇，今天，非常荣幸地参加金马镇中心幼儿园20__届幼儿的毕业典礼，并作为家长代表在此发言。此时此刻，我的心情和所有家长朋友们一样，心中充满感激、喜悦和依依不舍。</w:t>
      </w:r>
      <w:r>
        <w:rPr>
          <w:lang w:eastAsia="zh-CN"/>
        </w:rPr>
        <w:br/>
      </w:r>
      <w:r>
        <w:rPr>
          <w:lang w:eastAsia="zh-CN"/>
        </w:rPr>
        <w:t>　　首先，请允许我代表所有家长向幼儿园的领导和老师们表示衷心的感谢!是你们正确的决策为我们孩子的健康成长提供了良好的环境;是你们辛勤的工作和无微不至的关爱让我们的孩子全面发展，学习知识、学会做人;是你们的谆谆教导教会他们在人生的道路上正确扬帆起航!感谢你们三年年来对孩子们的关心与呵护;感谢你们给予孩子们无私的爱;感谢你们为孩子们举行如此隆重的毕业典礼!你们的努力、你们的奉献、你们的爱成就了孩子们此刻快乐、幸福的笑容!谢谢你们!</w:t>
      </w:r>
      <w:r>
        <w:rPr>
          <w:lang w:eastAsia="zh-CN"/>
        </w:rPr>
        <w:br/>
      </w:r>
      <w:r>
        <w:rPr>
          <w:lang w:eastAsia="zh-CN"/>
        </w:rPr>
        <w:t>　　其次，我想就孩子三年来的学习生活情况谈谈自己的感受：</w:t>
      </w:r>
      <w:r>
        <w:rPr>
          <w:lang w:eastAsia="zh-CN"/>
        </w:rPr>
        <w:br/>
      </w:r>
      <w:r>
        <w:rPr>
          <w:lang w:eastAsia="zh-CN"/>
        </w:rPr>
        <w:t>　　一、这样的学校家长放心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三年前选择金马镇中心幼儿园，是因为作为一所公办公益性幼儿园，不以盈利为目的，它将不同年龄段的孩子划分成了不同的班级，将不同班级孩子的学习、生活目标有了不同的界定，精心挑选搭配教师任教。与此同时，学校的硬件设施也是逐年添置，不断完善，外教老师和体育老师的加入，让孩子的童年生活增加了更多的乐趣。学校不定期举行的亲子活动，增进了父母与孩子之间的感情，同样也是展示每个孩子能力的一个舞台。所以将孩子交到这样的学校，作为家长我非常的放心。三年来孩子的生活、学习、成长、发展都充分的证明了我们家长朋友们当初正确的选择。</w:t>
      </w:r>
      <w:r>
        <w:rPr>
          <w:lang w:eastAsia="zh-CN"/>
        </w:rPr>
        <w:br/>
      </w:r>
      <w:r>
        <w:rPr>
          <w:lang w:eastAsia="zh-CN"/>
        </w:rPr>
        <w:t>　　二、这样的老师家长称心</w:t>
      </w:r>
      <w:r>
        <w:rPr>
          <w:lang w:eastAsia="zh-CN"/>
        </w:rPr>
        <w:br/>
      </w:r>
      <w:r>
        <w:rPr>
          <w:lang w:eastAsia="zh-CN"/>
        </w:rPr>
        <w:t>　　幼儿园的老师们有责任心，有爱心，爱岗敬业……对此家长们都深有感触。更可贵的是老师们具有丰富的幼教经验、先进的教育理念。他们因材施教，不搞花架子，不违背教育规律，让孩子在游戏中学习，既掌握了学习方法，又保持了天真烂漫的童心。在生活上，老师们将孩子的方方面面照顾得无微不至：洗脸、梳头、入厕等等，她们不是慈母胜似慈母;在学习上，她们刻苦钻研，遵循孩子的发展规律制定教学计划;在育人方面，她们不溺爱，不迁就，动之以情、晓之以理，教会孩子交往的方式。通过老师的培育，孩子提高了自信心;学会了合作、交朋友;提高了动手、表达和思维能力。作为家长，我感到很庆幸，庆幸为孩子选择了金马镇中心幼儿园，庆幸孩子们遇到了一批认真敬业、充满爱心的启蒙老师!</w:t>
      </w:r>
      <w:r>
        <w:rPr>
          <w:lang w:eastAsia="zh-CN"/>
        </w:rPr>
        <w:br/>
      </w:r>
      <w:r>
        <w:rPr>
          <w:lang w:eastAsia="zh-CN"/>
        </w:rPr>
        <w:t>　　三、这样的孩子家长舒心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站在这儿，看到孩子们那一张张充满自信的小脸，他们呈现出来的盎然生机的精神面貌深深地感动着我。几年前，孩子们脸上害羞、胆怯、稚嫩的表情，变成了今天深情并茂的表演。时光如梭，孩子们用三年的时间，走过哭闹、任性、害羞的童年，长成了自信、健康、充满活力的阳光少年，三年来，孩子作为家与幼儿园交流的桥梁，带回了无数活泼可爱的笑容，在与老师和小朋友们朝夕相处中提高了自信心，学会了分享与合作，培养了良好的生活和学习习惯，最重要的是他们享受了美好的童年生活。作为家长，我们觉得很舒心。</w:t>
      </w:r>
      <w:r>
        <w:rPr>
          <w:lang w:eastAsia="zh-CN"/>
        </w:rPr>
        <w:br/>
      </w:r>
      <w:r>
        <w:rPr>
          <w:lang w:eastAsia="zh-CN"/>
        </w:rPr>
        <w:t>　　最后，我也要谢谢我的孩子，三年如一日的坚持，从不缺席一次课让我们看到了你坚韧的毅力和学习的动力、信心，为自己的幼儿园生活画上了一个圆满的句号。人生之路，漫长曲折，爸爸妈妈要你永远记住：梅花香自苦寒来，没有波涛的大海只能是一潭死水，只有长满荆棘的道路尽头才会开满漂亮的花朵!你是爸爸妈妈的骄傲，我们为你加油、鼓掌!</w:t>
      </w:r>
      <w:r>
        <w:rPr>
          <w:lang w:eastAsia="zh-CN"/>
        </w:rPr>
        <w:br/>
      </w:r>
      <w:r>
        <w:rPr>
          <w:lang w:eastAsia="zh-CN"/>
        </w:rPr>
        <w:t>　　今天，我们欢聚在此为金马镇中心幼儿园20__届的所有孩子们举行隆重的毕业典礼，衷心祝愿各位老师及家长朋友们工作顺利，万事如意;祝小朋友们健康成长，学习进步;祝金马镇中心幼儿园越办越好，明天更辉煌!</w:t>
      </w:r>
      <w:r>
        <w:rPr>
          <w:lang w:eastAsia="zh-CN"/>
        </w:rPr>
        <w:br/>
      </w:r>
      <w:r>
        <w:rPr>
          <w:lang w:eastAsia="zh-CN"/>
        </w:rPr>
        <w:t>　　谢谢大家!(鞠躬、掌声)</w:t>
      </w:r>
      <w:r>
        <w:rPr>
          <w:lang w:eastAsia="zh-CN"/>
        </w:rPr>
        <w:br/>
      </w:r>
      <w:r>
        <w:rPr>
          <w:lang w:eastAsia="zh-CN"/>
        </w:rPr>
        <w:t xml:space="preserve">    2024最新幼儿园毕业典礼家长代表发言稿 篇5 </w:t>
      </w:r>
      <w:r>
        <w:rPr>
          <w:lang w:eastAsia="zh-CN"/>
        </w:rPr>
        <w:br/>
      </w:r>
      <w:r>
        <w:rPr>
          <w:lang w:eastAsia="zh-CN"/>
        </w:rPr>
        <w:t>　　尊敬的各位老师，亲爱的各位家长朋友以及可爱的小朋友们：</w:t>
      </w:r>
      <w:r>
        <w:rPr>
          <w:lang w:eastAsia="zh-CN"/>
        </w:rPr>
        <w:br/>
      </w:r>
      <w:r>
        <w:rPr>
          <w:lang w:eastAsia="zh-CN"/>
        </w:rPr>
        <w:t>　　大家下午好！</w:t>
      </w:r>
      <w:r>
        <w:rPr>
          <w:lang w:eastAsia="zh-CN"/>
        </w:rPr>
        <w:br/>
      </w:r>
      <w:r>
        <w:rPr>
          <w:lang w:eastAsia="zh-CN"/>
        </w:rPr>
        <w:t>　　今天我作为一名大一班的家长，怀着激动的心情，来谈谈孩子在幼儿园就读三年的感受。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年来，你们在幼儿园里，就像一个个轻盈跳跃的小音符，快乐的歌舞、游戏、画画、听讲故事、朗诵儿歌、探索未知。记得你们刚刚来园的时候，有的哭、有的吵、有的闹。而今天站在我眼前的你们，个子都长高了，知识都丰富了，我们在相知相伴中度过了3个春秋，在这些日子里，深深地友谊之桥在我们之间架起，感谢孩子们对我们的爱、感谢孩子们给我们带来的快乐！你们天真烂漫的欢笑和健康活泼的身影将永远留在我们的记忆里。</w:t>
      </w:r>
      <w:r>
        <w:rPr>
          <w:lang w:eastAsia="zh-CN"/>
        </w:rPr>
        <w:br/>
      </w:r>
      <w:r>
        <w:rPr>
          <w:lang w:eastAsia="zh-CN"/>
        </w:rPr>
        <w:t>　　亲爱的宝贝们，等到你们成为一名光荣的小学生时，别忘了回到曾经是你们爱的成长的摇篮——幼儿园来，看看教育过你们的老师，给你们做出可口饭菜的厨师，还有永远关爱你们成长的园长，我们期盼你们回来向我们回报你的优异成绩！</w:t>
      </w:r>
      <w:r>
        <w:rPr>
          <w:lang w:eastAsia="zh-CN"/>
        </w:rPr>
        <w:br/>
      </w:r>
      <w:r>
        <w:rPr>
          <w:lang w:eastAsia="zh-CN"/>
        </w:rPr>
        <w:t xml:space="preserve">    2024最新幼儿园毕业典礼家长代表发言稿 篇6 </w:t>
      </w:r>
      <w:r>
        <w:rPr>
          <w:lang w:eastAsia="zh-CN"/>
        </w:rPr>
        <w:br/>
      </w:r>
      <w:r>
        <w:rPr>
          <w:lang w:eastAsia="zh-CN"/>
        </w:rPr>
        <w:t>　　尊敬的各位、各位老师、亲爱的大朋友和小朋友们：</w:t>
      </w:r>
      <w:r>
        <w:rPr>
          <w:lang w:eastAsia="zh-CN"/>
        </w:rPr>
        <w:br/>
      </w:r>
      <w:r>
        <w:rPr>
          <w:lang w:eastAsia="zh-CN"/>
        </w:rPr>
        <w:t>　　大家上午好!</w:t>
      </w:r>
      <w:r>
        <w:rPr>
          <w:lang w:eastAsia="zh-CN"/>
        </w:rPr>
        <w:br/>
      </w:r>
      <w:r>
        <w:rPr>
          <w:lang w:eastAsia="zh-CN"/>
        </w:rPr>
        <w:t>　　我是大二班曹雅惠小朋友的家长，很荣幸能和在座的各位一起参加并见证孩子们人生中第一个毕业典礼，并且作为家长代表在此发言!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今天是个特殊而神圣的日子，因为宝贝们的幼儿园生活即将在今天画上一个圆满的句号。几天以后，孩子们将迎来人生中又一个新的起点。我相信，此时此刻，大家和我的心情一样复杂，既有着对我们幼儿园生活的不舍和对老师小伙伴们的留恋，又有着对小学校园的期盼。我想，每位家长内心深处更多的则是我们对__幼儿园全体师生的感恩之心。在此，请允许我代表所有的家长们真诚的感谢我们的阳光幼儿园全体老师们，感谢你们四年来，对孩子无微不至的呵护和关爱，感谢你们为孩子默默付出的比母爱更伟大的博爱!</w:t>
      </w:r>
      <w:r>
        <w:rPr>
          <w:lang w:eastAsia="zh-CN"/>
        </w:rPr>
        <w:br/>
      </w:r>
      <w:r>
        <w:rPr>
          <w:lang w:eastAsia="zh-CN"/>
        </w:rPr>
        <w:t>　　作为妈妈，我们总希望给孩子最好的，在选择幼儿园的时候，我便毫不犹豫的选择了这里，我们都知道，__幼儿园是山东最大的民办教育机构，一直秉承着寓教于娱乐的教育理念，让孩子全方位、多方面的协调发展。在这里，孩子们在游戏和玩乐的过程中学会了成语接龙，学会了弟子规并且可以说一口流利的英语;在这里，溜冰、跳绳、拍球、小提琴都是孩子们的拿手绝活;在这里，孩子们不仅可以感受到东方节日的氛围，也能体验西方节日的魅力所在;在这里，孩子们可以登上T台，展示自己亲手制作的环保服装;在这里，孩子们可以体验消防演练和地震演练，学会在危险的时候如何保护自己和他人;在这里，孩子们有机会参加中央电视台希望之星英语大赛展示自己的风采!孩子们在幼儿园学习的、参与的、经历的一切一切，不管是成功或是失败，不管是压力还是动力，都将是孩子们成长过程中，一种无法替代的经历。</w:t>
      </w:r>
      <w:r>
        <w:rPr>
          <w:lang w:eastAsia="zh-CN"/>
        </w:rPr>
        <w:br/>
      </w:r>
      <w:r>
        <w:rPr>
          <w:lang w:eastAsia="zh-CN"/>
        </w:rPr>
        <w:t>　　从孩子上幼儿园的第一天起，幼儿园变成了孩子生活中的另一个家，在这个有着很多小朋友的大家庭里，孩子们将会学到很多有别于父母家人所教导的生活方式和习惯。离开了父母的保护伞，在这个陌生的新环境里，孩子们将会学到如何自理，如何与人相处。我想，很多家长都会有这样一个习惯，接到孩子总会情不自禁的问问今天老师对你好吗?我自然也不例外，但是孩子每次笑容满面的答案都能让我的心里暖暖的，我想，这不仅是孩子对老师们的肯定，更是家长们的一颗定心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幼儿园一直提倡家园共育的办学信念，作为家长，我们也更希望多了解孩子们生活中的点点滴滴，每一次的公开课都能让我们看到孩子们热情洋溢的笑脸和各种精彩的学习展示;每一次重要的节日，老师妈妈们准备的联欢会和亲子会更让我们体会到了温馨和温暖;今年的餐厅开放日，更让我们见识到了厨房的美食和干净整洁的卫生环境，孩子们的餐点总更是经常有蛋挞，有披萨，有鸡腿，有排骨，还有一些应景的美食：比如汤圆，巧果，月饼，让孩子们在幼儿园里也时刻享受到家的温暖与甜蜜。</w:t>
      </w:r>
      <w:r>
        <w:rPr>
          <w:lang w:eastAsia="zh-CN"/>
        </w:rPr>
        <w:br/>
      </w:r>
      <w:r>
        <w:rPr>
          <w:lang w:eastAsia="zh-CN"/>
        </w:rPr>
        <w:t>　　每次翻开家园交流册，品阅着老师妈妈们细心为宝宝们的记录下的每一句文字，孩子的饮水量、饮食量、活动量、午睡时间以及学习和生活情况，字里行间充满了对孩子们每一次进步的认可和鼓励，在这里，是老师妈妈们让孩子学会了分享，学会了爱和孝道，学会了尊重和礼貌，学会了真诚和宽容，学会了遇到问题要动动小脑袋化解难题，这是孩子们将受用一生的财富!孩子们，是老师妈妈用她们的真心、细心和耐心凝聚成了对你们深深的爱，陪伴你们幸福快乐的度过了美好的幼儿园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宝贝儿们，你们已经慢慢的长大，终将要飞向属于你们自己的天空，离开熟悉的幼儿园，离开关爱你们的老师妈妈们，将要开启你们人生中另一个驿站，在以后的生活和学习中，你们会遇到各种坎坷和苦难，也会遇到各种艰难的抉择和严峻的考验，真心的希望你们都能成为自信、自立、自强、充满博爱的人!但是不管将来你们走到哪里，请不要忘记老师妈妈们对你们的谆谆教诲和殷切期盼，时间也许会冲淡我们的记忆，但是岁月绝对磨灭不了我们对__幼儿园的深深情缘!</w:t>
      </w:r>
      <w:r>
        <w:rPr>
          <w:lang w:eastAsia="zh-CN"/>
        </w:rPr>
        <w:br/>
      </w:r>
      <w:r>
        <w:rPr>
          <w:lang w:eastAsia="zh-CN"/>
        </w:rPr>
        <w:t>　　最后祝愿幼教机构事业蒸蒸日上!桃李满园!</w:t>
      </w:r>
      <w:r>
        <w:rPr>
          <w:lang w:eastAsia="zh-CN"/>
        </w:rPr>
        <w:br/>
      </w:r>
      <w:r>
        <w:rPr>
          <w:lang w:eastAsia="zh-CN"/>
        </w:rPr>
        <w:t>　　谢谢大家!</w:t>
      </w:r>
      <w:r>
        <w:rPr>
          <w:lang w:eastAsia="zh-CN"/>
        </w:rPr>
        <w:br/>
      </w:r>
      <w:r>
        <w:rPr>
          <w:lang w:eastAsia="zh-CN"/>
        </w:rPr>
        <w:t xml:space="preserve">    2024最新幼儿园毕业典礼家长代表发言稿 篇7 </w:t>
      </w:r>
      <w:r>
        <w:rPr>
          <w:lang w:eastAsia="zh-CN"/>
        </w:rPr>
        <w:br/>
      </w:r>
      <w:r>
        <w:rPr>
          <w:lang w:eastAsia="zh-CN"/>
        </w:rPr>
        <w:t>　　尊敬的各位老师、各位家长、亲爱的小朋友们：</w:t>
      </w:r>
      <w:r>
        <w:rPr>
          <w:lang w:eastAsia="zh-CN"/>
        </w:rPr>
        <w:br/>
      </w:r>
      <w:r>
        <w:rPr>
          <w:lang w:eastAsia="zh-CN"/>
        </w:rPr>
        <w:t>　　大家好！</w:t>
      </w:r>
      <w:r>
        <w:rPr>
          <w:lang w:eastAsia="zh-CN"/>
        </w:rPr>
        <w:br/>
      </w:r>
      <w:r>
        <w:rPr>
          <w:lang w:eastAsia="zh-CN"/>
        </w:rPr>
        <w:t>　　今天，老师们欣慰的眼神，爸爸妈妈高兴的笑脸，以及小朋友们精彩的表演，让我们的幼儿园倍加温馨、激情洋溢。我是大三班小朋友的妈妈。非常高兴参加大班小朋友的毕业典礼，也非常荣幸代表家长朋友们发言。站在这里，与所有家长、小朋友们一样，此时此刻，心中充满了感激。</w:t>
      </w:r>
      <w:r>
        <w:rPr>
          <w:lang w:eastAsia="zh-CN"/>
        </w:rPr>
        <w:br/>
      </w:r>
      <w:r>
        <w:rPr>
          <w:lang w:eastAsia="zh-CN"/>
        </w:rPr>
        <w:t>　　光阴似箭，日月如梭，三年前仿佛就在昨天，那时的孩子害羞、胆怯，也很稚嫩。什么事都不会，动手能力很差。现在呢，孩子回到家里，把自己换下的衣服叠放得整整齐齐，到吃饭的时候帮忙发筷子、拿碗，懂得了尊老爱幼，懂得了谦让。每天从幼儿园回来就主动去把学过的知识进行复习，把学到的新儿歌、新舞蹈给我们表演，养成了很好的学习习惯；孩子身上的变化，我们家长看在眼里，喜在心里，我们也知道，这都离不开老师们辛勤的劳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尊敬的老师们，感谢你们三年来对孩子们的倾情付出，我为你们每天从早到晚坚守岗位毫无怨言而敬佩；感谢你们用饱满的热情与渊博的知识，引领孩子们启航，探索知识的海洋；感谢你们用无私的关爱与细致的呵护，成就孩子们童年的快乐和健康；更感谢__幼儿园给孩子们创造了一个自由发展的空间。在这里，孩子们是快乐的、幸福的。</w:t>
      </w:r>
      <w:r>
        <w:rPr>
          <w:lang w:eastAsia="zh-CN"/>
        </w:rPr>
        <w:br/>
      </w:r>
      <w:r>
        <w:rPr>
          <w:lang w:eastAsia="zh-CN"/>
        </w:rPr>
        <w:t>　　亲爱的小朋友们，你们长大了，马上就要结束幼儿园的生活，带着老师和爸爸妈妈对你们的期望开始新的学习生涯。我想，小朋友们一定不会忘记象妈妈一样呵护你们的最亲爱的老师，不会忘记她们关心你们、照顾你们的点点滴滴，更不会忘记朝夕相处的小伙伴们。希望你们永远记住在这里的快乐时光，祝福你们在未来成长的道路一路顺风，勇敢地面对困难；祝愿你们健康成长，永远快乐！</w:t>
      </w:r>
      <w:r>
        <w:rPr>
          <w:lang w:eastAsia="zh-CN"/>
        </w:rPr>
        <w:br/>
      </w:r>
      <w:r>
        <w:rPr>
          <w:lang w:eastAsia="zh-CN"/>
        </w:rPr>
        <w:t xml:space="preserve">    2024最新幼儿园毕业典礼家长代表发言稿 篇8 </w:t>
      </w:r>
      <w:r>
        <w:rPr>
          <w:lang w:eastAsia="zh-CN"/>
        </w:rPr>
        <w:br/>
      </w:r>
      <w:r>
        <w:rPr>
          <w:lang w:eastAsia="zh-CN"/>
        </w:rPr>
        <w:t>　　尊敬的汪老师;杨老师!尊敬的各位家长：</w:t>
      </w:r>
      <w:r>
        <w:rPr>
          <w:lang w:eastAsia="zh-CN"/>
        </w:rPr>
        <w:br/>
      </w:r>
      <w:r>
        <w:rPr>
          <w:lang w:eastAsia="zh-CN"/>
        </w:rPr>
        <w:t>　　大家晚上好!</w:t>
      </w:r>
      <w:r>
        <w:rPr>
          <w:lang w:eastAsia="zh-CN"/>
        </w:rPr>
        <w:br/>
      </w:r>
      <w:r>
        <w:rPr>
          <w:lang w:eastAsia="zh-CN"/>
        </w:rPr>
        <w:t>　　我是何钰的妈妈，首先感谢汪老师杨老师给予我这么好的机会能和大家一起探讨孩子的成长教育，其实孩子能在一(3)班这个温暖的大家庭里快乐的学习，健康的成长，我感到很幸运也很感激，借此机会我要感谢汪老师、杨老师还有胡老师的不辞辛劳，努力付出还要感谢家长委员会和对班级活动付出的每一位家长，你们辛苦了!</w:t>
      </w:r>
      <w:r>
        <w:rPr>
          <w:lang w:eastAsia="zh-CN"/>
        </w:rPr>
        <w:br/>
      </w:r>
      <w:r>
        <w:rPr>
          <w:lang w:eastAsia="zh-CN"/>
        </w:rPr>
        <w:t>　　汪老师曾问我一个问题，就是说何钰这学期进步这么大，不仅是成绩包括各个方面的进步都很大，你是怎么做的?这个问题我一直不好意思和汪老师说。其实我也发现了她的进步包括在家里的一些习惯、情绪更突出的是感恩。下面我就说说这一学期我自己的改变和做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们是个体家庭，时间特别的不够用，平时也很辛苦更谈不上陪孩子去学习了，可能也就是这个原因使孩子比较懂事一点!在上学期里我还是象平常一样把精力全部投入在超市的经营上，早晚关注一下孩子的作业和学校的信息。就是在寒假里也是她一个人在家里也算很乖巧的!年前腊月的那段时间里超市里特别忙，我根本就没有时间回家，只好早上把饭做好装在保温瓶里还把保温杯装满水，就匆匆的走了，晚上回家的时候都11点了，她自己洗洗就睡了，天天都这样。就在腊月二十二的晚上，我进门都11点了，感觉特别的累又看见熟睡乖巧的女儿一个人在家里心里一阵酸楚，就马上打电话给她的外婆也就是我的妈妈，叫她来帮帮我陪陪孩子，洗洗被子什么的，当时我妈就说走不开身家里也很忙还要做饭给舅舅舅妈吃，我当时可能是自然反应很生气也很伤心，还自言自语的说了几句气话，我根本就没有在意她睡没睡着。二十三的晚上我还是11点进门，当我打开门的那一顺间我看到阳台上晒了被子，床单顿时心里暖暖的就想肯定是妈妈来了，于是我就轻手轻脚的去房间找可根本没人，就跑到女儿房间，女儿当时就醒了说：妈妈，你放心吧!外婆没有时间来我今天帮你把被子洗了，那个被套太难抽出来了，我都出汗了，当时我的眼泪在眼睛里打转说：宝宝，你为什么要洗被子啊，她说：昨晚你打电话给外婆，外婆没有时间来，我看你很生气很难过我就洗了，你放心吧我把被子放进洗衣机里是按照你平时按的程序按的应该洗干净了晒在栏杆上也用夹子夹好的不会掉下去的，妈妈，你放心吧，我可以的!当时的我忍不住抱住她放声大哭，心里好难受感觉自己天天那么忙到底是为什么，别人的孩子还在一家人的呵护当中，我却放下这么懂事的女儿不去过问。这时候她爸爸回来了，看见眼前的一切心里酸酸的抱起女儿说：爸爸妈妈对不起你，明天就让妈妈不出处忙天天在家陪你好不好，当时她高兴的抱住我们笑的好开心。第二天，我真的没有去超市忙了，刚开始几天我还有点放不下，但几天的陪伴让我在女儿身上看到了好多从未发现过的优点，有时超出我们的想象!孩子年龄虽小，但心里想法很多，不管是说话还是做事，每次帮她做完事不管大小，她都没忘记说：谢谢妈妈!妈妈你真好…等等之类的暖心话!</w:t>
      </w:r>
      <w:r>
        <w:rPr>
          <w:lang w:eastAsia="zh-CN"/>
        </w:rPr>
        <w:br/>
      </w:r>
      <w:r>
        <w:rPr>
          <w:lang w:eastAsia="zh-CN"/>
        </w:rPr>
        <w:t>　　其实我认为对孩子的教育方向重点放在习惯和情绪还有感恩上!这就是我为什么改变的原因，下面我就说说这学期我自己是怎么做的!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何钰最大的缺点就是胆小，上学期开学的时候，胡老师曾跟我说过，上课举手回答问题别人的手举的好高可是何钰的手举在桌子上还要我去找，也就是胡老师的提醒后我安排了她一个人单独一个房间，为了培养她的胆量并让她有一种井然有序的学习环境，自从开学以后我们家的电视机，电脑都成了摆设，甚至一些朋友约我们去吃饭，玩，什么的我们都尽量拒绝。记得有一次我们同学聚会，那天我接她放学回家进门她就跟我说：妈妈，昨天你同学打电话说今天去吃饭你就去吧!我自己完成作业你回来帮我检查就行了，我当时真的有种想去的冲动，但看到她这么乖巧懂事又不忍心把她一个人留在家里，就连忙说：妈妈今天肚子有点不舒服，还是不去了。她听后还把我的肚子摸了摸说：妈妈，那你去休息吧，我自己写作业，第二天爸爸就在和她聊天的时候故意说出妈妈为了陪你所以没有去吃饭的事实，她当时的反应很让我们吃惊，一下子跑到我身边抱住我说：妈妈，对不起!你为了我付出太多，是我让你不能象别人的妈妈一样去吃饭去玩，一直在家陪我，妈妈，你放心，我会认真的，不会让你操心的!我和她爸爸当时真的好感动!</w:t>
      </w:r>
      <w:r>
        <w:rPr>
          <w:lang w:eastAsia="zh-CN"/>
        </w:rPr>
        <w:br/>
      </w:r>
      <w:r>
        <w:rPr>
          <w:lang w:eastAsia="zh-CN"/>
        </w:rPr>
        <w:t>　　在平时的生活当中爸爸会经常的跟她讲一些关于爱家人的一些话，这方面爸爸功劳最大，时不时地就说妈妈小时候外婆外公怎么辛苦的把妈妈舅舅养大的，(爷爷奶奶都已去世了)让她感受到相亲相爱的那种家庭气氛和环境，记得我过生日那天，何钰的哥哥从学校打电话回来正好是她接的，我听见她和哥哥说：哥哥，今天是妈妈的生日，我们俩都要祝妈妈节日快乐，刚才爸爸还送了宝石戒指给妈妈了还说妈妈辛苦了，哥哥马上就说：爸爸妈妈为我们俩真的很辛苦，你在家要听爸爸妈妈的话，她接着说：哥哥你放心吧，你又要好好学习照顾好自己，家里的爸爸妈妈我会照顾好的。当时我和她爸爸真的很惊讶，真的没有想到她会说出这样让我们暖心的话。其实我感觉自己有时候还不如她，年龄虽小，但，她的体察能力超出我们的想象，她能感受到家人的爱和家庭的温暖!也就是能用这种互动的爱去感恩别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对于孩子来说，我们主要采取鼓励欣赏还有表扬的方法，让她有足够的信心去面对学习和各个方面的一些事，我常跟她说，只要尽力了就可以了，说到这里我还要特别感谢一下胡老师，就是在这学期开学以后进行期末考试的时候，何钰把试卷拿回来很兴奋的跟我说：妈妈，我的语文考了100分，当时我就表扬了她几句并且告诉她：你考了100分证明你上学期的知识掌握的很好，可是这学期刚刚开始，你一定要加油妈妈相信你，你是妈妈心中最棒的女儿!她满有自信的直点头说：妈妈，你放心吧，我们的胡老师今天都跟我说了，好的开始就是成功的一半，我有信心我一定会努力的!就是胡老师对她的鼓励和认可让她更有了自信和信心，平时回家也会跟我说一些汪老师表扬她的话，还说汪老师今天对我笑了等等之类的话，她能感受到汪老师的一个笑容一个眼神都是对她的鼓励，她平时在家里也会用这样的鼓励方法来鼓励我和她爸爸!就说星期三的中午放学的时候，汪老师跟我说今天家长会发言的事，当时我就和汪老师说我可能不行也有点紧张，汪老师就说：你平时怎么做的就怎么说。可是在回家的路上她跟我说：妈妈，你为什么跟汪老师说你不行呢?我相信你一定行得，只要自己有信心就一定会成功的!当时我又感觉自己在她面前做错了一件事就及时的纠正说：对，要有信心，妈妈相信自己一定行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平时的学习当中我会告诉她学习是自己的事，每天晚上写作业都是在自己的房间里，我买了一张小桌子放在她桌子后面、刚开始她写字我就坐在她后面看看书，练练字，大概一个月以后我们家的小会记正好请假结婚，从那天起她写作业我就坐在她后面的桌子上算账，为了不影响到她，我把计算器静音，她的作业写好了，我就放下手中的账本帮她检查作业，结束她所有的作业后，我就帮她辅导当天学习的内容，并且也能查出她当天掌握的程度加以辅助，就这样我现在还仍然是我们家的会计!言传身教，孩子的成长初期的认知水平较低，模仿水平较高，有时候给她讲些道理她也能体会到。就说她换牙吧!刚开始她的下面有两个牙齿松动了，就跟我说：妈妈我好难受好疼，当她第二次第三次跟我说的时候我就告诉她：换牙了说明你在长大，这是每个人都要经历的一个过程，妈妈小时候爸爸小时候包括你所有的同学们都是要经历这个疼痛的过程!从那以后她就再也没有说过了，有一天她的牙真的掉下来了还流了一点血，她爸爸很心疼的就问她：疼吧!当时她眼里含着泪花点点头说：妈妈说这是每个人都要经历的疼痛，别人能忍受我也一定会忍受的。所以说，我们的言行就象一面镜子在孩子们身上产生潜移默化的作用，是好是歹后果不堪设想可估量，我也时刻做好模范表率作用，以身作则，用自身的行为去教育孩子增强孩子辨别是非的能力!</w:t>
      </w:r>
      <w:r>
        <w:rPr>
          <w:lang w:eastAsia="zh-CN"/>
        </w:rPr>
        <w:br/>
      </w:r>
      <w:r>
        <w:rPr>
          <w:lang w:eastAsia="zh-CN"/>
        </w:rPr>
        <w:t>　　每天晚上9点准时给她睡觉，可是由于我要帮她爸爸减轻一点负担晚上要接团购定单，至少要到12点，可她每天晚上睡觉之前都要跟我说：妈妈，我先睡了，你不要担心我，你也要睡早点也不要让我担心啊!这种自然流露的语言和关心，我真的很感动也很幸福!孩子在一天天的长大，进步，孩子所取得每一点进步都离不开老师和家长的付出，我有理由相信，有我们的陪伴有老师们的科学指导，孩子们一定会健康的成长，他们将会是我们的骄傲!</w:t>
      </w:r>
      <w:r>
        <w:rPr>
          <w:lang w:eastAsia="zh-CN"/>
        </w:rPr>
        <w:br/>
      </w:r>
      <w:r>
        <w:rPr>
          <w:lang w:eastAsia="zh-CN"/>
        </w:rPr>
        <w:t>　　最后，我再次代表家长向汪老师、杨老师说声：您们辛苦了!</w:t>
      </w:r>
      <w:r>
        <w:rPr>
          <w:lang w:eastAsia="zh-CN"/>
        </w:rPr>
        <w:br/>
      </w:r>
      <w:r>
        <w:rPr>
          <w:lang w:eastAsia="zh-CN"/>
        </w:rPr>
        <w:t xml:space="preserve">    2024最新幼儿园毕业典礼家长代表发言稿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尊敬的各位领导、老师们、亲爱的家长和小朋友们：</w:t>
      </w:r>
      <w:r>
        <w:rPr>
          <w:lang w:eastAsia="zh-CN"/>
        </w:rPr>
        <w:br/>
      </w:r>
      <w:r>
        <w:rPr>
          <w:lang w:eastAsia="zh-CN"/>
        </w:rPr>
        <w:t>　　大家上午好我是大四班解佳炜小朋友的妈妈，非常高兴参加大班小朋友的毕业典礼，也非常荣幸代表家长朋友们发言，站在这里与所有的家长、小朋友们一样此时此刻心中充满了感激。</w:t>
      </w:r>
      <w:r>
        <w:rPr>
          <w:lang w:eastAsia="zh-CN"/>
        </w:rPr>
        <w:br/>
      </w:r>
      <w:r>
        <w:rPr>
          <w:lang w:eastAsia="zh-CN"/>
        </w:rPr>
        <w:t>　　光阴似箭日月如梭，三年的时间仿佛就在昨天，记得我们孩子来园的第一天给我们打电话说：妈妈，我太喜欢三幼了，不是因为幼儿园大玩具多，是因为幼儿园的老师好，小朋友们多，边说着边唱起了刚学的儿歌，当时的我身在外地的医院守候着病危中的家人，心中感到无比的欣慰。</w:t>
      </w:r>
      <w:r>
        <w:rPr>
          <w:lang w:eastAsia="zh-CN"/>
        </w:rPr>
        <w:br/>
      </w:r>
      <w:r>
        <w:rPr>
          <w:lang w:eastAsia="zh-CN"/>
        </w:rPr>
        <w:t>　　一个优秀的幼儿园就像一个强大的磁场吸引着孩子每天都向往着早点到来。三年来孩子从来没主动请过一天假，记得中班有一次拉肚子，我说请一天假吧，女儿不让坚持上学，结果午睡时没来得及下楼拉裤子了，老师们不怕脏，不嫌味，第一时间给她洗了澡，还给换上了干净的幼儿园的衣服，作为妈妈我感动非常愧对老师，本应是父母应做的事情，老师们却做到了……(薇薇我表达不出感激之情在给我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三年来幼儿园为孩子们提供了多种可以选择的艺术课，给孩子们创造了一个个自由发展的空间，非常感谢艺术课的老师们春夏秋冬每天一个小时的`超长付出，每一种艺术课孩子都有不小的收获，趣味数学让孩子从小就对数有了一定的概念，能够学以致用，硬笔书法锻炼了孩子从小写一手规范漂亮的文字，水墨画蜡笔画还有声乐舞蹈把孩子带入艺术的殿堂，时间也许会冲断我们的回忆，但是，岁月绝对磨灭不了我们与幼儿园的深情。衷心地感谢所有的老师!你们的辛劳，我们记得，我们的孩子也永远记得!最后，让我深情地向老师们鞠躬，再一次道一声：感谢你们!谢谢!</w:t>
      </w:r>
      <w:r>
        <w:rPr>
          <w:lang w:eastAsia="zh-CN"/>
        </w:rPr>
        <w:br/>
      </w:r>
      <w:r>
        <w:rPr>
          <w:lang w:eastAsia="zh-CN"/>
        </w:rPr>
        <w:t xml:space="preserve">    2024最新幼儿园毕业典礼家长代表发言稿 篇10 </w:t>
      </w:r>
      <w:r>
        <w:rPr>
          <w:lang w:eastAsia="zh-CN"/>
        </w:rPr>
        <w:br/>
      </w:r>
      <w:r>
        <w:rPr>
          <w:lang w:eastAsia="zh-CN"/>
        </w:rPr>
        <w:t>　　尊敬的领导、各位老师、家长、亲爱的小朋友们：</w:t>
      </w:r>
      <w:r>
        <w:rPr>
          <w:lang w:eastAsia="zh-CN"/>
        </w:rPr>
        <w:br/>
      </w:r>
      <w:r>
        <w:rPr>
          <w:lang w:eastAsia="zh-CN"/>
        </w:rPr>
        <w:t>　　大家好！</w:t>
      </w:r>
      <w:r>
        <w:rPr>
          <w:lang w:eastAsia="zh-CN"/>
        </w:rPr>
        <w:br/>
      </w:r>
      <w:r>
        <w:rPr>
          <w:lang w:eastAsia="zh-CN"/>
        </w:rPr>
        <w:t>　　今天很高兴能够参加孩子们的毕业典礼，并非常荣幸能够代表大三班家长在此发言。</w:t>
      </w:r>
      <w:r>
        <w:rPr>
          <w:lang w:eastAsia="zh-CN"/>
        </w:rPr>
        <w:br/>
      </w:r>
      <w:r>
        <w:rPr>
          <w:lang w:eastAsia="zh-CN"/>
        </w:rPr>
        <w:t>　　首先，我们家长非常庆幸我们的孩子能够在蓝天幼儿园这样一个健康、快乐、优美、充满爱心、一切为了孩子着想的环境里，渡过了他们最为快乐的幼儿时光。在这里有他们敬业、充满爱心、善于思考的老师，有关心、爱护他们的阿姨，有热情、勤劳的园工。是你们辛勤工作和默默奉献才使孩子们从原来的害羞、胆怯、稚嫩变成现在的自信、勇敢、乐学、快乐，是你们的奉献和爱心造就了孩子们的健康、幸福、快乐的童年。所以在这里我代表大三班的家长真诚地说声，你们辛苦了、感谢你们！</w:t>
      </w:r>
      <w:r>
        <w:rPr>
          <w:lang w:eastAsia="zh-CN"/>
        </w:rPr>
        <w:br/>
      </w:r>
      <w:r>
        <w:rPr>
          <w:lang w:eastAsia="zh-CN"/>
        </w:rPr>
        <w:t>　　在这两年的幼儿园的学习和生活中，孩子们不仅完成了语言、科学、健康、美工等课程的学习，而且在与老师和小朋友的朝夕相处中，孩子们更学会了</w:t>
      </w:r>
      <w:r>
        <w:rPr>
          <w:lang w:eastAsia="zh-CN"/>
        </w:rPr>
        <w:br/>
      </w:r>
      <w:r>
        <w:rPr>
          <w:lang w:eastAsia="zh-CN"/>
        </w:rPr>
        <w:t>　　互帮互助，团结友爱，乐观向上。同时幼儿园还给我们创造了多个与孩子共同分享快乐的亲子活动：元旦联欢、圣诞节、运动会、庆六一、生日聚会、聚餐等各种活动。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现在想来仍历历在目，幸福仍在心中流淌，这些画面将会成为孩子同父母永远珍贵的记忆！</w:t>
      </w:r>
      <w:r>
        <w:rPr>
          <w:lang w:eastAsia="zh-CN"/>
        </w:rPr>
        <w:br/>
      </w:r>
      <w:r>
        <w:rPr>
          <w:lang w:eastAsia="zh-CN"/>
        </w:rPr>
        <w:t>　　可爱的孩子们，你们马上就要离开幼儿园，带着老师和父母的期望去小学开始新的学习和生活，但我相信孩子们一定不会忘记像妈妈一样呵护你们的最亲爱的老师，不会忘记他们关心、爱护的点点滴滴，更不会忘记朝夕相伴的小伙伴，希望你们永远记住在这里的快乐时光。</w:t>
      </w:r>
      <w:r>
        <w:rPr>
          <w:lang w:eastAsia="zh-CN"/>
        </w:rPr>
        <w:br/>
      </w:r>
      <w:r>
        <w:rPr>
          <w:lang w:eastAsia="zh-CN"/>
        </w:rPr>
        <w:t>　　最后，再次向园长、大三班的老师、阿姨和所有蓝天幼儿园的教工致敬！祝愿你们工作顺利、幸福安康、永远同孩子们一起快乐生活！衷心祝愿我们的蓝天幼儿园更加灿烂辉煌！</w:t>
      </w:r>
      <w:r>
        <w:rPr>
          <w:lang w:eastAsia="zh-CN"/>
        </w:rPr>
        <w:br/>
      </w:r>
      <w:r>
        <w:rPr>
          <w:lang w:eastAsia="zh-CN"/>
        </w:rPr>
        <w:t>　　我的演讲完毕，感谢大家！</w:t>
      </w:r>
      <w:r>
        <w:rPr>
          <w:lang w:eastAsia="zh-CN"/>
        </w:rPr>
        <w:br/>
      </w:r>
      <w:r>
        <w:rPr>
          <w:lang w:eastAsia="zh-CN"/>
        </w:rPr>
        <w:t xml:space="preserve">    2024最新幼儿园毕业典礼家长代表发言稿 篇11 </w:t>
      </w:r>
      <w:r>
        <w:rPr>
          <w:lang w:eastAsia="zh-CN"/>
        </w:rPr>
        <w:br/>
      </w:r>
      <w:r>
        <w:rPr>
          <w:lang w:eastAsia="zh-CN"/>
        </w:rPr>
        <w:t>　　尊敬的各位老师、各位家长、亲爱的小朋友们：</w:t>
      </w:r>
      <w:r>
        <w:rPr>
          <w:lang w:eastAsia="zh-CN"/>
        </w:rPr>
        <w:br/>
      </w:r>
      <w:r>
        <w:rPr>
          <w:lang w:eastAsia="zh-CN"/>
        </w:rPr>
        <w:t>　　大家下午好！</w:t>
      </w:r>
      <w:r>
        <w:rPr>
          <w:lang w:eastAsia="zh-CN"/>
        </w:rPr>
        <w:br/>
      </w:r>
      <w:r>
        <w:rPr>
          <w:lang w:eastAsia="zh-CN"/>
        </w:rPr>
        <w:t>　　我是大二班李芸汐的爸爸李乾勇。今天，非常荣幸地参加金马镇中心幼儿园20__届幼儿的毕业典礼，并作为家长代表在此发言。此时此刻，我的心情和所有家长朋友们一样，心中充满感激、喜悦和依依不舍。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首先，请允许我代表所有家长向幼儿园的领导和老师们表示衷心的感谢！是你们正确的决策为我们孩子的健康成长提供了良好的环境；是你们辛勤的工作和无微不至的关爱让我们的孩子全面发展，学习知识、学会做人；是你们的谆谆教导教会他们在人生的道路上正确扬帆起航！感谢你们三年年来对孩子们的关心与呵护；感谢你们给予孩子们无私的爱；感谢你们为孩子们举行如此隆重的毕业典礼！你们的努力、你们的奉献、你们的爱成就了孩子们此刻快乐、幸福的笑容！谢谢你们！</w:t>
      </w:r>
      <w:r>
        <w:rPr>
          <w:lang w:eastAsia="zh-CN"/>
        </w:rPr>
        <w:br/>
      </w:r>
      <w:r>
        <w:rPr>
          <w:lang w:eastAsia="zh-CN"/>
        </w:rPr>
        <w:t>　　其次，我想就孩子三年来的学习生活情况谈谈自己的感受：</w:t>
      </w:r>
      <w:r>
        <w:rPr>
          <w:lang w:eastAsia="zh-CN"/>
        </w:rPr>
        <w:br/>
      </w:r>
      <w:r>
        <w:rPr>
          <w:lang w:eastAsia="zh-CN"/>
        </w:rPr>
        <w:t>　　一、这样的学校家长放心</w:t>
      </w:r>
      <w:r>
        <w:rPr>
          <w:lang w:eastAsia="zh-CN"/>
        </w:rPr>
        <w:br/>
      </w:r>
      <w:r>
        <w:rPr>
          <w:lang w:eastAsia="zh-CN"/>
        </w:rPr>
        <w:t>　　三年前选择金马镇中心幼儿园，是因为作为一所公办公益性幼儿园，不以盈利为目的，它将不同年龄段的孩子划分成了不同的班级，将不同班级孩子的学习、生活目标有了不同的界定，精心挑选搭配教师任教。与此同时，学校的硬件设施也是逐年添置，不断完善，外教老师和体育老师的.加入，让孩子的童年生活增加了更多的乐趣。学校不定期举行的亲子活动，增进了父母与孩子之间的感情，同样也是展示每个孩子能力的一个舞台。所以将孩子交到这样的学校，作为家长我非常的放心。三年来孩子的生活、学习、成长、发展都充分的证明了我们家长朋友们当初正确的选择。</w:t>
      </w:r>
      <w:r>
        <w:rPr>
          <w:lang w:eastAsia="zh-CN"/>
        </w:rPr>
        <w:br/>
      </w:r>
      <w:r>
        <w:rPr>
          <w:lang w:eastAsia="zh-CN"/>
        </w:rPr>
        <w:t>　　二、这样的老师家长称心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幼儿园的老师们有责任心，有爱心，爱岗敬业……对此家长们都深有感触。更可贵的是老师们具有丰富的幼教经验、先进的教育理念。他们因材施教，不搞花架子，不违背教育规律，让孩子在游戏中学习，既掌握了学习方法，又保持了天真烂漫的童心。在生活上，老师们将孩子的方方面面照顾得无微不至：洗脸、梳头、入厕等等，她们不是慈母胜似慈母；在学习上，她们刻苦钻研，遵循孩子的发展规律制定教学计划；在育人方面，她们不溺爱，不迁就，动之以情、晓之以理，教会孩子交往的方式。通过老师的培育，孩子提高了自信心；学会了合作、交朋友；提高了动手、表达和思维能力。作为家长，我感到很庆幸，庆幸为孩子选择了金马镇中心幼儿园，庆幸孩子们遇到了一批认真敬业、充满爱心的启蒙老师！</w:t>
      </w:r>
      <w:r>
        <w:rPr>
          <w:lang w:eastAsia="zh-CN"/>
        </w:rPr>
        <w:br/>
      </w:r>
      <w:r>
        <w:rPr>
          <w:lang w:eastAsia="zh-CN"/>
        </w:rPr>
        <w:t>　　三、这样的孩子家长舒心</w:t>
      </w:r>
      <w:r>
        <w:rPr>
          <w:lang w:eastAsia="zh-CN"/>
        </w:rPr>
        <w:br/>
      </w:r>
      <w:r>
        <w:rPr>
          <w:lang w:eastAsia="zh-CN"/>
        </w:rPr>
        <w:t>　　站在这儿，看到孩子们那一张张充满自信的小脸，他们呈现出来的盎然生机的精神面貌深深地感动着我。几年前，孩子们脸上害羞、胆怯、稚嫩的表情，变成了今天深情并茂的表演。时光如梭，孩子们用三年的时间，走过哭闹、任性、害羞的童年，长成了自信、健康、充满活力的阳光少年，三年来，孩子作为家与幼儿园交流的桥梁，带回了无数活泼可爱的笑容，在与老师和小朋友们朝夕相处中提高了自信心，学会了分享与合作，培养了良好的生活和学习习惯，最重要的是他们享受了美好的童年生活。作为家长，我们觉得很舒心。</w:t>
      </w:r>
      <w:r>
        <w:rPr>
          <w:lang w:eastAsia="zh-CN"/>
        </w:rPr>
        <w:br/>
      </w:r>
      <w:r>
        <w:rPr>
          <w:lang w:eastAsia="zh-CN"/>
        </w:rPr>
        <w:t>　　最后，我也要谢谢我的孩子，三年如一日的坚持，从不缺席一次课让我们看到了你坚韧的毅力和学习的动力、信心，为自己的幼儿园生活画上了一个圆满的句号。人生之路，漫长曲折，爸爸妈妈要你永远记住："梅花香自苦寒来，没有波涛的大海只能是一潭死水，只有长满荆棘的道路尽头才会开满漂亮的花朵"！你是爸爸妈妈的骄傲，我们为你加油、鼓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今天，我们欢聚在此为金马镇中心幼儿园20__届的所有孩子们举行隆重的毕业典礼，衷心祝愿各位老师及家长朋友们工作顺利，万事如意；祝小朋友们健康成长，学习进步；祝金马镇中心幼儿园越办越好，明天更辉煌！</w:t>
      </w:r>
      <w:r>
        <w:rPr>
          <w:lang w:eastAsia="zh-CN"/>
        </w:rPr>
        <w:br/>
      </w:r>
      <w:r>
        <w:rPr>
          <w:lang w:eastAsia="zh-CN"/>
        </w:rPr>
        <w:t>　　谢谢大家！</w:t>
      </w:r>
      <w:r>
        <w:rPr>
          <w:lang w:eastAsia="zh-CN"/>
        </w:rPr>
        <w:br/>
      </w:r>
      <w:r>
        <w:rPr>
          <w:lang w:eastAsia="zh-CN"/>
        </w:rPr>
        <w:t xml:space="preserve">    2024最新幼儿园毕业典礼家长代表发言稿 篇12 </w:t>
      </w:r>
      <w:r>
        <w:rPr>
          <w:lang w:eastAsia="zh-CN"/>
        </w:rPr>
        <w:br/>
      </w:r>
      <w:r>
        <w:rPr>
          <w:lang w:eastAsia="zh-CN"/>
        </w:rPr>
        <w:t>　　尊敬的各位老师、各位家长、亲爱的孩子们：</w:t>
      </w:r>
      <w:r>
        <w:rPr>
          <w:lang w:eastAsia="zh-CN"/>
        </w:rPr>
        <w:br/>
      </w:r>
      <w:r>
        <w:rPr>
          <w:lang w:eastAsia="zh-CN"/>
        </w:rPr>
        <w:t>　　大家好!</w:t>
      </w:r>
      <w:r>
        <w:rPr>
          <w:lang w:eastAsia="zh-CN"/>
        </w:rPr>
        <w:br/>
      </w:r>
      <w:r>
        <w:rPr>
          <w:lang w:eastAsia="zh-CN"/>
        </w:rPr>
        <w:t>　　我是妈妈，今天能作为家长代表在这里发言感到十分荣幸！</w:t>
      </w:r>
      <w:r>
        <w:rPr>
          <w:lang w:eastAsia="zh-CN"/>
        </w:rPr>
        <w:br/>
      </w:r>
      <w:r>
        <w:rPr>
          <w:lang w:eastAsia="zh-CN"/>
        </w:rPr>
        <w:t>　　不知不觉我的儿子已在幼儿园度过了精彩的四年。这四年的点点滴滴见证了儿子的成长和老师的辛劳!初入园的儿子，是个什么也不懂什么也不会的小男孩，四年来的幼儿园生活，在_幼儿园的领导和_幼儿园老师的细致照顾、辛勤教导下，我的儿子已成为懂事、开朗、自信、读说听写算各方面都优秀的好孩子。</w:t>
      </w:r>
      <w:r>
        <w:rPr>
          <w:lang w:eastAsia="zh-CN"/>
        </w:rPr>
        <w:br/>
      </w:r>
      <w:r>
        <w:rPr>
          <w:lang w:eastAsia="zh-CN"/>
        </w:rPr>
        <w:t>　　现在，我儿子每天上学时要与亲人道别！放学回家时要向亲人问好！在家时能把自己的物品摆放整齐，在家吃饭时能帮忙发筷子、摆纸巾、拿碗，懂得了谦让，学会了分享。每天从幼儿园回来还主动把幼儿园里发生的事情告诉我们，把学到的新知识分享给我们，犯了错误受到批评时也会告诉我们，让我们一起分享他的成长与快乐；把学过的知识进行复习，完成适当的作业，初步养成了良好的学习习惯。</w:t>
      </w:r>
      <w:r>
        <w:rPr>
          <w:lang w:eastAsia="zh-CN"/>
        </w:rPr>
        <w:br/>
      </w:r>
    </w:p>
    <w:p w:rsidR="001B1F19" w14:textId="27C3F48A">
      <w:pPr>
        <w:rPr>
          <w:rFonts w:hint="eastAsia"/>
          <w:lang w:eastAsia="zh-CN"/>
        </w:rPr>
      </w:pPr>
      <w:r>
        <w:rPr>
          <w:lang w:eastAsia="zh-CN"/>
        </w:rPr>
        <w:t>　　老师们的培育，我儿子学会了孝顺做人，他主动给给爷爷、奶奶、爸爸、妈妈洗过脚；有好吃的菜他会主动让给爷爷、奶奶、爸爸、妈妈吃；现在，我儿子还准备积存亲人们逢年过节送给他的零花钱为他爸爸买一部新手机。</w:t>
      </w:r>
      <w:r>
        <w:rPr>
          <w:lang w:eastAsia="zh-CN"/>
        </w:rPr>
        <w:br/>
      </w:r>
      <w:r>
        <w:rPr>
          <w:lang w:eastAsia="zh-CN"/>
        </w:rPr>
        <w:t>　　老师们的精心培养，我儿子懂得了自已的事情自已做。每天放学时，爷爷、奶奶到幼儿园接他，要给他背书包，他总是说我自已能背，不愿让爷爷、奶奶给他背书包。每天晚上睡觉前，我儿子总是要把书包里的书籍、作业本、学习用具进行一次整理，为第二天到幼儿园学习作好准备。老师们的辛勤耕耘，我儿子养成了好的劳动习惯。我家里要扫地、拖地、打扫清洁卫生时，我儿子也会争取同家人一起共同搞好家里的清洁卫生工作。</w:t>
      </w:r>
      <w:r>
        <w:rPr>
          <w:lang w:eastAsia="zh-CN"/>
        </w:rPr>
        <w:br/>
      </w:r>
      <w:r>
        <w:rPr>
          <w:lang w:eastAsia="zh-CN"/>
        </w:rPr>
        <w:t>　　我想，在座的各位家长的孩子一定比我的儿子更优秀更出色！看着我儿子和各位家长们的孩子在幼儿园里快乐生活，健康成长！得到了很好的启蒙教育，养成了良好的学习和生活习惯。幼儿园的领导和幼儿园的老师们对我们的孩子精心呵护和培养，使孩子们提高了自信心，学会了合作与交友;提升了动手、表达和思维的能力;让孩子们感受到了学习的快乐。我们做家长的，感到非常欣慰。在这里，我代表我们所有的家长，深深地感谢_幼儿园的全体领导和老师们！感谢她们为我们的孩子提供了良好的学习环境，感谢她们为我们孩子的人生道路铺就了一条绚丽多彩的起跑线，感谢她们为我们的孩子留下了美好而难忘的回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https://d.book118.com/426231052240010044</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6231052240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