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实习期个人自我总结参考（34篇）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实习期个人自我总结参考（通用34篇）</w:t>
      </w:r>
      <w:r>
        <w:rPr>
          <w:lang w:eastAsia="zh-CN"/>
        </w:rPr>
        <w:br/>
      </w:r>
      <w:r>
        <w:rPr>
          <w:lang w:eastAsia="zh-CN"/>
        </w:rPr>
        <w:t xml:space="preserve">    实习期个人自我总结参考 篇1 </w:t>
      </w:r>
      <w:r>
        <w:rPr>
          <w:lang w:eastAsia="zh-CN"/>
        </w:rPr>
        <w:br/>
      </w:r>
      <w:r>
        <w:rPr>
          <w:lang w:eastAsia="zh-CN"/>
        </w:rPr>
        <w:t>　　20__年7月至今，一年的见习期即将结束。在这一年里，发生了许许多多有意义的事，值得我们用一生去记忆、回味。</w:t>
      </w:r>
      <w:r>
        <w:rPr>
          <w:lang w:eastAsia="zh-CN"/>
        </w:rPr>
        <w:br/>
      </w:r>
      <w:r>
        <w:rPr>
          <w:lang w:eastAsia="zh-CN"/>
        </w:rPr>
        <w:t>　　初出校门，自身在各个方面的能力都较为浅薄，工作上、生活中都有许多的知识需要花大力气去学习、去认识。但所幸，身边有着平易近人的领导们和热心同事们，他们给了我许许多多的关心和指导。工作中时常遇到新的问题，领导们鼓励我努力去解决，不懂才好去学、不懂才知道从哪提问，而他们会对我提出的每一个问题给予详尽的回答，并引导我进行举一反三的思考。对此，我很庆幸，自己是幸运的，来到我们公司，遇到这么多可爱的人们。</w:t>
      </w:r>
      <w:r>
        <w:rPr>
          <w:lang w:eastAsia="zh-CN"/>
        </w:rPr>
        <w:br/>
      </w:r>
      <w:r>
        <w:rPr>
          <w:lang w:eastAsia="zh-CN"/>
        </w:rPr>
        <w:t>　　“诚朴求是、博学笃行”这是我大学的校训，也是我追求的为人处事态度。一年来，我时刻铭记这句话，并努力去做到。</w:t>
      </w:r>
      <w:r>
        <w:rPr>
          <w:lang w:eastAsia="zh-CN"/>
        </w:rPr>
        <w:br/>
      </w:r>
      <w:r>
        <w:rPr>
          <w:lang w:eastAsia="zh-CN"/>
        </w:rPr>
        <w:t>　　作为一名初入社会、初入职场者，每天，早上迎着初升的太阳，带着乐观向上的工作热情与工作态度投入新的一天;下班感受着夕阳渐去的凉爽，怀着充实满足心态慢慢踱回。就这样，一年时间匆匆而过，但是对于这年经历了什么，留下了什么，总要有一份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工作中，要仔细阅读分析招标文件的每一个细节，确定明确的工期要求、质量目标、安全目标及其它任务目标，并且在编制过程中还要严格按照招标文件对版面的特殊要求，做到尽善尽美，以使编制出的投标技术标严格符合投资方、招标公司对投标文件的要求，曾大投标文件的可信度，在评标中获得较高的分数。研读领导及师傅编制的投标文件也是我良好的学习过程，各式施工方法都是我从未接触过的，因此这也是对施工经验不断积累。尤其令我记忆犹新的是，在最初的工作中，经常会出现各种各样的错误，多数都是由于自己的不认真导致编辑工作出现错误，这个时候领导及同事总会热心的帮助我指出其中的错误，给予改正。这个过程对我是难忘的，让我更加的明白了认真、及耐心的重要性，这个经历会让我受益终生。</w:t>
      </w:r>
      <w:r>
        <w:rPr>
          <w:lang w:eastAsia="zh-CN"/>
        </w:rPr>
        <w:br/>
      </w:r>
      <w:r>
        <w:rPr>
          <w:lang w:eastAsia="zh-CN"/>
        </w:rPr>
        <w:t>　　在今后的工作中，我将发扬优点，克服不足，朝着以下几个方向努力：1、学无止镜。要将坚持不懈地努力学习各种理论知识，并用于指导实践，以更好的适应行业发展的需要。2、熟练的掌握各种业务技能才能更好的投入工作。3、“业精于勤而荒于嬉”在实践中不断总结经验，提高解决实际问题的能力。</w:t>
      </w:r>
      <w:r>
        <w:rPr>
          <w:lang w:eastAsia="zh-CN"/>
        </w:rPr>
        <w:br/>
      </w:r>
      <w:r>
        <w:rPr>
          <w:lang w:eastAsia="zh-CN"/>
        </w:rPr>
        <w:t>　　总之，短短的一年见习期，是我人生角色转换的一年，是我不断成长的一年，也是收获颇丰的一年。对于人生，对于职业有了一个更加清晰的认知。但我最想说的是感谢。感谢所有领导同事对我指导、批评与帮助!我会吸取这一年来得到的教训与不足，努力克服改正，在以后的工作中更加严格要求自己，以取得更辉煌的成绩，来回报公司对我的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实习期个人自我总结参考 篇2 </w:t>
      </w:r>
      <w:r>
        <w:rPr>
          <w:lang w:eastAsia="zh-CN"/>
        </w:rPr>
        <w:br/>
      </w:r>
      <w:r>
        <w:rPr>
          <w:lang w:eastAsia="zh-CN"/>
        </w:rPr>
        <w:t>　　作为学习了差不多三年会计的我们，可以说对会计已经是耳目能熟了。所有的有关会计的专业基础知识、基本理论、基本方法和结构体系，我们都基本掌握。但这些似乎只是纸上谈兵。倘若将这些理论性极强的东西搬上实际上应用，那我们也会是无从下手，一窍不通。</w:t>
      </w:r>
      <w:r>
        <w:rPr>
          <w:lang w:eastAsia="zh-CN"/>
        </w:rPr>
        <w:br/>
      </w:r>
      <w:r>
        <w:rPr>
          <w:lang w:eastAsia="zh-CN"/>
        </w:rPr>
        <w:t>　　下面是我通过这次会计实习中领悟到的很多书本上所不能学到的会计的特点和积累，以及题外的很多道理。</w:t>
      </w:r>
      <w:r>
        <w:rPr>
          <w:lang w:eastAsia="zh-CN"/>
        </w:rPr>
        <w:br/>
      </w:r>
      <w:r>
        <w:rPr>
          <w:lang w:eastAsia="zh-CN"/>
        </w:rPr>
        <w:t>　　以前，我总以为自己的会计理论知识扎实较强，正如所有工作一样，掌握了规律，照芦葫画瓢准没错，那么，当一名出色的会计人员，应该没问题了。现在才发现，会计其实更讲究的是它的实际操作性和实践性。离开操作和实践，其它一切都为零!会计就是做账。</w:t>
      </w:r>
      <w:r>
        <w:rPr>
          <w:lang w:eastAsia="zh-CN"/>
        </w:rPr>
        <w:br/>
      </w:r>
      <w:r>
        <w:rPr>
          <w:lang w:eastAsia="zh-CN"/>
        </w:rPr>
        <w:t>　　其次，就是会计的连通性、逻辑性和规范性。每一笔业务的发生，都要根据其原始凭证，一一登记入记账凭证、明细账、日记账、三栏式账、多栏式账、总账等等可能连通起来的账户。这为其一。会计的每一笔账务都有依有据，而且是逐一按时间顺序登记下来的，极具逻辑性，这为其二。在会计的实践中，漏账、错账的更正，都不允许随意添改，不容弄虚作假。每一个程序、步骤都得以会计制度为前提、为基础。体现了会计的规范性，这为其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登账的方法：首先要根据业务的发生，取得原始凭证，将其登记记帐凭证。然后，根据记帐凭证，登记其明细账。期末，填写科目汇总表以及试算平衡表，最后才把它登记入总账。结转其成本后，根据总账合计，填制资产负债表、利润表、损益表等等年度报表。这就是会计操作的一般顺序和基本流程。</w:t>
      </w:r>
      <w:r>
        <w:rPr>
          <w:lang w:eastAsia="zh-CN"/>
        </w:rPr>
        <w:br/>
      </w:r>
      <w:r>
        <w:rPr>
          <w:lang w:eastAsia="zh-CN"/>
        </w:rPr>
        <w:t>　　会计本来就是烦琐的工作。在实习期间，我曾觉得整天要对着那枯燥无味的账目和数字而心生烦闷、厌倦，以致于登账登得错漏百出。愈错愈烦，愈烦愈错，这只会导致“雪上加霜”。反之，只要你用心地做，反而会左右逢源。越做越觉乐趣，越做越起劲。梁启超说过：凡职业都具有趣味的，只要你肯干下去，趣味自然会发生。因此，做账切忌：粗心大意，马虎了事，心浮气躁。做任何事都一样，需要有恒心、细心和毅力，那才会到达成功的彼岸!</w:t>
      </w:r>
      <w:r>
        <w:rPr>
          <w:lang w:eastAsia="zh-CN"/>
        </w:rPr>
        <w:br/>
      </w:r>
      <w:r>
        <w:rPr>
          <w:lang w:eastAsia="zh-CN"/>
        </w:rPr>
        <w:t xml:space="preserve">    实习期个人自我总结参考 篇3 </w:t>
      </w:r>
      <w:r>
        <w:rPr>
          <w:lang w:eastAsia="zh-CN"/>
        </w:rPr>
        <w:br/>
      </w:r>
      <w:r>
        <w:rPr>
          <w:lang w:eastAsia="zh-CN"/>
        </w:rPr>
        <w:t>　　在公司里，我担任的工作是网络编辑，现对实习期间完成的工作进行以下总结。</w:t>
      </w:r>
      <w:r>
        <w:rPr>
          <w:lang w:eastAsia="zh-CN"/>
        </w:rPr>
        <w:br/>
      </w:r>
      <w:r>
        <w:rPr>
          <w:lang w:eastAsia="zh-CN"/>
        </w:rPr>
        <w:t>　　一、实习工作内容</w:t>
      </w:r>
      <w:r>
        <w:rPr>
          <w:lang w:eastAsia="zh-CN"/>
        </w:rPr>
        <w:br/>
      </w:r>
      <w:r>
        <w:rPr>
          <w:lang w:eastAsia="zh-CN"/>
        </w:rPr>
        <w:t>　　主要负责起整个版面咨讯的上传和维护。根据版面需要和网站各个栏目定位的需要在最快的时间内搜集最有价值的新闻信息，并对其内容以及标题进行修改，对图片进行处理等。另外，还要维护页面，检查页面是否美观。工作量为平均每天更新_条资讯。上传_幅新闻图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当然，网站也有原创性的东西。跟其他传统媒体一样，原创通过采访来实现。对此，我对_进行了采访报道。主要是采访参展的企业对本次展会的了解和看法，以及其所推出的最新产品。并且对采访的人物以及他介绍的产品进行拍照。采访之后，写关于展会的动态新闻以及参展商产品的新闻。</w:t>
      </w:r>
      <w:r>
        <w:rPr>
          <w:lang w:eastAsia="zh-CN"/>
        </w:rPr>
        <w:br/>
      </w:r>
      <w:r>
        <w:rPr>
          <w:lang w:eastAsia="zh-CN"/>
        </w:rPr>
        <w:t>　　二、对实习工作的认识</w:t>
      </w:r>
      <w:r>
        <w:rPr>
          <w:lang w:eastAsia="zh-CN"/>
        </w:rPr>
        <w:br/>
      </w:r>
      <w:r>
        <w:rPr>
          <w:lang w:eastAsia="zh-CN"/>
        </w:rPr>
        <w:t>　　网络媒体相对传统媒体最大的优势就是资讯的更新速度快。在实际操作中，网站对每天几点之前要上传多少条新闻都是有硬性规定的。因此，就要求编辑的阅读速度要快，看文字的时候要一目十行，而不是像我们平时一个一个字的读。网络新闻的标题受限制于版面。对每个栏目，每条新闻的标题有多少个字都进行了规定。所以，更考验编辑的归纳能力。</w:t>
      </w:r>
      <w:r>
        <w:rPr>
          <w:lang w:eastAsia="zh-CN"/>
        </w:rPr>
        <w:br/>
      </w:r>
      <w:r>
        <w:rPr>
          <w:lang w:eastAsia="zh-CN"/>
        </w:rPr>
        <w:t>　　网络上的消息，内容同样要求高度概括。一般要求在第一屏之内就要显示完全。因为在网络上看新闻的人一般没那么多耐心。网络媒体的采访权问题，现在还没有一个很明确的规定。所以，据我所知，目前，网站的记者去采访，是拿不到采访证的。但是，在进行采访的时候，如果是知名的大网站，即使没有采访证，有个名片的头衔，进行采访一般是没什么问题的。</w:t>
      </w:r>
      <w:r>
        <w:rPr>
          <w:lang w:eastAsia="zh-CN"/>
        </w:rPr>
        <w:br/>
      </w:r>
      <w:r>
        <w:rPr>
          <w:lang w:eastAsia="zh-CN"/>
        </w:rPr>
        <w:t>　　三、实习要求</w:t>
      </w:r>
      <w:r>
        <w:rPr>
          <w:lang w:eastAsia="zh-CN"/>
        </w:rPr>
        <w:br/>
      </w:r>
      <w:r>
        <w:rPr>
          <w:lang w:eastAsia="zh-CN"/>
        </w:rPr>
        <w:t>　　无论是在哪种媒体上工作，对新闻价值的判断是每个新闻工作者必须具备的基本素质。在网站工作后我认识到，“新闻价值”要从两方面理解，第一个是宏观的，要跟国家的大政策结合起来。第二个是根据网站栏目的定位和受众的需求方面的新闻价值。我认为，能力方面的要求对无论从事什么媒体的工作者都是需要的，而这一点在平时是可以锻炼出来的。在我们的专业课程中，在课堂上也有过一定的锻炼和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四、实习心得</w:t>
      </w:r>
      <w:r>
        <w:rPr>
          <w:lang w:eastAsia="zh-CN"/>
        </w:rPr>
        <w:br/>
      </w:r>
      <w:r>
        <w:rPr>
          <w:lang w:eastAsia="zh-CN"/>
        </w:rPr>
        <w:t>　　一直以来感觉自己不像是可以好好做新闻的学生，因为身体太差，做记者心有余而力不足;而做编辑似乎很费脑子，我是怕麻烦的人。所以刚刚开始去的时候相当迷茫和害怕，像找不到方向的蜜蜂，害怕自己做不好。凡事，都要去做。如果不去做，你永远不知道自己做不做的好。努力以后你才发现，其实，没有什么事情，是自己做不好的。这上实习最初最大的感慨。好了，既然来了，就要马上就入工作状态。技术部马上给我们开了各自的账户和权限，我们的首要任务是学会发新闻，选取自己喜欢的频道。</w:t>
      </w:r>
      <w:r>
        <w:rPr>
          <w:lang w:eastAsia="zh-CN"/>
        </w:rPr>
        <w:br/>
      </w:r>
      <w:r>
        <w:rPr>
          <w:lang w:eastAsia="zh-CN"/>
        </w:rPr>
        <w:t>　　就算是错误不断，实习并不会因此而结束，所以只能犯了错误马上改正，并且积累经验。这样的时刻慢慢随着时间而过去。发新闻速度逐渐快起来，犯的错误也越来越少了。就是经历了这样最小的时刻的进步，才会有后来越来越大的优秀。</w:t>
      </w:r>
      <w:r>
        <w:rPr>
          <w:lang w:eastAsia="zh-CN"/>
        </w:rPr>
        <w:br/>
      </w:r>
      <w:r>
        <w:rPr>
          <w:lang w:eastAsia="zh-CN"/>
        </w:rPr>
        <w:t xml:space="preserve">    实习期个人自我总结参考 篇4 </w:t>
      </w:r>
      <w:r>
        <w:rPr>
          <w:lang w:eastAsia="zh-CN"/>
        </w:rPr>
        <w:br/>
      </w:r>
      <w:r>
        <w:rPr>
          <w:lang w:eastAsia="zh-CN"/>
        </w:rPr>
        <w:t>　　20__年__月__日，我有幸来到公司经营管理部从事报批报建工作，在公司领导的关心和指导下，在同事们的热情帮助下，较快熟悉了公司环境，适应了新的工作岗位，现将我试用期的工作情况简要小结如下：</w:t>
      </w:r>
      <w:r>
        <w:rPr>
          <w:lang w:eastAsia="zh-CN"/>
        </w:rPr>
        <w:br/>
      </w:r>
      <w:r>
        <w:rPr>
          <w:lang w:eastAsia="zh-CN"/>
        </w:rPr>
        <w:t>　　一、严格遵守公司各项规章制度。上班伊始，我认真学习了公司《员工手册》及各项管理制度，并严格遵守，做到了无迟到、早退、违规现象。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二、主动学习、尽快适应，迅速熟悉环境，了解报批报建工作内容。主动、虚心向领导、同事请教、学习，基本掌握了相关的工作内容，工作流程、工作方法。</w:t>
      </w:r>
      <w:r>
        <w:rPr>
          <w:lang w:eastAsia="zh-CN"/>
        </w:rPr>
        <w:br/>
      </w:r>
      <w:r>
        <w:rPr>
          <w:lang w:eastAsia="zh-CN"/>
        </w:rPr>
        <w:t>　　三、工作积极、认真、负责，通过不断学习、请教，总结积累，较好地完成了领导安排的各项工作任务。</w:t>
      </w:r>
      <w:r>
        <w:rPr>
          <w:lang w:eastAsia="zh-CN"/>
        </w:rPr>
        <w:br/>
      </w:r>
      <w:r>
        <w:rPr>
          <w:lang w:eastAsia="zh-CN"/>
        </w:rPr>
        <w:t>　　1、在领导的安排下，与上海设计部积极沟通和联系，就梅墟项目与政府各相关部门积极沟通和征询，为方案的顺利进行提供了有效帮助。</w:t>
      </w:r>
      <w:r>
        <w:rPr>
          <w:lang w:eastAsia="zh-CN"/>
        </w:rPr>
        <w:br/>
      </w:r>
      <w:r>
        <w:rPr>
          <w:lang w:eastAsia="zh-CN"/>
        </w:rPr>
        <w:t>　　2、凭工作经验和进度，结合公司实际，努力把工作计划与工作进度密切结合，使计划和进度有效、有序进行。</w:t>
      </w:r>
      <w:r>
        <w:rPr>
          <w:lang w:eastAsia="zh-CN"/>
        </w:rPr>
        <w:br/>
      </w:r>
      <w:r>
        <w:rPr>
          <w:lang w:eastAsia="zh-CN"/>
        </w:rPr>
        <w:t>　　3、根据项目情况，结合公司一级计划，有预见性地开展工作，努力在条件成熟的情况下把所有与项目有关的事务提前进行并完成。</w:t>
      </w:r>
      <w:r>
        <w:rPr>
          <w:lang w:eastAsia="zh-CN"/>
        </w:rPr>
        <w:br/>
      </w:r>
      <w:r>
        <w:rPr>
          <w:lang w:eastAsia="zh-CN"/>
        </w:rPr>
        <w:t>　　4、尽所能和所掌握的.关系，配合并帮助其他部门完成相关工作，提供我所能提供的帮助。</w:t>
      </w:r>
      <w:r>
        <w:rPr>
          <w:lang w:eastAsia="zh-CN"/>
        </w:rPr>
        <w:br/>
      </w:r>
      <w:r>
        <w:rPr>
          <w:lang w:eastAsia="zh-CN"/>
        </w:rPr>
        <w:t>　　5、在计划要求时间内，提前完成立项备案，为项目正常进行提供了条件。</w:t>
      </w:r>
      <w:r>
        <w:rPr>
          <w:lang w:eastAsia="zh-CN"/>
        </w:rPr>
        <w:br/>
      </w:r>
      <w:r>
        <w:rPr>
          <w:lang w:eastAsia="zh-CN"/>
        </w:rPr>
        <w:t>　　6、提前把交通分析、日照分析和环境分析完成前期文本和制作，为下一步工作做好最充分的准备。</w:t>
      </w:r>
      <w:r>
        <w:rPr>
          <w:lang w:eastAsia="zh-CN"/>
        </w:rPr>
        <w:br/>
      </w:r>
      <w:r>
        <w:rPr>
          <w:lang w:eastAsia="zh-CN"/>
        </w:rPr>
        <w:t>　　7、与土地部门积极沟通，加强联系，有效完成了地块高压线路迁移的说服，并在有效时间内敦促政府部门制定了高压线路搬迁方案，为项目进行提供了有利保障。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8、配合公司领导对土地交接工作进行积极的跟踪和有效监督，为领导做好参谋，为土地顺利和正常交接提供本人职责范围内所能进行的工作。</w:t>
      </w:r>
      <w:r>
        <w:rPr>
          <w:lang w:eastAsia="zh-CN"/>
        </w:rPr>
        <w:br/>
      </w:r>
      <w:r>
        <w:rPr>
          <w:lang w:eastAsia="zh-CN"/>
        </w:rPr>
        <w:t>　　9、利用个人关系，积极为其他部门提供力所能及的帮助和支持，热情无怨言。与同事之间和谐相处、加强沟通、团结协作，以尽快更好的融入团队。</w:t>
      </w:r>
      <w:r>
        <w:rPr>
          <w:lang w:eastAsia="zh-CN"/>
        </w:rPr>
        <w:br/>
      </w:r>
      <w:r>
        <w:rPr>
          <w:lang w:eastAsia="zh-CN"/>
        </w:rPr>
        <w:t>　　四、存在问题及解决办法：</w:t>
      </w:r>
      <w:r>
        <w:rPr>
          <w:lang w:eastAsia="zh-CN"/>
        </w:rPr>
        <w:br/>
      </w:r>
      <w:r>
        <w:rPr>
          <w:lang w:eastAsia="zh-CN"/>
        </w:rPr>
        <w:t>　　1、由于在原单位主要从事行政、经营和项目管理工作，对于房产公司的工作内容及流程还需要进一步的了解与熟悉。在试用期内还没有完全与公司的习惯和规章相融入，这需要领导和同志们的传帮带。</w:t>
      </w:r>
      <w:r>
        <w:rPr>
          <w:lang w:eastAsia="zh-CN"/>
        </w:rPr>
        <w:br/>
      </w:r>
      <w:r>
        <w:rPr>
          <w:lang w:eastAsia="zh-CN"/>
        </w:rPr>
        <w:t>　　2、工作中有时过于自信，对有些复杂工作估量过于简单，造成了工作上的被动，有急于求成之状，求功心切。</w:t>
      </w:r>
      <w:r>
        <w:rPr>
          <w:lang w:eastAsia="zh-CN"/>
        </w:rPr>
        <w:br/>
      </w:r>
      <w:r>
        <w:rPr>
          <w:lang w:eastAsia="zh-CN"/>
        </w:rPr>
        <w:t>　　总之，在短短的三个月时间里，我个人以为取得了一点成绩，但离领导的要求和自我要求尚有很大差距。如果公司认为我试用期内尚算合格并予以转正，我将进一步严格要求自己，克服不足，加强学习，努力提高业务水平，充分发挥所长，积极、热情、认真地完成好每一项工作。</w:t>
      </w:r>
      <w:r>
        <w:rPr>
          <w:lang w:eastAsia="zh-CN"/>
        </w:rPr>
        <w:br/>
      </w:r>
      <w:r>
        <w:rPr>
          <w:lang w:eastAsia="zh-CN"/>
        </w:rPr>
        <w:t xml:space="preserve">    实习期个人自我总结参考 篇5 </w:t>
      </w:r>
      <w:r>
        <w:rPr>
          <w:lang w:eastAsia="zh-CN"/>
        </w:rPr>
        <w:br/>
      </w:r>
      <w:r>
        <w:rPr>
          <w:lang w:eastAsia="zh-CN"/>
        </w:rPr>
        <w:t>　　在幼儿园的实习工作刚结束，在这段时间，我真正的学到了怎么去做一个幼师，也有收获很多的做老师的经验，我觉得自己这次的实习很有意义和收获。现在就对自己实习的工作做以下的总结：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我刚来幼儿园实习的时候，真的是一个初出茅庐的人，什么都没有经验，开始工作的时候，都是别的老师带的，完全无法自己上手，由于是新老师，也没有经验，所以我还不能直接上手，而是跟着一个有资历的老师学习，做她的助理老师。在做助理老师的这一段期间，她给我分配的工作是做简单的上课PPT，做完后给她检查修改，并传授我做课件的方法和技巧，让我在后面做PPT课件时越做越好。也有其他的一些工作，比如在上课前帮她把课前要做的准备做好，方便后面上课教学。这些工作看似很简单，但是也是我以后成为正式的老师之后要去做的，实习的时候做的这些基础工作，是能够帮助我转正之后直接就上手的。</w:t>
      </w:r>
      <w:r>
        <w:rPr>
          <w:lang w:eastAsia="zh-CN"/>
        </w:rPr>
        <w:br/>
      </w:r>
      <w:r>
        <w:rPr>
          <w:lang w:eastAsia="zh-CN"/>
        </w:rPr>
        <w:t>　　几个月的实习，我虽然是以助理老师的身份工作，但是我做的工作却都是一个真正的幼师要去做的工作。带我的老师很大方，基本上什么都会教我，包括为幼儿出试题，幼儿园的老师是要自己给幼儿们出考试的卷子的，因为要按照给幼儿教的内容进行选题，这些我在之前是都不知道的。但是她都会教给我，让我真正的去自己出题，为幼儿选出适合他们进行考试的题目，实习期间，老师鼓励我自己出试卷，我也因此做了很多份，从开始的无从下手，到如今我已经可以顺利的出整套的卷子了。在这期间，当我这些基本的工作都会做了，我就开始尝试去给幼儿上课，用自己做的PPT课件给孩子进行教学，我一点点的积累上课的经验，让自己真正的去感受作为一个老师的职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当然，作为幼儿园的新老师，实际上还是有很多的不足的，所以一直都在不断的改正。同时知道自己能力不够，我在实习里也有去学习，买来了一些相关幼师的书籍资料进行阅读，并去其他班上听课，什么课都去听一听，学习不同老师的讲课的技巧和经验。所以这次的实习我成长的很快，尤其还是再有人提拔的情况下，我更是进步飞快，短短的几个月，我已经可以完整的上一堂课了。所以很相信自己转正之后完全可以胜任幼师，可以教这些幼儿。</w:t>
      </w:r>
      <w:r>
        <w:rPr>
          <w:lang w:eastAsia="zh-CN"/>
        </w:rPr>
        <w:br/>
      </w:r>
      <w:r>
        <w:rPr>
          <w:lang w:eastAsia="zh-CN"/>
        </w:rPr>
        <w:t xml:space="preserve">    实习期个人自我总结参考 篇6 </w:t>
      </w:r>
      <w:r>
        <w:rPr>
          <w:lang w:eastAsia="zh-CN"/>
        </w:rPr>
        <w:br/>
      </w:r>
      <w:r>
        <w:rPr>
          <w:lang w:eastAsia="zh-CN"/>
        </w:rPr>
        <w:t>　　从__年年7月到现在，一年实习时间已结束。在这一年中，领导和同事们给了我许许多多的关心和指导，加上自身的不懈努力，使得我在各方面都取得了长足的进步。</w:t>
      </w:r>
      <w:r>
        <w:rPr>
          <w:lang w:eastAsia="zh-CN"/>
        </w:rPr>
        <w:br/>
      </w:r>
      <w:r>
        <w:rPr>
          <w:lang w:eastAsia="zh-CN"/>
        </w:rPr>
        <w:t>　　一、理论学习使我对工作有了更进一步的认识和了解。</w:t>
      </w:r>
      <w:r>
        <w:rPr>
          <w:lang w:eastAsia="zh-CN"/>
        </w:rPr>
        <w:br/>
      </w:r>
      <w:r>
        <w:rPr>
          <w:lang w:eastAsia="zh-CN"/>
        </w:rPr>
        <w:t>　　不懂就学、就问，是一切进步取得的前提和基矗因为有大学专业课的底子，使我学习工程中对水利工程知识更为容易理解和掌握。工作中时常遇到新的问题，就需要查阅相关资料，请教老同志，一个问题一个问题的解决，一个困难一个困难的克服，不仅能够将原有知识温习巩固，产生新的理解，而且学到很多新知识，有了许多新的认识。但某些认识都还是肤浅的，还需要我在实践当中去不断深入地理解。</w:t>
      </w:r>
      <w:r>
        <w:rPr>
          <w:lang w:eastAsia="zh-CN"/>
        </w:rPr>
        <w:br/>
      </w:r>
      <w:r>
        <w:rPr>
          <w:lang w:eastAsia="zh-CN"/>
        </w:rPr>
        <w:t>　　二、坚持思想政治学习让我的思想理论素养不断得到提高。</w:t>
      </w:r>
      <w:r>
        <w:rPr>
          <w:lang w:eastAsia="zh-CN"/>
        </w:rPr>
        <w:br/>
      </w:r>
      <w:r>
        <w:rPr>
          <w:lang w:eastAsia="zh-CN"/>
        </w:rPr>
        <w:t>　　一直以来，我积极参加单位组织的各种政治思想学习活动。通过不断学习，使自身的思想理论素养得到了进一步的完善，思想上牢固树立了全心全意为人民服务的人生观、价值观。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勤勉的精神和爱岗敬业的职业道德素质是每一项工作顺利开展并最终取得成功的保障。一年以来，我用满腔热情积极、认真、细致地完成好每一项任务，严格遵守各项规章制度，认真履行职责，自觉按规范操作;平时生活中团结同志、尊敬领导，不参与违法乱纪活动，自觉抵制各种不良风气的侵蚀。</w:t>
      </w:r>
      <w:r>
        <w:rPr>
          <w:lang w:eastAsia="zh-CN"/>
        </w:rPr>
        <w:br/>
      </w:r>
      <w:r>
        <w:rPr>
          <w:lang w:eastAsia="zh-CN"/>
        </w:rPr>
        <w:t>　　三、实践让我的业务技能不断增长，工作能力不断加强。</w:t>
      </w:r>
      <w:r>
        <w:rPr>
          <w:lang w:eastAsia="zh-CN"/>
        </w:rPr>
        <w:br/>
      </w:r>
      <w:r>
        <w:rPr>
          <w:lang w:eastAsia="zh-CN"/>
        </w:rPr>
        <w:t>　　刚开始工作时，我是从零开始，一边是同事们的悉心指导，一边是自己对着书本反复琢磨。几个月下来，已经能比较熟练地掌握基本的工作方法和一些简单的技巧，而且已经能够独立完成一些简单的计算和绘图任务。过去的一年中，我先后参与了“地下水生态保护工程”、“跨南水北调改线工程”、“除险加固工程”，“旅游度假村防洪评价工程”，“供水取水口改建工程”，“灌区渡槽施工设计”，“水库除险加固工程”，“灌区续建配套节水改造规划设计”，“灌区续建配套节水改造工程”等9项设计工作。通过实践，我解决实际问题的能力得到了很好的锻炼。</w:t>
      </w:r>
      <w:r>
        <w:rPr>
          <w:lang w:eastAsia="zh-CN"/>
        </w:rPr>
        <w:br/>
      </w:r>
      <w:r>
        <w:rPr>
          <w:lang w:eastAsia="zh-CN"/>
        </w:rPr>
        <w:t>　　在完成各项工作的同时，我还存在着以下几点的不足：一是工作中有时自信心不足，反而出现低级错误;二是在处理一些事情时有时显得较为急躁;三是对一些业务技能特别是应用工程软件还不够熟悉。</w:t>
      </w:r>
      <w:r>
        <w:rPr>
          <w:lang w:eastAsia="zh-CN"/>
        </w:rPr>
        <w:br/>
      </w:r>
      <w:r>
        <w:rPr>
          <w:lang w:eastAsia="zh-CN"/>
        </w:rPr>
        <w:t>　　在今后的工作中，我将发扬成绩，克服不足，朝着以下几个方向努力：</w:t>
      </w:r>
      <w:r>
        <w:rPr>
          <w:lang w:eastAsia="zh-CN"/>
        </w:rPr>
        <w:br/>
      </w:r>
      <w:r>
        <w:rPr>
          <w:lang w:eastAsia="zh-CN"/>
        </w:rPr>
        <w:t>　　1、学无止镜，时代的发展瞬息万变，各种学科知识日新月异。我将坚持不懈地努力学习各种理论知识，并用于指导实践，以更好的适应行业发展的需要。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2、熟练的掌握各种业务技能才能更好的投入工作，我将通过多看、多学、多练来不断的提高自己的各项业务技能。</w:t>
      </w:r>
      <w:r>
        <w:rPr>
          <w:lang w:eastAsia="zh-CN"/>
        </w:rPr>
        <w:br/>
      </w:r>
      <w:r>
        <w:rPr>
          <w:lang w:eastAsia="zh-CN"/>
        </w:rPr>
        <w:t>　　3、业精于勤而荒于嬉，实践是不断取得进步的基矗我要通过实践不断的总结经验，提高自己解决实际问题的能力，并在实践的过程中慢慢克服急躁情绪，积极、热情的对待每一件工作。</w:t>
      </w:r>
      <w:r>
        <w:rPr>
          <w:lang w:eastAsia="zh-CN"/>
        </w:rPr>
        <w:br/>
      </w:r>
      <w:r>
        <w:rPr>
          <w:lang w:eastAsia="zh-CN"/>
        </w:rPr>
        <w:t>　　总之，短短的一年见习期，是我人生角色转换的一年，是我不断成长的一年，也是我对水利事业由陌生进而熟悉、热爱并愿意为之终生默默奉献的一年。</w:t>
      </w:r>
      <w:r>
        <w:rPr>
          <w:lang w:eastAsia="zh-CN"/>
        </w:rPr>
        <w:br/>
      </w:r>
      <w:r>
        <w:rPr>
          <w:lang w:eastAsia="zh-CN"/>
        </w:rPr>
        <w:t xml:space="preserve">    实习期个人自我总结参考 篇7 </w:t>
      </w:r>
      <w:r>
        <w:rPr>
          <w:lang w:eastAsia="zh-CN"/>
        </w:rPr>
        <w:br/>
      </w:r>
      <w:r>
        <w:rPr>
          <w:lang w:eastAsia="zh-CN"/>
        </w:rPr>
        <w:t>　　三个月的试用期对我个人来说是一个硕果累累的阶段。通过三次培训以及与同事和领导的相处，我逐渐开始适应现在的工作和生活。在工作中体会到的领导和同事踏实认真的工作态度值得一提，让我对自己要求更严格，工作做得又好又细致。在此，我必须真诚地向所有领导和同事表示深深的感谢，感谢他们的宽容、鼓励和帮助。以下是我三个月试用期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刚刚离开校园，没有任何工作经验。虽然很多专业知识对我很有吸引力，但还是很奇怪。和其他同事相比，我知道差距很大。而且我也知道我的一个缺点就是急躁和粗心，这在电厂是很忌讳的。所以带着这些担心，刚来时的兴奋渐渐被压力取代，总觉得愧疚自责。经过大家的帮助和自学，逐渐进入工作状态，不安和紧张也逐渐平复，也有了做好工作的自信和决心。刚进厂时老员工给我们的一系列安全教育培训给我留下了深刻的印象。因为忽视任何一个小隐患都有可能导致以后发生大事故。在日常工作中，我始终牢记安全第一、预防为主的方针，向老员工学习，使我个人的安全生产意识不断提高和增强，为电厂的安全高效运行而努力。试用期是学习的主要阶段，通过相同事、值长的热心帮助，我对电厂的各种设备更加熟悉，对一些基本操作也有了掌握。我相信在自己不懈努力和各位同事的无私帮助下我的专业素质肯定会不断得到提高。</w:t>
      </w:r>
      <w:r>
        <w:rPr>
          <w:lang w:eastAsia="zh-CN"/>
        </w:rPr>
        <w:br/>
      </w:r>
      <w:r>
        <w:rPr>
          <w:lang w:eastAsia="zh-CN"/>
        </w:rPr>
        <w:t>　　值班工作包含许多专业知识，在这方面原本的学习基础就不扎实，随着时间的推移，工作量增多，再加上个人学习主动性不强，所以很多问题一知半解，很多操作不能熟练完成。在今后的工作中我应多加强专业方面的学习，同时多向同事请教。电站中设备很多，各种参数需要牢记，只有这样才可以在工作中游刃有余。培训的技能考试暴露出我的很多问题，一些关键设备不很熟悉，一些简单操作不熟练，很多在学校学到的知识并不能运用到实际工作中。电站涉及到的知识很多很杂，这就需要我认真努力学习，虚心请教，只有点滴积累才可以使自己真正成长为一个可以独挡一面的值班员。</w:t>
      </w:r>
      <w:r>
        <w:rPr>
          <w:lang w:eastAsia="zh-CN"/>
        </w:rPr>
        <w:br/>
      </w:r>
      <w:r>
        <w:rPr>
          <w:lang w:eastAsia="zh-CN"/>
        </w:rPr>
        <w:t>　　通过三个月的工作，我发现了自身存在的很多缺点与不足。首先与同事们沟通少，工作时缺乏思考，遇到问题也不注意总结，尤其是在工作中细心不够，又容易急躁，这些都是导致工作不能很好完成。在今后工作中，除了加强工作的认真态度和强烈的责任心外，也应该加强与同事之间的沟通交流，通过不断学习和总结增加自己的知识面，不断提高专业素养不断提高工作水平，将工作完成好。我也会虚心听取同事的批评和纠正，努力提高自己的专业素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将转正的时刻作出以上的总结，是对自己过去的自省也是对今后生活工作的激励。展望邻近的下半年，我意识到，只有行动上有方向，工作上有目标，心中才能真正有底，才能够做到忙而不乱，紧而不散，条理清楚，事事分明，逐步摆脱刚参加工作时只顾埋头干，不知思考总结的现象。当然我们在管理处能安心的工作，愉快的生活也离不开领导们的关怀和照顾，各级领导的关怀和鼓励是我们立志为崔家营发展做出自己贡献的动力，我相信凭借自己的努力和领导们的关怀，我一定会不断进步、不断提高。</w:t>
      </w:r>
      <w:r>
        <w:rPr>
          <w:lang w:eastAsia="zh-CN"/>
        </w:rPr>
        <w:br/>
      </w:r>
      <w:r>
        <w:rPr>
          <w:lang w:eastAsia="zh-CN"/>
        </w:rPr>
        <w:t xml:space="preserve">    实习期个人自我总结参考 篇8 </w:t>
      </w:r>
      <w:r>
        <w:rPr>
          <w:lang w:eastAsia="zh-CN"/>
        </w:rPr>
        <w:br/>
      </w:r>
      <w:r>
        <w:rPr>
          <w:lang w:eastAsia="zh-CN"/>
        </w:rPr>
        <w:t>　　本人在实习期间，尊敬老师，热爱劳动，刻苦学习。</w:t>
      </w:r>
      <w:r>
        <w:rPr>
          <w:lang w:eastAsia="zh-CN"/>
        </w:rPr>
        <w:br/>
      </w:r>
      <w:r>
        <w:rPr>
          <w:lang w:eastAsia="zh-CN"/>
        </w:rPr>
        <w:t>　　在带教老师的帮助下，能掌握常见病与多种病的诊断和治疗。这让我感到很高兴。</w:t>
      </w:r>
      <w:r>
        <w:rPr>
          <w:lang w:eastAsia="zh-CN"/>
        </w:rPr>
        <w:br/>
      </w:r>
      <w:r>
        <w:rPr>
          <w:lang w:eastAsia="zh-CN"/>
        </w:rPr>
        <w:t>　　在实习期间，我非常喜欢我的每一位带教老师。因为她们都尽最大的努力去教我，而我也努力的去学习，彼此都给对方留下了好印象。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内科的时候，刚到那什么也不熟悉，只能看到那些医生每天都很忙，而我却坐在那里，看者他们做事。心里很不爽。心想：我回去呀，不实习了。可是反过来想，父母都已经给我交钱了，不能浪费他们挣的血汗钱呀！第2天的时候，我的带教老师带者我去查病房，查病房回来就该开化验单了，我也不知道怎么开，老师就给我讲了讲，这才明白过来。轮到值班的时候，老师都给我讲了讲在内科的常见病与多发病，让我心里有了个底。在内科我首先会做的第1个检查是：心电图，紧接着就是问病史，写病历，整出院病历。就这样在内科呆了2个月。我该往妇科转了，心里有点依依不舍。</w:t>
      </w:r>
      <w:r>
        <w:rPr>
          <w:lang w:eastAsia="zh-CN"/>
        </w:rPr>
        <w:br/>
      </w:r>
      <w:r>
        <w:rPr>
          <w:lang w:eastAsia="zh-CN"/>
        </w:rPr>
        <w:t>　　在妇科的时候，我的带教老师是主任。刚到那，我看到的就是一大堆病历，我问老师这么多病人，老师说：病人来了快走了快在妇科，手术多，学生少，每天8点上班一直忙到下班，根本没有休息的时间。一上班，先查完房，就跟主任上手术了。手术室对我来说很陌生理主任知道我不了解，就跟我说，你先站在旁边看两次，到上手术的时候你就知道干什么了，我说：恩。开始我一看到血还有点不习惯了，后来跟主任上了2次手术就好了。在做手术的时候，主任教我怎么开刀，打结。</w:t>
      </w:r>
      <w:r>
        <w:rPr>
          <w:lang w:eastAsia="zh-CN"/>
        </w:rPr>
        <w:br/>
      </w:r>
      <w:r>
        <w:rPr>
          <w:lang w:eastAsia="zh-CN"/>
        </w:rPr>
        <w:t>　　在儿科的时候，带教老师给我讲了讲常见病，小儿怎么用药，还告诉我小儿不像成人，不能用的剂量大，否则。</w:t>
      </w:r>
      <w:r>
        <w:rPr>
          <w:lang w:eastAsia="zh-CN"/>
        </w:rPr>
        <w:br/>
      </w:r>
      <w:r>
        <w:rPr>
          <w:lang w:eastAsia="zh-CN"/>
        </w:rPr>
        <w:t>　　在外科的时候，带教老师告诉我怎么包扎伤口，换药，拆线。</w:t>
      </w:r>
      <w:r>
        <w:rPr>
          <w:lang w:eastAsia="zh-CN"/>
        </w:rPr>
        <w:br/>
      </w:r>
      <w:r>
        <w:rPr>
          <w:lang w:eastAsia="zh-CN"/>
        </w:rPr>
        <w:t>　　在院期间，我对待病人就像亲人一样，去关心，去照顾他们，让他们心里感觉到在医院就像在家一样。有时候帮病人打打水，聊聊天。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骨科学习的这四周的期间，在带教老师的指导和其他老师及护士的帮助下，可以将所学的理论与实践较好的联系起来，在老师的悉心指导下学会了看_线片、CT片及MRI片，同时、老师也教了如何基本判断出普通的骨折部位、骨折类型、骨折愈合情况及关节情况。并在每天早晨随同主任及带教老师查房时，将理论知识进一步的巩固扩展，同时形成了善于思考总结的一般习惯，为日后在其他科室更好的学习创造了条件。</w:t>
      </w:r>
      <w:r>
        <w:rPr>
          <w:lang w:eastAsia="zh-CN"/>
        </w:rPr>
        <w:br/>
      </w:r>
      <w:r>
        <w:rPr>
          <w:lang w:eastAsia="zh-CN"/>
        </w:rPr>
        <w:t>　　四周的时间里，每天在早晨为患者换药，熟悉了换药的操作方法、严格掌握了换药的步骤及注意事项、加强了操作时的无菌观念、基本可判断伤口是否感染或愈合、掌握了各个部位手术缝线拆除时间和拆线的注意事项。</w:t>
      </w:r>
      <w:r>
        <w:rPr>
          <w:lang w:eastAsia="zh-CN"/>
        </w:rPr>
        <w:br/>
      </w:r>
      <w:r>
        <w:rPr>
          <w:lang w:eastAsia="zh-CN"/>
        </w:rPr>
        <w:t>　　换药目的：</w:t>
      </w:r>
      <w:r>
        <w:rPr>
          <w:lang w:eastAsia="zh-CN"/>
        </w:rPr>
        <w:br/>
      </w:r>
      <w:r>
        <w:rPr>
          <w:lang w:eastAsia="zh-CN"/>
        </w:rPr>
        <w:t>　　检查伤口、清除伤口分泌物和坏死组织，通畅引流，控制感染，促进伤口愈合。</w:t>
      </w:r>
      <w:r>
        <w:rPr>
          <w:lang w:eastAsia="zh-CN"/>
        </w:rPr>
        <w:br/>
      </w:r>
      <w:r>
        <w:rPr>
          <w:lang w:eastAsia="zh-CN"/>
        </w:rPr>
        <w:t>　　换药的注意事项：</w:t>
      </w:r>
      <w:r>
        <w:rPr>
          <w:lang w:eastAsia="zh-CN"/>
        </w:rPr>
        <w:br/>
      </w:r>
      <w:r>
        <w:rPr>
          <w:lang w:eastAsia="zh-CN"/>
        </w:rPr>
        <w:t>　　1、严格遵守无菌外科技术，换药者如已接触伤口的绷带和敷料，不应再接触换药车或者无菌换药碗。需要物件时可由护士供给或者洗手后再取。各种无菌棉球、无菌敷料从容器取出后，不得放回原容器内。</w:t>
      </w:r>
      <w:r>
        <w:rPr>
          <w:lang w:eastAsia="zh-CN"/>
        </w:rPr>
        <w:br/>
      </w:r>
      <w:r>
        <w:rPr>
          <w:lang w:eastAsia="zh-CN"/>
        </w:rPr>
        <w:t>　　2、换药者应先换清洁的伤口，如拆线等，然后再换感染伤口，最后为严重感染的伤口换药。</w:t>
      </w:r>
      <w:r>
        <w:rPr>
          <w:lang w:eastAsia="zh-CN"/>
        </w:rPr>
        <w:br/>
      </w:r>
      <w:r>
        <w:rPr>
          <w:lang w:eastAsia="zh-CN"/>
        </w:rPr>
        <w:t>　　3、换药时应注意取去伤口内的异物，如：线头、死骨、弹片、腐肉等，并核对引流物的数目是否正确。</w:t>
      </w:r>
      <w:r>
        <w:rPr>
          <w:lang w:eastAsia="zh-CN"/>
        </w:rPr>
        <w:br/>
      </w:r>
      <w:r>
        <w:rPr>
          <w:lang w:eastAsia="zh-CN"/>
        </w:rPr>
        <w:t>　　4、换药动作应该轻柔、保护健康组织。</w:t>
      </w:r>
      <w:r>
        <w:rPr>
          <w:lang w:eastAsia="zh-CN"/>
        </w:rPr>
        <w:br/>
      </w:r>
      <w:r>
        <w:rPr>
          <w:lang w:eastAsia="zh-CN"/>
        </w:rPr>
        <w:t>　　5、每次换药完毕，必须将一切用具放回指定的位置，认真清洗双手后方可给另一患者换药。</w:t>
      </w:r>
      <w:r>
        <w:rPr>
          <w:lang w:eastAsia="zh-CN"/>
        </w:rPr>
        <w:br/>
      </w:r>
      <w:r>
        <w:rPr>
          <w:lang w:eastAsia="zh-CN"/>
        </w:rPr>
        <w:t>　　手术后拆线适应症：</w:t>
      </w:r>
      <w:r>
        <w:rPr>
          <w:lang w:eastAsia="zh-CN"/>
        </w:rPr>
        <w:br/>
      </w:r>
      <w:r>
        <w:rPr>
          <w:lang w:eastAsia="zh-CN"/>
        </w:rPr>
        <w:t>　　1、无菌手术切口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2、局部及全身无异常表现</w:t>
      </w:r>
      <w:r>
        <w:rPr>
          <w:lang w:eastAsia="zh-CN"/>
        </w:rPr>
        <w:br/>
      </w:r>
      <w:r>
        <w:rPr>
          <w:lang w:eastAsia="zh-CN"/>
        </w:rPr>
        <w:t>　　3、已到拆线时间</w:t>
      </w:r>
      <w:r>
        <w:rPr>
          <w:lang w:eastAsia="zh-CN"/>
        </w:rPr>
        <w:br/>
      </w:r>
      <w:r>
        <w:rPr>
          <w:lang w:eastAsia="zh-CN"/>
        </w:rPr>
        <w:t>　　4、切口愈合良好者</w:t>
      </w:r>
      <w:r>
        <w:rPr>
          <w:lang w:eastAsia="zh-CN"/>
        </w:rPr>
        <w:br/>
      </w:r>
      <w:r>
        <w:rPr>
          <w:lang w:eastAsia="zh-CN"/>
        </w:rPr>
        <w:t>　　5、伤口有红、肿、热、痛等明显感染者应提前拆线</w:t>
      </w:r>
      <w:r>
        <w:rPr>
          <w:lang w:eastAsia="zh-CN"/>
        </w:rPr>
        <w:br/>
      </w:r>
      <w:r>
        <w:rPr>
          <w:lang w:eastAsia="zh-CN"/>
        </w:rPr>
        <w:t>　　手术后拆线禁忌症：</w:t>
      </w:r>
      <w:r>
        <w:rPr>
          <w:lang w:eastAsia="zh-CN"/>
        </w:rPr>
        <w:br/>
      </w:r>
      <w:r>
        <w:rPr>
          <w:lang w:eastAsia="zh-CN"/>
        </w:rPr>
        <w:t>　　1、有严重贫血、消瘦、轻度恶病质者。</w:t>
      </w:r>
      <w:r>
        <w:rPr>
          <w:lang w:eastAsia="zh-CN"/>
        </w:rPr>
        <w:br/>
      </w:r>
      <w:r>
        <w:rPr>
          <w:lang w:eastAsia="zh-CN"/>
        </w:rPr>
        <w:t>　　2、严重失水或者电解质紊乱</w:t>
      </w:r>
      <w:r>
        <w:rPr>
          <w:lang w:eastAsia="zh-CN"/>
        </w:rPr>
        <w:br/>
      </w:r>
      <w:r>
        <w:rPr>
          <w:lang w:eastAsia="zh-CN"/>
        </w:rPr>
        <w:t>　　3、老年患者及婴幼儿</w:t>
      </w:r>
      <w:r>
        <w:rPr>
          <w:lang w:eastAsia="zh-CN"/>
        </w:rPr>
        <w:br/>
      </w:r>
      <w:r>
        <w:rPr>
          <w:lang w:eastAsia="zh-CN"/>
        </w:rPr>
        <w:t>　　4、咳嗽没有控制时，胸部、腹部切口应延迟拆线</w:t>
      </w:r>
      <w:r>
        <w:rPr>
          <w:lang w:eastAsia="zh-CN"/>
        </w:rPr>
        <w:br/>
      </w:r>
      <w:r>
        <w:rPr>
          <w:lang w:eastAsia="zh-CN"/>
        </w:rPr>
        <w:t>　　来新入病人时，对于新入病人的一般处理：</w:t>
      </w:r>
      <w:r>
        <w:rPr>
          <w:lang w:eastAsia="zh-CN"/>
        </w:rPr>
        <w:br/>
      </w:r>
      <w:r>
        <w:rPr>
          <w:lang w:eastAsia="zh-CN"/>
        </w:rPr>
        <w:t>　　1、开放性外伤者，根据患者具体情况在全身性医学专用、腰硬联合医学专用、硬膜外医学专用、局部医学专用行急诊紧急手术。</w:t>
      </w:r>
      <w:r>
        <w:rPr>
          <w:lang w:eastAsia="zh-CN"/>
        </w:rPr>
        <w:br/>
      </w:r>
      <w:r>
        <w:rPr>
          <w:lang w:eastAsia="zh-CN"/>
        </w:rPr>
        <w:t>　　首先，用碘伏消毒伤口周围皮肤，由中心向四周重复三遍。然后用双氧水和生理盐水交替清洗伤口，必须彻底清洗三遍，清除异物及坏死组织后逐层缝合</w:t>
      </w:r>
      <w:r>
        <w:rPr>
          <w:lang w:eastAsia="zh-CN"/>
        </w:rPr>
        <w:br/>
      </w:r>
      <w:r>
        <w:rPr>
          <w:lang w:eastAsia="zh-CN"/>
        </w:rPr>
        <w:t>　　2、闭合性骨折以及简单关节脱位者，行石膏固定术或者悬吊固定术。（石膏固定时上肢12层，下肢14层，40度以上热水侵泡，等无气泡再产生时，捞出挤出多余水份，拉平石膏，垫上毛巾进行塑形固定）</w:t>
      </w:r>
      <w:r>
        <w:rPr>
          <w:lang w:eastAsia="zh-CN"/>
        </w:rPr>
        <w:br/>
      </w:r>
      <w:r>
        <w:rPr>
          <w:lang w:eastAsia="zh-CN"/>
        </w:rPr>
        <w:t>　　3、有手术适应症及手法复位失败者再用绷带包扎固定即可，在完善各项术前检查后，择期手术。</w:t>
      </w:r>
      <w:r>
        <w:rPr>
          <w:lang w:eastAsia="zh-CN"/>
        </w:rPr>
        <w:br/>
      </w:r>
      <w:r>
        <w:rPr>
          <w:lang w:eastAsia="zh-CN"/>
        </w:rPr>
        <w:t>　　手术操作中严格遵守无菌原则以及在手术中的一些基本操作。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总之感谢各位老师们给我的悉心教导以及其他各位老师的耐心指导。我将会以更积极主动的工作态度、更扎实牢固的操作技能、更丰富深厚的理论知识、走进接下来的科室，提高医学理论基础，增强临床工作能力，对待工作尽心尽责！</w:t>
      </w:r>
      <w:r>
        <w:rPr>
          <w:lang w:eastAsia="zh-CN"/>
        </w:rPr>
        <w:br/>
      </w:r>
      <w:r>
        <w:rPr>
          <w:lang w:eastAsia="zh-CN"/>
        </w:rPr>
        <w:t xml:space="preserve">    实习期个人自我总结参考 篇9 </w:t>
      </w:r>
      <w:r>
        <w:rPr>
          <w:lang w:eastAsia="zh-CN"/>
        </w:rPr>
        <w:br/>
      </w:r>
      <w:r>
        <w:rPr>
          <w:lang w:eastAsia="zh-CN"/>
        </w:rPr>
        <w:t>　　来恒信工作已经两个月，一个不算很长但也不算短的时间了。犹记当初，带着家人的反对和同学的不理解，放弃了国企很好的工资和福利待遇，来到在合肥刚刚起步的一家私企工作，确实顶了很大的压力，但有失去就有收获，到现在我仍然认为，来合肥恒信工作这两个月，选择是十分明智且正确的。</w:t>
      </w:r>
      <w:r>
        <w:rPr>
          <w:lang w:eastAsia="zh-CN"/>
        </w:rPr>
        <w:br/>
      </w:r>
      <w:r>
        <w:rPr>
          <w:lang w:eastAsia="zh-CN"/>
        </w:rPr>
        <w:t>　　一直从学校到学校，没有从事一份真正工作的经历，所以刚来公司，我不知道自己未来的方向，叫我做什么我就完成什么，二维工程制图，三维模型建立，工厂机器调试记录，去天津做实验，电话联络客户，和领导一起出去谈判，我都参与过。很感谢公司对我的重视，这些事都让我去参与、去实践、去锻炼，我也从中学到了很多。</w:t>
      </w:r>
      <w:r>
        <w:rPr>
          <w:lang w:eastAsia="zh-CN"/>
        </w:rPr>
        <w:br/>
      </w:r>
      <w:r>
        <w:rPr>
          <w:lang w:eastAsia="zh-CN"/>
        </w:rPr>
        <w:t>　　下面详细介绍下我的工作：</w:t>
      </w:r>
      <w:r>
        <w:rPr>
          <w:lang w:eastAsia="zh-CN"/>
        </w:rPr>
        <w:br/>
      </w:r>
      <w:r>
        <w:rPr>
          <w:lang w:eastAsia="zh-CN"/>
        </w:rPr>
        <w:t>　　1.二维工程制图：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二维工程制图从开始读研算起，已经三年没有遇见，autocad软件也有三年多没有接触，但在这刚开始的两个月，二维工程制图已成为我工作的重要一部分，从最开始的2.0/2.4进气歧管的二维工程图纸的修改尺寸公差，到水星公司罩盖和油底壳的工程图纸的完全模拟重画，再到1.8罩盖以及其上面三个小块挡板工程图纸的完全设计，我正在一步步熟悉，一步步地前进，水星公司二维图纸，竟成为李工作为典范让王斌在绘图时参考的标准，虽然他以为这是水星公司的原版，但尺寸的标注，我觉得我标的比水星公司的更清晰，更符合中国人看图的思路。最近的这次1.8罩盖三个小挡块工程图纸的完全设计，从开始到结束一共不到一个半小时，平均每半个小时就可以完成一幅二维工程图。但有一点我得承认我的不足，由于对塑料工艺的不熟悉，在标注尺寸公差时感觉没有概念，这也许就是塑料件和铁件工艺的不同之处。</w:t>
      </w:r>
      <w:r>
        <w:rPr>
          <w:lang w:eastAsia="zh-CN"/>
        </w:rPr>
        <w:br/>
      </w:r>
      <w:r>
        <w:rPr>
          <w:lang w:eastAsia="zh-CN"/>
        </w:rPr>
        <w:t>　　2.三维模型建立：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三维模型的建立对我来说倒不陌生，因为在读研期间，无论是在做零部件的有限元分析，还是做整车的运动学以及动力学分析，都需要三维模型，虽然这些三维立体模型都由厂家直接提供，但考虑到有限元模型前处理的复杂性，我还是学了一些三维模型建立方面的知识，以帮助我缩短有限元分析前处理的时间，毕竟，有的时候直接在cad软件里修改模型比cae软件里修改要简单的多。在这工作的两个月里，做过的一次三维建模就是1.8罩盖模型的缝合，虽然最后由于技术和时间问题，最后交给博创公司去完成，把所有的责任推给我，但我还是要解释下，这个模型，我只是做缝合，将已经建好的片体全部缝起来，那段时间，很多天都是加班到很晚，我很想完成好，但好几次，我都在辛苦劳动了一天后，第二天被通知某个地方需要修改，然后要求全部重做，导致前一天的工作白做。虽然最后把所有的责任归咎到我，我也接受，因为这个模型我参与了，我觉得我有责任去承担。但有一点说明我必须要提，把所有的面全缝好确实没有500m大小，但其中很多重复面都在一次又一次的修改后没有删除，我愿意承担这个责任，是因为我自己觉得在三维建模方法上，我有很多不足，我要告诫自己以后要好好学习三维建模。</w:t>
      </w:r>
      <w:r>
        <w:rPr>
          <w:lang w:eastAsia="zh-CN"/>
        </w:rPr>
        <w:br/>
      </w:r>
      <w:r>
        <w:rPr>
          <w:lang w:eastAsia="zh-CN"/>
        </w:rPr>
        <w:t>　　3.工厂机器调试：</w:t>
      </w:r>
      <w:r>
        <w:rPr>
          <w:lang w:eastAsia="zh-CN"/>
        </w:rPr>
        <w:br/>
      </w:r>
      <w:r>
        <w:rPr>
          <w:lang w:eastAsia="zh-CN"/>
        </w:rPr>
        <w:t>　　这个我做的时间也就几天，没有太多了解，由于读研时周围大部分同学都从事控制理论，觉得这个机器要达到理想工作，并不是太难，毕竟，出问题的热嵌设备所作动作都很简单，不需要太深奥的控制理论，把机器的精度提高上去就行。</w:t>
      </w:r>
      <w:r>
        <w:rPr>
          <w:lang w:eastAsia="zh-CN"/>
        </w:rPr>
        <w:br/>
      </w:r>
      <w:r>
        <w:rPr>
          <w:lang w:eastAsia="zh-CN"/>
        </w:rPr>
        <w:t>　　4.去天津做实验：</w:t>
      </w:r>
      <w:r>
        <w:rPr>
          <w:lang w:eastAsia="zh-CN"/>
        </w:rPr>
        <w:br/>
      </w:r>
      <w:r>
        <w:rPr>
          <w:lang w:eastAsia="zh-CN"/>
        </w:rPr>
        <w:t>　　一开始，我以为这个实验很重要，我和江淮那名工程师都是很小心很认真地去对待这个实验，每个实验步骤当时都很认真地作下记录，以为这个实验的结果会对以后有很大的影响，但回来后，在一次与我一道去参加试验的江淮那名工程师的聊天中得知，这个试验根本就不是什么对比实验，我们公司做的快速成型件完全是江淮找设计公司全新设计的一个进气管，和三菱那个进口的进气管完全不一样，江淮叫我们做这个实验的目的，是带着一种期盼奇迹会出现的幻想，幻想最后的结果会和进口进气歧管一模一样，不过很遗憾，结果没有实现。</w:t>
      </w:r>
      <w:r>
        <w:rPr>
          <w:lang w:eastAsia="zh-CN"/>
        </w:rPr>
        <w:br/>
      </w:r>
      <w:r>
        <w:rPr>
          <w:lang w:eastAsia="zh-CN"/>
        </w:rPr>
        <w:t>　　5.电话联络客户：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这个最典型的工作就是和psm公司关于嵌件修改的问题了，陈总也多次批评过，说我在说话方式上过于谦让，这个嵌件样件最初我们要求的是15个样件，再到30个，再到50个，我觉得我们采取的就该是这种相互协商的口气，我承认，陈总的方式没有错，我们作为需求方，有理由理直气壮要求供货方无条件答应我们的要求，不过最后的结果还是很不错的，psm公司的联系人员答应了我们不断提高需求样件个数的要求，也和我说过她在很努力地和无锡那边在联系，加快速度，最后交付的日期也只比陈总要求的7月20日寄出晚了一天，严格来说，双方都算很满意地完成了这批样件的工作，毕竟作为贸易，双方都能满意互赢，那是的结果。</w:t>
      </w:r>
      <w:r>
        <w:rPr>
          <w:lang w:eastAsia="zh-CN"/>
        </w:rPr>
        <w:br/>
      </w:r>
      <w:r>
        <w:rPr>
          <w:lang w:eastAsia="zh-CN"/>
        </w:rPr>
        <w:t>　　6.和领导一起出去谈判：</w:t>
      </w:r>
      <w:r>
        <w:rPr>
          <w:lang w:eastAsia="zh-CN"/>
        </w:rPr>
        <w:br/>
      </w:r>
      <w:r>
        <w:rPr>
          <w:lang w:eastAsia="zh-CN"/>
        </w:rPr>
        <w:t>　　陈总谈判的坚定，这个我觉得是我最该好好学习的地方，我们该做的不该做的，在谈判之前，自己心里首先了如指掌，在谈判的过程中，让对方知道我们的实力，不敢轻视，表达出自己明确的立场，但又不至于太强硬，给对方太大压力，谈判时这个度的问题，很难把握，也是陈总一再提醒我的地方，在这方面，我有很多不足，但我知道，最主要的原因是因为我所知道的知识面太窄，心中无底，那是不可能做到缩放自如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以上就是我在这实习期两个月的主要工作，很遗憾，和自己读研期间一直从事的零部件有限元分析以及整个系统的运动学与动力学分析没有一点关系，一直在用自己非专业的一面在从事工作，但自我感觉，是另外一种补充，另外一种充实，我并没有感觉到什么不理解，毕竟公司目前还用不到有限元分析这一块，系统运动学与动力学分析估计可能永远都会用不到，但公司所需的，就是我们要做的，好在陈总说过有限元分析这块以后我们会自己做，并且我已经向陈总说过，basf的有限元分析需要对方向我们提供一些指导和培训，叫我们去参与见习下，目前，我可以确保的就是我们的零件在有限元分析最重要最费时的前处理方面，我去做绝对不存在任何问题，但加载的正确性以及对分析结果的评判，是我们目前需要知道学习的地方，不过也很容易知道，毕竟这个没有什么技术含量，一般都是软件自身设计好的，程序化了，只需要basf说明一下过程，列下边界条件给我们就行，或者参考一些塑料件的分析资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最后，说一下对公司的印象。在公司的两个月，大大小小也算知道了些情况，公司的前景，只要不出什么大差错，把一切预计的都很好地完成，严格意义上来说，还是很不错的。在这两个月中，我深刻体会到，公司中的很多员工，像陈总，钱部长和张部长，他们目前真正把公司的事当作自己的事业在做，我很敬重，也会努力向他们学习，当然，公司中的很多人，他们都很努力地在工作，不管他们比我早，还是比我晚来公司，我都很敬重，在公司，他们也配得上被尊重，因为他们足够的认真，只要是好的方面，我都该去学习，去尊重。我承认在刚开始来公司工作时，由于是第一次真正意义上的工作，把一切都太理想化，也表现过一些浮躁，但在公司让我接受1.1项目的工作后，我的工作态度已经开始在转变了，有段时间，我对这个1.1项目，表现得比谁都着急，虽然表面上无论什么事，我都表现得很平静，但内心里，我自己明白，我也已经逐渐在开始我的事业了，这也是我觉得在这两个月我改变的地方。在这两个月中，也经历了公司的一些人员离职，我也和某些表示也许会离开公司的人员谈过心，和他们说过，不管出于什么原因，觉得他们的离开对公司都有或大或小的损失，可以算得上是一种对公司的不负责任，毕竟在公司都工作这么长时间，对公司的一切都很了解，公司要重新找个人去代替，都是非常的不容易，并且公司目前正处于用人之际，不能因为某些个人原因就决定辞职，不像我刚来，即使离职了，双方也几乎都没什么损失，不过人各有志，每个人都有对自己命运的选择权，具体怎么选就看自己怎么决定，无法勉强。</w:t>
      </w:r>
      <w:r>
        <w:rPr>
          <w:lang w:eastAsia="zh-CN"/>
        </w:rPr>
        <w:br/>
      </w:r>
      <w:r>
        <w:rPr>
          <w:lang w:eastAsia="zh-CN"/>
        </w:rPr>
        <w:t>　　以上就是我这两个月的工作总结，写的过于宽泛，但文字不能说明一切，具体的还是得在实践中检验，所谓的_者迷，旁观者清，也许这个工作总结不该由本人来填写，因为不够客观。很想和合肥恒信一起，一步步地进步，一步步地壮大，让越来越多的人知道和了解合肥恒信汽车发动机部件制造有限公司这个名字，而不像现在，直到在天津做完实验的最后一天，天津大学的老师才能完整说出合肥恒信汽车发动机部件制造有限公司这个名字;不像现在，合肥的ems好几次都以找不到公司的地址为由不投递快递;而不像现在，每次在和第一次来公司的人员介绍怎么走时，都听见别人在提天洋药业对面或者加油站旁边。</w:t>
      </w:r>
      <w:r>
        <w:rPr>
          <w:lang w:eastAsia="zh-CN"/>
        </w:rPr>
        <w:br/>
      </w:r>
      <w:r>
        <w:rPr>
          <w:lang w:eastAsia="zh-CN"/>
        </w:rPr>
        <w:t xml:space="preserve">    实习期个人自我总结参考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青春似岁月，时间如流水般转瞬即逝，短短的实习生活在忙碌和琐碎中悄然而去，回首在那些日子，脑海里留下了深深的印迹，在实习过程中虽然有过伤痛与疲惫，有过彷徨与失落，但最多的还是欣慰。</w:t>
      </w:r>
      <w:r>
        <w:rPr>
          <w:lang w:eastAsia="zh-CN"/>
        </w:rPr>
        <w:br/>
      </w:r>
      <w:r>
        <w:rPr>
          <w:lang w:eastAsia="zh-CN"/>
        </w:rPr>
        <w:t>　　学院给我们顶岗实习这一门课对于我们来说是一个锻炼自己的好机会，使我在这半年的实习期间学到了很多在学校里学不到的东西，也提高了自己的动手能力，同时也认识了很多真诚的朋友和善待我的同事。现将我的顶岗实习经历总结如下。</w:t>
      </w:r>
      <w:r>
        <w:rPr>
          <w:lang w:eastAsia="zh-CN"/>
        </w:rPr>
        <w:br/>
      </w:r>
      <w:r>
        <w:rPr>
          <w:lang w:eastAsia="zh-CN"/>
        </w:rPr>
        <w:t>　　1、学习阶段</w:t>
      </w:r>
      <w:r>
        <w:rPr>
          <w:lang w:eastAsia="zh-CN"/>
        </w:rPr>
        <w:br/>
      </w:r>
      <w:r>
        <w:rPr>
          <w:lang w:eastAsia="zh-CN"/>
        </w:rPr>
        <w:t>　　20_年_月_日，我怀着美好的期盼来到_办公室开始了我的顶岗实习生活，在实习的过程中让我感慨良多，在领导的关怀与同事的帮助下，顺利完成了顶岗实习这门课程，家一样的工作环境让我很快的融入了这个集体，使我成为一名自立、自强、自信的办公室文秘工作者。</w:t>
      </w:r>
      <w:r>
        <w:rPr>
          <w:lang w:eastAsia="zh-CN"/>
        </w:rPr>
        <w:br/>
      </w:r>
      <w:r>
        <w:rPr>
          <w:lang w:eastAsia="zh-CN"/>
        </w:rPr>
        <w:t>　　在我刚来到办公室的时候，感觉真的很陌生，一个原因是刚换了一个新的环境，而且我自己从来就没接触过这一行业，对于这一份工作无从下手，与同事交流的时候放不开。因此实习的第一周我的主要任务是适应现在的工作环境，梳理好同事之间的关系，同时了解我们单位的一些工作性质，及其相关的技能要求。</w:t>
      </w:r>
      <w:r>
        <w:rPr>
          <w:lang w:eastAsia="zh-CN"/>
        </w:rPr>
        <w:br/>
      </w:r>
      <w:r>
        <w:rPr>
          <w:lang w:eastAsia="zh-CN"/>
        </w:rPr>
        <w:t>　　我主要负责的工作内容是办公室文秘。在这一过程中，我采用了看、问、学等方式，初步了解了政府文秘工作中的具体业务知识。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主要是上情下达、下情上传，发挥枢纽作用;协调领导机关、领导同志筹备会议，处理文件，发挥助手作用;草拟文件、处理信息、搞好调查研究，使领导及时掌握各4种重要情况，发挥参谋作用。办公室工作的主要职能，一是办事，二是当参谋。办事有办文、办会、办信、办机要交通、办电话、值班及其他工作等等。</w:t>
      </w:r>
      <w:r>
        <w:rPr>
          <w:lang w:eastAsia="zh-CN"/>
        </w:rPr>
        <w:br/>
      </w:r>
      <w:r>
        <w:rPr>
          <w:lang w:eastAsia="zh-CN"/>
        </w:rPr>
        <w:t>　　2、实践阶段</w:t>
      </w:r>
      <w:r>
        <w:rPr>
          <w:lang w:eastAsia="zh-CN"/>
        </w:rPr>
        <w:br/>
      </w:r>
      <w:r>
        <w:rPr>
          <w:lang w:eastAsia="zh-CN"/>
        </w:rPr>
        <w:t>　　办公室里的办公用具主要有2台电脑、一部电话、一部传真机，一台打印机和一台复印机，一开始我便是在熟悉各种用具的具体使用方法以及时常用到的物品所在位置，好在原来也接触过一些，上手不是很难，很快便能协助同事完成一些简单的工作。</w:t>
      </w:r>
      <w:r>
        <w:rPr>
          <w:lang w:eastAsia="zh-CN"/>
        </w:rPr>
        <w:br/>
      </w:r>
      <w:r>
        <w:rPr>
          <w:lang w:eastAsia="zh-CN"/>
        </w:rPr>
        <w:t>　　由于我到办公室的时间正好是年底，这个时间正赶上年终总结和绩效考评，办公室的同事都十分忙碌。然后我有了两个感悟，第一个感悟是单位越忙，适应的越快，学的越快、越多：第二个感悟是加班，特别是熬夜加班是培养同事友谊的最快方法。</w:t>
      </w:r>
      <w:r>
        <w:rPr>
          <w:lang w:eastAsia="zh-CN"/>
        </w:rPr>
        <w:br/>
      </w:r>
      <w:r>
        <w:rPr>
          <w:lang w:eastAsia="zh-CN"/>
        </w:rPr>
        <w:t>　　在这个办公室里，各个部门和全乡镇的群众人来人往，我首先意识到我必须认得其他部门的同事，也就是整个政府的所有人，后来我发现这还不够，我至少还要认得各个村委的村两委成员。仿佛是回到来了大一开学参加学生会的时候，学生会给的第一个任务是认识老师和学长学姐，并在例会上抽查我们，这时我好像明白了老师及学长学姐的良苦用心，并且心存感激。</w:t>
      </w:r>
      <w:r>
        <w:rPr>
          <w:lang w:eastAsia="zh-CN"/>
        </w:rPr>
        <w:br/>
      </w:r>
      <w:r>
        <w:rPr>
          <w:lang w:eastAsia="zh-CN"/>
        </w:rPr>
        <w:t>　　有了第一次的经验，第二次我当然不会那么无措。同事和领导都很照顾，知道我是刚来的实习生，会主动为我介绍来办公室的人，告诉要怎么做，我有不懂的问他们时，他们都很有耐心的回答我，久而久之对于这份工作我就渐渐熟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工作中，互相谅解与帮助使我很感激他们。大家相处的很好，没有什么隔合。有几次要回学校办点事，去向领导请几小时的假，领导也都很体谅，直接就给批假了。这个时候心里很开心;遇到一个如此好说话的领导。所以，感觉现在的工作挺不错的，最重要的事就是周围的同事都很不错的。心里上没有什么额外的，不必要的压力，可以好好工作，学习。</w:t>
      </w:r>
      <w:r>
        <w:rPr>
          <w:lang w:eastAsia="zh-CN"/>
        </w:rPr>
        <w:br/>
      </w:r>
      <w:r>
        <w:rPr>
          <w:lang w:eastAsia="zh-CN"/>
        </w:rPr>
        <w:t>　　_公室作为党委、政府的日常办事机构，承担着服务全局、协调各方的重任，工作量大，涉及面广，这就要求秘书必须加强学习，不断提升自己的能力。主要有以下五点：</w:t>
      </w:r>
      <w:r>
        <w:rPr>
          <w:lang w:eastAsia="zh-CN"/>
        </w:rPr>
        <w:br/>
      </w:r>
      <w:r>
        <w:rPr>
          <w:lang w:eastAsia="zh-CN"/>
        </w:rPr>
        <w:t>　　1、提升语言表达能力</w:t>
      </w:r>
      <w:r>
        <w:rPr>
          <w:lang w:eastAsia="zh-CN"/>
        </w:rPr>
        <w:br/>
      </w:r>
      <w:r>
        <w:rPr>
          <w:lang w:eastAsia="zh-CN"/>
        </w:rPr>
        <w:t>　　2、提升书面写作能力</w:t>
      </w:r>
      <w:r>
        <w:rPr>
          <w:lang w:eastAsia="zh-CN"/>
        </w:rPr>
        <w:br/>
      </w:r>
      <w:r>
        <w:rPr>
          <w:lang w:eastAsia="zh-CN"/>
        </w:rPr>
        <w:t>　　3、提升实践调研能力四、提升综合协调能力</w:t>
      </w:r>
      <w:r>
        <w:rPr>
          <w:lang w:eastAsia="zh-CN"/>
        </w:rPr>
        <w:br/>
      </w:r>
      <w:r>
        <w:rPr>
          <w:lang w:eastAsia="zh-CN"/>
        </w:rPr>
        <w:t>　　4、提升参谋服务能力</w:t>
      </w:r>
      <w:r>
        <w:rPr>
          <w:lang w:eastAsia="zh-CN"/>
        </w:rPr>
        <w:br/>
      </w:r>
      <w:r>
        <w:rPr>
          <w:lang w:eastAsia="zh-CN"/>
        </w:rPr>
        <w:t>　　5、“艰辛知人生，实践长才干”。</w:t>
      </w:r>
      <w:r>
        <w:rPr>
          <w:lang w:eastAsia="zh-CN"/>
        </w:rPr>
        <w:br/>
      </w:r>
      <w:r>
        <w:rPr>
          <w:lang w:eastAsia="zh-CN"/>
        </w:rPr>
        <w:t>　　要努力把工作激情与实事求是、与科学态度、与埋头实干有机结合起来，从小事做起，从一点一滴作起，从基础工作做起，脚踏实地，专心做事，在实践中积累经验、增长才干，提升能力。</w:t>
      </w:r>
      <w:r>
        <w:rPr>
          <w:lang w:eastAsia="zh-CN"/>
        </w:rPr>
        <w:br/>
      </w:r>
      <w:r>
        <w:rPr>
          <w:lang w:eastAsia="zh-CN"/>
        </w:rPr>
        <w:t>　　针对秘书这个职位的特点，遇到挫折时，不妨从调整心态来舒解压力，面对挫折。古曰“天降大任于斯人也，必先苦其心志，劳其筋骨，饿其体肤，空乏其身，行拂乱其所为，增益其所不能。”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学会自我宽慰，能容忍挫折，要心怀坦荡，情绪乐观，发奋图强。善于化压力为动力，改变内心的压抑状态，以求身心的轻松，重新争取成功，从而让目光面向未来。</w:t>
      </w:r>
      <w:r>
        <w:rPr>
          <w:lang w:eastAsia="zh-CN"/>
        </w:rPr>
        <w:br/>
      </w:r>
      <w:r>
        <w:rPr>
          <w:lang w:eastAsia="zh-CN"/>
        </w:rPr>
        <w:t xml:space="preserve">    实习期个人自我总结参考 篇11 </w:t>
      </w:r>
      <w:r>
        <w:rPr>
          <w:lang w:eastAsia="zh-CN"/>
        </w:rPr>
        <w:br/>
      </w:r>
      <w:r>
        <w:rPr>
          <w:lang w:eastAsia="zh-CN"/>
        </w:rPr>
        <w:t>　　为期一个月的实习在忙碌又充实的每一天中画上了圆满的句号，基于当下，着眼于未来，认真仔细地总结经验是很有必要的。那么在此，首先就从我实习的单位开始介绍起。</w:t>
      </w:r>
      <w:r>
        <w:rPr>
          <w:lang w:eastAsia="zh-CN"/>
        </w:rPr>
        <w:br/>
      </w:r>
      <w:r>
        <w:rPr>
          <w:lang w:eastAsia="zh-CN"/>
        </w:rPr>
        <w:t>　　一、实习单位概况</w:t>
      </w:r>
      <w:r>
        <w:rPr>
          <w:lang w:eastAsia="zh-CN"/>
        </w:rPr>
        <w:br/>
      </w:r>
      <w:r>
        <w:rPr>
          <w:lang w:eastAsia="zh-CN"/>
        </w:rPr>
        <w:t>　　_市位于_中部，全市辖6县1区，119个乡镇，2个街道办事处，市政府驻地为_区。总人口301万人，其中农村人口267万人。随着科学发展观的提出和群众路线教育活动的深入开展，关注民生问题、保障民生事业蓬勃有序发展成为摆在政府面前的重要任务，而地方民政部门对此承担着重大的责任。诸如城乡低保、医疗救助、赈灾、五保户、社会组织、基层政权民主建设、福利彩票、丧葬、婚姻等关乎民生问题的事物都属于民政部门的业务范畴。_市_区民政局是_区政府下设的政府职能部门，负责全区各项民政事业的开展。民政局下设双拥办、老龄委、救灾救济股、社会救助股、社会福利股、民政综合股等科室，同时还下属三个事业单位，分别是_区殡仪馆、_区殡葬所、_区救助管理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对民政系统的机构设置和工作业务有了初步的认识后，为更好地实现专业技能的运用，我决定到基层第一线，用实践检验自己的能力水平和专业素养。于是我申请来到_区民政局下属的事业单位_区救助管理站，救助站承担着流浪乞讨人员的救助、管理、教育、护送和安置以及对流浪未成年人实施保护性救助等工作。工作面向的人群多为弱势群体，可以说开展社会工作专业活动有较大的空间。受助人员在参与社会互动的过程中缺乏有效的参与方式，对自我能力的挖掘和整合能力不足，同时对自我认知和接纳处于明显的不自信状态，这就需要通过加以引导，帮助他们重新整合和接纳自我，在社会实现互参与中增能。社会工作者以其专业特点和使命，理所应当地承担了这个重要的任务。</w:t>
      </w:r>
      <w:r>
        <w:rPr>
          <w:lang w:eastAsia="zh-CN"/>
        </w:rPr>
        <w:br/>
      </w:r>
      <w:r>
        <w:rPr>
          <w:lang w:eastAsia="zh-CN"/>
        </w:rPr>
        <w:t>　　二、实习岗位职责的内容</w:t>
      </w:r>
      <w:r>
        <w:rPr>
          <w:lang w:eastAsia="zh-CN"/>
        </w:rPr>
        <w:br/>
      </w:r>
      <w:r>
        <w:rPr>
          <w:lang w:eastAsia="zh-CN"/>
        </w:rPr>
        <w:t>　　_区救助管理站承担着跨区接送城市流浪乞讨人员的任务，其任务量之大，难度之深，都是不容忽视的。因此我在实习岗位要求：</w:t>
      </w:r>
      <w:r>
        <w:rPr>
          <w:lang w:eastAsia="zh-CN"/>
        </w:rPr>
        <w:br/>
      </w:r>
      <w:r>
        <w:rPr>
          <w:lang w:eastAsia="zh-CN"/>
        </w:rPr>
        <w:t>　　1、每周值班一次，每次两天(每天24小时在岗);</w:t>
      </w:r>
      <w:r>
        <w:rPr>
          <w:lang w:eastAsia="zh-CN"/>
        </w:rPr>
        <w:br/>
      </w:r>
      <w:r>
        <w:rPr>
          <w:lang w:eastAsia="zh-CN"/>
        </w:rPr>
        <w:t>　　2、负责登记受助人员信息;</w:t>
      </w:r>
      <w:r>
        <w:rPr>
          <w:lang w:eastAsia="zh-CN"/>
        </w:rPr>
        <w:br/>
      </w:r>
      <w:r>
        <w:rPr>
          <w:lang w:eastAsia="zh-CN"/>
        </w:rPr>
        <w:t>　　3、对于特殊受助群体，如残疾人、流浪儿童、精神疾病患者等进行初步访谈和制定社会工作介入计划;</w:t>
      </w:r>
      <w:r>
        <w:rPr>
          <w:lang w:eastAsia="zh-CN"/>
        </w:rPr>
        <w:br/>
      </w:r>
      <w:r>
        <w:rPr>
          <w:lang w:eastAsia="zh-CN"/>
        </w:rPr>
        <w:t>　　4、值班期外，还需参与街头劝导、护送受助人员来站、离站工作。</w:t>
      </w:r>
      <w:r>
        <w:rPr>
          <w:lang w:eastAsia="zh-CN"/>
        </w:rPr>
        <w:br/>
      </w:r>
      <w:r>
        <w:rPr>
          <w:lang w:eastAsia="zh-CN"/>
        </w:rPr>
        <w:t>　　三、实习总结</w:t>
      </w:r>
      <w:r>
        <w:rPr>
          <w:lang w:eastAsia="zh-CN"/>
        </w:rPr>
        <w:br/>
      </w:r>
      <w:r>
        <w:rPr>
          <w:lang w:eastAsia="zh-CN"/>
        </w:rPr>
        <w:t>　　社会工作专业技法只有结合实际加以实践才能发挥积极作用。任何一门学科需要的都不是纸上谈兵，社会工作更是一项实践性很强的学科，以此为蓝本开展的社会工作专业活动需要结合实际情况，对专业技法加以灵活地运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就我所在的实习地点_区救助管理而言，每年承担的救助任务量重、救助难度大，被救助人员在地域、年龄、文化程度、身体状况、精神状态等方面存在巨大差异，如果单纯地运用一套救助模式显然是不合理的。这里以年龄这个因素为例，来站接受救助的人员既有未稚气未脱的少年儿童和年轻力壮的青年人，又有腿脚不灵便的耄耋之年的老人。针对少年儿童和老年人，我认为应该更多的为他们争取保护性资源，以流浪未成年人保护中心和福利院为平台，对暂时无法返乡的未成年人和老人提供更人性化的救助，当受助者进入这些机构后，社会工作者便可以有效利用机构的场所和设施，有针对性地开展小组活动或个案辅导。而对于青壮年，一方面，我们应当保持不批判的态度，给他们以积极地关注，让他们觉得自己正在被关注;另一方面要引导和帮助他们对自己进行重新探索和整合，必要时为他们争取发展的资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目前_区救助管理站新的场所尚未正式投入运营，旧站的条件差，基础设施不完善，没有可供开展专业活动的场地和设备，但这并不意味着社会工作的专业活动因此只停留在喊口号的层面，其实只要用心，小事中也能体现社会工作对受助者的人文关怀。面对受助人员，我们给他们一个微笑、与他们握手、拍拍他们的肩膀、为他们递上一杯水等等都可以让他们放下防御体制，使得他们逐渐向你敞开心扉。在救助站实习这些日子，站里有两个受助人员，一位是聋哑人、一位是孤寡老人，两人都没有查明户籍所在地，所以一直在站里接受救助。起初他们带有很强的防御机制，通过前文中提到的一些列方法，我一次又一次与他们耐心地沟通，如今的他们变得轻松了很多，也开始和救助站的工作人员沟通，不管是语言性的交流还是非语言性的交流，总之他们开始慢慢尝试着重新融入社会，当然就目前而言只是救助站这十几个人范围内的小社会。起初救助站的大门是锁着的，他们二人自从进站后就再也没出去，而我在说服值班的工作人员后，陪着他们在周围时常走走，再过了一两天开始主动打扫院子、洗自己的床单被套，还有他们也开始去喂院子里的狗儿俨然，他们已经对这里有了一种家的感觉，也开始过一种有尊严的生活。</w:t>
      </w:r>
      <w:r>
        <w:rPr>
          <w:lang w:eastAsia="zh-CN"/>
        </w:rPr>
        <w:br/>
      </w:r>
      <w:r>
        <w:rPr>
          <w:lang w:eastAsia="zh-CN"/>
        </w:rPr>
        <w:t>　　而这一切成果的取得，都是将社会工作专业技法在实践中加以运用，才发挥出的巨大作用，因此我用一句诗来总括我的第一点心得，那就是纸上得来终觉浅，觉知此事要躬行。</w:t>
      </w:r>
      <w:r>
        <w:rPr>
          <w:lang w:eastAsia="zh-CN"/>
        </w:rPr>
        <w:br/>
      </w:r>
      <w:r>
        <w:rPr>
          <w:lang w:eastAsia="zh-CN"/>
        </w:rPr>
        <w:t xml:space="preserve">    实习期个人自我总结参考 篇12 </w:t>
      </w:r>
      <w:r>
        <w:rPr>
          <w:lang w:eastAsia="zh-CN"/>
        </w:rPr>
        <w:br/>
      </w:r>
      <w:r>
        <w:rPr>
          <w:lang w:eastAsia="zh-CN"/>
        </w:rPr>
        <w:t>　　这__个月的顶岗实习，是我人生的一个重要组成部分，我不会忘记，因为在这里的每一个日子都深深的印在了我的心里。</w:t>
      </w:r>
      <w:r>
        <w:rPr>
          <w:lang w:eastAsia="zh-CN"/>
        </w:rPr>
        <w:br/>
      </w:r>
      <w:r>
        <w:rPr>
          <w:lang w:eastAsia="zh-CN"/>
        </w:rPr>
        <w:t>　　现将__个月的实习情况做一个小结：</w:t>
      </w:r>
      <w:r>
        <w:rPr>
          <w:lang w:eastAsia="zh-CN"/>
        </w:rPr>
        <w:br/>
      </w:r>
      <w:r>
        <w:rPr>
          <w:lang w:eastAsia="zh-CN"/>
        </w:rPr>
        <w:t>　　一、实习主要工作：</w:t>
      </w:r>
      <w:r>
        <w:rPr>
          <w:lang w:eastAsia="zh-CN"/>
        </w:rPr>
        <w:br/>
      </w:r>
      <w:r>
        <w:rPr>
          <w:lang w:eastAsia="zh-CN"/>
        </w:rPr>
        <w:t>　　本次实习，我主要顶替__班的班主任兼语文老师的工作。</w:t>
      </w:r>
      <w:r>
        <w:rPr>
          <w:lang w:eastAsia="zh-CN"/>
        </w:rPr>
        <w:br/>
      </w:r>
      <w:r>
        <w:rPr>
          <w:lang w:eastAsia="zh-CN"/>
        </w:rPr>
        <w:t>　　作为班主任，在__个月的实习中，我深深体会到了一名班主任的辛苦。从__月底接班开始到实习结束，我几乎每一天都在忙碌中度过，__年级的孩子还小，每天有各种各样的事情需要处理，这也占据了我大部分的时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在准备阶段，我主要了解了班级的大致情况，比如成绩的分布，平时的表现，家庭的情况等。并跟随班主任参加了班级的活动，对学生们有了初步的了解。</w:t>
      </w:r>
      <w:r>
        <w:rPr>
          <w:lang w:eastAsia="zh-CN"/>
        </w:rPr>
        <w:br/>
      </w:r>
      <w:r>
        <w:rPr>
          <w:lang w:eastAsia="zh-CN"/>
        </w:rPr>
        <w:t>　　正式带班期间，主要做了以下事情：</w:t>
      </w:r>
      <w:r>
        <w:rPr>
          <w:lang w:eastAsia="zh-CN"/>
        </w:rPr>
        <w:br/>
      </w:r>
      <w:r>
        <w:rPr>
          <w:lang w:eastAsia="zh-CN"/>
        </w:rPr>
        <w:t>　　1、处理日常生活中的问题：包括教室，寝室的纪律，清洁情况以及环境区卫生打扫情况。</w:t>
      </w:r>
      <w:r>
        <w:rPr>
          <w:lang w:eastAsia="zh-CN"/>
        </w:rPr>
        <w:br/>
      </w:r>
      <w:r>
        <w:rPr>
          <w:lang w:eastAsia="zh-CN"/>
        </w:rPr>
        <w:t>　　2、利用晨会时间和学生交流，了解相关情况，课外活动在教室监督学生自习。</w:t>
      </w:r>
      <w:r>
        <w:rPr>
          <w:lang w:eastAsia="zh-CN"/>
        </w:rPr>
        <w:br/>
      </w:r>
      <w:r>
        <w:rPr>
          <w:lang w:eastAsia="zh-CN"/>
        </w:rPr>
        <w:t>　　3、__月中旬，配合学校开展运动会，组织班上学生积极参加运动会并取得一定成绩。</w:t>
      </w:r>
      <w:r>
        <w:rPr>
          <w:lang w:eastAsia="zh-CN"/>
        </w:rPr>
        <w:br/>
      </w:r>
      <w:r>
        <w:rPr>
          <w:lang w:eastAsia="zh-CN"/>
        </w:rPr>
        <w:t>　　4、配合学校进行了几次大型考试。</w:t>
      </w:r>
      <w:r>
        <w:rPr>
          <w:lang w:eastAsia="zh-CN"/>
        </w:rPr>
        <w:br/>
      </w:r>
      <w:r>
        <w:rPr>
          <w:lang w:eastAsia="zh-CN"/>
        </w:rPr>
        <w:t>　　5、__月底，组织学生参加校园集体舞和广播操比赛。</w:t>
      </w:r>
      <w:r>
        <w:rPr>
          <w:lang w:eastAsia="zh-CN"/>
        </w:rPr>
        <w:br/>
      </w:r>
      <w:r>
        <w:rPr>
          <w:lang w:eastAsia="zh-CN"/>
        </w:rPr>
        <w:t>　　另外，针对学校安排的各项工作，积极配合开展，力争促进班级的整体发展。</w:t>
      </w:r>
      <w:r>
        <w:rPr>
          <w:lang w:eastAsia="zh-CN"/>
        </w:rPr>
        <w:br/>
      </w:r>
      <w:r>
        <w:rPr>
          <w:lang w:eastAsia="zh-CN"/>
        </w:rPr>
        <w:t>　　在语文教学上，我虚心向老师请教，了解班上学生的语文基础，在__月__日上了第一次汇报课，通过了学校的检查，并正式走上讲台开始教学。在这__个月的时间里，我带领学生学完了本册的课本内容，同时注重课外知识的衔接和补充，参加了几次大型考试，并参与了__初中“高效课堂”模式课的探究，同时认真组织复习，力争使学生在期末取得好成绩。</w:t>
      </w:r>
      <w:r>
        <w:rPr>
          <w:lang w:eastAsia="zh-CN"/>
        </w:rPr>
        <w:br/>
      </w:r>
      <w:r>
        <w:rPr>
          <w:lang w:eastAsia="zh-CN"/>
        </w:rPr>
        <w:t>　　二、实习感想和收获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作为一名实习生，我努力用一名老师的标准要求自己，对待工作从不敢马虎。本着对每一名学生负责的态度，我很快的完成了从学生到老师的角色转变。我虚心向指导老师们请教，尊重学校的各位老师，虚心听取他们给予我的宝贵的意见。我努力钻研课本教材，力争每一节课使学生学有所获。</w:t>
      </w:r>
      <w:r>
        <w:rPr>
          <w:lang w:eastAsia="zh-CN"/>
        </w:rPr>
        <w:br/>
      </w:r>
      <w:r>
        <w:rPr>
          <w:lang w:eastAsia="zh-CN"/>
        </w:rPr>
        <w:t>　　在这__个月的时间里，我收获了很多东西，自己也在这三个月的时间里慢慢成长。总体说来，有以下几点：</w:t>
      </w:r>
      <w:r>
        <w:rPr>
          <w:lang w:eastAsia="zh-CN"/>
        </w:rPr>
        <w:br/>
      </w:r>
      <w:r>
        <w:rPr>
          <w:lang w:eastAsia="zh-CN"/>
        </w:rPr>
        <w:t>　　1、要尊重老师：__个月的亲身经历让我真切感受到了老师的辛苦。除了上班时间好好工作之外，很多老师都牺牲了自己的休息时间为同学们服务。</w:t>
      </w:r>
      <w:r>
        <w:rPr>
          <w:lang w:eastAsia="zh-CN"/>
        </w:rPr>
        <w:br/>
      </w:r>
      <w:r>
        <w:rPr>
          <w:lang w:eastAsia="zh-CN"/>
        </w:rPr>
        <w:t>　　2、学会感恩：这__个月，我多次收到学生写给我的小纸条，大意是谢谢我对他们的关心，很多学生也在自己的作文中提到我，对我亲切的说老师辛苦了，也有很多同学，在圣诞节或是元旦，给我发去温馨的祝福。</w:t>
      </w:r>
      <w:r>
        <w:rPr>
          <w:lang w:eastAsia="zh-CN"/>
        </w:rPr>
        <w:br/>
      </w:r>
      <w:r>
        <w:rPr>
          <w:lang w:eastAsia="zh-CN"/>
        </w:rPr>
        <w:t>　　3、为人师表：由于学生对自己的新鲜感，很多学生都喜欢学着老师的样子，或是说话的语气或是一个不经意的动作，自己的一言一行都会对学生产生影响。因此，为人师表显得十分重要。</w:t>
      </w:r>
      <w:r>
        <w:rPr>
          <w:lang w:eastAsia="zh-CN"/>
        </w:rPr>
        <w:br/>
      </w:r>
      <w:r>
        <w:rPr>
          <w:lang w:eastAsia="zh-CN"/>
        </w:rPr>
        <w:t>　　总之，实习让我更加深刻的理解了教师的角色和意义，也让我看到了自身的不足和问题。在以后的求学生涯中，我会更加努力的去完善自己，争取早日成为一名优秀的人民教师！</w:t>
      </w:r>
      <w:r>
        <w:rPr>
          <w:lang w:eastAsia="zh-CN"/>
        </w:rPr>
        <w:br/>
      </w:r>
      <w:r>
        <w:rPr>
          <w:lang w:eastAsia="zh-CN"/>
        </w:rPr>
        <w:t>　　作为一名已经步入教学实习的一员，我们已积累些许教学经验。也许，当我们准备好进入课堂，沉浸在自己精心设计的教学活动中时，学生的“节外生枝”却完全打乱了我们的教学构思，让我们措手不及。因此，如何机智的应对课堂中的突发状况就显得尤为重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我们所面临的是高一的学生，他们的心智还尚未完全成熟，也许，他们会在上课期间肆意的交谈打闹，打乱课堂秩序，这个时候，我们千万不要生气，冲动是魔鬼，我们应该及时的调节自己的情绪，转移注意力，告诉自己，如果和孩子置气那自己也成了孩子，先把眼前的状况放一放，稍后处理，不要站在与学生对立的一面，应遵循“自保第一”的原则。</w:t>
      </w:r>
      <w:r>
        <w:rPr>
          <w:lang w:eastAsia="zh-CN"/>
        </w:rPr>
        <w:br/>
      </w:r>
      <w:r>
        <w:rPr>
          <w:lang w:eastAsia="zh-CN"/>
        </w:rPr>
        <w:t>　　其次，我们在处理孩子犯错的时候，要秉持“爱与宽容”的态度。这在教学过程中是尤为重要的，师生关系不能对立，应该是和谐共融的关系。孩子犯错是很正常的事情，屡教不改也不足为过，别老是以老师的权威站在制高点去评价别人，批判别人，人无完人，对孩子的要求不要太高，期望也不宜过高，当然也不要向学生流露出我们的心理底线。</w:t>
      </w:r>
      <w:r>
        <w:rPr>
          <w:lang w:eastAsia="zh-CN"/>
        </w:rPr>
        <w:br/>
      </w:r>
      <w:r>
        <w:rPr>
          <w:lang w:eastAsia="zh-CN"/>
        </w:rPr>
        <w:t>　　再次，是要尊重和信任孩子。当学生出现厌学反应时，我们应该进行责任移交，及时让他意识到学习是他自己的事，要为自己做出的选择付出代价。当学生面临困惑时，不要着急帮他做选择，应询问他的想法，他更倾向于哪方面，帮助他看清现实状况，权衡利弊。</w:t>
      </w:r>
      <w:r>
        <w:rPr>
          <w:lang w:eastAsia="zh-CN"/>
        </w:rPr>
        <w:br/>
      </w:r>
      <w:r>
        <w:rPr>
          <w:lang w:eastAsia="zh-CN"/>
        </w:rPr>
        <w:t>　　教育实习是师范院校的一门重要的综合实践必修课，也是对师范生思想和业务上的多项综合训练。教育实习激发了我对教育事业的理解和热爱。我会在以后学习专业知识的同时更多的了解有关教育的知识，以便更好的运用于教学中。</w:t>
      </w:r>
      <w:r>
        <w:rPr>
          <w:lang w:eastAsia="zh-CN"/>
        </w:rPr>
        <w:br/>
      </w:r>
      <w:r>
        <w:rPr>
          <w:lang w:eastAsia="zh-CN"/>
        </w:rPr>
        <w:t xml:space="preserve">    实习期个人自我总结参考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接近半年多的的实习生活似弹指一挥间，从刚踏出学校大门时的失落与迷茫，到现在走上工作岗位的从容，坦然。我知道，这又是我人生中的一大挑战，角色的转换。</w:t>
      </w:r>
      <w:r>
        <w:rPr>
          <w:lang w:eastAsia="zh-CN"/>
        </w:rPr>
        <w:br/>
      </w:r>
      <w:r>
        <w:rPr>
          <w:lang w:eastAsia="zh-CN"/>
        </w:rPr>
        <w:t>　　实习期间，我的生活充满了艰辛、无助，包括对人与人之间的冷漠。如今的我在工程部，主要施工的部门，我为此感到光荣而恐慌。我没有出色的口语交际能力，更没有扎实的功底和经验。但是我从没放弃过。从刚到中交二公局六公司邯大高速六合同项目，我就在我的日记本上写下“既然选择了就不能放弃”，可是我错了，有很多次我想放弃，我觉得可能是我心态和责任心出了问题。我很感谢领导对我的培养和批评，但是很多时候是心有余而力不足。我从小在农村长大，吃得苦不比任何人少，吃的苦中苦，方为人上人。我想好好的表现自己，但总是适得其反。</w:t>
      </w:r>
      <w:r>
        <w:rPr>
          <w:lang w:eastAsia="zh-CN"/>
        </w:rPr>
        <w:br/>
      </w:r>
      <w:r>
        <w:rPr>
          <w:lang w:eastAsia="zh-CN"/>
        </w:rPr>
        <w:t>　　实习生活，给我仅是初步的经验积累，对于迈向社会是远远不够的。“吃的苦中苦，方为人上人”，我从未因为工作中的事而与人大吵大闹，我总是干好自己该干的事，可能是因为做的还不够好吧。因此，在今后，我会继续努力拼搏，抓住每一个机遇，迎接每一个挑战，相信自己一定会演绎出精彩的一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刚进入项目的时候，很茫然，不知道要做些什么，领导叫做什么，我们就做什么，从没有问过做的好与坏。先是项目部临建，下来是修便道，2个多月的时间，我都在跟着师傅们修着便道，从中知道自己是多么的渺小，多么的茫然，遇到的事是多么的无助，可能这就是考验吧。天将降大任于斯人也，必先苦其心志，劳其筋骨，饿其体肤，空乏其身。我坚持再坚持。但是自己的知识太过于肤浅，况且肚子里没有太多的墨水，所以那段时期是我最失落的时候。紧接着是桩基施工和水泥搅拌桩，理论知识有点，规范看了一点，再加上师傅的帮助，还算可以，没出过什么大事，但感觉自己要想独挡一面还欠点火候。桩基五队的工作难处都知道，但是困难要克服，师傅带着我，我总感觉自己毫无用处，学到的只是皮毛。从11月初开始，到目前桩基五队就干了71根桩基，而其他队伍比他们来的晚都干了100多根，可能还是自己能力有限吧。很多时候心里非常不平，非常气愤，可是工作归工作，不能把情绪带到工作中去。我相信明天会更好！</w:t>
      </w:r>
      <w:r>
        <w:rPr>
          <w:lang w:eastAsia="zh-CN"/>
        </w:rPr>
        <w:br/>
      </w:r>
      <w:r>
        <w:rPr>
          <w:lang w:eastAsia="zh-CN"/>
        </w:rPr>
        <w:t xml:space="preserve">    实习期个人自我总结参考 篇14 </w:t>
      </w:r>
      <w:r>
        <w:rPr>
          <w:lang w:eastAsia="zh-CN"/>
        </w:rPr>
        <w:br/>
      </w:r>
      <w:r>
        <w:rPr>
          <w:lang w:eastAsia="zh-CN"/>
        </w:rPr>
        <w:t>　　光阴似箭，岁月如梭，不知不觉中我在公司已度过了近半年的时光，在这段时间里，我和公司部门的同事及领导相处的十分融洽，大家对我也关怀备至，时常给我鼓励和帮忙，让我感受到了家的温暖。</w:t>
      </w:r>
      <w:r>
        <w:rPr>
          <w:lang w:eastAsia="zh-CN"/>
        </w:rPr>
        <w:br/>
      </w:r>
      <w:r>
        <w:rPr>
          <w:lang w:eastAsia="zh-CN"/>
        </w:rPr>
        <w:t>　　在这半年的时间里，透过自身的不懈努力，我在工作上取得了必须的成果，但也发现了诸多的不足，现就本人工作中的得失、及接下来的工作打算总结如下：</w:t>
      </w:r>
      <w:r>
        <w:rPr>
          <w:lang w:eastAsia="zh-CN"/>
        </w:rPr>
        <w:br/>
      </w:r>
      <w:r>
        <w:rPr>
          <w:lang w:eastAsia="zh-CN"/>
        </w:rPr>
        <w:t>　　由于刚刚从学校毕业，从学生到员工的思想意识还没有彻底地转变，对于工作的一些基本认识还不到位，所以工作初期遇到了一些困难。但这并不是理由，我只有不断地学习，才能逐渐的融入到工作中去，才能适应这个高速发展的时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在这半年的工作中，我参与了一些群众完成的工作，比如特级资质申报材料的准备工作，这是一个需要全公司各部门齐心协力共同来完成的工作，在这个过程中强化了我的团队意识，这是我从中学到的最珍贵也是最重要的东西。在相互信任的基础上，思想统一，行动一致，这样的团队才会攻无不克、战无不胜。</w:t>
      </w:r>
      <w:r>
        <w:rPr>
          <w:lang w:eastAsia="zh-CN"/>
        </w:rPr>
        <w:br/>
      </w:r>
      <w:r>
        <w:rPr>
          <w:lang w:eastAsia="zh-CN"/>
        </w:rPr>
        <w:t>　　工作中的每一步都要精准细致，力求精细化，在这一点上我做的还十分欠缺，经常因为不够认真而做错事情。此刻的我经常冷静的分析自己，时刻提醒自己工作中要精准细致，经过这半年来的培养和锻炼虽然有所改善，但要真正做到“精准细致”我仍需不断的向部门的各位领导学习。</w:t>
      </w:r>
      <w:r>
        <w:rPr>
          <w:lang w:eastAsia="zh-CN"/>
        </w:rPr>
        <w:br/>
      </w:r>
      <w:r>
        <w:rPr>
          <w:lang w:eastAsia="zh-CN"/>
        </w:rPr>
        <w:t>　　工作中要注重沟通和交流，这样既能够提高工作效率又能够提高工作质量，对于这一点我深有体会，并会在今后的工作中更加重视。</w:t>
      </w:r>
      <w:r>
        <w:rPr>
          <w:lang w:eastAsia="zh-CN"/>
        </w:rPr>
        <w:br/>
      </w:r>
      <w:r>
        <w:rPr>
          <w:lang w:eastAsia="zh-CN"/>
        </w:rPr>
        <w:t>　　多向同事和领导请教和学习，毕竟我来公司的时间比较短，对专业技术知识和公司的状况了解很浅，要想学得更多更快，向领导和同事虚心请教是很好的途径。让我感到庆幸的是，每当我工作中出现了问题，部门的领导和同事都会主动给我指正，让我有很大的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由于我刚到公司，对部门的工作资料和程序还不太了解，所以在这段时间里，我主要从事一些材料的整理工作和领导的交代的一些力所能及的事情。对于任何事情我都没有当成小事看待过，都是很认真地去完成，但由于对工作性质和公司架构等一些基本的东西还没有深刻的认识和了解，给工作带来了诸多不便，同时，不可避免的在工作中也出现了很多的失误和问题。</w:t>
      </w:r>
      <w:r>
        <w:rPr>
          <w:lang w:eastAsia="zh-CN"/>
        </w:rPr>
        <w:br/>
      </w:r>
      <w:r>
        <w:rPr>
          <w:lang w:eastAsia="zh-CN"/>
        </w:rPr>
        <w:t>　　列举一个比较简单的例子，在一次整理公司先进企业的申报材料时，需要根据文件要求在里面添加有很多证明性的材料，由于我对这些材料的归口和资料不了解，所以整理的时候不明白工作的方向和侧重点，走了很多弯路，最终事倍功半。</w:t>
      </w:r>
      <w:r>
        <w:rPr>
          <w:lang w:eastAsia="zh-CN"/>
        </w:rPr>
        <w:br/>
      </w:r>
      <w:r>
        <w:rPr>
          <w:lang w:eastAsia="zh-CN"/>
        </w:rPr>
        <w:t>　　另外，我还发现自己的许多不足之处，主要体此刻工作技能、工作习惯和工作思维的不成熟，这些也是在我以后的工作中不断磨练和提高的地方，仔细总结如下下：</w:t>
      </w:r>
      <w:r>
        <w:rPr>
          <w:lang w:eastAsia="zh-CN"/>
        </w:rPr>
        <w:br/>
      </w:r>
      <w:r>
        <w:rPr>
          <w:lang w:eastAsia="zh-CN"/>
        </w:rPr>
        <w:t>　　事情多了，就必须要有详实而主次分明的计划，列出哪些需要立即完成，哪些能够缓缓再完成，今年在这方面自己有必须的改善，但仍然有待提高。</w:t>
      </w:r>
      <w:r>
        <w:rPr>
          <w:lang w:eastAsia="zh-CN"/>
        </w:rPr>
        <w:br/>
      </w:r>
      <w:r>
        <w:rPr>
          <w:lang w:eastAsia="zh-CN"/>
        </w:rPr>
        <w:t>　　平时的工作距离精细化工作的要求还差很多，缺乏及时反省随时更新的思想意识，虽然工作中也经常回头看、做总结，但效果不佳，一些常规性的问题还会经常出现。以后个人工作中要专门留必须的时间去总结和反思，这样在工作中才能更容易实现精准、细致。</w:t>
      </w:r>
      <w:r>
        <w:rPr>
          <w:lang w:eastAsia="zh-CN"/>
        </w:rPr>
        <w:br/>
      </w:r>
      <w:r>
        <w:rPr>
          <w:lang w:eastAsia="zh-CN"/>
        </w:rPr>
        <w:t>　　一些工作，领导给我交代之后我总是用比较老的、陈旧的方式方法去做，影响工作效率，增大工作量，在今后的工作中有待改善。</w:t>
      </w:r>
      <w:r>
        <w:rPr>
          <w:lang w:eastAsia="zh-CN"/>
        </w:rPr>
        <w:br/>
      </w:r>
      <w:r>
        <w:rPr>
          <w:lang w:eastAsia="zh-CN"/>
        </w:rPr>
        <w:t>　　这半年在工作总结方面有了进步，但仍不够，如果每一天、每周、每月都回过头来思考一下自己工作的是与非、得与失，我相信会成长的更快，在以后的工作中，需将此项作为重点目标来提高自己。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做事过于拘泥于细节是我一个很大的缺点，如果工作更雷厉风行一些，会避免工作上的很多不必要的麻烦。其实有时候，不必须要把工作做到细腻才是最好的。进度、质量、成本综合思考，抓主要矛盾，解决主要问题，随时修正，才是做事的最好选取。事事做细往往会把自己拘泥于细枝末节中，从细枝末节中走出来也是工作中的一个进步，也是对精细化工作的一个要求。</w:t>
      </w:r>
      <w:r>
        <w:rPr>
          <w:lang w:eastAsia="zh-CN"/>
        </w:rPr>
        <w:br/>
      </w:r>
      <w:r>
        <w:rPr>
          <w:lang w:eastAsia="zh-CN"/>
        </w:rPr>
        <w:t>　　在今后的工作中，我会更加努力地做好每一项工作，提高工作的主动性，做事干脆果断，不拖泥带水；工作注重实效、注重结果，一切工作围绕着目标来完成；把握一切机会提高专业潜力，加强平时知识总结和积累；提高大局观；精细化工作方式的思考和实践，以尽快的成长和进步。实习期个人工作总结（四）</w:t>
      </w:r>
      <w:r>
        <w:rPr>
          <w:lang w:eastAsia="zh-CN"/>
        </w:rPr>
        <w:br/>
      </w:r>
      <w:r>
        <w:rPr>
          <w:lang w:eastAsia="zh-CN"/>
        </w:rPr>
        <w:t>　　时光飞逝，转眼间我的工作试用期已接近尾声。这是我人生中弥足珍贵的经历，也给我留下了精彩而完美的回忆。在这段时间里大家给予了我足够的宽容、支持、鼓励和帮忙，让我充分感受到了领导们坚定的信念，和同事们用心乐观的精神。在对大家肃然起敬的同时，也为我有机会成为公司正式员工而感到光荣和兴奋。</w:t>
      </w:r>
      <w:r>
        <w:rPr>
          <w:lang w:eastAsia="zh-CN"/>
        </w:rPr>
        <w:br/>
      </w:r>
      <w:r>
        <w:rPr>
          <w:lang w:eastAsia="zh-CN"/>
        </w:rPr>
        <w:t>　　在这一个多月的时间里，在领导和同事们的悉心关怀和指导下，透过自身的不懈努力，各方面均取得了必须的进步。</w:t>
      </w:r>
      <w:r>
        <w:rPr>
          <w:lang w:eastAsia="zh-CN"/>
        </w:rPr>
        <w:br/>
      </w:r>
      <w:r>
        <w:rPr>
          <w:lang w:eastAsia="zh-CN"/>
        </w:rPr>
        <w:t>　　记得初到公司时，我对公司的了解仅仅局限于公司网站的简单介绍，除此之外，便一无所知了。所以，试用期中如何去认识、了解并熟悉自己所从事的行业，便成了我的当务之急。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到公司的一天，我有幸参加了公司召开的工作会议，受益匪浅，感觉这是一份关荣而附有挑战的工作。学习是取得一切进步的前提和基础。在这段时间里我认真学习了公司各相关资料，并从网络上摄取了超多的有用素材，日常工作的积累使我对公司有了较为深刻的认识，也意识到了公司的壮大对中国的互联网电子商务所起到的重大作用。</w:t>
      </w:r>
      <w:r>
        <w:rPr>
          <w:lang w:eastAsia="zh-CN"/>
        </w:rPr>
        <w:br/>
      </w:r>
      <w:r>
        <w:rPr>
          <w:lang w:eastAsia="zh-CN"/>
        </w:rPr>
        <w:t>　　在这一个多月的时间里，兢兢业业做好本职业工作，不迟到不早退，并用心自觉利用节假日参与公司的加班工作。严格遵守公司的各项规章制度，认真履行岗位职责。</w:t>
      </w:r>
      <w:r>
        <w:rPr>
          <w:lang w:eastAsia="zh-CN"/>
        </w:rPr>
        <w:br/>
      </w:r>
      <w:r>
        <w:rPr>
          <w:lang w:eastAsia="zh-CN"/>
        </w:rPr>
        <w:t>　　认真学习岗位职能，工作潜力得到了必须的提高。</w:t>
      </w:r>
      <w:r>
        <w:rPr>
          <w:lang w:eastAsia="zh-CN"/>
        </w:rPr>
        <w:br/>
      </w:r>
      <w:r>
        <w:rPr>
          <w:lang w:eastAsia="zh-CN"/>
        </w:rPr>
        <w:t>　　我所在的技术部是一个充满激情和挑战的部门，我要认真学习岗位职能，做好自己的本职工作，努力完成好各项工作任务。</w:t>
      </w:r>
      <w:r>
        <w:rPr>
          <w:lang w:eastAsia="zh-CN"/>
        </w:rPr>
        <w:br/>
      </w:r>
      <w:r>
        <w:rPr>
          <w:lang w:eastAsia="zh-CN"/>
        </w:rPr>
        <w:t xml:space="preserve">    实习期个人自我总结参考 篇15 </w:t>
      </w:r>
      <w:r>
        <w:rPr>
          <w:lang w:eastAsia="zh-CN"/>
        </w:rPr>
        <w:br/>
      </w:r>
      <w:r>
        <w:rPr>
          <w:lang w:eastAsia="zh-CN"/>
        </w:rPr>
        <w:t>　　通过这一段时间的实习，我深刻的认识并体会到了班主任工作的真实情况。在这些工作时，可能有些学生不理解你，那些都没有关系，我们要始终有耐心、有爱心，那么多么顽固的孩子也会被我们征服。也许不同年级对班主任要求也有所不同，但是我认为这几点适合每一个年级的班主任。我觉得只要自己充满爱心，并严格的要求和教育他们，爱中有严，严中有爱，爱严结合，细致入微，一定会达到令人满意的效果。</w:t>
      </w:r>
      <w:r>
        <w:rPr>
          <w:lang w:eastAsia="zh-CN"/>
        </w:rPr>
        <w:br/>
      </w:r>
    </w:p>
    <w:p w:rsidR="001B1F19" w14:textId="27C3F48A">
      <w:pPr>
        <w:rPr>
          <w:rFonts w:hint="eastAsia"/>
          <w:lang w:eastAsia="zh-CN"/>
        </w:rPr>
      </w:pPr>
      <w:r>
        <w:rPr>
          <w:lang w:eastAsia="zh-CN"/>
        </w:rPr>
        <w:t>　　实习已接近尾声，以下是我对本学期实习的总结，我的实习学校是韩村河中学，坐落于北京市最美乡村——韩村河，背靠韩村河公园。韩中是集初中、高中于一体的韩村河镇中心校，又名圣园。初中的招生主要面对的是韩村河镇各小学，而高中的招生则主要面对的是整个房山区各中学。学校师生共有一千余人，有教师一百多人，其中有三名市骨干教师以及多名房山区骨干教师；有学生八百余人。学校正处于教学改革的第三年，为提高教学效率，韩中引进了高效课堂教学模式，正在摸索前进中。</w:t>
      </w:r>
      <w:r>
        <w:rPr>
          <w:lang w:eastAsia="zh-CN"/>
        </w:rPr>
        <w:br/>
      </w:r>
      <w:r>
        <w:rPr>
          <w:lang w:eastAsia="zh-CN"/>
        </w:rPr>
        <w:t>　　我在初二年级任实习英语教师一职，学校则为我们实习生安排了指导教师，我的指导教师是初二四班的班主任——董爱民老师，在半年的实习生活中，我随董老师一起跟班教学，向董老师学习班级管理以及英语教学技巧。在这半年里，在董老师的指导下，我曾为初二3班、4班授课五节左右，课前，独立制作课件以及导学案；课中，董老师进行现场指导；课后，董老师指出问题并提出解决方法。半年里，我曾参加了两次房山区初二英语教研活动，第一次是开学初房山区教研员对于新教材的分析；第二次是以听评课形式，关于初二英语写作课的教研活动。此外还参加了本校的一次教研活动，此次教研活动是针对我们两个英语实习生，由我们进行教学设计，教研组其他成员提出意见与建议。除了教研活动，学校还组织过一次同课异构教学活动，与房山二中进行交流学习。</w:t>
      </w:r>
      <w:r>
        <w:rPr>
          <w:lang w:eastAsia="zh-CN"/>
        </w:rPr>
        <w:br/>
      </w:r>
      <w:r>
        <w:rPr>
          <w:lang w:eastAsia="zh-CN"/>
        </w:rPr>
        <w:t>　　除了在初中的教学工作。我们还在高一年级担任了一个月的见习班主任工作，以辅导晚自习形式参与班级管理。因指导教师是班主任，所以我有幸参与了班级布置工作，陪学生参加情。景剧比赛，以及社会实践活动。还在初二年级担任活动课教师，带学生参加课下业余活动。</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https://d.book118.com/426234043010010103</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2623404301001010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