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活动策划书范文</w:t>
      </w:r>
    </w:p>
    <w:p>
      <w:pPr>
        <w:spacing w:before="100" w:after="200" w:line="360" w:lineRule="auto"/>
        <w:jc w:val="left"/>
      </w:pPr>
      <w:r>
        <w:rPr>
          <w:rFonts w:ascii="宋体 (中文正文)" w:eastAsia="宋体" w:hAnsi="宋体 (中文正文)"/>
          <w:sz w:val="28"/>
        </w:rPr>
        <w:t>一、活动背景：</w:t>
      </w:r>
    </w:p>
    <w:p>
      <w:pPr>
        <w:spacing w:before="100" w:after="200" w:line="360" w:lineRule="auto"/>
        <w:ind w:firstLine="576"/>
        <w:jc w:val="left"/>
      </w:pPr>
      <w:r>
        <w:rPr>
          <w:rFonts w:ascii="宋体" w:eastAsia="宋体" w:hAnsi="宋体"/>
          <w:sz w:val="28"/>
        </w:rPr>
        <w:t>随着计算机在大学校园里的广泛使用，越来越多的同学意识到掌握好电脑基本办公软件操作的重要性，而 ppt做为办公软件家族的重要一员，在我们教学和生活的各个方面被广泛应用。为承接上一届的优良传统，从而进一步提高自强社成员的计算机基本操作能力。特举办第二届ppt大赛。</w:t>
      </w:r>
    </w:p>
    <w:p>
      <w:pPr>
        <w:spacing w:before="100" w:after="200" w:line="360" w:lineRule="auto"/>
        <w:jc w:val="left"/>
      </w:pPr>
      <w:r>
        <w:rPr>
          <w:rFonts w:ascii="宋体 (中文正文)" w:eastAsia="宋体" w:hAnsi="宋体 (中文正文)"/>
          <w:sz w:val="28"/>
        </w:rPr>
        <w:t>二、活动的目的及意义：</w:t>
      </w:r>
    </w:p>
    <w:p>
      <w:pPr>
        <w:spacing w:before="100" w:after="200" w:line="360" w:lineRule="auto"/>
        <w:ind w:firstLine="576"/>
        <w:jc w:val="left"/>
      </w:pPr>
      <w:r>
        <w:rPr>
          <w:rFonts w:ascii="宋体" w:eastAsia="宋体" w:hAnsi="宋体"/>
          <w:sz w:val="28"/>
        </w:rPr>
        <w:t>为进一步提高广大成员的计算机基本软件的操作水平，延续上一届活动的优秀成果，丰富大学生的课余生活，为大家提供一个展现生活美好一面的平台。通过本次活动,增进大学生对自强的理解及家乡的热爱，增强选手们的创新意识及动手能力，进一步增进社内成员之间的交流。</w:t>
      </w:r>
    </w:p>
    <w:p>
      <w:pPr>
        <w:spacing w:before="100" w:after="200" w:line="360" w:lineRule="auto"/>
        <w:jc w:val="left"/>
      </w:pPr>
      <w:r>
        <w:rPr>
          <w:rFonts w:ascii="宋体 (中文正文)" w:eastAsia="宋体" w:hAnsi="宋体 (中文正文)"/>
          <w:sz w:val="28"/>
        </w:rPr>
        <w:t>三、活动主题：</w:t>
      </w:r>
    </w:p>
    <w:p>
      <w:pPr>
        <w:spacing w:before="100" w:after="200" w:line="360" w:lineRule="auto"/>
        <w:ind w:firstLine="576"/>
        <w:jc w:val="left"/>
      </w:pPr>
      <w:r>
        <w:rPr>
          <w:rFonts w:ascii="宋体" w:eastAsia="宋体" w:hAnsi="宋体"/>
          <w:sz w:val="28"/>
        </w:rPr>
        <w:t>以“家乡”、“自强”或其它立意为主题(任选其一)</w:t>
      </w:r>
    </w:p>
    <w:p>
      <w:pPr>
        <w:spacing w:before="100" w:after="200" w:line="360" w:lineRule="auto"/>
        <w:jc w:val="left"/>
      </w:pPr>
      <w:r>
        <w:rPr>
          <w:rFonts w:ascii="宋体 (中文正文)" w:eastAsia="宋体" w:hAnsi="宋体 (中文正文)"/>
          <w:sz w:val="28"/>
        </w:rPr>
        <w:t>四、活动时间：</w:t>
      </w:r>
    </w:p>
    <w:p>
      <w:pPr>
        <w:spacing w:before="100" w:after="200" w:line="360" w:lineRule="auto"/>
        <w:ind w:firstLine="576"/>
        <w:jc w:val="left"/>
      </w:pPr>
      <w:r>
        <w:rPr>
          <w:rFonts w:ascii="宋体" w:eastAsia="宋体" w:hAnsi="宋体"/>
          <w:sz w:val="28"/>
        </w:rPr>
        <w:t>2022年11月12日</w:t>
      </w:r>
    </w:p>
    <w:p>
      <w:pPr>
        <w:spacing w:before="100" w:after="200" w:line="360" w:lineRule="auto"/>
        <w:jc w:val="left"/>
      </w:pPr>
      <w:r>
        <w:rPr>
          <w:rFonts w:ascii="宋体 (中文正文)" w:eastAsia="宋体" w:hAnsi="宋体 (中文正文)"/>
          <w:sz w:val="28"/>
        </w:rPr>
        <w:t>五、活动地点：</w:t>
      </w:r>
    </w:p>
    <w:p>
      <w:pPr>
        <w:spacing w:before="100" w:after="200" w:line="360" w:lineRule="auto"/>
        <w:ind w:firstLine="576"/>
        <w:jc w:val="left"/>
      </w:pPr>
      <w:r>
        <w:rPr>
          <w:rFonts w:ascii="宋体" w:eastAsia="宋体" w:hAnsi="宋体"/>
          <w:sz w:val="28"/>
        </w:rPr>
        <w:t>基础楼阶梯教室105</w:t>
      </w:r>
    </w:p>
    <w:p>
      <w:pPr>
        <w:spacing w:before="100" w:after="200" w:line="360" w:lineRule="auto"/>
        <w:jc w:val="left"/>
      </w:pPr>
      <w:r>
        <w:rPr>
          <w:rFonts w:ascii="宋体 (中文正文)" w:eastAsia="宋体" w:hAnsi="宋体 (中文正文)"/>
          <w:sz w:val="28"/>
        </w:rPr>
        <w:t>六、主办单位：</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新长城青海大学自强社</w:t>
      </w:r>
    </w:p>
    <w:p>
      <w:pPr>
        <w:spacing w:before="100" w:after="200" w:line="360" w:lineRule="auto"/>
        <w:jc w:val="left"/>
      </w:pPr>
      <w:r>
        <w:rPr>
          <w:rFonts w:ascii="宋体 (中文正文)" w:eastAsia="宋体" w:hAnsi="宋体 (中文正文)"/>
          <w:sz w:val="28"/>
        </w:rPr>
        <w:t>七、承办单位：</w:t>
      </w:r>
    </w:p>
    <w:p>
      <w:pPr>
        <w:spacing w:before="100" w:after="200" w:line="360" w:lineRule="auto"/>
        <w:ind w:firstLine="576"/>
        <w:jc w:val="left"/>
      </w:pPr>
      <w:r>
        <w:rPr>
          <w:rFonts w:ascii="宋体" w:eastAsia="宋体" w:hAnsi="宋体"/>
          <w:sz w:val="28"/>
        </w:rPr>
        <w:t>新长城青海大学自强社-宣传中心</w:t>
      </w:r>
    </w:p>
    <w:p>
      <w:pPr>
        <w:spacing w:before="100" w:after="200" w:line="360" w:lineRule="auto"/>
        <w:jc w:val="left"/>
      </w:pPr>
      <w:r>
        <w:rPr>
          <w:rFonts w:ascii="宋体 (中文正文)" w:eastAsia="宋体" w:hAnsi="宋体 (中文正文)"/>
          <w:sz w:val="28"/>
        </w:rPr>
        <w:t>八、活动对象：</w:t>
      </w:r>
    </w:p>
    <w:p>
      <w:pPr>
        <w:spacing w:before="100" w:after="200" w:line="360" w:lineRule="auto"/>
        <w:ind w:firstLine="576"/>
        <w:jc w:val="left"/>
      </w:pPr>
      <w:r>
        <w:rPr>
          <w:rFonts w:ascii="宋体" w:eastAsia="宋体" w:hAnsi="宋体"/>
          <w:sz w:val="28"/>
        </w:rPr>
        <w:t>新长城青海大学自强社全体成员</w:t>
      </w:r>
    </w:p>
    <w:p>
      <w:pPr>
        <w:spacing w:before="100" w:after="200" w:line="360" w:lineRule="auto"/>
        <w:jc w:val="left"/>
      </w:pPr>
      <w:r>
        <w:rPr>
          <w:rFonts w:ascii="宋体 (中文正文)" w:eastAsia="宋体" w:hAnsi="宋体 (中文正文)"/>
          <w:sz w:val="28"/>
        </w:rPr>
        <w:t>九、活动形式：</w:t>
      </w:r>
    </w:p>
    <w:p>
      <w:pPr>
        <w:spacing w:before="100" w:after="200" w:line="360" w:lineRule="auto"/>
        <w:ind w:firstLine="576"/>
        <w:jc w:val="left"/>
      </w:pPr>
      <w:r>
        <w:rPr>
          <w:rFonts w:ascii="宋体" w:eastAsia="宋体" w:hAnsi="宋体"/>
          <w:sz w:val="28"/>
        </w:rPr>
        <w:t>1、本次大赛直接由选拔赛和决赛两部分组成</w:t>
      </w:r>
    </w:p>
    <w:p>
      <w:pPr>
        <w:spacing w:before="100" w:after="200" w:line="360" w:lineRule="auto"/>
        <w:ind w:firstLine="576"/>
        <w:jc w:val="left"/>
      </w:pPr>
      <w:r>
        <w:rPr>
          <w:rFonts w:ascii="宋体" w:eastAsia="宋体" w:hAnsi="宋体"/>
          <w:sz w:val="28"/>
        </w:rPr>
        <w:t>(1)选拔赛由各中心主任确定本中心入围人员的名单(3~4名)。</w:t>
      </w:r>
    </w:p>
    <w:p>
      <w:pPr>
        <w:spacing w:before="100" w:after="200" w:line="360" w:lineRule="auto"/>
        <w:ind w:firstLine="576"/>
        <w:jc w:val="left"/>
      </w:pPr>
      <w:r>
        <w:rPr>
          <w:rFonts w:ascii="宋体" w:eastAsia="宋体" w:hAnsi="宋体"/>
          <w:sz w:val="28"/>
        </w:rPr>
        <w:t>(2)决赛活动现场，由社团干部组成评审团评分，选手自我展示，评委打分，观众兴趣提问。</w:t>
      </w:r>
    </w:p>
    <w:p>
      <w:pPr>
        <w:spacing w:before="100" w:after="200" w:line="360" w:lineRule="auto"/>
        <w:ind w:firstLine="576"/>
        <w:jc w:val="left"/>
      </w:pPr>
      <w:r>
        <w:rPr>
          <w:rFonts w:ascii="宋体" w:eastAsia="宋体" w:hAnsi="宋体"/>
          <w:sz w:val="28"/>
        </w:rPr>
        <w:t>2、本次活动力求公平、公正，所有作品得分将公布于众。</w:t>
      </w:r>
    </w:p>
    <w:p>
      <w:pPr>
        <w:spacing w:before="100" w:after="200" w:line="360" w:lineRule="auto"/>
        <w:ind w:firstLine="576"/>
        <w:jc w:val="left"/>
      </w:pPr>
      <w:r>
        <w:rPr>
          <w:rFonts w:ascii="宋体" w:eastAsia="宋体" w:hAnsi="宋体"/>
          <w:sz w:val="28"/>
        </w:rPr>
        <w:t>3、以个人为单位参加活动</w:t>
      </w:r>
    </w:p>
    <w:p>
      <w:pPr>
        <w:spacing w:before="100" w:after="200" w:line="360" w:lineRule="auto"/>
        <w:jc w:val="left"/>
      </w:pPr>
      <w:r>
        <w:rPr>
          <w:rFonts w:ascii="宋体 (中文正文)" w:eastAsia="宋体" w:hAnsi="宋体 (中文正文)"/>
          <w:b/>
          <w:sz w:val="28"/>
        </w:rPr>
        <w:t>十、报名事项</w:t>
      </w:r>
    </w:p>
    <w:p>
      <w:pPr>
        <w:spacing w:before="100" w:after="200" w:line="360" w:lineRule="auto"/>
        <w:ind w:firstLine="576"/>
        <w:jc w:val="left"/>
      </w:pPr>
      <w:r>
        <w:rPr>
          <w:rFonts w:ascii="宋体" w:eastAsia="宋体" w:hAnsi="宋体"/>
          <w:sz w:val="28"/>
        </w:rPr>
        <w:t>1、作品上交时间：11月9日之前</w:t>
      </w:r>
    </w:p>
    <w:p>
      <w:pPr>
        <w:spacing w:before="100" w:after="200" w:line="360" w:lineRule="auto"/>
        <w:ind w:firstLine="576"/>
        <w:jc w:val="left"/>
      </w:pPr>
      <w:r>
        <w:rPr>
          <w:rFonts w:ascii="宋体" w:eastAsia="宋体" w:hAnsi="宋体"/>
          <w:sz w:val="28"/>
        </w:rPr>
        <w:t>2、上交方式：参赛人员交于各自中心主任，再汇总到网络部。</w:t>
      </w:r>
    </w:p>
    <w:p>
      <w:pPr>
        <w:spacing w:before="100" w:after="200" w:line="360" w:lineRule="auto"/>
        <w:ind w:firstLine="576"/>
        <w:jc w:val="left"/>
      </w:pPr>
      <w:r>
        <w:rPr>
          <w:rFonts w:ascii="宋体" w:eastAsia="宋体" w:hAnsi="宋体"/>
          <w:sz w:val="28"/>
        </w:rPr>
        <w:t>十一、新长城青海大学自强社第二届ppt大赛具体事项安排：</w:t>
      </w:r>
    </w:p>
    <w:p>
      <w:pPr>
        <w:spacing w:before="100" w:after="200" w:line="360" w:lineRule="auto"/>
        <w:ind w:firstLine="576"/>
        <w:jc w:val="left"/>
      </w:pPr>
      <w:r>
        <w:rPr>
          <w:rFonts w:ascii="宋体" w:eastAsia="宋体" w:hAnsi="宋体"/>
          <w:sz w:val="28"/>
        </w:rPr>
        <w:t>现场</w:t>
      </w:r>
    </w:p>
    <w:p>
      <w:pPr>
        <w:spacing w:before="100" w:after="200" w:line="360" w:lineRule="auto"/>
        <w:ind w:firstLine="576"/>
        <w:jc w:val="left"/>
      </w:pPr>
      <w:r>
        <w:rPr>
          <w:rFonts w:ascii="宋体" w:eastAsia="宋体" w:hAnsi="宋体"/>
          <w:sz w:val="28"/>
        </w:rPr>
        <w:t>1、王二雷 ppt大赛工作总负责</w:t>
      </w:r>
    </w:p>
    <w:p>
      <w:pPr>
        <w:spacing w:before="100" w:after="200" w:line="360" w:lineRule="auto"/>
        <w:ind w:firstLine="576"/>
        <w:jc w:val="left"/>
      </w:pPr>
      <w:r>
        <w:rPr>
          <w:rFonts w:ascii="宋体" w:eastAsia="宋体" w:hAnsi="宋体"/>
          <w:sz w:val="28"/>
        </w:rPr>
        <w:t>2、梁英曹胜男主持赛事流程礼仪</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3、黄琦张春梅参赛选手及评委签到(办公室协助)</w:t>
      </w:r>
    </w:p>
    <w:p>
      <w:pPr>
        <w:spacing w:before="100" w:after="200" w:line="360" w:lineRule="auto"/>
        <w:ind w:firstLine="576"/>
        <w:jc w:val="left"/>
      </w:pPr>
      <w:r>
        <w:rPr>
          <w:rFonts w:ascii="宋体" w:eastAsia="宋体" w:hAnsi="宋体"/>
          <w:sz w:val="28"/>
        </w:rPr>
        <w:t>4、王燕黄琦统计分数及数据处理</w:t>
      </w:r>
    </w:p>
    <w:p>
      <w:pPr>
        <w:spacing w:before="100" w:after="200" w:line="360" w:lineRule="auto"/>
        <w:ind w:firstLine="576"/>
        <w:jc w:val="left"/>
      </w:pPr>
      <w:r>
        <w:rPr>
          <w:rFonts w:ascii="宋体" w:eastAsia="宋体" w:hAnsi="宋体"/>
          <w:sz w:val="28"/>
        </w:rPr>
        <w:t>5、洪代慧 协助选手提前试演，现场制作统分结果及获奖结果ppt.</w:t>
      </w:r>
    </w:p>
    <w:p>
      <w:pPr>
        <w:spacing w:before="100" w:after="200" w:line="360" w:lineRule="auto"/>
        <w:ind w:firstLine="576"/>
        <w:jc w:val="left"/>
      </w:pPr>
      <w:r>
        <w:rPr>
          <w:rFonts w:ascii="宋体" w:eastAsia="宋体" w:hAnsi="宋体"/>
          <w:sz w:val="28"/>
        </w:rPr>
        <w:t>6、胡海洋会场秩序</w:t>
      </w:r>
    </w:p>
    <w:p>
      <w:pPr>
        <w:spacing w:before="100" w:after="200" w:line="360" w:lineRule="auto"/>
        <w:ind w:firstLine="576"/>
        <w:jc w:val="left"/>
      </w:pPr>
      <w:r>
        <w:rPr>
          <w:rFonts w:ascii="宋体" w:eastAsia="宋体" w:hAnsi="宋体"/>
          <w:sz w:val="28"/>
        </w:rPr>
        <w:t>7、宣传中心赛场布置(备用笔记本电脑、音响、横幅)</w:t>
      </w:r>
    </w:p>
    <w:p>
      <w:pPr>
        <w:spacing w:before="100" w:after="200" w:line="360" w:lineRule="auto"/>
        <w:ind w:firstLine="576"/>
        <w:jc w:val="left"/>
      </w:pPr>
      <w:r>
        <w:rPr>
          <w:rFonts w:ascii="宋体" w:eastAsia="宋体" w:hAnsi="宋体"/>
          <w:sz w:val="28"/>
        </w:rPr>
        <w:t>8、刘肇仁陈唐杰摄影</w:t>
      </w:r>
    </w:p>
    <w:p>
      <w:pPr>
        <w:spacing w:before="100" w:after="200" w:line="360" w:lineRule="auto"/>
        <w:ind w:firstLine="576"/>
        <w:jc w:val="left"/>
      </w:pPr>
      <w:r>
        <w:rPr>
          <w:rFonts w:ascii="宋体" w:eastAsia="宋体" w:hAnsi="宋体"/>
          <w:sz w:val="28"/>
        </w:rPr>
        <w:t>9、姚笑盈主持人</w:t>
      </w:r>
    </w:p>
    <w:p>
      <w:pPr>
        <w:spacing w:before="100" w:after="200" w:line="360" w:lineRule="auto"/>
        <w:ind w:firstLine="576"/>
        <w:jc w:val="left"/>
      </w:pPr>
      <w:r>
        <w:rPr>
          <w:rFonts w:ascii="宋体" w:eastAsia="宋体" w:hAnsi="宋体"/>
          <w:sz w:val="28"/>
        </w:rPr>
        <w:t>19、流程操作(人员待定)</w:t>
      </w:r>
    </w:p>
    <w:p>
      <w:pPr>
        <w:spacing w:before="100" w:after="200" w:line="360" w:lineRule="auto"/>
        <w:ind w:firstLine="576"/>
        <w:jc w:val="left"/>
      </w:pPr>
      <w:r>
        <w:rPr>
          <w:rFonts w:ascii="宋体" w:eastAsia="宋体" w:hAnsi="宋体"/>
          <w:sz w:val="28"/>
        </w:rPr>
        <w:t>11、宣传中心其余成员随时待命</w:t>
      </w:r>
    </w:p>
    <w:p>
      <w:pPr>
        <w:spacing w:before="100" w:after="200" w:line="360" w:lineRule="auto"/>
        <w:ind w:firstLine="576"/>
        <w:jc w:val="left"/>
      </w:pPr>
      <w:r>
        <w:rPr>
          <w:rFonts w:ascii="宋体" w:eastAsia="宋体" w:hAnsi="宋体"/>
          <w:sz w:val="28"/>
        </w:rPr>
        <w:t>前期准备</w:t>
      </w:r>
    </w:p>
    <w:p>
      <w:pPr>
        <w:spacing w:before="100" w:after="200" w:line="360" w:lineRule="auto"/>
        <w:ind w:firstLine="576"/>
        <w:jc w:val="left"/>
      </w:pPr>
      <w:r>
        <w:rPr>
          <w:rFonts w:ascii="宋体" w:eastAsia="宋体" w:hAnsi="宋体"/>
          <w:sz w:val="28"/>
        </w:rPr>
        <w:t>1、评分表(7份评委使用)、统分表(2份统计人员使用)、签到表(2份主持人及负责人使用)、流程表(3份主持人、负责人各一份)、评分细则、会场纪律(1份)、主持人使用材料(2份)、统分结果及获奖结果模板、各字幕模板、音乐(若干)、视频(4个)、干部风采ppt、自强活动ppt(公益)、参赛人员及评委确定</w:t>
      </w:r>
    </w:p>
    <w:p>
      <w:pPr>
        <w:spacing w:before="100" w:after="200" w:line="360" w:lineRule="auto"/>
        <w:ind w:firstLine="576"/>
        <w:jc w:val="left"/>
      </w:pPr>
      <w:r>
        <w:rPr>
          <w:rFonts w:ascii="宋体" w:eastAsia="宋体" w:hAnsi="宋体"/>
          <w:sz w:val="28"/>
        </w:rPr>
        <w:t>2、教室申请、提交活动审批表，赛前讨论</w:t>
      </w:r>
    </w:p>
    <w:p>
      <w:pPr>
        <w:spacing w:before="100" w:after="200" w:line="360" w:lineRule="auto"/>
        <w:ind w:firstLine="576"/>
        <w:jc w:val="left"/>
      </w:pPr>
      <w:r>
        <w:rPr>
          <w:rFonts w:ascii="宋体" w:eastAsia="宋体" w:hAnsi="宋体"/>
          <w:sz w:val="28"/>
        </w:rPr>
        <w:t>3、参赛作品选拔及整理(制成文件)</w:t>
      </w:r>
    </w:p>
    <w:p>
      <w:pPr>
        <w:spacing w:before="100" w:after="200" w:line="360" w:lineRule="auto"/>
        <w:ind w:firstLine="576"/>
        <w:jc w:val="left"/>
      </w:pPr>
      <w:r>
        <w:rPr>
          <w:rFonts w:ascii="宋体" w:eastAsia="宋体" w:hAnsi="宋体"/>
          <w:sz w:val="28"/>
        </w:rPr>
        <w:t>4、组织奖(若干)、一等1名)、二等奖(2名)、三等奖(3名)、最佳人气奖(1名)</w:t>
      </w:r>
    </w:p>
    <w:p>
      <w:pPr>
        <w:spacing w:before="100" w:after="200" w:line="360" w:lineRule="auto"/>
        <w:ind w:firstLine="576"/>
        <w:jc w:val="left"/>
      </w:pPr>
      <w:r>
        <w:rPr>
          <w:rFonts w:ascii="宋体" w:eastAsia="宋体" w:hAnsi="宋体"/>
          <w:sz w:val="28"/>
        </w:rPr>
        <w:t>5、宣传部前期宣传(海报)</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6、主持人主持材料及前期彩排</w:t>
      </w:r>
    </w:p>
    <w:p>
      <w:pPr>
        <w:spacing w:before="100" w:after="200" w:line="360" w:lineRule="auto"/>
        <w:ind w:firstLine="576"/>
        <w:jc w:val="left"/>
      </w:pPr>
      <w:r>
        <w:rPr>
          <w:rFonts w:ascii="宋体" w:eastAsia="宋体" w:hAnsi="宋体"/>
          <w:sz w:val="28"/>
        </w:rPr>
        <w:t>十二、新长城青海大学自强第二届ppt大赛流程</w:t>
      </w:r>
    </w:p>
    <w:p>
      <w:pPr>
        <w:spacing w:before="100" w:after="200" w:line="360" w:lineRule="auto"/>
        <w:ind w:firstLine="576"/>
        <w:jc w:val="left"/>
      </w:pPr>
      <w:r>
        <w:rPr>
          <w:rFonts w:ascii="宋体" w:eastAsia="宋体" w:hAnsi="宋体"/>
          <w:sz w:val="28"/>
        </w:rPr>
        <w:t>1、5:30音乐播放(会场布置、观众安顿、选手及评委签到、音响调试、材料准备、工作人员就位)</w:t>
      </w:r>
    </w:p>
    <w:p>
      <w:pPr>
        <w:spacing w:before="100" w:after="200" w:line="360" w:lineRule="auto"/>
        <w:ind w:firstLine="576"/>
        <w:jc w:val="left"/>
      </w:pPr>
      <w:r>
        <w:rPr>
          <w:rFonts w:ascii="宋体" w:eastAsia="宋体" w:hAnsi="宋体"/>
          <w:sz w:val="28"/>
        </w:rPr>
        <w:t>2、6:00活动正式开始(主持人上台自我介绍、引言视频播放、主持人下台)</w:t>
      </w:r>
    </w:p>
    <w:p>
      <w:pPr>
        <w:spacing w:before="100" w:after="200" w:line="360" w:lineRule="auto"/>
        <w:ind w:firstLine="576"/>
        <w:jc w:val="left"/>
      </w:pPr>
      <w:r>
        <w:rPr>
          <w:rFonts w:ascii="宋体" w:eastAsia="宋体" w:hAnsi="宋体"/>
          <w:sz w:val="28"/>
        </w:rPr>
        <w:t>3、6:10主持人上台字幕显示，(宣布比赛正式开始，宣布活动主办方及承办方，宣布嘉宾，宣读参赛选手及评委信息，宣读比赛规则、评分标准，宣读赛场纪律要求)</w:t>
      </w:r>
    </w:p>
    <w:p>
      <w:pPr>
        <w:spacing w:before="100" w:after="200" w:line="360" w:lineRule="auto"/>
        <w:ind w:firstLine="576"/>
        <w:jc w:val="left"/>
      </w:pPr>
      <w:r>
        <w:rPr>
          <w:rFonts w:ascii="宋体" w:eastAsia="宋体" w:hAnsi="宋体"/>
          <w:sz w:val="28"/>
        </w:rPr>
        <w:t>4、6:25主持人稍作说辞(介绍1号选手具体信息并提醒2号选手做准备、主持下台)</w:t>
      </w:r>
    </w:p>
    <w:p>
      <w:pPr>
        <w:spacing w:before="100" w:after="200" w:line="360" w:lineRule="auto"/>
        <w:ind w:firstLine="576"/>
        <w:jc w:val="left"/>
      </w:pPr>
      <w:r>
        <w:rPr>
          <w:rFonts w:ascii="宋体" w:eastAsia="宋体" w:hAnsi="宋体"/>
          <w:sz w:val="28"/>
        </w:rPr>
        <w:t>5、6:30比赛实况进行中，主持人循环介绍选手信息(7~8个作品演示结束、主持人上台宣布统分时间并引言自强活动剪影，主持人下台)</w:t>
      </w:r>
    </w:p>
    <w:p>
      <w:pPr>
        <w:spacing w:before="100" w:after="200" w:line="360" w:lineRule="auto"/>
        <w:ind w:firstLine="576"/>
        <w:jc w:val="left"/>
      </w:pPr>
      <w:r>
        <w:rPr>
          <w:rFonts w:ascii="宋体" w:eastAsia="宋体" w:hAnsi="宋体"/>
          <w:sz w:val="28"/>
        </w:rPr>
        <w:t>6、7:20主持人上台(稍作说辞并宣布第一阶段选手得分，字幕显示，引言8选手并提醒下一位选手准备,主持人下台)</w:t>
      </w:r>
    </w:p>
    <w:p>
      <w:pPr>
        <w:spacing w:before="100" w:after="200" w:line="360" w:lineRule="auto"/>
        <w:ind w:firstLine="576"/>
        <w:jc w:val="left"/>
      </w:pPr>
      <w:r>
        <w:rPr>
          <w:rFonts w:ascii="宋体" w:eastAsia="宋体" w:hAnsi="宋体"/>
          <w:sz w:val="28"/>
        </w:rPr>
        <w:t>7、7:25比赛实况进行中，主持人循环介绍选手信息(9~16个作品演示结束、主持人上台宣布统分时间并引言自强干部风采展示，主持人下台)</w:t>
      </w:r>
    </w:p>
    <w:p>
      <w:pPr>
        <w:spacing w:before="100" w:after="200" w:line="360" w:lineRule="auto"/>
        <w:ind w:firstLine="576"/>
        <w:jc w:val="left"/>
      </w:pPr>
      <w:r>
        <w:rPr>
          <w:rFonts w:ascii="宋体" w:eastAsia="宋体" w:hAnsi="宋体"/>
          <w:sz w:val="28"/>
        </w:rPr>
        <w:t>8、8:15主持人上台(稍作说辞并宣布第二阶段选手得分，字幕显示，引言8选手并提醒下一位选手准备,主持人下台)</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9、8:20比赛实况进行中，主持人循环介绍选手信息(17~24个作品演示结束、主持人上台宣布统分时间并引言一段音乐，主持人下台)</w:t>
      </w:r>
    </w:p>
    <w:p>
      <w:pPr>
        <w:spacing w:before="100" w:after="200" w:line="360" w:lineRule="auto"/>
        <w:ind w:firstLine="576"/>
        <w:jc w:val="left"/>
      </w:pPr>
      <w:r>
        <w:rPr>
          <w:rFonts w:ascii="宋体" w:eastAsia="宋体" w:hAnsi="宋体"/>
          <w:sz w:val="28"/>
        </w:rPr>
        <w:t>10、9:10主持人上台(稍作说辞宣布统分时间并有请社长讲话，字幕显示社长信息，主持人下台)</w:t>
      </w:r>
    </w:p>
    <w:p>
      <w:pPr>
        <w:spacing w:before="100" w:after="200" w:line="360" w:lineRule="auto"/>
        <w:ind w:firstLine="576"/>
        <w:jc w:val="left"/>
      </w:pPr>
      <w:r>
        <w:rPr>
          <w:rFonts w:ascii="宋体" w:eastAsia="宋体" w:hAnsi="宋体"/>
          <w:sz w:val="28"/>
        </w:rPr>
        <w:t>11、9:15主持人上台(音乐响起、字幕显示标题，稍作说辞并邀请颁奖嘉宾上台，一段互动之后分别宣布三、二、一等奖获得者信息，最佳人气奖获得者，优秀组织奖获得者并有请上台领奖)</w:t>
      </w:r>
    </w:p>
    <w:p>
      <w:pPr>
        <w:spacing w:before="100" w:after="200" w:line="360" w:lineRule="auto"/>
        <w:ind w:firstLine="576"/>
        <w:jc w:val="left"/>
      </w:pPr>
      <w:r>
        <w:rPr>
          <w:rFonts w:ascii="宋体" w:eastAsia="宋体" w:hAnsi="宋体"/>
          <w:sz w:val="28"/>
        </w:rPr>
        <w:t>12、9:30颁奖结束，(主持人有请中心负责人作活动总结讲话，字幕显示负责人信息，合影留念)</w:t>
      </w:r>
    </w:p>
    <w:p>
      <w:pPr>
        <w:spacing w:before="100" w:after="200" w:line="360" w:lineRule="auto"/>
        <w:ind w:firstLine="576"/>
        <w:jc w:val="left"/>
      </w:pPr>
      <w:r>
        <w:rPr>
          <w:rFonts w:ascii="宋体" w:eastAsia="宋体" w:hAnsi="宋体"/>
          <w:sz w:val="28"/>
        </w:rPr>
        <w:t>13、 9:40主持人宣布新长城青海大学自强第二届ppt大赛到此结束。</w:t>
      </w:r>
    </w:p>
    <w:p>
      <w:pPr>
        <w:spacing w:before="100" w:after="200" w:line="360" w:lineRule="auto"/>
        <w:ind w:firstLine="576"/>
        <w:jc w:val="left"/>
      </w:pPr>
      <w:r>
        <w:rPr>
          <w:rFonts w:ascii="宋体" w:eastAsia="宋体" w:hAnsi="宋体"/>
          <w:sz w:val="28"/>
        </w:rPr>
        <w:t>14、会场清理</w:t>
      </w:r>
    </w:p>
    <w:p>
      <w:pPr>
        <w:spacing w:before="100" w:after="200" w:line="360" w:lineRule="auto"/>
        <w:ind w:firstLine="576"/>
        <w:jc w:val="left"/>
      </w:pPr>
      <w:r>
        <w:rPr>
          <w:rFonts w:ascii="宋体" w:eastAsia="宋体" w:hAnsi="宋体"/>
          <w:sz w:val="28"/>
        </w:rPr>
        <w:t>十三、ppt大赛赛场纪律</w:t>
      </w:r>
    </w:p>
    <w:p>
      <w:pPr>
        <w:spacing w:before="100" w:after="200" w:line="360" w:lineRule="auto"/>
        <w:ind w:firstLine="576"/>
        <w:jc w:val="left"/>
      </w:pPr>
      <w:r>
        <w:rPr>
          <w:rFonts w:ascii="宋体" w:eastAsia="宋体" w:hAnsi="宋体"/>
          <w:sz w:val="28"/>
        </w:rPr>
        <w:t>1、比赛开始时手机请调至静音状态</w:t>
      </w:r>
    </w:p>
    <w:p>
      <w:pPr>
        <w:spacing w:before="100" w:after="200" w:line="360" w:lineRule="auto"/>
        <w:ind w:firstLine="576"/>
        <w:jc w:val="left"/>
      </w:pPr>
      <w:r>
        <w:rPr>
          <w:rFonts w:ascii="宋体" w:eastAsia="宋体" w:hAnsi="宋体"/>
          <w:sz w:val="28"/>
        </w:rPr>
        <w:t>2、不得以任何理由随意走动，出入</w:t>
      </w:r>
    </w:p>
    <w:p>
      <w:pPr>
        <w:spacing w:before="100" w:after="200" w:line="360" w:lineRule="auto"/>
        <w:ind w:firstLine="576"/>
        <w:jc w:val="left"/>
      </w:pPr>
      <w:r>
        <w:rPr>
          <w:rFonts w:ascii="宋体" w:eastAsia="宋体" w:hAnsi="宋体"/>
          <w:sz w:val="28"/>
        </w:rPr>
        <w:t>3、活动期间不得大声喧哗</w:t>
      </w:r>
    </w:p>
    <w:p>
      <w:pPr>
        <w:spacing w:before="100" w:after="200" w:line="360" w:lineRule="auto"/>
        <w:ind w:firstLine="576"/>
        <w:jc w:val="left"/>
      </w:pPr>
      <w:r>
        <w:rPr>
          <w:rFonts w:ascii="宋体" w:eastAsia="宋体" w:hAnsi="宋体"/>
          <w:sz w:val="28"/>
        </w:rPr>
        <w:t>4、应积极配合现场秩序维护人员的安排</w:t>
      </w:r>
    </w:p>
    <w:p>
      <w:pPr>
        <w:spacing w:before="100" w:after="200" w:line="360" w:lineRule="auto"/>
        <w:ind w:firstLine="576"/>
        <w:jc w:val="left"/>
      </w:pPr>
      <w:r>
        <w:rPr>
          <w:rFonts w:ascii="宋体" w:eastAsia="宋体" w:hAnsi="宋体"/>
          <w:sz w:val="28"/>
        </w:rPr>
        <w:t>5、活动期间，观众不得擅自离席，必要情况需向现场维护人员示意</w:t>
      </w:r>
    </w:p>
    <w:p>
      <w:pPr>
        <w:spacing w:before="100" w:after="200" w:line="360" w:lineRule="auto"/>
        <w:jc w:val="left"/>
      </w:pPr>
      <w:r>
        <w:rPr>
          <w:rFonts w:ascii="宋体 (中文正文)" w:eastAsia="宋体" w:hAnsi="宋体 (中文正文)"/>
          <w:sz w:val="28"/>
        </w:rPr>
        <w:t>十四、活动后期：</w:t>
      </w:r>
    </w:p>
    <w:p>
      <w:pPr>
        <w:spacing w:before="100" w:after="200" w:line="360" w:lineRule="auto"/>
        <w:ind w:firstLine="576"/>
        <w:jc w:val="left"/>
      </w:pPr>
      <w:r>
        <w:rPr>
          <w:rFonts w:ascii="宋体" w:eastAsia="宋体" w:hAnsi="宋体"/>
          <w:sz w:val="28"/>
        </w:rPr>
        <w:t>1、获奖的优秀作品展示，将获奖作品展示(宣传部)。</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2、大会过程展示，将活动过程照片张贴展示。</w:t>
      </w:r>
    </w:p>
    <w:p>
      <w:pPr>
        <w:spacing w:before="100" w:after="200" w:line="360" w:lineRule="auto"/>
        <w:ind w:firstLine="576"/>
        <w:jc w:val="left"/>
      </w:pPr>
      <w:r>
        <w:rPr>
          <w:rFonts w:ascii="宋体" w:eastAsia="宋体" w:hAnsi="宋体"/>
          <w:sz w:val="28"/>
        </w:rPr>
        <w:t>3、各部例会总结活动成果，找出亮点与成功之处，发现不足之处进行改正。</w:t>
      </w:r>
    </w:p>
    <w:p>
      <w:pPr>
        <w:spacing w:before="100" w:after="200" w:line="360" w:lineRule="auto"/>
        <w:ind w:firstLine="576"/>
        <w:jc w:val="left"/>
      </w:pPr>
      <w:r>
        <w:rPr>
          <w:rFonts w:ascii="宋体" w:eastAsia="宋体" w:hAnsi="宋体"/>
          <w:sz w:val="28"/>
        </w:rPr>
        <w:t>4、通过宣传栏等形式宣传此次活动的亮点与不足，让每个学生了解并掌握一些ppt制作过程中应该注意的技巧。</w:t>
      </w:r>
    </w:p>
    <w:p>
      <w:pPr>
        <w:spacing w:before="100" w:after="200" w:line="360" w:lineRule="auto"/>
        <w:jc w:val="left"/>
      </w:pPr>
      <w:r>
        <w:rPr>
          <w:rFonts w:ascii="宋体 (中文正文)" w:eastAsia="宋体" w:hAnsi="宋体 (中文正文)"/>
          <w:sz w:val="28"/>
        </w:rPr>
        <w:t>十五、作品要求：</w:t>
      </w:r>
    </w:p>
    <w:p>
      <w:pPr>
        <w:spacing w:before="100" w:after="200" w:line="360" w:lineRule="auto"/>
        <w:ind w:firstLine="576"/>
        <w:jc w:val="left"/>
      </w:pPr>
      <w:r>
        <w:rPr>
          <w:rFonts w:ascii="宋体" w:eastAsia="宋体" w:hAnsi="宋体"/>
          <w:sz w:val="28"/>
        </w:rPr>
        <w:t>1、上交作品一律为电子版格式。选用ppt软件制作，形式越新颖越好.内容要求符合主题。</w:t>
      </w:r>
    </w:p>
    <w:p>
      <w:pPr>
        <w:spacing w:before="100" w:after="200" w:line="360" w:lineRule="auto"/>
        <w:ind w:firstLine="576"/>
        <w:jc w:val="left"/>
      </w:pPr>
      <w:r>
        <w:rPr>
          <w:rFonts w:ascii="宋体" w:eastAsia="宋体" w:hAnsi="宋体"/>
          <w:sz w:val="28"/>
        </w:rPr>
        <w:t>3、参赛作品内容围绕自己所选的主题，构思新颖，大体内容必须真实)</w:t>
      </w:r>
    </w:p>
    <w:p>
      <w:pPr>
        <w:spacing w:before="100" w:after="200" w:line="360" w:lineRule="auto"/>
        <w:ind w:firstLine="576"/>
        <w:jc w:val="left"/>
      </w:pPr>
      <w:r>
        <w:rPr>
          <w:rFonts w:ascii="宋体" w:eastAsia="宋体" w:hAnsi="宋体"/>
          <w:sz w:val="28"/>
        </w:rPr>
        <w:t>4、文字准确，有条理。讲解清楚。</w:t>
      </w:r>
    </w:p>
    <w:p>
      <w:pPr>
        <w:spacing w:before="100" w:after="200" w:line="360" w:lineRule="auto"/>
        <w:ind w:firstLine="576"/>
        <w:jc w:val="left"/>
      </w:pPr>
      <w:r>
        <w:rPr>
          <w:rFonts w:ascii="宋体" w:eastAsia="宋体" w:hAnsi="宋体"/>
          <w:sz w:val="28"/>
        </w:rPr>
        <w:t>5、整体美观、大方且能突出反映特色，适当的插入视频和音乐</w:t>
      </w:r>
    </w:p>
    <w:p>
      <w:pPr>
        <w:spacing w:before="100" w:after="200" w:line="360" w:lineRule="auto"/>
        <w:ind w:firstLine="576"/>
        <w:jc w:val="left"/>
      </w:pPr>
      <w:r>
        <w:rPr>
          <w:rFonts w:ascii="宋体" w:eastAsia="宋体" w:hAnsi="宋体"/>
          <w:sz w:val="28"/>
        </w:rPr>
        <w:t>7、不能抄袭，不然取消其资格。</w:t>
      </w:r>
    </w:p>
    <w:p>
      <w:pPr>
        <w:spacing w:before="100" w:after="200" w:line="360" w:lineRule="auto"/>
        <w:jc w:val="left"/>
      </w:pPr>
      <w:r>
        <w:rPr>
          <w:rFonts w:ascii="宋体 (中文正文)" w:eastAsia="宋体" w:hAnsi="宋体 (中文正文)"/>
          <w:sz w:val="28"/>
        </w:rPr>
        <w:t>十六、评分标准：</w:t>
      </w:r>
    </w:p>
    <w:p>
      <w:pPr>
        <w:spacing w:before="100" w:after="200" w:line="360" w:lineRule="auto"/>
        <w:ind w:firstLine="576"/>
        <w:jc w:val="left"/>
      </w:pPr>
      <w:r>
        <w:rPr>
          <w:rFonts w:ascii="宋体" w:eastAsia="宋体" w:hAnsi="宋体"/>
          <w:sz w:val="28"/>
        </w:rPr>
        <w:t>本届ppt大赛评委规定共7名分别为各中心干部</w:t>
      </w:r>
    </w:p>
    <w:p>
      <w:pPr>
        <w:spacing w:before="100" w:after="200" w:line="360" w:lineRule="auto"/>
        <w:jc w:val="left"/>
      </w:pPr>
      <w:r>
        <w:rPr>
          <w:rFonts w:ascii="宋体 (中文正文)" w:eastAsia="宋体" w:hAnsi="宋体 (中文正文)"/>
          <w:sz w:val="28"/>
        </w:rPr>
        <w:t>评委评分共四项：</w:t>
      </w:r>
    </w:p>
    <w:p>
      <w:pPr>
        <w:spacing w:before="100" w:after="200" w:line="360" w:lineRule="auto"/>
        <w:ind w:firstLine="576"/>
        <w:jc w:val="left"/>
      </w:pPr>
      <w:r>
        <w:rPr>
          <w:rFonts w:ascii="宋体" w:eastAsia="宋体" w:hAnsi="宋体"/>
          <w:sz w:val="28"/>
        </w:rPr>
        <w:t>①内容(30分)丰富(25~30分)较丰富(20~25分)不丰富(20分以下)</w:t>
      </w:r>
    </w:p>
    <w:p>
      <w:pPr>
        <w:spacing w:before="100" w:after="200" w:line="360" w:lineRule="auto"/>
        <w:ind w:firstLine="576"/>
        <w:jc w:val="left"/>
      </w:pPr>
      <w:r>
        <w:rPr>
          <w:rFonts w:ascii="宋体" w:eastAsia="宋体" w:hAnsi="宋体"/>
          <w:sz w:val="28"/>
        </w:rPr>
        <w:t>②技术性(30分)强(25~30分)较强(20~25分)不够强(20分以下)</w:t>
      </w:r>
    </w:p>
    <w:p>
      <w:pPr>
        <w:spacing w:before="100" w:after="200" w:line="360" w:lineRule="auto"/>
        <w:ind w:firstLine="576"/>
        <w:jc w:val="left"/>
      </w:pPr>
      <w:r>
        <w:rPr>
          <w:rFonts w:ascii="宋体" w:eastAsia="宋体" w:hAnsi="宋体"/>
          <w:sz w:val="28"/>
        </w:rPr>
        <w:t>③主题(30分)鲜明(25~30分)较鲜明(20~25分)不鲜明(20分以下)</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④发展等级(10分)评委可根据对作品印象自行打分(最低分0分,最高分10分)</w:t>
      </w:r>
    </w:p>
    <w:p>
      <w:pPr>
        <w:spacing w:before="100" w:after="200" w:line="360" w:lineRule="auto"/>
        <w:ind w:firstLine="576"/>
        <w:jc w:val="left"/>
      </w:pPr>
      <w:r>
        <w:rPr>
          <w:rFonts w:ascii="宋体" w:eastAsia="宋体" w:hAnsi="宋体"/>
          <w:sz w:val="28"/>
        </w:rPr>
        <w:t>⑤评委可根据以上四项不同分数段内分值为选手打分,再取各项分总和,即为选手得分</w:t>
      </w:r>
    </w:p>
    <w:p>
      <w:pPr>
        <w:spacing w:before="100" w:after="200" w:line="360" w:lineRule="auto"/>
        <w:ind w:firstLine="576"/>
        <w:jc w:val="left"/>
      </w:pPr>
      <w:r>
        <w:rPr>
          <w:rFonts w:ascii="宋体" w:eastAsia="宋体" w:hAnsi="宋体"/>
          <w:sz w:val="28"/>
        </w:rPr>
        <w:t>⑥在七位评委打分中,除去一个最高分和一个最低分再取平均分,即为选手最终得分</w:t>
      </w:r>
    </w:p>
    <w:p>
      <w:pPr>
        <w:spacing w:before="100" w:after="200" w:line="360" w:lineRule="auto"/>
        <w:ind w:firstLine="576"/>
        <w:jc w:val="left"/>
      </w:pPr>
      <w:r>
        <w:rPr>
          <w:rFonts w:ascii="宋体" w:eastAsia="宋体" w:hAnsi="宋体"/>
          <w:sz w:val="28"/>
        </w:rPr>
        <w:t>⑦各位评委须根据作品实际发展等级分,不得有庇护行为</w:t>
      </w:r>
    </w:p>
    <w:p>
      <w:pPr>
        <w:spacing w:before="100" w:after="200" w:line="360" w:lineRule="auto"/>
        <w:ind w:firstLine="576"/>
        <w:jc w:val="left"/>
      </w:pPr>
      <w:r>
        <w:rPr>
          <w:rFonts w:ascii="宋体" w:eastAsia="宋体" w:hAnsi="宋体"/>
          <w:sz w:val="28"/>
        </w:rPr>
        <w:t>⑧本评分细则最终解释权归宣传中心所有</w:t>
      </w:r>
    </w:p>
    <w:p>
      <w:pPr>
        <w:spacing w:before="100" w:after="200" w:line="360" w:lineRule="auto"/>
        <w:ind w:firstLine="576"/>
        <w:jc w:val="left"/>
      </w:pPr>
      <w:r>
        <w:rPr>
          <w:rFonts w:ascii="宋体" w:eastAsia="宋体" w:hAnsi="宋体"/>
          <w:sz w:val="28"/>
        </w:rPr>
        <w:t>十七、奖项设置</w:t>
      </w:r>
    </w:p>
    <w:p>
      <w:pPr>
        <w:spacing w:before="100" w:after="200" w:line="360" w:lineRule="auto"/>
        <w:ind w:firstLine="576"/>
        <w:jc w:val="left"/>
      </w:pPr>
      <w:r>
        <w:rPr>
          <w:rFonts w:ascii="宋体" w:eastAsia="宋体" w:hAnsi="宋体"/>
          <w:sz w:val="28"/>
        </w:rPr>
        <w:t>一等奖一名颁发获奖证书奖品(u盘)</w:t>
      </w:r>
    </w:p>
    <w:p>
      <w:pPr>
        <w:spacing w:before="100" w:after="200" w:line="360" w:lineRule="auto"/>
        <w:ind w:firstLine="576"/>
        <w:jc w:val="left"/>
      </w:pPr>
      <w:r>
        <w:rPr>
          <w:rFonts w:ascii="宋体" w:eastAsia="宋体" w:hAnsi="宋体"/>
          <w:sz w:val="28"/>
        </w:rPr>
        <w:t>二等奖两名颁发获奖证书奖品(鼠标)</w:t>
      </w:r>
    </w:p>
    <w:p>
      <w:pPr>
        <w:spacing w:before="100" w:after="200" w:line="360" w:lineRule="auto"/>
        <w:ind w:firstLine="576"/>
        <w:jc w:val="left"/>
      </w:pPr>
      <w:r>
        <w:rPr>
          <w:rFonts w:ascii="宋体" w:eastAsia="宋体" w:hAnsi="宋体"/>
          <w:sz w:val="28"/>
        </w:rPr>
        <w:t>三等奖三名颁发获奖证书奖品(耳机)</w:t>
      </w:r>
    </w:p>
    <w:p>
      <w:pPr>
        <w:spacing w:before="100" w:after="200" w:line="360" w:lineRule="auto"/>
        <w:jc w:val="left"/>
      </w:pPr>
      <w:r>
        <w:rPr>
          <w:rFonts w:ascii="宋体 (中文正文)" w:eastAsia="宋体" w:hAnsi="宋体 (中文正文)"/>
          <w:sz w:val="28"/>
        </w:rPr>
        <w:t>十八、活动经费预算：</w:t>
      </w:r>
    </w:p>
    <w:p>
      <w:pPr>
        <w:spacing w:before="100" w:after="200" w:line="360" w:lineRule="auto"/>
        <w:ind w:firstLine="576"/>
        <w:jc w:val="left"/>
      </w:pPr>
      <w:r>
        <w:rPr>
          <w:rFonts w:ascii="宋体" w:eastAsia="宋体" w:hAnsi="宋体"/>
          <w:sz w:val="28"/>
        </w:rPr>
        <w:t>序号项目单价元数量合计总计</w:t>
      </w:r>
    </w:p>
    <w:p>
      <w:pPr>
        <w:spacing w:before="100" w:after="200" w:line="360" w:lineRule="auto"/>
        <w:ind w:firstLine="576"/>
        <w:jc w:val="left"/>
      </w:pPr>
      <w:r>
        <w:rPr>
          <w:rFonts w:ascii="宋体" w:eastAsia="宋体" w:hAnsi="宋体"/>
          <w:sz w:val="28"/>
        </w:rPr>
        <w:t>1u盘45145元</w:t>
      </w:r>
    </w:p>
    <w:p>
      <w:pPr>
        <w:spacing w:before="100" w:after="200" w:line="360" w:lineRule="auto"/>
        <w:ind w:firstLine="576"/>
        <w:jc w:val="left"/>
      </w:pPr>
      <w:r>
        <w:rPr>
          <w:rFonts w:ascii="宋体" w:eastAsia="宋体" w:hAnsi="宋体"/>
          <w:sz w:val="28"/>
        </w:rPr>
        <w:t>125元</w:t>
      </w:r>
    </w:p>
    <w:p>
      <w:pPr>
        <w:spacing w:before="100" w:after="200" w:line="360" w:lineRule="auto"/>
        <w:ind w:firstLine="576"/>
        <w:jc w:val="left"/>
      </w:pPr>
      <w:r>
        <w:rPr>
          <w:rFonts w:ascii="宋体" w:eastAsia="宋体" w:hAnsi="宋体"/>
          <w:sz w:val="28"/>
        </w:rPr>
        <w:t>2鼠标25250元</w:t>
      </w:r>
    </w:p>
    <w:p>
      <w:pPr>
        <w:spacing w:before="100" w:after="200" w:line="360" w:lineRule="auto"/>
        <w:ind w:firstLine="576"/>
        <w:jc w:val="left"/>
      </w:pPr>
      <w:r>
        <w:rPr>
          <w:rFonts w:ascii="宋体" w:eastAsia="宋体" w:hAnsi="宋体"/>
          <w:sz w:val="28"/>
        </w:rPr>
        <w:t>3读卡器10330元</w:t>
      </w:r>
    </w:p>
    <w:p>
      <w:pPr>
        <w:spacing w:before="100" w:after="200" w:line="360" w:lineRule="auto"/>
        <w:jc w:val="left"/>
      </w:pPr>
      <w:r>
        <w:rPr>
          <w:rFonts w:ascii="宋体 (中文正文)" w:eastAsia="宋体" w:hAnsi="宋体 (中文正文)"/>
          <w:sz w:val="28"/>
        </w:rPr>
        <w:t>十九、活动预测：</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如果遇到停电等原因导致本次活动不能顺利进行，活动将延期举行，时间另行通知。参加这次活动的成员因个人问题不能及时参加活动必须第一时间报告以便做好人员调配，确保活动顺利进行。</w:t>
      </w:r>
    </w:p>
    <w:p>
      <w:pPr>
        <w:spacing w:before="100" w:after="200" w:line="360" w:lineRule="auto"/>
        <w:jc w:val="left"/>
      </w:pPr>
      <w:r>
        <w:rPr>
          <w:rFonts w:ascii="宋体 (中文正文)" w:eastAsia="宋体" w:hAnsi="宋体 (中文正文)"/>
          <w:sz w:val="28"/>
        </w:rPr>
        <w:t>备注：</w:t>
      </w:r>
    </w:p>
    <w:p>
      <w:pPr>
        <w:spacing w:before="100" w:after="200" w:line="360" w:lineRule="auto"/>
        <w:ind w:firstLine="576"/>
        <w:jc w:val="left"/>
      </w:pPr>
      <w:r>
        <w:rPr>
          <w:rFonts w:ascii="宋体" w:eastAsia="宋体" w:hAnsi="宋体"/>
          <w:sz w:val="28"/>
        </w:rPr>
        <w:t>1、与会的各协会成员必须佩带证件。</w:t>
      </w:r>
    </w:p>
    <w:p>
      <w:pPr>
        <w:spacing w:before="100" w:after="200" w:line="360" w:lineRule="auto"/>
        <w:ind w:firstLine="576"/>
        <w:jc w:val="left"/>
      </w:pPr>
      <w:r>
        <w:rPr>
          <w:rFonts w:ascii="宋体" w:eastAsia="宋体" w:hAnsi="宋体"/>
          <w:sz w:val="28"/>
        </w:rPr>
        <w:t>2、所有参会人员必须遵守会场秩序，保持清洁卫生。</w:t>
      </w:r>
    </w:p>
    <w:p>
      <w:pPr>
        <w:spacing w:before="100" w:after="200" w:line="360" w:lineRule="auto"/>
        <w:ind w:firstLine="576"/>
        <w:jc w:val="left"/>
      </w:pPr>
      <w:r>
        <w:rPr>
          <w:rFonts w:ascii="宋体" w:eastAsia="宋体" w:hAnsi="宋体"/>
          <w:sz w:val="28"/>
        </w:rPr>
        <w:t>3、本次活动的最终解释权归新长城青海大学自强社所有。</w:t>
      </w:r>
    </w:p>
    <w:p>
      <w:pPr>
        <w:spacing w:before="100" w:after="200" w:line="360" w:lineRule="auto"/>
        <w:jc w:val="left"/>
      </w:pPr>
      <w:r>
        <w:rPr>
          <w:rFonts w:ascii="宋体 (中文正文)" w:eastAsia="宋体" w:hAnsi="宋体 (中文正文)"/>
          <w:sz w:val="28"/>
        </w:rPr>
        <w:t>活动主题：</w:t>
      </w:r>
    </w:p>
    <w:p>
      <w:pPr>
        <w:spacing w:before="100" w:after="200" w:line="360" w:lineRule="auto"/>
        <w:ind w:firstLine="576"/>
        <w:jc w:val="left"/>
      </w:pPr>
      <w:r>
        <w:rPr>
          <w:rFonts w:ascii="宋体" w:eastAsia="宋体" w:hAnsi="宋体"/>
          <w:sz w:val="28"/>
        </w:rPr>
        <w:t>商场天长地久（9）服务月系列活动主题要素开业优惠服务主题阐述</w:t>
      </w:r>
    </w:p>
    <w:p>
      <w:pPr>
        <w:spacing w:before="100" w:after="200" w:line="360" w:lineRule="auto"/>
        <w:ind w:firstLine="576"/>
        <w:jc w:val="left"/>
      </w:pPr>
      <w:r>
        <w:rPr>
          <w:rFonts w:ascii="宋体" w:eastAsia="宋体" w:hAnsi="宋体"/>
          <w:sz w:val="28"/>
        </w:rPr>
        <w:t>主题突出了商场“为顾客天长地久服务”的服务心愿（可作商场的服务理念）。天长地久之“久”谐音于9月之“9”，与开业的时期很好地切合起来。</w:t>
      </w:r>
    </w:p>
    <w:p>
      <w:pPr>
        <w:spacing w:before="100" w:after="200" w:line="360" w:lineRule="auto"/>
        <w:ind w:firstLine="576"/>
        <w:jc w:val="left"/>
      </w:pPr>
      <w:r>
        <w:rPr>
          <w:rFonts w:ascii="宋体" w:eastAsia="宋体" w:hAnsi="宋体"/>
          <w:sz w:val="28"/>
        </w:rPr>
        <w:t>由此，可将每年的9月确定商场服务月，并与每年年庆结合起来，开展一系列相关活动。</w:t>
      </w:r>
    </w:p>
    <w:p>
      <w:pPr>
        <w:spacing w:before="100" w:after="200" w:line="360" w:lineRule="auto"/>
        <w:ind w:firstLine="576"/>
        <w:jc w:val="left"/>
      </w:pPr>
      <w:r>
        <w:rPr>
          <w:rFonts w:ascii="宋体" w:eastAsia="宋体" w:hAnsi="宋体"/>
          <w:sz w:val="28"/>
        </w:rPr>
        <w:t>备选主题</w:t>
      </w:r>
    </w:p>
    <w:p>
      <w:pPr>
        <w:spacing w:before="100" w:after="200" w:line="360" w:lineRule="auto"/>
        <w:ind w:firstLine="576"/>
        <w:jc w:val="left"/>
      </w:pPr>
      <w:r>
        <w:rPr>
          <w:rFonts w:ascii="宋体" w:eastAsia="宋体" w:hAnsi="宋体"/>
          <w:sz w:val="28"/>
        </w:rPr>
        <w:t>为顾客服务，让心与心更接近，用优惠和真诚赢得感动，用优惠和真诚服务到永久，优惠天长地久，服务天长地久</w:t>
      </w:r>
    </w:p>
    <w:p>
      <w:pPr>
        <w:spacing w:before="100" w:after="200" w:line="360" w:lineRule="auto"/>
        <w:ind w:firstLine="576"/>
        <w:jc w:val="left"/>
      </w:pPr>
      <w:r>
        <w:rPr>
          <w:rFonts w:ascii="宋体" w:eastAsia="宋体" w:hAnsi="宋体"/>
          <w:sz w:val="28"/>
        </w:rPr>
        <w:t>天长地久（9）月，服务久！久！久！……</w:t>
      </w:r>
    </w:p>
    <w:p>
      <w:pPr>
        <w:spacing w:before="100" w:after="200" w:line="360" w:lineRule="auto"/>
        <w:ind w:firstLine="576"/>
        <w:jc w:val="left"/>
      </w:pPr>
      <w:r>
        <w:rPr>
          <w:rFonts w:ascii="宋体" w:eastAsia="宋体" w:hAnsi="宋体"/>
          <w:sz w:val="28"/>
        </w:rPr>
        <w:t>主题传达表现</w:t>
      </w:r>
    </w:p>
    <w:p>
      <w:pPr>
        <w:spacing w:before="100" w:after="200" w:line="360" w:lineRule="auto"/>
        <w:ind w:firstLine="576"/>
        <w:jc w:val="left"/>
      </w:pPr>
      <w:r>
        <w:rPr>
          <w:rFonts w:ascii="宋体" w:eastAsia="宋体" w:hAnsi="宋体"/>
          <w:sz w:val="28"/>
        </w:rPr>
        <w:t>贯穿于活动，形成主体表现。有效地互动演绎及内容传达、所有用品标示、所有宣传表现、社会影响与口碑传播。</w:t>
      </w:r>
    </w:p>
    <w:p>
      <w:pPr>
        <w:spacing w:before="100" w:after="200" w:line="360" w:lineRule="auto"/>
        <w:ind w:firstLine="576"/>
        <w:jc w:val="left"/>
      </w:pPr>
      <w:r>
        <w:rPr>
          <w:rFonts w:ascii="宋体" w:eastAsia="宋体" w:hAnsi="宋体"/>
          <w:sz w:val="28"/>
        </w:rPr>
        <w:t>活动概述：活动范围，xx市（为主）</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活动形式</w:t>
      </w:r>
    </w:p>
    <w:p>
      <w:pPr>
        <w:spacing w:before="100" w:after="200" w:line="360" w:lineRule="auto"/>
        <w:ind w:firstLine="576"/>
        <w:jc w:val="left"/>
      </w:pPr>
      <w:r>
        <w:rPr>
          <w:rFonts w:ascii="宋体" w:eastAsia="宋体" w:hAnsi="宋体"/>
          <w:sz w:val="28"/>
        </w:rPr>
        <w:t>以优惠活动为主，配xx周年庆、教师节和中秋节相关互动活动。</w:t>
      </w:r>
    </w:p>
    <w:p>
      <w:pPr>
        <w:spacing w:before="100" w:after="200" w:line="360" w:lineRule="auto"/>
        <w:jc w:val="left"/>
      </w:pPr>
      <w:r>
        <w:rPr>
          <w:rFonts w:ascii="宋体 (中文正文)" w:eastAsia="宋体" w:hAnsi="宋体 (中文正文)"/>
          <w:sz w:val="28"/>
        </w:rPr>
        <w:t>具体安排为：</w:t>
      </w:r>
    </w:p>
    <w:p>
      <w:pPr>
        <w:spacing w:before="100" w:after="200" w:line="360" w:lineRule="auto"/>
        <w:ind w:firstLine="576"/>
        <w:jc w:val="left"/>
      </w:pPr>
      <w:r>
        <w:rPr>
          <w:rFonts w:ascii="宋体" w:eastAsia="宋体" w:hAnsi="宋体"/>
          <w:sz w:val="28"/>
        </w:rPr>
        <w:t>9月6日开业并配xx周年庆活动。9月10日进行“祝福天长地久（9）”教师节活动。9月11日进行“团圆天长地久（9）”中秋节活动。</w:t>
      </w:r>
    </w:p>
    <w:p>
      <w:pPr>
        <w:spacing w:before="100" w:after="200" w:line="360" w:lineRule="auto"/>
        <w:ind w:firstLine="576"/>
        <w:jc w:val="left"/>
      </w:pPr>
      <w:r>
        <w:rPr>
          <w:rFonts w:ascii="宋体" w:eastAsia="宋体" w:hAnsi="宋体"/>
          <w:sz w:val="28"/>
        </w:rPr>
        <w:t>活动目的：背景阐述</w:t>
      </w:r>
    </w:p>
    <w:p>
      <w:pPr>
        <w:spacing w:before="100" w:after="200" w:line="360" w:lineRule="auto"/>
        <w:ind w:firstLine="576"/>
        <w:jc w:val="left"/>
      </w:pPr>
      <w:r>
        <w:rPr>
          <w:rFonts w:ascii="宋体" w:eastAsia="宋体" w:hAnsi="宋体"/>
          <w:sz w:val="28"/>
        </w:rPr>
        <w:t>超市化经营已成为目前商品零售的流行业态。</w:t>
      </w:r>
    </w:p>
    <w:p>
      <w:pPr>
        <w:spacing w:before="100" w:after="200" w:line="360" w:lineRule="auto"/>
        <w:ind w:firstLine="576"/>
        <w:jc w:val="left"/>
      </w:pPr>
      <w:r>
        <w:rPr>
          <w:rFonts w:ascii="宋体" w:eastAsia="宋体" w:hAnsi="宋体"/>
          <w:sz w:val="28"/>
        </w:rPr>
        <w:t>而在xx市，长期以来，这一业态却没有得到很好的发展。甚至在当年乌鲁木齐大型超市好家乡开业时xx市民也纷涌而至。由此可见，xx市民对大型超市的呼唤心态。</w:t>
      </w:r>
    </w:p>
    <w:p>
      <w:pPr>
        <w:spacing w:before="100" w:after="200" w:line="360" w:lineRule="auto"/>
        <w:ind w:firstLine="576"/>
        <w:jc w:val="left"/>
      </w:pPr>
      <w:r>
        <w:rPr>
          <w:rFonts w:ascii="宋体" w:eastAsia="宋体" w:hAnsi="宋体"/>
          <w:sz w:val="28"/>
        </w:rPr>
        <w:t>如今，xx市第一家大型、综合的超市，商场诞生了，是顺应消费趋势并大有发展前途的。在此前提下，我们在提升企业形象的基础上，加强、深化服务，以服务维系客户，树立“xx超市第一品牌“的形象，必然会有所发展。</w:t>
      </w:r>
    </w:p>
    <w:p>
      <w:pPr>
        <w:spacing w:before="100" w:after="200" w:line="360" w:lineRule="auto"/>
        <w:ind w:firstLine="576"/>
        <w:jc w:val="left"/>
      </w:pPr>
      <w:r>
        <w:rPr>
          <w:rFonts w:ascii="宋体" w:eastAsia="宋体" w:hAnsi="宋体"/>
          <w:sz w:val="28"/>
        </w:rPr>
        <w:t>目前的阶段，对于品牌建立初期的吉瑞祥超市而言，开展深入人心的开业活动是必然、适时和必要的。活动目的</w:t>
      </w:r>
    </w:p>
    <w:p>
      <w:pPr>
        <w:spacing w:before="100" w:after="200" w:line="360" w:lineRule="auto"/>
        <w:ind w:firstLine="576"/>
        <w:jc w:val="left"/>
      </w:pPr>
      <w:r>
        <w:rPr>
          <w:rFonts w:ascii="宋体" w:eastAsia="宋体" w:hAnsi="宋体"/>
          <w:sz w:val="28"/>
        </w:rPr>
        <w:t>提升形象，推进服务</w:t>
      </w:r>
    </w:p>
    <w:p>
      <w:pPr>
        <w:spacing w:before="100" w:after="200" w:line="360" w:lineRule="auto"/>
        <w:ind w:firstLine="576"/>
        <w:jc w:val="left"/>
      </w:pPr>
      <w:r>
        <w:rPr>
          <w:rFonts w:ascii="宋体" w:eastAsia="宋体" w:hAnsi="宋体"/>
          <w:sz w:val="28"/>
        </w:rPr>
        <w:t>活动预期目标我们的目标是：</w:t>
      </w:r>
    </w:p>
    <w:p>
      <w:pPr>
        <w:spacing w:before="100" w:after="200" w:line="360" w:lineRule="auto"/>
        <w:ind w:firstLine="576"/>
        <w:jc w:val="left"/>
      </w:pPr>
      <w:r>
        <w:rPr>
          <w:rFonts w:ascii="宋体" w:eastAsia="宋体" w:hAnsi="宋体"/>
          <w:sz w:val="28"/>
        </w:rPr>
        <w:t>目标一：树立xx超市业第一品牌，新疆超市业强势品牌。</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目标二：通过本次活动，使之与国庆节相关活动形成持续呼应，运用形象的传播效应和活动的连动效应，促进销售。</w:t>
      </w:r>
    </w:p>
    <w:p>
      <w:pPr>
        <w:spacing w:before="100" w:after="200" w:line="360" w:lineRule="auto"/>
        <w:ind w:firstLine="576"/>
        <w:jc w:val="left"/>
      </w:pPr>
      <w:r>
        <w:rPr>
          <w:rFonts w:ascii="宋体" w:eastAsia="宋体" w:hAnsi="宋体"/>
          <w:sz w:val="28"/>
        </w:rPr>
        <w:t>目标三：力争商场在xx的市场认知率达到90%以上，购买率达60%以上。</w:t>
      </w:r>
    </w:p>
    <w:p>
      <w:pPr>
        <w:spacing w:before="100" w:after="200" w:line="360" w:lineRule="auto"/>
        <w:ind w:firstLine="576"/>
        <w:jc w:val="left"/>
      </w:pPr>
      <w:r>
        <w:rPr>
          <w:rFonts w:ascii="宋体" w:eastAsia="宋体" w:hAnsi="宋体"/>
          <w:sz w:val="28"/>
        </w:rPr>
        <w:t>活动时间：20xx年xx月xx月</w:t>
      </w:r>
    </w:p>
    <w:p>
      <w:pPr>
        <w:spacing w:before="100" w:after="200" w:line="360" w:lineRule="auto"/>
        <w:ind w:firstLine="576"/>
        <w:jc w:val="left"/>
      </w:pPr>
      <w:r>
        <w:rPr>
          <w:rFonts w:ascii="宋体" w:eastAsia="宋体" w:hAnsi="宋体"/>
          <w:sz w:val="28"/>
        </w:rPr>
        <w:t>建议：之间可进行优惠促销活动，至10月份逐步形成价格巩固。</w:t>
      </w:r>
    </w:p>
    <w:p>
      <w:pPr>
        <w:spacing w:before="100" w:after="200" w:line="360" w:lineRule="auto"/>
        <w:jc w:val="left"/>
      </w:pPr>
      <w:r>
        <w:rPr>
          <w:rFonts w:ascii="宋体 (中文正文)" w:eastAsia="宋体" w:hAnsi="宋体 (中文正文)"/>
          <w:sz w:val="28"/>
        </w:rPr>
        <w:t>活动地点：</w:t>
      </w:r>
    </w:p>
    <w:p>
      <w:pPr>
        <w:spacing w:before="100" w:after="200" w:line="360" w:lineRule="auto"/>
        <w:ind w:firstLine="576"/>
        <w:jc w:val="left"/>
      </w:pPr>
      <w:r>
        <w:rPr>
          <w:rFonts w:ascii="宋体" w:eastAsia="宋体" w:hAnsi="宋体"/>
          <w:sz w:val="28"/>
        </w:rPr>
        <w:t>吉瑞祥超市及周边区域</w:t>
      </w:r>
    </w:p>
    <w:p>
      <w:pPr>
        <w:spacing w:before="100" w:after="200" w:line="360" w:lineRule="auto"/>
        <w:ind w:firstLine="576"/>
        <w:jc w:val="left"/>
      </w:pPr>
      <w:r>
        <w:rPr>
          <w:rFonts w:ascii="宋体" w:eastAsia="宋体" w:hAnsi="宋体"/>
          <w:sz w:val="28"/>
        </w:rPr>
        <w:t>活动诉求对象：广大xx购物市民群特征描述</w:t>
      </w:r>
    </w:p>
    <w:p>
      <w:pPr>
        <w:spacing w:before="100" w:after="200" w:line="360" w:lineRule="auto"/>
        <w:ind w:firstLine="576"/>
        <w:jc w:val="left"/>
      </w:pPr>
      <w:r>
        <w:rPr>
          <w:rFonts w:ascii="宋体" w:eastAsia="宋体" w:hAnsi="宋体"/>
          <w:sz w:val="28"/>
        </w:rPr>
        <w:t>已形成在xx市区消费的习惯，对超市消费怀有热衷期盼。诉求元素，优惠与服务，诉求形式及表现，引导并促进消费。晓之以情，感动为怀。</w:t>
      </w:r>
    </w:p>
    <w:p>
      <w:pPr>
        <w:spacing w:before="100" w:after="200" w:line="360" w:lineRule="auto"/>
        <w:ind w:firstLine="576"/>
        <w:jc w:val="left"/>
      </w:pPr>
      <w:r>
        <w:rPr>
          <w:rFonts w:ascii="宋体" w:eastAsia="宋体" w:hAnsi="宋体"/>
          <w:sz w:val="28"/>
        </w:rPr>
        <w:t>不断与之发生愉快关系，形成美好印象。</w:t>
      </w:r>
    </w:p>
    <w:p>
      <w:pPr>
        <w:spacing w:before="100" w:after="200" w:line="360" w:lineRule="auto"/>
        <w:ind w:firstLine="576"/>
        <w:jc w:val="left"/>
      </w:pPr>
      <w:r>
        <w:rPr>
          <w:rFonts w:ascii="宋体" w:eastAsia="宋体" w:hAnsi="宋体"/>
          <w:sz w:val="28"/>
        </w:rPr>
        <w:t>【第二部分：活动环境布局及氛围营造】总体原则：</w:t>
      </w:r>
    </w:p>
    <w:p>
      <w:pPr>
        <w:spacing w:before="100" w:after="200" w:line="360" w:lineRule="auto"/>
        <w:ind w:firstLine="576"/>
        <w:jc w:val="left"/>
      </w:pPr>
      <w:r>
        <w:rPr>
          <w:rFonts w:ascii="宋体" w:eastAsia="宋体" w:hAnsi="宋体"/>
          <w:sz w:val="28"/>
        </w:rPr>
        <w:t>紧密结合主题，形成主题表现。突出隆重感，形象传达及视觉效果。</w:t>
      </w:r>
    </w:p>
    <w:p>
      <w:pPr>
        <w:spacing w:before="100" w:after="200" w:line="360" w:lineRule="auto"/>
        <w:ind w:firstLine="576"/>
        <w:jc w:val="left"/>
      </w:pPr>
      <w:r>
        <w:rPr>
          <w:rFonts w:ascii="宋体" w:eastAsia="宋体" w:hAnsi="宋体"/>
          <w:sz w:val="28"/>
        </w:rPr>
        <w:t>所有宣传物出现企业LOGO，主体宣传物标示“吉瑞祥天长地久（9）服务月”主题。</w:t>
      </w:r>
    </w:p>
    <w:p>
      <w:pPr>
        <w:spacing w:before="100" w:after="200" w:line="360" w:lineRule="auto"/>
        <w:ind w:firstLine="576"/>
        <w:jc w:val="left"/>
      </w:pPr>
      <w:r>
        <w:rPr>
          <w:rFonts w:ascii="宋体" w:eastAsia="宋体" w:hAnsi="宋体"/>
          <w:sz w:val="28"/>
        </w:rPr>
        <w:t>片区分工布局规划：周边街区</w:t>
      </w:r>
    </w:p>
    <w:p>
      <w:pPr>
        <w:spacing w:before="100" w:after="200" w:line="360" w:lineRule="auto"/>
        <w:ind w:firstLine="576"/>
        <w:jc w:val="left"/>
      </w:pPr>
      <w:r>
        <w:rPr>
          <w:rFonts w:ascii="宋体" w:eastAsia="宋体" w:hAnsi="宋体"/>
          <w:sz w:val="28"/>
        </w:rPr>
        <w:t>超市邻近街和市区主干道布标宣传（100条）。</w:t>
      </w:r>
    </w:p>
    <w:p>
      <w:pPr>
        <w:spacing w:before="100" w:after="200" w:line="360" w:lineRule="auto"/>
        <w:ind w:firstLine="576"/>
        <w:jc w:val="left"/>
      </w:pPr>
      <w:r>
        <w:rPr>
          <w:rFonts w:ascii="宋体" w:eastAsia="宋体" w:hAnsi="宋体"/>
          <w:sz w:val="28"/>
        </w:rPr>
        <w:t>主干线公交车布标宣传（50条）。超市邻近街口指示牌宣传（20个）。</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商业集中区重点街区宣传单发放（50000份）。超市外</w:t>
      </w:r>
    </w:p>
    <w:p>
      <w:pPr>
        <w:spacing w:before="100" w:after="200" w:line="360" w:lineRule="auto"/>
        <w:ind w:firstLine="576"/>
        <w:jc w:val="left"/>
      </w:pPr>
      <w:r>
        <w:rPr>
          <w:rFonts w:ascii="宋体" w:eastAsia="宋体" w:hAnsi="宋体"/>
          <w:sz w:val="28"/>
        </w:rPr>
        <w:t>门外陈列标示企业LOGO的刀旗（50个）。门前设置升空气球（带竖标，8个）门外设置大型拱门1—2个。</w:t>
      </w:r>
    </w:p>
    <w:p>
      <w:pPr>
        <w:spacing w:before="100" w:after="200" w:line="360" w:lineRule="auto"/>
        <w:ind w:firstLine="576"/>
        <w:jc w:val="left"/>
      </w:pPr>
      <w:r>
        <w:rPr>
          <w:rFonts w:ascii="宋体" w:eastAsia="宋体" w:hAnsi="宋体"/>
          <w:sz w:val="28"/>
        </w:rPr>
        <w:t>超市前设立大型主题展版一块，发布活动主题及相关优惠活动。楼体悬挂巨型彩色竖标（50个）门口用气球及花束装饰。超市内</w:t>
      </w:r>
    </w:p>
    <w:p>
      <w:pPr>
        <w:spacing w:before="100" w:after="200" w:line="360" w:lineRule="auto"/>
        <w:ind w:firstLine="576"/>
        <w:jc w:val="left"/>
      </w:pPr>
      <w:r>
        <w:rPr>
          <w:rFonts w:ascii="宋体" w:eastAsia="宋体" w:hAnsi="宋体"/>
          <w:sz w:val="28"/>
        </w:rPr>
        <w:t>门口设立明显标示企业LOGO的接待处，向入场者赠送活动宣传品、礼品及纪念品。超市内设立迎宾和导购小姐。</w:t>
      </w:r>
    </w:p>
    <w:p>
      <w:pPr>
        <w:spacing w:before="100" w:after="200" w:line="360" w:lineRule="auto"/>
        <w:ind w:firstLine="576"/>
        <w:jc w:val="left"/>
      </w:pPr>
      <w:r>
        <w:rPr>
          <w:rFonts w:ascii="宋体" w:eastAsia="宋体" w:hAnsi="宋体"/>
          <w:sz w:val="28"/>
        </w:rPr>
        <w:t>超市内设立导示系统，设立明显标示企业LOGO的指示牌（50个）超市顶部及货架处用气球及花束装饰。超市顶端悬挂POP挂旗（10000份）。超市内主题海报宣传（1000份）。</w:t>
      </w:r>
    </w:p>
    <w:p>
      <w:pPr>
        <w:spacing w:before="100" w:after="200" w:line="360" w:lineRule="auto"/>
        <w:ind w:firstLine="576"/>
        <w:jc w:val="left"/>
      </w:pPr>
      <w:r>
        <w:rPr>
          <w:rFonts w:ascii="宋体" w:eastAsia="宋体" w:hAnsi="宋体"/>
          <w:sz w:val="28"/>
        </w:rPr>
        <w:t>超市内相关区域设立休憩处，配备服务人员并进行礼品和宣传品的发放。</w:t>
      </w:r>
    </w:p>
    <w:p>
      <w:pPr>
        <w:spacing w:before="100" w:after="200" w:line="360" w:lineRule="auto"/>
        <w:ind w:firstLine="576"/>
        <w:jc w:val="left"/>
      </w:pPr>
      <w:r>
        <w:rPr>
          <w:rFonts w:ascii="宋体" w:eastAsia="宋体" w:hAnsi="宋体"/>
          <w:sz w:val="28"/>
        </w:rPr>
        <w:t>专设“天长地久（9）服务人员”进行场内服务，服务人员统一着装、披绶带“吉瑞祥超市天长地久（9）服务月”。</w:t>
      </w:r>
    </w:p>
    <w:p>
      <w:pPr>
        <w:spacing w:before="100" w:after="200" w:line="360" w:lineRule="auto"/>
        <w:ind w:firstLine="576"/>
        <w:jc w:val="left"/>
      </w:pPr>
      <w:r>
        <w:rPr>
          <w:rFonts w:ascii="宋体" w:eastAsia="宋体" w:hAnsi="宋体"/>
          <w:sz w:val="28"/>
        </w:rPr>
        <w:t>向参与活动客户发放印有吉瑞祥超市标识的遮阳帽、手提袋等用品。现场宣传单的发放。</w:t>
      </w:r>
    </w:p>
    <w:p>
      <w:pPr>
        <w:spacing w:before="100" w:after="200" w:line="360" w:lineRule="auto"/>
        <w:ind w:firstLine="576"/>
        <w:jc w:val="left"/>
      </w:pPr>
      <w:r>
        <w:rPr>
          <w:rFonts w:ascii="宋体" w:eastAsia="宋体" w:hAnsi="宋体"/>
          <w:sz w:val="28"/>
        </w:rPr>
        <w:t>【第三部分：活动实施方案】9月6日上午：开业典礼</w:t>
      </w:r>
    </w:p>
    <w:p>
      <w:pPr>
        <w:spacing w:before="100" w:after="200" w:line="360" w:lineRule="auto"/>
        <w:ind w:firstLine="576"/>
        <w:jc w:val="left"/>
      </w:pPr>
      <w:r>
        <w:rPr>
          <w:rFonts w:ascii="宋体" w:eastAsia="宋体" w:hAnsi="宋体"/>
          <w:sz w:val="28"/>
        </w:rPr>
        <w:t>缤纷开幕隆重、欢乐音乐响起</w:t>
      </w:r>
    </w:p>
    <w:p>
      <w:pPr>
        <w:spacing w:before="100" w:after="200" w:line="360" w:lineRule="auto"/>
        <w:ind w:firstLine="576"/>
        <w:jc w:val="left"/>
      </w:pPr>
      <w:r>
        <w:rPr>
          <w:rFonts w:ascii="宋体" w:eastAsia="宋体" w:hAnsi="宋体"/>
          <w:sz w:val="28"/>
        </w:rPr>
        <w:t>设置升空可爆气球若干，内置心形彩色花瓣（或彩纸）和中奖卡，气球升至一定高度爆炸，彩色花瓣（或彩纸）和中奖卡凌空落下。</w:t>
      </w:r>
    </w:p>
    <w:p>
      <w:pPr>
        <w:spacing w:before="100" w:after="200" w:line="360" w:lineRule="auto"/>
        <w:ind w:firstLine="576"/>
        <w:jc w:val="left"/>
      </w:pPr>
      <w:r>
        <w:rPr>
          <w:rFonts w:ascii="宋体" w:eastAsia="宋体" w:hAnsi="宋体"/>
          <w:sz w:val="28"/>
        </w:rPr>
        <w:t>或：由高空处撒下彩色花瓣（或彩纸）和中奖卡片。</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具体节目内容配xx周年庆（由xx组织筹备），进行新闻宣传</w:t>
      </w:r>
    </w:p>
    <w:p>
      <w:pPr>
        <w:spacing w:before="100" w:after="200" w:line="360" w:lineRule="auto"/>
        <w:ind w:firstLine="576"/>
        <w:jc w:val="left"/>
      </w:pPr>
      <w:r>
        <w:rPr>
          <w:rFonts w:ascii="宋体" w:eastAsia="宋体" w:hAnsi="宋体"/>
          <w:sz w:val="28"/>
        </w:rPr>
        <w:t>游戏（建议）；1、爱拼才会赢进行拼版游戏，参与者可获显明标示企业LOGO的纪念品。拼版显明标示企业LOGO及“为顾客服务到天长地久”字样。计时游戏，时间最短者获胜，可获奖励。2、心心相印，由两人组成一组。</w:t>
      </w:r>
    </w:p>
    <w:p>
      <w:pPr>
        <w:spacing w:before="100" w:after="200" w:line="360" w:lineRule="auto"/>
        <w:ind w:firstLine="576"/>
        <w:jc w:val="left"/>
      </w:pPr>
      <w:r>
        <w:rPr>
          <w:rFonts w:ascii="宋体" w:eastAsia="宋体" w:hAnsi="宋体"/>
          <w:sz w:val="28"/>
        </w:rPr>
        <w:t>各站一边，被蒙上眼睛（或戴上头罩），先由主持者打乱他们的次序。然后，开始寻找。所有参与客户可获显明标示企业LOGO的纪念品。在限定时间内（5分钟）正确找到的组可获奖励。</w:t>
      </w:r>
    </w:p>
    <w:p>
      <w:pPr>
        <w:spacing w:before="100" w:after="200" w:line="360" w:lineRule="auto"/>
        <w:ind w:firstLine="576"/>
        <w:jc w:val="left"/>
      </w:pPr>
      <w:r>
        <w:rPr>
          <w:rFonts w:ascii="宋体" w:eastAsia="宋体" w:hAnsi="宋体"/>
          <w:sz w:val="28"/>
        </w:rPr>
        <w:t>xx月xx“祝福天长地久（9）”教师节活动针对于教师的特别优惠活动。向教师献礼活动：</w:t>
      </w:r>
    </w:p>
    <w:p>
      <w:pPr>
        <w:spacing w:before="100" w:after="200" w:line="360" w:lineRule="auto"/>
        <w:ind w:firstLine="576"/>
        <w:jc w:val="left"/>
      </w:pPr>
      <w:r>
        <w:rPr>
          <w:rFonts w:ascii="宋体" w:eastAsia="宋体" w:hAnsi="宋体"/>
          <w:sz w:val="28"/>
        </w:rPr>
        <w:t>邮寄（或派员）向教师赠送礼品及贺卡。</w:t>
      </w:r>
    </w:p>
    <w:p>
      <w:pPr>
        <w:spacing w:before="100" w:after="200" w:line="360" w:lineRule="auto"/>
        <w:ind w:firstLine="576"/>
        <w:jc w:val="left"/>
      </w:pPr>
      <w:r>
        <w:rPr>
          <w:rFonts w:ascii="宋体" w:eastAsia="宋体" w:hAnsi="宋体"/>
          <w:sz w:val="28"/>
        </w:rPr>
        <w:t>xx月xx日“团圆天长地久（9）”中秋节活动xx月xx日—xx日，“月饼一条街”活动</w:t>
      </w:r>
    </w:p>
    <w:p>
      <w:pPr>
        <w:spacing w:before="100" w:after="200" w:line="360" w:lineRule="auto"/>
        <w:ind w:firstLine="576"/>
        <w:jc w:val="left"/>
      </w:pPr>
      <w:r>
        <w:rPr>
          <w:rFonts w:ascii="宋体" w:eastAsia="宋体" w:hAnsi="宋体"/>
          <w:sz w:val="28"/>
        </w:rPr>
        <w:t>在靠近超市区选择一条主街道进行此活动，组织超市内月饼商并邀请其它月饼商参加街道入口处设立拱门，标明“商场月饼一条街”街口设立接待处</w:t>
      </w:r>
    </w:p>
    <w:p>
      <w:pPr>
        <w:spacing w:before="100" w:after="200" w:line="360" w:lineRule="auto"/>
        <w:ind w:firstLine="576"/>
        <w:jc w:val="left"/>
      </w:pPr>
      <w:r>
        <w:rPr>
          <w:rFonts w:ascii="宋体" w:eastAsia="宋体" w:hAnsi="宋体"/>
          <w:sz w:val="28"/>
        </w:rPr>
        <w:t>街内悬挂宣传布标（50条）</w:t>
      </w:r>
    </w:p>
    <w:p>
      <w:pPr>
        <w:spacing w:before="100" w:after="200" w:line="360" w:lineRule="auto"/>
        <w:ind w:firstLine="576"/>
        <w:jc w:val="left"/>
      </w:pPr>
      <w:r>
        <w:rPr>
          <w:rFonts w:ascii="宋体" w:eastAsia="宋体" w:hAnsi="宋体"/>
          <w:sz w:val="28"/>
        </w:rPr>
        <w:t>相关销售点摆放吉瑞祥超市宣传品及月饼宣传品专设休憩处，提供免费品尝月饼及相关宣传品月饼优惠销售</w:t>
      </w:r>
    </w:p>
    <w:p>
      <w:pPr>
        <w:spacing w:before="100" w:after="200" w:line="360" w:lineRule="auto"/>
        <w:ind w:firstLine="576"/>
        <w:jc w:val="left"/>
      </w:pPr>
      <w:r>
        <w:rPr>
          <w:rFonts w:ascii="宋体" w:eastAsia="宋体" w:hAnsi="宋体"/>
          <w:sz w:val="28"/>
        </w:rPr>
        <w:t>xx月xx日，“团圆天长地久（9）”中秋节活动特邀孤寡老人及孤儿逛月饼一条街，向其赠送月饼。与孤寡老人及孤儿共度中秋节，相关新闻报道</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其它促销活动</w:t>
      </w:r>
    </w:p>
    <w:p>
      <w:pPr>
        <w:spacing w:before="100" w:after="200" w:line="360" w:lineRule="auto"/>
        <w:ind w:firstLine="576"/>
        <w:jc w:val="left"/>
      </w:pPr>
      <w:r>
        <w:rPr>
          <w:rFonts w:ascii="宋体" w:eastAsia="宋体" w:hAnsi="宋体"/>
          <w:sz w:val="28"/>
        </w:rPr>
        <w:t>购物满200元报的费（吉瑞祥组织）</w:t>
      </w:r>
    </w:p>
    <w:p>
      <w:pPr>
        <w:spacing w:before="100" w:after="200" w:line="360" w:lineRule="auto"/>
        <w:ind w:firstLine="576"/>
        <w:jc w:val="left"/>
      </w:pPr>
      <w:r>
        <w:rPr>
          <w:rFonts w:ascii="宋体" w:eastAsia="宋体" w:hAnsi="宋体"/>
          <w:sz w:val="28"/>
        </w:rPr>
        <w:t>【第四部分：活动宣传配合】</w:t>
      </w:r>
    </w:p>
    <w:p>
      <w:pPr>
        <w:spacing w:before="100" w:after="200" w:line="360" w:lineRule="auto"/>
        <w:jc w:val="left"/>
      </w:pPr>
      <w:r>
        <w:rPr>
          <w:rFonts w:ascii="宋体 (中文正文)" w:eastAsia="宋体" w:hAnsi="宋体 (中文正文)"/>
          <w:sz w:val="28"/>
        </w:rPr>
        <w:t>宣传主题：</w:t>
      </w:r>
    </w:p>
    <w:p>
      <w:pPr>
        <w:spacing w:before="100" w:after="200" w:line="360" w:lineRule="auto"/>
        <w:ind w:firstLine="576"/>
        <w:jc w:val="left"/>
      </w:pPr>
      <w:r>
        <w:rPr>
          <w:rFonts w:ascii="宋体" w:eastAsia="宋体" w:hAnsi="宋体"/>
          <w:sz w:val="28"/>
        </w:rPr>
        <w:t>商场天长地久（9）服务月</w:t>
      </w:r>
    </w:p>
    <w:p>
      <w:pPr>
        <w:spacing w:before="100" w:after="200" w:line="360" w:lineRule="auto"/>
        <w:jc w:val="left"/>
      </w:pPr>
      <w:r>
        <w:rPr>
          <w:rFonts w:ascii="宋体 (中文正文)" w:eastAsia="宋体" w:hAnsi="宋体 (中文正文)"/>
          <w:sz w:val="28"/>
        </w:rPr>
        <w:t>宣传阶段划分：</w:t>
      </w:r>
    </w:p>
    <w:p>
      <w:pPr>
        <w:spacing w:before="100" w:after="200" w:line="360" w:lineRule="auto"/>
        <w:ind w:firstLine="576"/>
        <w:jc w:val="left"/>
      </w:pPr>
      <w:r>
        <w:rPr>
          <w:rFonts w:ascii="宋体" w:eastAsia="宋体" w:hAnsi="宋体"/>
          <w:sz w:val="28"/>
        </w:rPr>
        <w:t>第一阶段活动前宣传，宣传时间：20xx年xx月xx日</w:t>
      </w:r>
    </w:p>
    <w:p>
      <w:pPr>
        <w:spacing w:before="100" w:after="200" w:line="360" w:lineRule="auto"/>
        <w:ind w:firstLine="576"/>
        <w:jc w:val="left"/>
      </w:pPr>
      <w:r>
        <w:rPr>
          <w:rFonts w:ascii="宋体" w:eastAsia="宋体" w:hAnsi="宋体"/>
          <w:sz w:val="28"/>
        </w:rPr>
        <w:t>宣传形式：告知宣传，宣传内容：</w:t>
      </w:r>
    </w:p>
    <w:p>
      <w:pPr>
        <w:spacing w:before="100" w:after="200" w:line="360" w:lineRule="auto"/>
        <w:ind w:firstLine="576"/>
        <w:jc w:val="left"/>
      </w:pPr>
      <w:r>
        <w:rPr>
          <w:rFonts w:ascii="宋体" w:eastAsia="宋体" w:hAnsi="宋体"/>
          <w:sz w:val="28"/>
        </w:rPr>
        <w:t>传达活动即将举行信息，信息传达要素：商场企业形象，商场的服务理念，活动的主题及内容，活动举行的时间及地点，媒体安排：</w:t>
      </w:r>
    </w:p>
    <w:p>
      <w:pPr>
        <w:spacing w:before="100" w:after="200" w:line="360" w:lineRule="auto"/>
        <w:ind w:firstLine="576"/>
        <w:jc w:val="left"/>
      </w:pPr>
      <w:r>
        <w:rPr>
          <w:rFonts w:ascii="宋体" w:eastAsia="宋体" w:hAnsi="宋体"/>
          <w:sz w:val="28"/>
        </w:rPr>
        <w:t>以报纸媒体、DM为主。</w:t>
      </w:r>
    </w:p>
    <w:p>
      <w:pPr>
        <w:spacing w:before="100" w:after="200" w:line="360" w:lineRule="auto"/>
        <w:ind w:firstLine="576"/>
        <w:jc w:val="left"/>
      </w:pPr>
      <w:r>
        <w:rPr>
          <w:rFonts w:ascii="宋体" w:eastAsia="宋体" w:hAnsi="宋体"/>
          <w:sz w:val="28"/>
        </w:rPr>
        <w:t>具体报纸媒体为《都市消费晨报xx商情》、《美鹤商情》、《xx日报》版面安排1/2版运作步骤：DM共计50000份通过3种渠道宣传：A、派员分片区发送B、报纸夹页C、邮寄报纸</w:t>
      </w:r>
    </w:p>
    <w:p>
      <w:pPr>
        <w:spacing w:before="100" w:after="200" w:line="360" w:lineRule="auto"/>
        <w:ind w:firstLine="576"/>
        <w:jc w:val="left"/>
      </w:pPr>
      <w:r>
        <w:rPr>
          <w:rFonts w:ascii="宋体" w:eastAsia="宋体" w:hAnsi="宋体"/>
          <w:sz w:val="28"/>
        </w:rPr>
        <w:t>1、3、5日《都市消费晨报xx商情》1日《美鹤商情》2、4日《xx日报》</w:t>
      </w:r>
    </w:p>
    <w:p>
      <w:pPr>
        <w:spacing w:before="100" w:after="200" w:line="360" w:lineRule="auto"/>
        <w:ind w:firstLine="576"/>
        <w:jc w:val="left"/>
      </w:pPr>
      <w:r>
        <w:rPr>
          <w:rFonts w:ascii="宋体" w:eastAsia="宋体" w:hAnsi="宋体"/>
          <w:sz w:val="28"/>
        </w:rPr>
        <w:t>第二阶段活动后宣传宣传时间：</w:t>
      </w:r>
    </w:p>
    <w:p>
      <w:pPr>
        <w:spacing w:before="100" w:after="200" w:line="360" w:lineRule="auto"/>
        <w:ind w:firstLine="576"/>
        <w:jc w:val="left"/>
      </w:pPr>
      <w:r>
        <w:rPr>
          <w:rFonts w:ascii="宋体" w:eastAsia="宋体" w:hAnsi="宋体"/>
          <w:sz w:val="28"/>
        </w:rPr>
        <w:t>20xx年9月11—20日宣传形式：软文宣传宣传内容：传达活动相关内容 信息传达要素：活动的主题及内容，商场企业形象</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商场服务理念、优惠活动推介</w:t>
      </w:r>
    </w:p>
    <w:p>
      <w:pPr>
        <w:spacing w:before="100" w:after="200" w:line="360" w:lineRule="auto"/>
        <w:ind w:firstLine="576"/>
        <w:jc w:val="left"/>
      </w:pPr>
      <w:r>
        <w:rPr>
          <w:rFonts w:ascii="宋体" w:eastAsia="宋体" w:hAnsi="宋体"/>
          <w:sz w:val="28"/>
        </w:rPr>
        <w:t>商场对顾客的服务（具体表现、客户回馈、相关实例等）相关软文文题：</w:t>
      </w:r>
    </w:p>
    <w:p>
      <w:pPr>
        <w:spacing w:before="100" w:after="200" w:line="360" w:lineRule="auto"/>
        <w:ind w:firstLine="576"/>
        <w:jc w:val="left"/>
      </w:pPr>
      <w:r>
        <w:rPr>
          <w:rFonts w:ascii="宋体" w:eastAsia="宋体" w:hAnsi="宋体"/>
          <w:sz w:val="28"/>
        </w:rPr>
        <w:t>《xx第一家大型综合超市开业》</w:t>
      </w:r>
    </w:p>
    <w:p>
      <w:pPr>
        <w:spacing w:before="100" w:after="200" w:line="360" w:lineRule="auto"/>
        <w:ind w:firstLine="576"/>
        <w:jc w:val="left"/>
      </w:pPr>
      <w:r>
        <w:rPr>
          <w:rFonts w:ascii="宋体" w:eastAsia="宋体" w:hAnsi="宋体"/>
          <w:sz w:val="28"/>
        </w:rPr>
        <w:t>《用优惠和真诚为顾客服务，xx商场开业侧记》《为顾客服务，让心与心更接近》《商场，用优惠和真诚赢得感动》</w:t>
      </w:r>
    </w:p>
    <w:p>
      <w:pPr>
        <w:spacing w:before="100" w:after="200" w:line="360" w:lineRule="auto"/>
        <w:ind w:firstLine="576"/>
        <w:jc w:val="left"/>
      </w:pPr>
      <w:r>
        <w:rPr>
          <w:rFonts w:ascii="宋体" w:eastAsia="宋体" w:hAnsi="宋体"/>
          <w:sz w:val="28"/>
        </w:rPr>
        <w:t>《天长地久（9）月：承诺到永久，服务到永久》媒体安排：《都市消费晨报》、《xx日报》运作实施：预计两报各1—2篇。</w:t>
      </w:r>
    </w:p>
    <w:p>
      <w:pPr>
        <w:spacing w:before="100" w:after="200" w:line="360" w:lineRule="auto"/>
        <w:ind w:firstLine="576"/>
        <w:jc w:val="left"/>
      </w:pPr>
      <w:r>
        <w:rPr>
          <w:rFonts w:ascii="宋体" w:eastAsia="宋体" w:hAnsi="宋体"/>
          <w:sz w:val="28"/>
        </w:rPr>
        <w:t>宣传表现：企业形象、服务、活动主题</w:t>
      </w:r>
    </w:p>
    <w:p>
      <w:pPr>
        <w:spacing w:before="100" w:after="200" w:line="360" w:lineRule="auto"/>
        <w:ind w:firstLine="576"/>
        <w:jc w:val="left"/>
      </w:pPr>
      <w:r>
        <w:rPr>
          <w:rFonts w:ascii="宋体" w:eastAsia="宋体" w:hAnsi="宋体"/>
          <w:sz w:val="28"/>
        </w:rPr>
        <w:t>第五部分：活动效果巩固</w:t>
      </w:r>
    </w:p>
    <w:p>
      <w:pPr>
        <w:spacing w:before="100" w:after="200" w:line="360" w:lineRule="auto"/>
        <w:ind w:firstLine="576"/>
        <w:jc w:val="left"/>
      </w:pPr>
      <w:r>
        <w:rPr>
          <w:rFonts w:ascii="宋体" w:eastAsia="宋体" w:hAnsi="宋体"/>
          <w:sz w:val="28"/>
        </w:rPr>
        <w:t>第六部分：活动费用预算</w:t>
      </w:r>
    </w:p>
    <w:p>
      <w:pPr>
        <w:spacing w:before="100" w:after="200" w:line="360" w:lineRule="auto"/>
        <w:ind w:firstLine="576"/>
        <w:jc w:val="left"/>
      </w:pPr>
      <w:r>
        <w:rPr>
          <w:rFonts w:ascii="宋体" w:eastAsia="宋体" w:hAnsi="宋体"/>
          <w:sz w:val="28"/>
        </w:rPr>
        <w:t>活动完毕</w:t>
      </w:r>
    </w:p>
    <w:p>
      <w:pPr>
        <w:spacing w:before="100" w:after="200" w:line="360" w:lineRule="auto"/>
        <w:ind w:firstLine="576"/>
        <w:jc w:val="left"/>
      </w:pPr>
      <w:r>
        <w:rPr>
          <w:rFonts w:ascii="宋体" w:eastAsia="宋体" w:hAnsi="宋体"/>
          <w:sz w:val="28"/>
        </w:rPr>
        <w:t>为指导思想，通过广泛开展“以优促进”的学风建设活动，进而提高广大同学们自主学习的积极性，现我系特举办以“加强学风建设，创建温馨家园”为主题的优良学风宿舍评比活动，活动具体方案如下。</w:t>
      </w:r>
    </w:p>
    <w:p>
      <w:pPr>
        <w:spacing w:before="100" w:after="200" w:line="360" w:lineRule="auto"/>
        <w:jc w:val="left"/>
      </w:pPr>
      <w:r>
        <w:rPr>
          <w:rFonts w:ascii="宋体 (中文正文)" w:eastAsia="宋体" w:hAnsi="宋体 (中文正文)"/>
          <w:b/>
          <w:sz w:val="28"/>
        </w:rPr>
        <w:t>一、活动具体流程</w:t>
      </w:r>
    </w:p>
    <w:p>
      <w:pPr>
        <w:spacing w:before="100" w:after="200" w:line="360" w:lineRule="auto"/>
        <w:ind w:firstLine="576"/>
        <w:jc w:val="left"/>
      </w:pPr>
      <w:r>
        <w:rPr>
          <w:rFonts w:ascii="宋体" w:eastAsia="宋体" w:hAnsi="宋体"/>
          <w:sz w:val="28"/>
        </w:rPr>
        <w:t>第一阶段(3月15日—3月18日)：各班推荐阶段各班根据实际情况，在本班进行评选，然后向学科部推荐本班的优良寝室(一至两个)，将寝室号交与学科部，由学科部人员进行调查审核。</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第二阶段(3月19日—3月26)：调查审核阶段由学科部成员对各班推荐的寝室进行调查审核。通过利用空余时间到各个寝室进行核实，对各个寝室的成员依据“评选标准”进行登记，作为后来的评审依据。</w:t>
      </w:r>
    </w:p>
    <w:p>
      <w:pPr>
        <w:spacing w:before="100" w:after="200" w:line="360" w:lineRule="auto"/>
        <w:ind w:firstLine="576"/>
        <w:jc w:val="left"/>
      </w:pPr>
      <w:r>
        <w:rPr>
          <w:rFonts w:ascii="宋体" w:eastAsia="宋体" w:hAnsi="宋体"/>
          <w:sz w:val="28"/>
        </w:rPr>
        <w:t>第三阶段(3月27日—3月30日)综合评审阶段由系学生会主席团和各部部长成立一个评审小组，对前期通过审核的寝室进行综合评审，听取各宿舍成员代表做关于如何营造宿舍良好学习风气的书面材料及心得体会的报告，最后进行综合评比，评出最佳优良学风宿舍六个(分为一、二、三等奖)及宿舍学风进步奖若干名。</w:t>
      </w:r>
    </w:p>
    <w:p>
      <w:pPr>
        <w:spacing w:before="100" w:after="200" w:line="360" w:lineRule="auto"/>
        <w:jc w:val="left"/>
      </w:pPr>
      <w:r>
        <w:rPr>
          <w:rFonts w:ascii="宋体 (中文正文)" w:eastAsia="宋体" w:hAnsi="宋体 (中文正文)"/>
          <w:b/>
          <w:sz w:val="28"/>
        </w:rPr>
        <w:t>二、评选标准</w:t>
      </w:r>
    </w:p>
    <w:p>
      <w:pPr>
        <w:spacing w:before="100" w:after="200" w:line="360" w:lineRule="auto"/>
        <w:ind w:firstLine="576"/>
        <w:jc w:val="left"/>
      </w:pPr>
      <w:r>
        <w:rPr>
          <w:rFonts w:ascii="宋体" w:eastAsia="宋体" w:hAnsi="宋体"/>
          <w:sz w:val="28"/>
        </w:rPr>
        <w:t>1、全日制在校大学生(以宿舍为参赛单位);</w:t>
      </w:r>
    </w:p>
    <w:p>
      <w:pPr>
        <w:spacing w:before="100" w:after="200" w:line="360" w:lineRule="auto"/>
        <w:ind w:firstLine="576"/>
        <w:jc w:val="left"/>
      </w:pPr>
      <w:r>
        <w:rPr>
          <w:rFonts w:ascii="宋体" w:eastAsia="宋体" w:hAnsi="宋体"/>
          <w:sz w:val="28"/>
        </w:rPr>
        <w:t>2、宿舍内成员友爱团结，真诚相待，宿舍卫生清洁;</w:t>
      </w:r>
    </w:p>
    <w:p>
      <w:pPr>
        <w:spacing w:before="100" w:after="200" w:line="360" w:lineRule="auto"/>
        <w:ind w:firstLine="576"/>
        <w:jc w:val="left"/>
      </w:pPr>
      <w:r>
        <w:rPr>
          <w:rFonts w:ascii="宋体" w:eastAsia="宋体" w:hAnsi="宋体"/>
          <w:sz w:val="28"/>
        </w:rPr>
        <w:t>3、参评宿舍成员在校期间必须无任何违规违纪现象(如：考试作弊、挂科、打架斗殴、沉迷网络、使用违章电器等)，如有类似情况进行记录用于后期评审时减分;</w:t>
      </w:r>
    </w:p>
    <w:p>
      <w:pPr>
        <w:spacing w:before="100" w:after="200" w:line="360" w:lineRule="auto"/>
        <w:ind w:firstLine="576"/>
        <w:jc w:val="left"/>
      </w:pPr>
      <w:r>
        <w:rPr>
          <w:rFonts w:ascii="宋体" w:eastAsia="宋体" w:hAnsi="宋体"/>
          <w:sz w:val="28"/>
        </w:rPr>
        <w:t>4、参评宿舍三分之二以上(含三分之二)成员获得校级奖学金(上个期末的奖学金不算，以下情况优先：</w:t>
      </w:r>
    </w:p>
    <w:p>
      <w:pPr>
        <w:spacing w:before="100" w:after="200" w:line="360" w:lineRule="auto"/>
        <w:ind w:firstLine="576"/>
        <w:jc w:val="left"/>
      </w:pPr>
      <w:r>
        <w:rPr>
          <w:rFonts w:ascii="宋体" w:eastAsia="宋体" w:hAnsi="宋体"/>
          <w:sz w:val="28"/>
        </w:rPr>
        <w:t>①获得过国家励志奖学金或国家奖学金</w:t>
      </w:r>
    </w:p>
    <w:p>
      <w:pPr>
        <w:spacing w:before="100" w:after="200" w:line="360" w:lineRule="auto"/>
        <w:ind w:firstLine="576"/>
        <w:jc w:val="left"/>
      </w:pPr>
      <w:r>
        <w:rPr>
          <w:rFonts w:ascii="宋体" w:eastAsia="宋体" w:hAnsi="宋体"/>
          <w:sz w:val="28"/>
        </w:rPr>
        <w:t>②英语四、六级通过率较高的</w:t>
      </w:r>
    </w:p>
    <w:p>
      <w:pPr>
        <w:spacing w:before="100" w:after="200" w:line="360" w:lineRule="auto"/>
        <w:ind w:firstLine="576"/>
        <w:jc w:val="left"/>
      </w:pPr>
      <w:r>
        <w:rPr>
          <w:rFonts w:ascii="宋体" w:eastAsia="宋体" w:hAnsi="宋体"/>
          <w:sz w:val="28"/>
        </w:rPr>
        <w:t>③党员、预备党员比例较高的);</w:t>
      </w:r>
    </w:p>
    <w:p>
      <w:pPr>
        <w:spacing w:before="100" w:after="200" w:line="360" w:lineRule="auto"/>
        <w:ind w:firstLine="576"/>
        <w:jc w:val="left"/>
      </w:pPr>
      <w:r>
        <w:rPr>
          <w:rFonts w:ascii="宋体" w:eastAsia="宋体" w:hAnsi="宋体"/>
          <w:sz w:val="28"/>
        </w:rPr>
        <w:t>5、根据各个寝室成员的具体奖惩情况予以加分或减分：</w:t>
      </w:r>
    </w:p>
    <w:p>
      <w:pPr>
        <w:spacing w:before="100" w:after="200" w:line="360" w:lineRule="auto"/>
        <w:ind w:firstLine="576"/>
        <w:jc w:val="left"/>
      </w:pPr>
      <w:r>
        <w:rPr>
          <w:rFonts w:ascii="宋体" w:eastAsia="宋体" w:hAnsi="宋体"/>
          <w:sz w:val="28"/>
        </w:rPr>
        <w:t>①校级奖学金一个加2分;国家励志奖学金一个加3分;国家奖学金一个加4分。</w:t>
      </w:r>
    </w:p>
    <w:p>
      <w:pPr>
        <w:spacing w:before="100" w:after="200" w:line="360" w:lineRule="auto"/>
        <w:ind w:firstLine="576"/>
        <w:jc w:val="left"/>
      </w:pPr>
      <w:r>
        <w:rPr>
          <w:rFonts w:ascii="宋体" w:eastAsia="宋体" w:hAnsi="宋体"/>
          <w:sz w:val="28"/>
        </w:rPr>
        <w:t>②英语四、六级通过根据人数加分，一个加2分。</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③党员一个加3分，预备党员一个加2分。</w:t>
      </w:r>
    </w:p>
    <w:p>
      <w:pPr>
        <w:spacing w:before="100" w:after="200" w:line="360" w:lineRule="auto"/>
        <w:ind w:firstLine="576"/>
        <w:jc w:val="left"/>
      </w:pPr>
      <w:r>
        <w:rPr>
          <w:rFonts w:ascii="宋体" w:eastAsia="宋体" w:hAnsi="宋体"/>
          <w:sz w:val="28"/>
        </w:rPr>
        <w:t>④获得其他荣誉称号的根据情况酌情加2至3分。</w:t>
      </w:r>
    </w:p>
    <w:p>
      <w:pPr>
        <w:spacing w:before="100" w:after="200" w:line="360" w:lineRule="auto"/>
        <w:ind w:firstLine="576"/>
        <w:jc w:val="left"/>
      </w:pPr>
      <w:r>
        <w:rPr>
          <w:rFonts w:ascii="宋体" w:eastAsia="宋体" w:hAnsi="宋体"/>
          <w:sz w:val="28"/>
        </w:rPr>
        <w:t>⑤如有寝室成员有前面所述的违规违纪现象，根据情节减2至3分。</w:t>
      </w:r>
    </w:p>
    <w:p>
      <w:pPr>
        <w:spacing w:before="100" w:after="200" w:line="360" w:lineRule="auto"/>
        <w:jc w:val="left"/>
      </w:pPr>
      <w:r>
        <w:rPr>
          <w:rFonts w:ascii="宋体 (中文正文)" w:eastAsia="宋体" w:hAnsi="宋体 (中文正文)"/>
          <w:b/>
          <w:sz w:val="28"/>
        </w:rPr>
        <w:t>三、活动要求</w:t>
      </w:r>
    </w:p>
    <w:p>
      <w:pPr>
        <w:spacing w:before="100" w:after="200" w:line="360" w:lineRule="auto"/>
        <w:ind w:firstLine="576"/>
        <w:jc w:val="left"/>
      </w:pPr>
      <w:r>
        <w:rPr>
          <w:rFonts w:ascii="宋体" w:eastAsia="宋体" w:hAnsi="宋体"/>
          <w:sz w:val="28"/>
        </w:rPr>
        <w:t>1、参评宿舍必须将所有参赛材料交给学科部，以备核查。</w:t>
      </w:r>
    </w:p>
    <w:p>
      <w:pPr>
        <w:spacing w:before="100" w:after="200" w:line="360" w:lineRule="auto"/>
        <w:ind w:firstLine="576"/>
        <w:jc w:val="left"/>
      </w:pPr>
      <w:r>
        <w:rPr>
          <w:rFonts w:ascii="宋体" w:eastAsia="宋体" w:hAnsi="宋体"/>
          <w:sz w:val="28"/>
        </w:rPr>
        <w:t>2、所交材料包括：⑴宿舍成员所获奖学金的数量、等次以及相关证书复印件或证明材料;⑵宿舍成员所获荣誉称号及其相关证书或证明材料;</w:t>
      </w:r>
    </w:p>
    <w:p>
      <w:pPr>
        <w:spacing w:before="100" w:after="200" w:line="360" w:lineRule="auto"/>
        <w:ind w:firstLine="576"/>
        <w:jc w:val="left"/>
      </w:pPr>
      <w:r>
        <w:rPr>
          <w:rFonts w:ascii="宋体" w:eastAsia="宋体" w:hAnsi="宋体"/>
          <w:sz w:val="28"/>
        </w:rPr>
        <w:t>3、参评宿舍须向学科部提交一份有关如何营造宿舍良好学习风气的书面材料。</w:t>
      </w:r>
    </w:p>
    <w:p>
      <w:pPr>
        <w:spacing w:before="100" w:after="200" w:line="360" w:lineRule="auto"/>
        <w:ind w:firstLine="576"/>
        <w:jc w:val="left"/>
      </w:pPr>
      <w:r>
        <w:rPr>
          <w:rFonts w:ascii="宋体" w:eastAsia="宋体" w:hAnsi="宋体"/>
          <w:sz w:val="28"/>
        </w:rPr>
        <w:t>4、各入选宿舍须推荐一名代表做关于如何营造良好学习风气心得体会的报告。</w:t>
      </w:r>
    </w:p>
    <w:p>
      <w:pPr>
        <w:spacing w:before="100" w:after="200" w:line="360" w:lineRule="auto"/>
        <w:ind w:firstLine="576"/>
        <w:jc w:val="left"/>
      </w:pPr>
      <w:r>
        <w:rPr>
          <w:rFonts w:ascii="宋体" w:eastAsia="宋体" w:hAnsi="宋体"/>
          <w:sz w:val="28"/>
        </w:rPr>
        <w:t>5、各参选宿舍不得弄虚作假，一经发现取消其参赛资格并通报批评。</w:t>
      </w:r>
    </w:p>
    <w:p>
      <w:pPr>
        <w:spacing w:before="100" w:after="200" w:line="360" w:lineRule="auto"/>
        <w:jc w:val="left"/>
      </w:pPr>
      <w:r>
        <w:rPr>
          <w:rFonts w:ascii="宋体 (中文正文)" w:eastAsia="宋体" w:hAnsi="宋体 (中文正文)"/>
          <w:b/>
          <w:sz w:val="28"/>
        </w:rPr>
        <w:t>四、奖项设置</w:t>
      </w:r>
    </w:p>
    <w:p>
      <w:pPr>
        <w:spacing w:before="100" w:after="200" w:line="360" w:lineRule="auto"/>
        <w:ind w:firstLine="576"/>
        <w:jc w:val="left"/>
      </w:pPr>
      <w:r>
        <w:rPr>
          <w:rFonts w:ascii="宋体" w:eastAsia="宋体" w:hAnsi="宋体"/>
          <w:sz w:val="28"/>
        </w:rPr>
        <w:t>本次活动将评选出最佳优良学风宿舍六个(大一、大二、大三各两个)，分为一、二、三等奖及优良学风宿舍鼓励奖若干名。一等奖一名,奖品为和寝室每人加荣誉证书;二等奖二名，奖品为和每人一本荣誉证书;三等奖三名,奖品为每个寝室发一面荣誉锦旗。最佳优良学风宿舍获得者将被推荐参加校级优良学风宿舍评比活动，获奖宿舍每位成员将享受本学期加分待遇(“最佳优良学风宿舍”加3分;“优良学风宿舍鼓励奖”加2分)并计入个人档案。</w:t>
      </w:r>
    </w:p>
    <w:p>
      <w:pPr>
        <w:spacing w:before="100" w:after="200" w:line="360" w:lineRule="auto"/>
        <w:jc w:val="left"/>
        <w:sectPr w:rsidSect="00034616">
          <w:type w:val="nextPage"/>
          <w:pgSz w:w="11906" w:h="16838"/>
          <w:pgMar w:top="1440" w:right="1440" w:bottom="1440" w:left="1440" w:header="720" w:footer="720" w:gutter="0"/>
          <w:pgNumType w:start="16"/>
          <w:cols w:space="720"/>
          <w:titlePg w:val="0"/>
          <w:docGrid w:linePitch="360"/>
        </w:sectPr>
      </w:pPr>
      <w:r>
        <w:rPr>
          <w:rFonts w:ascii="宋体 (中文正文)" w:eastAsia="宋体" w:hAnsi="宋体 (中文正文)"/>
          <w:b/>
          <w:sz w:val="28"/>
        </w:rPr>
        <w:t>五、活动宣传</w:t>
      </w:r>
    </w:p>
    <w:p>
      <w:pPr>
        <w:spacing w:before="100" w:after="200" w:line="360" w:lineRule="auto"/>
        <w:ind w:firstLine="576"/>
        <w:jc w:val="left"/>
      </w:pPr>
      <w:r>
        <w:rPr>
          <w:rFonts w:ascii="宋体" w:eastAsia="宋体" w:hAnsi="宋体"/>
          <w:sz w:val="28"/>
        </w:rPr>
        <w:t>为号召广大寝室踊跃参加与扩大本次活动的影响力，现制定如下活动宣传计划;</w:t>
      </w:r>
    </w:p>
    <w:p>
      <w:pPr>
        <w:spacing w:before="100" w:after="200" w:line="360" w:lineRule="auto"/>
        <w:ind w:firstLine="576"/>
        <w:jc w:val="left"/>
      </w:pPr>
      <w:r>
        <w:rPr>
          <w:rFonts w:ascii="宋体" w:eastAsia="宋体" w:hAnsi="宋体"/>
          <w:sz w:val="28"/>
        </w:rPr>
        <w:t>1、利用本系的公告栏进行公告。</w:t>
      </w:r>
    </w:p>
    <w:p>
      <w:pPr>
        <w:spacing w:before="100" w:after="200" w:line="360" w:lineRule="auto"/>
        <w:ind w:firstLine="576"/>
        <w:jc w:val="left"/>
      </w:pPr>
      <w:r>
        <w:rPr>
          <w:rFonts w:ascii="宋体" w:eastAsia="宋体" w:hAnsi="宋体"/>
          <w:sz w:val="28"/>
        </w:rPr>
        <w:t>2、制作板报摆放在显目位置，如寝室楼下，教学楼门口等进行宣传。</w:t>
      </w:r>
    </w:p>
    <w:p>
      <w:pPr>
        <w:spacing w:before="100" w:after="200" w:line="360" w:lineRule="auto"/>
        <w:ind w:firstLine="576"/>
        <w:jc w:val="left"/>
      </w:pPr>
      <w:r>
        <w:rPr>
          <w:rFonts w:ascii="宋体" w:eastAsia="宋体" w:hAnsi="宋体"/>
          <w:sz w:val="28"/>
        </w:rPr>
        <w:t>3、召开各班级班干会议，讲述比赛细节，回到班级后在本班内进行宣传。</w:t>
      </w:r>
    </w:p>
    <w:p>
      <w:pPr>
        <w:spacing w:before="100" w:after="200" w:line="360" w:lineRule="auto"/>
        <w:jc w:val="left"/>
      </w:pPr>
      <w:r>
        <w:rPr>
          <w:rFonts w:ascii="宋体 (中文正文)" w:eastAsia="宋体" w:hAnsi="宋体 (中文正文)"/>
          <w:b/>
          <w:sz w:val="28"/>
        </w:rPr>
        <w:t>六、经费预算</w:t>
      </w:r>
    </w:p>
    <w:p>
      <w:pPr>
        <w:spacing w:before="100" w:after="200" w:line="360" w:lineRule="auto"/>
        <w:ind w:firstLine="576"/>
        <w:jc w:val="left"/>
      </w:pPr>
      <w:r>
        <w:rPr>
          <w:rFonts w:ascii="宋体" w:eastAsia="宋体" w:hAnsi="宋体"/>
          <w:sz w:val="28"/>
        </w:rPr>
        <w:t>宣传费用:元</w:t>
      </w:r>
    </w:p>
    <w:p>
      <w:pPr>
        <w:spacing w:before="100" w:after="200" w:line="360" w:lineRule="auto"/>
        <w:ind w:firstLine="576"/>
        <w:jc w:val="left"/>
      </w:pPr>
      <w:r>
        <w:rPr>
          <w:rFonts w:ascii="宋体" w:eastAsia="宋体" w:hAnsi="宋体"/>
          <w:sz w:val="28"/>
        </w:rPr>
        <w:t>奖品费用：元</w:t>
      </w:r>
    </w:p>
    <w:p>
      <w:pPr>
        <w:spacing w:before="100" w:after="200" w:line="360" w:lineRule="auto"/>
        <w:ind w:firstLine="576"/>
        <w:jc w:val="left"/>
      </w:pPr>
      <w:r>
        <w:rPr>
          <w:rFonts w:ascii="宋体" w:eastAsia="宋体" w:hAnsi="宋体"/>
          <w:sz w:val="28"/>
        </w:rPr>
        <w:t>其他(打印纸张等)：元</w:t>
      </w:r>
    </w:p>
    <w:p>
      <w:pPr>
        <w:spacing w:before="100" w:after="200" w:line="360" w:lineRule="auto"/>
        <w:ind w:firstLine="576"/>
        <w:jc w:val="left"/>
      </w:pPr>
      <w:r>
        <w:rPr>
          <w:rFonts w:ascii="宋体" w:eastAsia="宋体" w:hAnsi="宋体"/>
          <w:sz w:val="28"/>
        </w:rPr>
        <w:t>合计：元</w:t>
      </w:r>
    </w:p>
    <w:p>
      <w:pPr>
        <w:spacing w:before="100" w:after="200" w:line="360" w:lineRule="auto"/>
        <w:jc w:val="left"/>
      </w:pPr>
      <w:r>
        <w:rPr>
          <w:rFonts w:ascii="宋体 (中文正文)" w:eastAsia="宋体" w:hAnsi="宋体 (中文正文)"/>
          <w:sz w:val="28"/>
        </w:rPr>
        <w:t>一．活动主题：</w:t>
      </w:r>
    </w:p>
    <w:p>
      <w:pPr>
        <w:spacing w:before="100" w:after="200" w:line="360" w:lineRule="auto"/>
        <w:ind w:firstLine="576"/>
        <w:jc w:val="left"/>
      </w:pPr>
      <w:r>
        <w:rPr>
          <w:rFonts w:ascii="宋体" w:eastAsia="宋体" w:hAnsi="宋体"/>
          <w:sz w:val="28"/>
        </w:rPr>
        <w:t>霓裳羽衣</w:t>
      </w:r>
    </w:p>
    <w:p>
      <w:pPr>
        <w:spacing w:before="100" w:after="200" w:line="360" w:lineRule="auto"/>
        <w:ind w:firstLine="576"/>
        <w:jc w:val="left"/>
      </w:pPr>
      <w:r>
        <w:rPr>
          <w:rFonts w:ascii="宋体" w:eastAsia="宋体" w:hAnsi="宋体"/>
          <w:sz w:val="28"/>
        </w:rPr>
        <w:t>关键词;18到30岁女性</w:t>
      </w:r>
    </w:p>
    <w:p>
      <w:pPr>
        <w:spacing w:before="100" w:after="200" w:line="360" w:lineRule="auto"/>
        <w:jc w:val="left"/>
      </w:pPr>
      <w:r>
        <w:rPr>
          <w:rFonts w:ascii="宋体 (中文正文)" w:eastAsia="宋体" w:hAnsi="宋体 (中文正文)"/>
          <w:sz w:val="28"/>
        </w:rPr>
        <w:t>二．活动背景：</w:t>
      </w:r>
    </w:p>
    <w:p>
      <w:pPr>
        <w:spacing w:before="100" w:after="200" w:line="360" w:lineRule="auto"/>
        <w:ind w:firstLine="576"/>
        <w:jc w:val="left"/>
      </w:pPr>
      <w:r>
        <w:rPr>
          <w:rFonts w:ascii="宋体" w:eastAsia="宋体" w:hAnsi="宋体"/>
          <w:sz w:val="28"/>
        </w:rPr>
        <w:t>作为一个成立不久的新企业，在收到过不小的打击后，销售额下滑严重。</w:t>
      </w:r>
    </w:p>
    <w:p>
      <w:pPr>
        <w:spacing w:before="100" w:after="200" w:line="360" w:lineRule="auto"/>
        <w:jc w:val="left"/>
        <w:sectPr w:rsidSect="00034616">
          <w:type w:val="nextPage"/>
          <w:pgSz w:w="11906" w:h="16838"/>
          <w:pgMar w:top="1440" w:right="1440" w:bottom="1440" w:left="1440" w:header="720" w:footer="720" w:gutter="0"/>
          <w:pgNumType w:start="17"/>
          <w:cols w:space="720"/>
          <w:titlePg w:val="0"/>
          <w:docGrid w:linePitch="360"/>
        </w:sectPr>
      </w:pPr>
      <w:r>
        <w:rPr>
          <w:rFonts w:ascii="宋体 (中文正文)" w:eastAsia="宋体" w:hAnsi="宋体 (中文正文)"/>
          <w:sz w:val="28"/>
        </w:rPr>
        <w:t>三．活动目的：</w:t>
      </w:r>
    </w:p>
    <w:p>
      <w:pPr>
        <w:spacing w:before="100" w:after="200" w:line="360" w:lineRule="auto"/>
        <w:ind w:firstLine="576"/>
        <w:jc w:val="left"/>
      </w:pPr>
      <w:r>
        <w:rPr>
          <w:rFonts w:ascii="宋体" w:eastAsia="宋体" w:hAnsi="宋体"/>
          <w:sz w:val="28"/>
        </w:rPr>
        <w:t>(1)通过T台秀表演，将本公司服装的优点体现。吸引新的客户并使原有的客户回笼。</w:t>
      </w:r>
    </w:p>
    <w:p>
      <w:pPr>
        <w:spacing w:before="100" w:after="200" w:line="360" w:lineRule="auto"/>
        <w:ind w:firstLine="576"/>
        <w:jc w:val="left"/>
      </w:pPr>
      <w:r>
        <w:rPr>
          <w:rFonts w:ascii="宋体" w:eastAsia="宋体" w:hAnsi="宋体"/>
          <w:sz w:val="28"/>
        </w:rPr>
        <w:t>(2)增加人气，提高品牌曝光率，树立品牌形象，使美斯诱品牌深入人心</w:t>
      </w:r>
    </w:p>
    <w:p>
      <w:pPr>
        <w:spacing w:before="100" w:after="200" w:line="360" w:lineRule="auto"/>
        <w:ind w:firstLine="576"/>
        <w:jc w:val="left"/>
      </w:pPr>
      <w:r>
        <w:rPr>
          <w:rFonts w:ascii="宋体" w:eastAsia="宋体" w:hAnsi="宋体"/>
          <w:sz w:val="28"/>
        </w:rPr>
        <w:t>(3)展现出美斯诱企业服装设计师的精美设计，表现美斯诱企业拥有丰富的相关人才</w:t>
      </w:r>
    </w:p>
    <w:p>
      <w:pPr>
        <w:spacing w:before="100" w:after="200" w:line="360" w:lineRule="auto"/>
        <w:jc w:val="left"/>
      </w:pPr>
      <w:r>
        <w:rPr>
          <w:rFonts w:ascii="宋体 (中文正文)" w:eastAsia="宋体" w:hAnsi="宋体 (中文正文)"/>
          <w:sz w:val="28"/>
        </w:rPr>
        <w:t>四．活动时间：</w:t>
      </w:r>
    </w:p>
    <w:p>
      <w:pPr>
        <w:spacing w:before="100" w:after="200" w:line="360" w:lineRule="auto"/>
        <w:ind w:firstLine="576"/>
        <w:jc w:val="left"/>
      </w:pPr>
      <w:r>
        <w:rPr>
          <w:rFonts w:ascii="宋体" w:eastAsia="宋体" w:hAnsi="宋体"/>
          <w:sz w:val="28"/>
        </w:rPr>
        <w:t>明年3月份</w:t>
      </w:r>
    </w:p>
    <w:p>
      <w:pPr>
        <w:spacing w:before="100" w:after="200" w:line="360" w:lineRule="auto"/>
        <w:jc w:val="left"/>
      </w:pPr>
      <w:r>
        <w:rPr>
          <w:rFonts w:ascii="宋体 (中文正文)" w:eastAsia="宋体" w:hAnsi="宋体 (中文正文)"/>
          <w:sz w:val="28"/>
        </w:rPr>
        <w:t>五．活动地点：</w:t>
      </w:r>
    </w:p>
    <w:p>
      <w:pPr>
        <w:spacing w:before="100" w:after="200" w:line="360" w:lineRule="auto"/>
        <w:ind w:firstLine="576"/>
        <w:jc w:val="left"/>
      </w:pPr>
      <w:r>
        <w:rPr>
          <w:rFonts w:ascii="宋体" w:eastAsia="宋体" w:hAnsi="宋体"/>
          <w:sz w:val="28"/>
        </w:rPr>
        <w:t>宁波市天一广场</w:t>
      </w:r>
    </w:p>
    <w:p>
      <w:pPr>
        <w:spacing w:before="100" w:after="200" w:line="360" w:lineRule="auto"/>
        <w:jc w:val="left"/>
      </w:pPr>
      <w:r>
        <w:rPr>
          <w:rFonts w:ascii="宋体 (中文正文)" w:eastAsia="宋体" w:hAnsi="宋体 (中文正文)"/>
          <w:sz w:val="28"/>
        </w:rPr>
        <w:t>六．活动策划主办单位：</w:t>
      </w:r>
    </w:p>
    <w:p>
      <w:pPr>
        <w:spacing w:before="100" w:after="200" w:line="360" w:lineRule="auto"/>
        <w:ind w:firstLine="576"/>
        <w:jc w:val="left"/>
      </w:pPr>
      <w:r>
        <w:rPr>
          <w:rFonts w:ascii="宋体" w:eastAsia="宋体" w:hAnsi="宋体"/>
          <w:sz w:val="28"/>
        </w:rPr>
        <w:t>美斯诱服饰企业</w:t>
      </w:r>
    </w:p>
    <w:p>
      <w:pPr>
        <w:spacing w:before="100" w:after="200" w:line="360" w:lineRule="auto"/>
        <w:jc w:val="left"/>
      </w:pPr>
      <w:r>
        <w:rPr>
          <w:rFonts w:ascii="宋体 (中文正文)" w:eastAsia="宋体" w:hAnsi="宋体 (中文正文)"/>
          <w:sz w:val="28"/>
        </w:rPr>
        <w:t>赞助单位：</w:t>
      </w:r>
    </w:p>
    <w:p>
      <w:pPr>
        <w:spacing w:before="100" w:after="200" w:line="360" w:lineRule="auto"/>
        <w:jc w:val="left"/>
      </w:pPr>
      <w:r>
        <w:rPr>
          <w:rFonts w:ascii="宋体 (中文正文)" w:eastAsia="宋体" w:hAnsi="宋体 (中文正文)"/>
          <w:sz w:val="28"/>
        </w:rPr>
        <w:t>七．T台一阶段：</w:t>
      </w:r>
    </w:p>
    <w:p>
      <w:pPr>
        <w:spacing w:before="100" w:after="200" w:line="360" w:lineRule="auto"/>
        <w:ind w:firstLine="576"/>
        <w:jc w:val="left"/>
      </w:pPr>
      <w:r>
        <w:rPr>
          <w:rFonts w:ascii="宋体" w:eastAsia="宋体" w:hAnsi="宋体"/>
          <w:sz w:val="28"/>
        </w:rPr>
        <w:t>前期策划宣传</w:t>
      </w:r>
    </w:p>
    <w:p>
      <w:pPr>
        <w:spacing w:before="100" w:after="200" w:line="360" w:lineRule="auto"/>
        <w:ind w:firstLine="576"/>
        <w:jc w:val="left"/>
      </w:pPr>
      <w:r>
        <w:rPr>
          <w:rFonts w:ascii="宋体" w:eastAsia="宋体" w:hAnsi="宋体"/>
          <w:sz w:val="28"/>
        </w:rPr>
        <w:t>1.做好详细分工</w:t>
      </w:r>
    </w:p>
    <w:p>
      <w:pPr>
        <w:spacing w:before="100" w:after="200" w:line="360" w:lineRule="auto"/>
        <w:ind w:firstLine="576"/>
        <w:jc w:val="left"/>
      </w:pPr>
      <w:r>
        <w:rPr>
          <w:rFonts w:ascii="宋体" w:eastAsia="宋体" w:hAnsi="宋体"/>
          <w:sz w:val="28"/>
        </w:rPr>
        <w:t>2.主要以海报、论坛，宣传单通知的形式进行宣传，及时向广大顾客传达信息，使更多的顾客了解此次活动的目的与形式，推动活动的顺利展开。</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3确定流程</w:t>
      </w:r>
    </w:p>
    <w:p>
      <w:pPr>
        <w:spacing w:before="100" w:after="200" w:line="360" w:lineRule="auto"/>
        <w:ind w:firstLine="576"/>
        <w:jc w:val="left"/>
      </w:pPr>
      <w:r>
        <w:rPr>
          <w:rFonts w:ascii="宋体" w:eastAsia="宋体" w:hAnsi="宋体"/>
          <w:sz w:val="28"/>
        </w:rPr>
        <w:t>二阶段：走秀准备期（该阶段为十五天）</w:t>
      </w:r>
    </w:p>
    <w:p>
      <w:pPr>
        <w:spacing w:before="100" w:after="200" w:line="360" w:lineRule="auto"/>
        <w:ind w:firstLine="576"/>
        <w:jc w:val="left"/>
      </w:pPr>
      <w:r>
        <w:rPr>
          <w:rFonts w:ascii="宋体" w:eastAsia="宋体" w:hAnsi="宋体"/>
          <w:sz w:val="28"/>
        </w:rPr>
        <w:t>1.确定服装到位</w:t>
      </w:r>
    </w:p>
    <w:p>
      <w:pPr>
        <w:spacing w:before="100" w:after="200" w:line="360" w:lineRule="auto"/>
        <w:ind w:firstLine="576"/>
        <w:jc w:val="left"/>
      </w:pPr>
      <w:r>
        <w:rPr>
          <w:rFonts w:ascii="宋体" w:eastAsia="宋体" w:hAnsi="宋体"/>
          <w:sz w:val="28"/>
        </w:rPr>
        <w:t>2.准备初即挑选走秀人员并给予一定的训练指导，包括主持人至少两名，解说人员。</w:t>
      </w:r>
    </w:p>
    <w:p>
      <w:pPr>
        <w:spacing w:before="100" w:after="200" w:line="360" w:lineRule="auto"/>
        <w:ind w:firstLine="576"/>
        <w:jc w:val="left"/>
      </w:pPr>
      <w:r>
        <w:rPr>
          <w:rFonts w:ascii="宋体" w:eastAsia="宋体" w:hAnsi="宋体"/>
          <w:sz w:val="28"/>
        </w:rPr>
        <w:t>三阶段：服装秀</w:t>
      </w:r>
    </w:p>
    <w:p>
      <w:pPr>
        <w:spacing w:before="100" w:after="200" w:line="360" w:lineRule="auto"/>
        <w:ind w:firstLine="576"/>
        <w:jc w:val="left"/>
      </w:pPr>
      <w:r>
        <w:rPr>
          <w:rFonts w:ascii="宋体" w:eastAsia="宋体" w:hAnsi="宋体"/>
          <w:sz w:val="28"/>
        </w:rPr>
        <w:t>①主持人开场，负责人讲话。</w:t>
      </w:r>
    </w:p>
    <w:p>
      <w:pPr>
        <w:spacing w:before="100" w:after="200" w:line="360" w:lineRule="auto"/>
        <w:ind w:firstLine="576"/>
        <w:jc w:val="left"/>
      </w:pPr>
      <w:r>
        <w:rPr>
          <w:rFonts w:ascii="宋体" w:eastAsia="宋体" w:hAnsi="宋体"/>
          <w:sz w:val="28"/>
        </w:rPr>
        <w:t>②男女单人秀，可分为若干组，每组依次讲解</w:t>
      </w:r>
    </w:p>
    <w:p>
      <w:pPr>
        <w:spacing w:before="100" w:after="200" w:line="360" w:lineRule="auto"/>
        <w:ind w:firstLine="576"/>
        <w:jc w:val="left"/>
      </w:pPr>
      <w:r>
        <w:rPr>
          <w:rFonts w:ascii="宋体" w:eastAsia="宋体" w:hAnsi="宋体"/>
          <w:sz w:val="28"/>
        </w:rPr>
        <w:t>③男女双人秀：可分为六组每组十人，每组依次讲解。</w:t>
      </w:r>
    </w:p>
    <w:p>
      <w:pPr>
        <w:spacing w:before="100" w:after="200" w:line="360" w:lineRule="auto"/>
        <w:ind w:firstLine="576"/>
        <w:jc w:val="left"/>
      </w:pPr>
      <w:r>
        <w:rPr>
          <w:rFonts w:ascii="宋体" w:eastAsia="宋体" w:hAnsi="宋体"/>
          <w:sz w:val="28"/>
        </w:rPr>
        <w:t>④现场互动：由服务成员提前给现场观众发写有数字的票，由负责人抽取数字票。选中的人员在音乐中现场走秀后赠送小礼物。</w:t>
      </w:r>
    </w:p>
    <w:p>
      <w:pPr>
        <w:spacing w:before="100" w:after="200" w:line="360" w:lineRule="auto"/>
        <w:ind w:firstLine="576"/>
        <w:jc w:val="left"/>
      </w:pPr>
      <w:r>
        <w:rPr>
          <w:rFonts w:ascii="宋体" w:eastAsia="宋体" w:hAnsi="宋体"/>
          <w:sz w:val="28"/>
        </w:rPr>
        <w:t>⑤所有走秀人员上场。</w:t>
      </w:r>
    </w:p>
    <w:p>
      <w:pPr>
        <w:spacing w:before="100" w:after="200" w:line="360" w:lineRule="auto"/>
        <w:jc w:val="left"/>
      </w:pPr>
      <w:r>
        <w:rPr>
          <w:rFonts w:ascii="宋体 (中文正文)" w:eastAsia="宋体" w:hAnsi="宋体 (中文正文)"/>
          <w:sz w:val="28"/>
        </w:rPr>
        <w:t>八．经费预算：</w:t>
      </w:r>
    </w:p>
    <w:p>
      <w:pPr>
        <w:spacing w:before="100" w:after="200" w:line="360" w:lineRule="auto"/>
        <w:ind w:firstLine="576"/>
        <w:jc w:val="left"/>
      </w:pPr>
      <w:r>
        <w:rPr>
          <w:rFonts w:ascii="宋体" w:eastAsia="宋体" w:hAnsi="宋体"/>
          <w:sz w:val="28"/>
        </w:rPr>
        <w:t>现场布置：xxx</w:t>
      </w:r>
    </w:p>
    <w:p>
      <w:pPr>
        <w:spacing w:before="100" w:after="200" w:line="360" w:lineRule="auto"/>
        <w:ind w:firstLine="576"/>
        <w:jc w:val="left"/>
      </w:pPr>
      <w:r>
        <w:rPr>
          <w:rFonts w:ascii="宋体" w:eastAsia="宋体" w:hAnsi="宋体"/>
          <w:sz w:val="28"/>
        </w:rPr>
        <w:t>宣传推广费用：xxx</w:t>
      </w:r>
    </w:p>
    <w:p>
      <w:pPr>
        <w:spacing w:before="100" w:after="200" w:line="360" w:lineRule="auto"/>
        <w:ind w:firstLine="576"/>
        <w:jc w:val="left"/>
      </w:pPr>
      <w:r>
        <w:rPr>
          <w:rFonts w:ascii="宋体" w:eastAsia="宋体" w:hAnsi="宋体"/>
          <w:sz w:val="28"/>
        </w:rPr>
        <w:t>场地布置：xxx</w:t>
      </w:r>
    </w:p>
    <w:p>
      <w:pPr>
        <w:spacing w:before="100" w:after="200" w:line="360" w:lineRule="auto"/>
        <w:ind w:firstLine="576"/>
        <w:jc w:val="left"/>
      </w:pPr>
      <w:r>
        <w:rPr>
          <w:rFonts w:ascii="宋体" w:eastAsia="宋体" w:hAnsi="宋体"/>
          <w:sz w:val="28"/>
        </w:rPr>
        <w:t>总计：xxx</w:t>
      </w:r>
    </w:p>
    <w:p>
      <w:pPr>
        <w:spacing w:before="100" w:after="200" w:line="360" w:lineRule="auto"/>
        <w:jc w:val="left"/>
      </w:pPr>
      <w:r>
        <w:rPr>
          <w:rFonts w:ascii="宋体 (中文正文)" w:eastAsia="宋体" w:hAnsi="宋体 (中文正文)"/>
          <w:b/>
          <w:sz w:val="28"/>
        </w:rPr>
        <w:t>一、活动背景:</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p>
    <w:p>
      <w:pPr>
        <w:spacing w:before="100" w:after="200" w:line="360" w:lineRule="auto"/>
        <w:ind w:firstLine="576"/>
        <w:jc w:val="left"/>
      </w:pPr>
      <w:r>
        <w:rPr>
          <w:rFonts w:ascii="宋体" w:eastAsia="宋体" w:hAnsi="宋体"/>
          <w:sz w:val="28"/>
        </w:rPr>
        <w:t>1.视觉障碍已成为严重威胁我国人民健康的公共卫生问题，亟待解决。根据第二次全国残疾人抽样调查(xx)，我国单纯性视力残疾患者1233万人，其中盲人约406万人，低视力患者827万人；如果算上多重残疾人群，视力残疾人数达到xx万，其中盲人约661万人，低视力患者1342万人。中国是世界上视力残疾患者人数最多的国家之一、因此，低视力现象在中国很普遍。然而，由于缺乏民众的关注，许多低视力患者无法正常生活和学习，被误解为完全失明，从而失去了与正常人享受同样生活的机会，给患者的心理和生活带来了极大的困扰。</w:t>
      </w:r>
    </w:p>
    <w:p>
      <w:pPr>
        <w:spacing w:before="100" w:after="200" w:line="360" w:lineRule="auto"/>
        <w:ind w:firstLine="576"/>
        <w:jc w:val="left"/>
      </w:pPr>
      <w:r>
        <w:rPr>
          <w:rFonts w:ascii="宋体" w:eastAsia="宋体" w:hAnsi="宋体"/>
          <w:sz w:val="28"/>
        </w:rPr>
        <w:t>2.川北医学院附属医院眼科医生博士申请的国家自然科学基金项目中，团队成员与杨先生及其助手一起前往西充县筛查低视力患者，向当地群众传授一些眼病知识，做好农村防盲工作。扩大大众对低视力的认识，从而更好的保护眼睛。</w:t>
      </w:r>
    </w:p>
    <w:p>
      <w:pPr>
        <w:spacing w:before="100" w:after="200" w:line="360" w:lineRule="auto"/>
        <w:jc w:val="left"/>
      </w:pPr>
      <w:r>
        <w:rPr>
          <w:rFonts w:ascii="宋体 (中文正文)" w:eastAsia="宋体" w:hAnsi="宋体 (中文正文)"/>
          <w:b/>
          <w:sz w:val="28"/>
        </w:rPr>
        <w:t>二、活动的目的</w:t>
      </w:r>
    </w:p>
    <w:p>
      <w:pPr>
        <w:spacing w:before="100" w:after="200" w:line="360" w:lineRule="auto"/>
        <w:ind w:firstLine="576"/>
        <w:jc w:val="left"/>
      </w:pPr>
      <w:r>
        <w:rPr>
          <w:rFonts w:ascii="宋体" w:eastAsia="宋体" w:hAnsi="宋体"/>
          <w:sz w:val="28"/>
        </w:rPr>
        <w:t>1.眼病正在成为影响人们日常生活的一个因素。许多人都有不同的问题，比如眼睛使用不当和不卫生。但在广大农村，由于村民缺乏医学知识，在眼部出现问题时不及时就医，造成严重后果，往往导致视力下降甚至失明。</w:t>
      </w:r>
    </w:p>
    <w:p>
      <w:pPr>
        <w:spacing w:before="100" w:after="200" w:line="360" w:lineRule="auto"/>
        <w:ind w:firstLine="576"/>
        <w:jc w:val="left"/>
      </w:pPr>
      <w:r>
        <w:rPr>
          <w:rFonts w:ascii="宋体" w:eastAsia="宋体" w:hAnsi="宋体"/>
          <w:sz w:val="28"/>
        </w:rPr>
        <w:t>2.本次免费门诊邀请川北医学院附属医院眼科专家和当地医院相关部门的老师为村民进行常规眼科检查，解答村民关心的常见眼病，给予专业建议，并发放同类眼护眼知识传单，提高同类眼护眼常识，加强对眼睛的保护。</w:t>
      </w:r>
    </w:p>
    <w:p>
      <w:pPr>
        <w:spacing w:before="100" w:after="200" w:line="360" w:lineRule="auto"/>
        <w:jc w:val="left"/>
      </w:pPr>
      <w:r>
        <w:rPr>
          <w:rFonts w:ascii="宋体 (中文正文)" w:eastAsia="宋体" w:hAnsi="宋体 (中文正文)"/>
          <w:b/>
          <w:sz w:val="28"/>
        </w:rPr>
        <w:t>三、活动时间:</w:t>
      </w:r>
    </w:p>
    <w:p>
      <w:pPr>
        <w:spacing w:before="100" w:after="200" w:line="360" w:lineRule="auto"/>
        <w:ind w:firstLine="576"/>
        <w:jc w:val="left"/>
      </w:pPr>
      <w:r>
        <w:rPr>
          <w:rFonts w:ascii="宋体" w:eastAsia="宋体" w:hAnsi="宋体"/>
          <w:sz w:val="28"/>
        </w:rPr>
        <w:t>xxxx年8月24日-xxxx年8月26日</w:t>
      </w:r>
    </w:p>
    <w:p>
      <w:pPr>
        <w:spacing w:before="100" w:after="200" w:line="360" w:lineRule="auto"/>
        <w:ind w:firstLine="576"/>
        <w:jc w:val="left"/>
      </w:pPr>
      <w:r>
        <w:rPr>
          <w:rFonts w:ascii="宋体" w:eastAsia="宋体" w:hAnsi="宋体"/>
          <w:sz w:val="28"/>
        </w:rPr>
        <w:t>4.地点:西充县宜兴镇娘雅乡卫生院</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动词（verb的缩写）参与者</w:t>
      </w:r>
    </w:p>
    <w:p>
      <w:pPr>
        <w:spacing w:before="100" w:after="200" w:line="360" w:lineRule="auto"/>
        <w:ind w:firstLine="576"/>
        <w:jc w:val="left"/>
      </w:pPr>
      <w:r>
        <w:rPr>
          <w:rFonts w:ascii="宋体" w:eastAsia="宋体" w:hAnsi="宋体"/>
          <w:sz w:val="28"/>
        </w:rPr>
        <w:t>川北医学院附属医院眼科杨小丽老师等护士</w:t>
      </w:r>
    </w:p>
    <w:p>
      <w:pPr>
        <w:spacing w:before="100" w:after="200" w:line="360" w:lineRule="auto"/>
        <w:ind w:firstLine="576"/>
        <w:jc w:val="left"/>
      </w:pPr>
      <w:r>
        <w:rPr>
          <w:rFonts w:ascii="宋体" w:eastAsia="宋体" w:hAnsi="宋体"/>
          <w:sz w:val="28"/>
        </w:rPr>
        <w:t>西充县宜兴镇娘雅乡卫生院耳鼻喉科医生</w:t>
      </w:r>
    </w:p>
    <w:p>
      <w:pPr>
        <w:spacing w:before="100" w:after="200" w:line="360" w:lineRule="auto"/>
        <w:ind w:firstLine="576"/>
        <w:jc w:val="left"/>
      </w:pPr>
      <w:r>
        <w:rPr>
          <w:rFonts w:ascii="宋体" w:eastAsia="宋体" w:hAnsi="宋体"/>
          <w:sz w:val="28"/>
        </w:rPr>
        <w:t>川北医学院临床(眼、耳鼻喉科)三夏队</w:t>
      </w:r>
    </w:p>
    <w:p>
      <w:pPr>
        <w:spacing w:before="100" w:after="200" w:line="360" w:lineRule="auto"/>
        <w:ind w:firstLine="576"/>
        <w:jc w:val="left"/>
      </w:pPr>
      <w:r>
        <w:rPr>
          <w:rFonts w:ascii="宋体" w:eastAsia="宋体" w:hAnsi="宋体"/>
          <w:sz w:val="28"/>
        </w:rPr>
        <w:t>不及物动词可行性分析</w:t>
      </w:r>
    </w:p>
    <w:p>
      <w:pPr>
        <w:spacing w:before="100" w:after="200" w:line="360" w:lineRule="auto"/>
        <w:ind w:firstLine="576"/>
        <w:jc w:val="left"/>
      </w:pPr>
      <w:r>
        <w:rPr>
          <w:rFonts w:ascii="宋体" w:eastAsia="宋体" w:hAnsi="宋体"/>
          <w:sz w:val="28"/>
        </w:rPr>
        <w:t>重视低视力的预防、治疗和康复是社会进步的表现，这不仅有助于减少视力障碍对低视力患者生活和工作的功能影响，也表明我国眼科正在进一步发展，从传统的疾病预防和治疗领域扩展到视力康复领域。近年来，我国低视力康复取得了很大进展，但基层低视力康复仍存在许多困难。</w:t>
      </w:r>
    </w:p>
    <w:p>
      <w:pPr>
        <w:spacing w:before="100" w:after="200" w:line="360" w:lineRule="auto"/>
        <w:ind w:firstLine="576"/>
        <w:jc w:val="left"/>
      </w:pPr>
      <w:r>
        <w:rPr>
          <w:rFonts w:ascii="宋体" w:eastAsia="宋体" w:hAnsi="宋体"/>
          <w:sz w:val="28"/>
        </w:rPr>
        <w:t>因此，本次活动希望提高人们对低视力的认识和关注，加强人们对眼睛的关注，探索基层低视力的防盲和康复，从而了解基层低视力形成的主要原因，并在未来针对这些因素进行干预，真正给人民带来福音。</w:t>
      </w:r>
    </w:p>
    <w:p>
      <w:pPr>
        <w:spacing w:before="100" w:after="200" w:line="360" w:lineRule="auto"/>
        <w:jc w:val="left"/>
      </w:pPr>
      <w:r>
        <w:rPr>
          <w:rFonts w:ascii="宋体 (中文正文)" w:eastAsia="宋体" w:hAnsi="宋体 (中文正文)"/>
          <w:b/>
          <w:sz w:val="28"/>
        </w:rPr>
        <w:t>四、准备工作</w:t>
      </w:r>
    </w:p>
    <w:p>
      <w:pPr>
        <w:spacing w:before="100" w:after="200" w:line="360" w:lineRule="auto"/>
        <w:ind w:firstLine="576"/>
        <w:jc w:val="left"/>
      </w:pPr>
      <w:r>
        <w:rPr>
          <w:rFonts w:ascii="宋体" w:eastAsia="宋体" w:hAnsi="宋体"/>
          <w:sz w:val="28"/>
        </w:rPr>
        <w:t>2.和老师讨论筛选的内容和形式，知道这个免费门诊团队需要准备什么，分配给每个负责人。</w:t>
      </w:r>
    </w:p>
    <w:p>
      <w:pPr>
        <w:spacing w:before="100" w:after="200" w:line="360" w:lineRule="auto"/>
        <w:ind w:firstLine="576"/>
        <w:jc w:val="left"/>
      </w:pPr>
      <w:r>
        <w:rPr>
          <w:rFonts w:ascii="宋体" w:eastAsia="宋体" w:hAnsi="宋体"/>
          <w:sz w:val="28"/>
        </w:rPr>
        <w:t>4.6月，附属医院的老师对我们进行了眼科疾病知识和简单仪器操作的培训。团队成员本身也积极了解眼睛相关知识。</w:t>
      </w:r>
    </w:p>
    <w:p>
      <w:pPr>
        <w:spacing w:before="100" w:after="200" w:line="360" w:lineRule="auto"/>
        <w:ind w:firstLine="576"/>
        <w:jc w:val="left"/>
      </w:pPr>
      <w:r>
        <w:rPr>
          <w:rFonts w:ascii="宋体" w:eastAsia="宋体" w:hAnsi="宋体"/>
          <w:sz w:val="28"/>
        </w:rPr>
        <w:t>5.6月份复印所需资料(1000份问卷、xx份宣传知识单、xx份体检登记表、700份居家免费门诊通知书)。</w:t>
      </w:r>
    </w:p>
    <w:p>
      <w:pPr>
        <w:spacing w:before="100" w:after="200" w:line="360" w:lineRule="auto"/>
        <w:jc w:val="left"/>
      </w:pPr>
      <w:r>
        <w:rPr>
          <w:rFonts w:ascii="宋体 (中文正文)" w:eastAsia="宋体" w:hAnsi="宋体 (中文正文)"/>
          <w:sz w:val="28"/>
        </w:rPr>
        <w:t>一、目的：</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p>
    <w:p>
      <w:pPr>
        <w:spacing w:before="100" w:after="200" w:line="360" w:lineRule="auto"/>
        <w:ind w:firstLine="576"/>
        <w:jc w:val="left"/>
      </w:pPr>
      <w:r>
        <w:rPr>
          <w:rFonts w:ascii="宋体" w:eastAsia="宋体" w:hAnsi="宋体"/>
          <w:sz w:val="28"/>
        </w:rPr>
        <w:t>开学典礼是进行学校教育的重要组成部分，标志着新学年生活的开始，举行开学典礼旨在增强师生责任感和使命感，明确学生新学期的奋斗目标，营造浓厚的开学气氛，为新学期创造一个良好的开端。并以此激励全校师生振奋精神、锐意进取，以良好的精神风貌投入新学期的工作和学习。</w:t>
      </w:r>
    </w:p>
    <w:p>
      <w:pPr>
        <w:spacing w:before="100" w:after="200" w:line="360" w:lineRule="auto"/>
        <w:jc w:val="left"/>
      </w:pPr>
      <w:r>
        <w:rPr>
          <w:rFonts w:ascii="宋体 (中文正文)" w:eastAsia="宋体" w:hAnsi="宋体 (中文正文)"/>
          <w:b/>
          <w:sz w:val="28"/>
        </w:rPr>
        <w:t>二、主题：给力xx中，为梦想而歌</w:t>
      </w:r>
    </w:p>
    <w:p>
      <w:pPr>
        <w:spacing w:before="100" w:after="200" w:line="360" w:lineRule="auto"/>
        <w:jc w:val="left"/>
      </w:pPr>
      <w:r>
        <w:rPr>
          <w:rFonts w:ascii="宋体 (中文正文)" w:eastAsia="宋体" w:hAnsi="宋体 (中文正文)"/>
          <w:sz w:val="28"/>
        </w:rPr>
        <w:t>三、主持人：</w:t>
      </w:r>
    </w:p>
    <w:p>
      <w:pPr>
        <w:spacing w:before="100" w:after="200" w:line="360" w:lineRule="auto"/>
        <w:jc w:val="left"/>
      </w:pPr>
      <w:r>
        <w:rPr>
          <w:rFonts w:ascii="宋体 (中文正文)" w:eastAsia="宋体" w:hAnsi="宋体 (中文正文)"/>
          <w:b/>
          <w:sz w:val="28"/>
        </w:rPr>
        <w:t>四、时间：暂定于20xx年2月19日</w:t>
      </w:r>
    </w:p>
    <w:p>
      <w:pPr>
        <w:spacing w:before="100" w:after="200" w:line="360" w:lineRule="auto"/>
        <w:jc w:val="left"/>
      </w:pPr>
      <w:r>
        <w:rPr>
          <w:rFonts w:ascii="宋体 (中文正文)" w:eastAsia="宋体" w:hAnsi="宋体 (中文正文)"/>
          <w:b/>
          <w:sz w:val="28"/>
        </w:rPr>
        <w:t>五、地点：食礼堂</w:t>
      </w:r>
    </w:p>
    <w:p>
      <w:pPr>
        <w:spacing w:before="100" w:after="200" w:line="360" w:lineRule="auto"/>
        <w:jc w:val="left"/>
      </w:pPr>
      <w:r>
        <w:rPr>
          <w:rFonts w:ascii="宋体 (中文正文)" w:eastAsia="宋体" w:hAnsi="宋体 (中文正文)"/>
          <w:b/>
          <w:sz w:val="28"/>
        </w:rPr>
        <w:t>六、典礼组委会</w:t>
      </w:r>
    </w:p>
    <w:p>
      <w:pPr>
        <w:spacing w:before="100" w:after="200" w:line="360" w:lineRule="auto"/>
        <w:jc w:val="left"/>
      </w:pPr>
      <w:r>
        <w:rPr>
          <w:rFonts w:ascii="宋体 (中文正文)" w:eastAsia="宋体" w:hAnsi="宋体 (中文正文)"/>
          <w:sz w:val="28"/>
        </w:rPr>
        <w:t>组委会主任：</w:t>
      </w:r>
    </w:p>
    <w:p>
      <w:pPr>
        <w:spacing w:before="100" w:after="200" w:line="360" w:lineRule="auto"/>
        <w:jc w:val="left"/>
      </w:pPr>
      <w:r>
        <w:rPr>
          <w:rFonts w:ascii="宋体 (中文正文)" w:eastAsia="宋体" w:hAnsi="宋体 (中文正文)"/>
          <w:sz w:val="28"/>
        </w:rPr>
        <w:t>组委会副主任：</w:t>
      </w:r>
    </w:p>
    <w:p>
      <w:pPr>
        <w:spacing w:before="100" w:after="200" w:line="360" w:lineRule="auto"/>
        <w:ind w:firstLine="576"/>
        <w:jc w:val="left"/>
      </w:pPr>
      <w:r>
        <w:rPr>
          <w:rFonts w:ascii="宋体" w:eastAsia="宋体" w:hAnsi="宋体"/>
          <w:sz w:val="28"/>
        </w:rPr>
        <w:t>组委会委员：全体行政领导团委成员各班班主任</w:t>
      </w:r>
    </w:p>
    <w:p>
      <w:pPr>
        <w:spacing w:before="100" w:after="200" w:line="360" w:lineRule="auto"/>
        <w:jc w:val="left"/>
      </w:pPr>
      <w:r>
        <w:rPr>
          <w:rFonts w:ascii="宋体 (中文正文)" w:eastAsia="宋体" w:hAnsi="宋体 (中文正文)"/>
          <w:sz w:val="28"/>
        </w:rPr>
        <w:t>典礼筹备组：</w:t>
      </w:r>
    </w:p>
    <w:p>
      <w:pPr>
        <w:spacing w:before="100" w:after="200" w:line="360" w:lineRule="auto"/>
        <w:jc w:val="left"/>
      </w:pPr>
      <w:r>
        <w:rPr>
          <w:rFonts w:ascii="宋体 (中文正文)" w:eastAsia="宋体" w:hAnsi="宋体 (中文正文)"/>
          <w:sz w:val="28"/>
        </w:rPr>
        <w:t>典礼器材组：</w:t>
      </w:r>
    </w:p>
    <w:p>
      <w:pPr>
        <w:spacing w:before="100" w:after="200" w:line="360" w:lineRule="auto"/>
        <w:jc w:val="left"/>
      </w:pPr>
      <w:r>
        <w:rPr>
          <w:rFonts w:ascii="宋体 (中文正文)" w:eastAsia="宋体" w:hAnsi="宋体 (中文正文)"/>
          <w:sz w:val="28"/>
        </w:rPr>
        <w:t>典礼后勤保卫组：</w:t>
      </w:r>
    </w:p>
    <w:p>
      <w:pPr>
        <w:spacing w:before="100" w:after="200" w:line="360" w:lineRule="auto"/>
        <w:jc w:val="left"/>
      </w:pPr>
      <w:r>
        <w:rPr>
          <w:rFonts w:ascii="宋体 (中文正文)" w:eastAsia="宋体" w:hAnsi="宋体 (中文正文)"/>
          <w:sz w:val="28"/>
        </w:rPr>
        <w:t>七、活动议程：</w:t>
      </w:r>
    </w:p>
    <w:p>
      <w:pPr>
        <w:spacing w:before="100" w:after="200" w:line="360" w:lineRule="auto"/>
        <w:ind w:firstLine="576"/>
        <w:jc w:val="left"/>
      </w:pPr>
      <w:r>
        <w:rPr>
          <w:rFonts w:ascii="宋体" w:eastAsia="宋体" w:hAnsi="宋体"/>
          <w:sz w:val="28"/>
        </w:rPr>
        <w:t>主持人宣布县石安中学开学典礼开始。</w:t>
      </w:r>
    </w:p>
    <w:p>
      <w:pPr>
        <w:spacing w:before="100" w:after="200" w:line="360" w:lineRule="auto"/>
        <w:ind w:firstLine="576"/>
        <w:jc w:val="left"/>
      </w:pPr>
      <w:r>
        <w:rPr>
          <w:rFonts w:ascii="宋体" w:eastAsia="宋体" w:hAnsi="宋体"/>
          <w:sz w:val="28"/>
        </w:rPr>
        <w:t>(一)鸣炮，奏国歌(国歌播放由xx老师负责，校歌不用音乐)</w:t>
      </w:r>
    </w:p>
    <w:p>
      <w:pPr>
        <w:spacing w:before="100" w:after="200" w:line="360" w:lineRule="auto"/>
        <w:ind w:firstLine="576"/>
        <w:jc w:val="left"/>
      </w:pPr>
      <w:r>
        <w:rPr>
          <w:rFonts w:ascii="宋体" w:eastAsia="宋体" w:hAnsi="宋体"/>
          <w:sz w:val="28"/>
        </w:rPr>
        <w:t>(二)活力健身操表演</w:t>
      </w:r>
    </w:p>
    <w:p>
      <w:pPr>
        <w:spacing w:before="100" w:after="200" w:line="360" w:lineRule="auto"/>
        <w:ind w:firstLine="576"/>
        <w:jc w:val="left"/>
      </w:pPr>
      <w:r>
        <w:rPr>
          <w:rFonts w:ascii="宋体" w:eastAsia="宋体" w:hAnsi="宋体"/>
          <w:sz w:val="28"/>
        </w:rPr>
        <w:t>朗诵(由xxx老师负责训练，每个年级语文组选两人参加，朗诵主题和内容协商决定，符合典礼主题即可)</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https://d.book118.com/427114116131006053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27114116131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