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大学生暑期工作总结</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大学生暑期工作总结1各位老师同学：</w:t>
      </w:r>
      <w:r>
        <w:rPr>
          <w:lang w:eastAsia="zh-CN"/>
        </w:rPr>
        <w:br/>
      </w:r>
      <w:r>
        <w:rPr>
          <w:lang w:eastAsia="zh-CN"/>
        </w:rPr>
        <w:t>　　大家好！</w:t>
      </w:r>
      <w:r>
        <w:rPr>
          <w:lang w:eastAsia="zh-CN"/>
        </w:rPr>
        <w:br/>
      </w:r>
      <w:r>
        <w:rPr>
          <w:lang w:eastAsia="zh-CN"/>
        </w:rPr>
        <w:t>　　现在，我们在团结合作、兴奋快乐的热烈气氛中为这次三下乡划上了一个完美的句号。直到现在大家还在回味着下乡的喜悦，也许在山阳时，大家都在忙于支教、调研、义务维修、文艺演出和写新闻稿等工作中，忙于寻觅和了解山区，忙于享受着点点滴滴……而此时大家忘记了时间的飞逝，总感觉还没玩够、没有学好，仅是弹指一瞬间，2010年的下乡就过去了。总体来讲，这次山阳行，我们收获了很多，感动了不少，忙碌的同时又是充实的，是团结拼搏的又是成果丰硕的。这次代表学校下乡我们感受到无比自豪，想一想在山阳的滋味、在寨子沟、在双寨的感觉，那太美了！忙点累点，也是香甜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回顾这次三下乡工作，我们依然是在困难与学习中成长，依然是在学习专业知识与总结和了解社会经验为主，为有理想、有道德、有文化、有纪律的当代优秀大学生而努力。因此，我们学校开展大学生暑期社会实践活动，以期望通过开展此项活动达到在提高我们大学的生社会适应能力的同时，又使我们达到服务社会的目的。在亲身经历了2010年的暑期社会实践，我不得不对这次大学生暑期社会实践进行分析和总结。下面，请允许我围绕这此暑期社会实践向大家做段简要的工作总结。</w:t>
      </w:r>
      <w:r>
        <w:rPr>
          <w:lang w:eastAsia="zh-CN"/>
        </w:rPr>
        <w:br/>
      </w:r>
      <w:r>
        <w:rPr>
          <w:lang w:eastAsia="zh-CN"/>
        </w:rPr>
        <w:t>　　一、三下乡的目的</w:t>
      </w:r>
      <w:r>
        <w:rPr>
          <w:lang w:eastAsia="zh-CN"/>
        </w:rPr>
        <w:br/>
      </w:r>
      <w:r>
        <w:rPr>
          <w:lang w:eastAsia="zh-CN"/>
        </w:rPr>
        <w:t>　　通过实践了解国情：通过这次三下乡让我们走出了学校象牙塔的束缚，离开了诚市的钢筋水泥，离开了喧嚣的高楼大厦和车水马龙……下乡让我们也增开了眼睛了解国情，认识中国农村生活，认识当代的基层教育。</w:t>
      </w:r>
      <w:r>
        <w:rPr>
          <w:lang w:eastAsia="zh-CN"/>
        </w:rPr>
        <w:br/>
      </w:r>
      <w:r>
        <w:rPr>
          <w:lang w:eastAsia="zh-CN"/>
        </w:rPr>
        <w:t>　　通过实践奉献社会：我们知道农村师资队伍薄弱，希望为贫困地区做一些努力，给当地的人民带去新的观念，促进当地的经济和教育的发展。体察民情，给当地群众一些建议，了解国情，探寻发展策略。同学们通过支教、留守儿童调研、家电义务维修、文艺演出和宣传环保等行动服务社会。</w:t>
      </w:r>
      <w:r>
        <w:rPr>
          <w:lang w:eastAsia="zh-CN"/>
        </w:rPr>
        <w:br/>
      </w:r>
      <w:r>
        <w:rPr>
          <w:lang w:eastAsia="zh-CN"/>
        </w:rPr>
        <w:t>　　通过实践提高素质：我们锻炼社会交往能力，社会实践和与队员关系融洽能力，同时也锻炼了我们的意志，培养了我们的综合能力。</w:t>
      </w:r>
      <w:r>
        <w:rPr>
          <w:lang w:eastAsia="zh-CN"/>
        </w:rPr>
        <w:br/>
      </w:r>
      <w:r>
        <w:rPr>
          <w:lang w:eastAsia="zh-CN"/>
        </w:rPr>
        <w:t>　　通过实践宣传文化：通过多种实践宣传文化。</w:t>
      </w:r>
      <w:r>
        <w:rPr>
          <w:lang w:eastAsia="zh-CN"/>
        </w:rPr>
        <w:br/>
      </w:r>
      <w:r>
        <w:rPr>
          <w:lang w:eastAsia="zh-CN"/>
        </w:rPr>
        <w:t>　　二、下乡实践的过程</w:t>
      </w:r>
      <w:r>
        <w:rPr>
          <w:lang w:eastAsia="zh-CN"/>
        </w:rPr>
        <w:br/>
      </w:r>
      <w:r>
        <w:rPr>
          <w:lang w:eastAsia="zh-CN"/>
        </w:rPr>
        <w:t>　　在团委领导下：</w:t>
      </w:r>
      <w:r>
        <w:rPr>
          <w:lang w:eastAsia="zh-CN"/>
        </w:rPr>
        <w:br/>
      </w:r>
      <w:r>
        <w:rPr>
          <w:lang w:eastAsia="zh-CN"/>
        </w:rPr>
        <w:t>　　支教团综合了全校各专业人才，针对当地实际开展英语、数学、语文、音乐、舞蹈、美术、等课程传授，力求生动有趣。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支教团不仅因地制宜，把当地的特色融入我们的教学中，比如改变歌曲，（学生自创歌曲《蓝精灵》等）以家乡为课题来创作（绘画你的理想，于《我的家乡》《我的理想》等），支教团更引导孩子们把对美丽家乡的热爱融入到各种文化、艺术作品的创作中去。</w:t>
      </w:r>
      <w:r>
        <w:rPr>
          <w:lang w:eastAsia="zh-CN"/>
        </w:rPr>
        <w:br/>
      </w:r>
      <w:r>
        <w:rPr>
          <w:lang w:eastAsia="zh-CN"/>
        </w:rPr>
        <w:t>　　支教团在对学生们实行一对几的辅导的过程中，支教老师们个个都是一丝不苟，从读到写手把手的教，指导学生们完成暑假作业，并让孩子们学习更多课本中学不到的课程。</w:t>
      </w:r>
      <w:r>
        <w:rPr>
          <w:lang w:eastAsia="zh-CN"/>
        </w:rPr>
        <w:br/>
      </w:r>
      <w:r>
        <w:rPr>
          <w:lang w:eastAsia="zh-CN"/>
        </w:rPr>
        <w:t>　　支教团在美术课、音乐课、体育课，的教授更是多姿多彩，老师学生齐上阵，气氛活跃。对于踊跃的.同学还颁发小礼品，调动孩子的积极性。同学们深刻地体会到了寓教于乐的含义。</w:t>
      </w:r>
      <w:r>
        <w:rPr>
          <w:lang w:eastAsia="zh-CN"/>
        </w:rPr>
        <w:br/>
      </w:r>
      <w:r>
        <w:rPr>
          <w:lang w:eastAsia="zh-CN"/>
        </w:rPr>
        <w:t>　　在团委的领导下：</w:t>
      </w:r>
      <w:r>
        <w:rPr>
          <w:lang w:eastAsia="zh-CN"/>
        </w:rPr>
        <w:br/>
      </w:r>
      <w:r>
        <w:rPr>
          <w:lang w:eastAsia="zh-CN"/>
        </w:rPr>
        <w:t>　　在团委的领导下我们进行了内容丰富的回报表演，我们在祁老师、贾老师的带领下扭秧歌，排节目。不一会整个学校都热捞起来了，卷白菜，排五角星等赢得和很多老乡的好评。</w:t>
      </w:r>
      <w:r>
        <w:rPr>
          <w:lang w:eastAsia="zh-CN"/>
        </w:rPr>
        <w:br/>
      </w:r>
      <w:r>
        <w:rPr>
          <w:lang w:eastAsia="zh-CN"/>
        </w:rPr>
        <w:t>　　在团委的领导下：</w:t>
      </w:r>
      <w:r>
        <w:rPr>
          <w:lang w:eastAsia="zh-CN"/>
        </w:rPr>
        <w:br/>
      </w:r>
      <w:r>
        <w:rPr>
          <w:lang w:eastAsia="zh-CN"/>
        </w:rPr>
        <w:t>　　我们支教团的说有组织都在晚上总结工作，贪心的。相互交谈其乐融融，增加了我们的友谊等很多有意义的事！</w:t>
      </w:r>
      <w:r>
        <w:rPr>
          <w:lang w:eastAsia="zh-CN"/>
        </w:rPr>
        <w:br/>
      </w:r>
      <w:r>
        <w:rPr>
          <w:lang w:eastAsia="zh-CN"/>
        </w:rPr>
        <w:t>　　三、下乡还存在很多不足</w:t>
      </w:r>
      <w:r>
        <w:rPr>
          <w:lang w:eastAsia="zh-CN"/>
        </w:rPr>
        <w:br/>
      </w:r>
      <w:r>
        <w:rPr>
          <w:lang w:eastAsia="zh-CN"/>
        </w:rPr>
        <w:t>　　当然，在我们在这次活动取得硕果的同时，我们必须承认，我们工作人仍然还存在诸多不足和做得不够的地方，如对下乡的总体认识不够深刻，由于缺乏经验，一些准备工作跟实际的工作还有一定的差距，一些工作细节还不到位。但我还收获了很多经验，让我们更自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总之，希望山阳更好，乡村更美！在这次实践中我收获很大，虽然三下乡活动已经圆满结束了，但是下乡的情景经常在我脑里泛起，三下乡对我的影响将是终身的，我将会一生受用。大学生暑期工作总结2</w:t>
      </w:r>
      <w:r>
        <w:rPr>
          <w:lang w:eastAsia="zh-CN"/>
        </w:rPr>
        <w:br/>
      </w:r>
      <w:r>
        <w:rPr>
          <w:lang w:eastAsia="zh-CN"/>
        </w:rPr>
        <w:t xml:space="preserve">    三下乡支教，这是一次多么有意义的活动，又是要多么的优秀才能加入这支队伍。我没有去报名三下乡，不是因为我没有爱心，更不是因为我怕吃苦怕累，只是我觉得……它已经变了味，一样曾经在我心灵里那么神圣，那么纯朴的东西，现在看来，仿佛变成了金钱利益，争夺地位的工具。我就是不明白爱心为什么要与金钱利益，权势挂钩。 </w:t>
      </w:r>
      <w:r>
        <w:rPr>
          <w:lang w:eastAsia="zh-CN"/>
        </w:rPr>
        <w:br/>
      </w:r>
      <w:r>
        <w:rPr>
          <w:lang w:eastAsia="zh-CN"/>
        </w:rPr>
        <w:t>　　记得高一开学前，正是两支由学生组成的支教队伍来给迷茫的我们上课，带给我们学习的恢，并介绍了他们的学生活，让我开始向往学，把我从中考失败的阴霾里拉出来，让我对学习重新点燃信心和热情，我便开始追逐我的学梦，我也想成为像他们那样优秀的学长，去支教，去传递学梦想。</w:t>
      </w:r>
      <w:r>
        <w:rPr>
          <w:lang w:eastAsia="zh-CN"/>
        </w:rPr>
        <w:br/>
      </w:r>
      <w:r>
        <w:rPr>
          <w:lang w:eastAsia="zh-CN"/>
        </w:rPr>
        <w:t>　　三年后，我如愿以偿考上了学，四年后，我却没有加入那一支三下乡支教队伍。或许是我不够优秀吧，或许是我没有那种能力，但或许，是那支传递学梦想的队伍早已消失了，而我眼前的这么一支队伍，确实很优秀，但并不是初衷的那种神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参加的费用要五百元，这是对我一项的打击，我家境并不富裕，而且有很多家事，父亲表示支持，但是经济确实不允许，父亲也为此觉得对我有所抱歉，但他告诉我，人生还有很多有意义的事情，是的，我还有未来。小小的可惜，我放弃了报名，而选择放假打工赚钱，我知道一到八月份父亲母亲又要为我们几个人的学费而忧愁，这是我必须要走的路。直到那一天公布了三下乡的成员名单，不出所料，入围的都是学生会各部门出色的同学，自然也是下一届学生会干部的候选人了。我也是下学期要竞选学生会干部的人，也自知没有认识多少个领导老师和那些部长，主席等‘’后台撑腰的人物‘’，但我放弃了在他们眼里，所谓的`这么好的机会，因为在这里面可以认识到主席团的师兄师姐，认识到领导老师，会对他们的干部竞选有助，所以在我看来，三下乡已经变成了一种工具，正如我的同学语言，下一届的学生会什么部长、主任肯定都在里面。</w:t>
      </w:r>
      <w:r>
        <w:rPr>
          <w:lang w:eastAsia="zh-CN"/>
        </w:rPr>
        <w:br/>
      </w:r>
      <w:r>
        <w:rPr>
          <w:lang w:eastAsia="zh-CN"/>
        </w:rPr>
        <w:t>　　我没有钱不代表我没有爱心，只是觉得爱心为什么非要用金钱来衡量。当然，学校也有捐赠物资的活动，我没有什么可捐赠的，我更认为，物质对于僻山区的孩子虽然重要，但更重要的是知识！他们需要的是知识！只有知识才能改变命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今天，在我准备离开广科，去深圳做暑期工之前，我做了一件很简单的事情，我相信那些孩子们会感受到快乐。昨晚十二点才收到一位同学的短信，匆匆忙忙地约好了早上教她跳广场舞。今天早上，我很尽心尽力地教会了她三支舞曲，看见她那开心的表情，我便能想象得出，那些孩子在学会这几支舞曲后开心的样子。她是我的旧同学，也是三下乡入围的成员之一，特意向我求教广场舞，到时准备教那些小朋友。我无疑地答应了，尽管时间仓促，汗流浃背，但是我觉得我付出的只是汗水，但通过她传递到孩子们身上的却是我的爱心，点点滴滴都是快乐的洋溢。我很快乐，我很满足，虽然不是我亲手去教他们，都是快乐的种子已经传播到他们的心田。</w:t>
      </w:r>
      <w:r>
        <w:rPr>
          <w:lang w:eastAsia="zh-CN"/>
        </w:rPr>
        <w:br/>
      </w:r>
      <w:r>
        <w:rPr>
          <w:lang w:eastAsia="zh-CN"/>
        </w:rPr>
        <w:t>　　最后，我希望明天即将出发去的三下乡支教团队能珍惜这次机会，因为这不只是有能力还要有条件的人才可以去的，有多少人想去都去不了。希望他们认真负责地去教育山区的孩子，别忘了面试时候说过的，去三下乡的原因，不单是零零碎碎的手语表演，才艺歌舞，更应让他们知道知识的重要性，激发他们的求知欲望，让他们拥有梦想！</w:t>
      </w:r>
      <w:r>
        <w:rPr>
          <w:lang w:eastAsia="zh-CN"/>
        </w:rPr>
        <w:br/>
      </w:r>
      <w:r>
        <w:rPr>
          <w:lang w:eastAsia="zh-CN"/>
        </w:rPr>
        <w:t>　　我也是从农村出来的孩子，我很感谢父母把我带到城市，我的思想得到改变，在村人的眼里，读书是那么的可有可无，又有多少小伙子放弃读书去打工赚钱。希望你们可以改变他们守旧封建的思想，让他们成为有知识，有文化的人，这也是我对你们最深切的期望。</w:t>
      </w:r>
      <w:r>
        <w:rPr>
          <w:lang w:eastAsia="zh-CN"/>
        </w:rPr>
        <w:br/>
      </w:r>
      <w:r>
        <w:rPr>
          <w:lang w:eastAsia="zh-CN"/>
        </w:rPr>
        <w:t>　　我所做的只有这些，我想说的也只有这些。祝愿三下乡团队凯旋归来！大学生暑期工作总结3</w:t>
      </w:r>
      <w:r>
        <w:rPr>
          <w:lang w:eastAsia="zh-CN"/>
        </w:rPr>
        <w:br/>
      </w:r>
      <w:r>
        <w:rPr>
          <w:lang w:eastAsia="zh-CN"/>
        </w:rPr>
        <w:t xml:space="preserve">    时光如梭，转眼就到了__年的暑假了。伴着暑假的到来，就意味着我们已经在大学里学习一年了。这一年，收获颇多。这一年，让我圆了孩提时的梦想——上大学。这一年，让我知道了什么是大学生活，并让我深刻了解到了“不经历大学的人生不算完美的人生”这一句话的意义。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大学是一个相对自立的生活学习环境。在这里，没有老师的督促，有的是学生们互相的攀比和帮助;在这里，没有固定不变的死知识，有的是探索和实践得来的应用知识;在这里，没有条条规定，有的是学生们自律自强。一年的大学生活，让我感觉到“书中自有黄金屋”这句话似乎有点，有点误差。</w:t>
      </w:r>
      <w:r>
        <w:rPr>
          <w:lang w:eastAsia="zh-CN"/>
        </w:rPr>
        <w:br/>
      </w:r>
      <w:r>
        <w:rPr>
          <w:lang w:eastAsia="zh-CN"/>
        </w:rPr>
        <w:t>　　也许是长大了，也许是大学里的师哥师姐们的影响，我也想在假期打工，来充实自己，在实践中锻炼自己各方面的能力，另外，还可以赚点生活费。于是，经亲戚介绍，我就在假期出来打工了。</w:t>
      </w:r>
      <w:r>
        <w:rPr>
          <w:lang w:eastAsia="zh-CN"/>
        </w:rPr>
        <w:br/>
      </w:r>
      <w:r>
        <w:rPr>
          <w:lang w:eastAsia="zh-CN"/>
        </w:rPr>
        <w:t>　　期末，总是让人忙，不管是平时学的好的还是相对差一点的，大都在自习室或是宿舍里拼命看书，并不是说我们平时没有努力，没有学好，毕竟是期末嘛，检验我们这学期的时刻就要来到了。我在紧张复习之余，还在考虑暑假打工之事。我准备考完试就走，先不回家了，干够一个月后再回家，不但打工了，还能有时间回家。在打工期间，不管发生什么事，都尽量不回家，不改变原定计划。</w:t>
      </w:r>
      <w:r>
        <w:rPr>
          <w:lang w:eastAsia="zh-CN"/>
        </w:rPr>
        <w:br/>
      </w:r>
      <w:r>
        <w:rPr>
          <w:lang w:eastAsia="zh-CN"/>
        </w:rPr>
        <w:t>　　考试如期来临，计划也一点一点来临。7月15日计划开始实施。一路颠簸，我来到了本溪市桓仁县雅河乡。一路赏山赏水赏人情，满眼的绿色，扑鼻的瓜香，蜿蜒的.公路伴着同样蜿蜒的河水，令我赏心悦目，再加上马上就要实现我的计划，竟忘记了颠簸与疲惫，欣然前行。</w:t>
      </w:r>
      <w:r>
        <w:rPr>
          <w:lang w:eastAsia="zh-CN"/>
        </w:rPr>
        <w:br/>
      </w:r>
      <w:r>
        <w:rPr>
          <w:lang w:eastAsia="zh-CN"/>
        </w:rPr>
        <w:t>　　其实，出于无聊，在高考之后的那个夏天里我就来过这个地方干过活了。熟悉的山，熟悉的水，不熟悉的桥梁(因为照去年多修了好多)和陌生的工人，让我有了像是回家了的感觉但又有点生疏。简约的宿舍，窄窄的床铺，和那水分较多的伙食，立刻让我知道了在外打工的不易。熟悉了各位领导之后，我就要开工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也许是为了抓工期，也许是为了交叉作业，这里很容易有晚班。尤其是路基组，刚到的那个晚上，他们就用大功率的推土机回填，而施工位置恰恰在离我们宿舍不足十米的地方，一夜的轰鸣啊!再经常有夜班的就是混凝土组了，晚上打灰(即是浇注混凝土，工人前辈们都这么叫，我也就随俗了)似乎是常事，这个的原因我没打听到，也许是出于对温度和阳光的考虑吧。恰巧，我刚到的那晚，这面回填，那面打灰!好像是约好了似的，等到我们木匠组等起床吃饭的时候，他们都停了，都干完了!刚好我们在这时候起床。要说的是，我在学校时一般都在早上7：00起，感觉那还挺早;而在这，4：30分!第一天起简直就是挑战!但我来的目的就是锻炼自己，所以我这样鼓励我自己，硬是起来了，还和他们一起吃了在学校时很少吃的早饭。也许，我达到了我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第一天上班，早已准备充分，工作服，胶鞋，手套，这些装备可是平时在学校里穿不到的。我今天的任务是与另外一名工友一起养生。养生，就是在浇筑完混凝土之后用尼龙布(或其他吸水材料制成的布料)将混凝土盖住，然后在其上浇水，以防止混凝土因过快蒸发而产生裂纹，影响承受力。一般养生期为七天。所要养生的这个桥面是一个e字形的互通桥。它既有弯度，又有一定的坡度。所以对它养生就容易了许多，只要将水管放在高处让水顺势下流即可，然后再拿着水管检查一下是否有干燥的地方，确保处处都有水分。就在去尼龙布的过程中，我就发挥了想象。因为尼龙布的宽度有五米，其重量并非两人所能抬起。于是我就取了两辆推车，一人一辆，分别作用在尼龙布的两端，我二人一起用力，发动了我们的“运输车”。向右转弯，则右面的停下，左面的前进;向左转则相反。上坡时则一齐用力。因为路面还没有回填到桥面的高度，所以要把尼龙布搬到桥面上又是一难题。此时，我就想起了杠杆原理，将两根木棍斜放在桥面与路面上，再把尼龙布从推车卸到两木棍上，最后，我二人再抬起木棍，直至没过头顶，尼龙布顺势滑下，滑到了桥面上。就这样，笨重的尼龙布就被我们二人抬到了指定位置。那位工友说，不愧是大学生啊，脑子就是好使。大学生暑期工作总结4</w:t>
      </w:r>
      <w:r>
        <w:rPr>
          <w:lang w:eastAsia="zh-CN"/>
        </w:rPr>
        <w:br/>
      </w:r>
      <w:r>
        <w:rPr>
          <w:lang w:eastAsia="zh-CN"/>
        </w:rPr>
        <w:t xml:space="preserve">    大学是吸收知识的殿堂，而实习则是把知识和实习相结合的出发点，是每个学生必须拥有的一段经历。 </w:t>
      </w:r>
      <w:r>
        <w:rPr>
          <w:lang w:eastAsia="zh-CN"/>
        </w:rPr>
        <w:br/>
      </w:r>
      <w:r>
        <w:rPr>
          <w:lang w:eastAsia="zh-CN"/>
        </w:rPr>
        <w:t>　　为了的达到实习目的，我要体验这个社会有着经验丰富的人，不断的给自己打气，努力努力这个字眼不断的在自己的脑海里绕，工作期间，我明白了与同事们相互沟通，相互交流，这对工作非常重要。</w:t>
      </w:r>
      <w:r>
        <w:rPr>
          <w:lang w:eastAsia="zh-CN"/>
        </w:rPr>
        <w:br/>
      </w:r>
      <w:r>
        <w:rPr>
          <w:lang w:eastAsia="zh-CN"/>
        </w:rPr>
        <w:t>　　但是时间过得非常的快，我在这里一个月就又进入了另一个环节——推销手机，本来就是非常烦琐的工作，在这实习期间我曾觉得整天要面对那枯燥无味的电脑和手机而心生烦闷，厌倦，以至于缴费缴得错漏百出，愈错愈烦，愈烦愈错。当然这样会击垮个人的自信心导致整个工作的“雪上加霜”但是只要你真的用心去做，反而会得心应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实习活动带给我们的是迷茫，欣喜，乐趣。在实习活动中，我感受到了自己的微薄，自己的渺小和微不足道。体会到了整个社会的强大凝聚力。另一面是我们锻炼了自己的能力，在实习活动中成长，在实习活动中学习，在实习中受益。充实了生活，也充实了自我。与人交流，增强了口头的表达能力。</w:t>
      </w:r>
      <w:r>
        <w:rPr>
          <w:lang w:eastAsia="zh-CN"/>
        </w:rPr>
        <w:br/>
      </w:r>
      <w:r>
        <w:rPr>
          <w:lang w:eastAsia="zh-CN"/>
        </w:rPr>
        <w:t>　　虽然有时会很累，但更多感觉自己在不断的在成长，有意义的成长，在这之后我明显发现自己变得开朗，虽然我一个人的力量不能改变一些事情，但如果再多一些人的力量，整个社会的共同的努力，这才是动力之根本，动力之源泉；另一方面，我认识到自己的不足之处，没有经验，没有与人交流的口才，在这个社会是行不通的，对于一个大学生而言敢于挑战是一种基础的素质。于是我带着心中的问号，踏上了实习的道路，也结束了这个实习阶段，在这一次的中国联通实习中，我可谓是受益匪浅。仅仅二个月的实习，我是受益终生。</w:t>
      </w:r>
      <w:r>
        <w:rPr>
          <w:lang w:eastAsia="zh-CN"/>
        </w:rPr>
        <w:br/>
      </w:r>
      <w:r>
        <w:rPr>
          <w:lang w:eastAsia="zh-CN"/>
        </w:rPr>
        <w:t>　　这一次的实习虽然很短暂，接触到的工作很简单，但是依然让我学到了许多知识和经验，这个社会的`人与人之间的沟通交流，和这个社会的职业的道德，和社会的诚信都是不可缺的，通过实习我能够更好的了解自己的不足，了解中国联通与我们生活密不可分，还有中国联通工作的本质，了解这个社会的方方面面，能够让我更好的为自己做好职业规划，定好人生的目标，向未来前进，向成功迈进。大学生暑期工作总结5</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__年6月25日，我们一行5人在李__老师的带领下，分为几组分别奔赴__市第一中学、省靖中、__中学进行招生宣传。我们在校内张贴海报，分发报考指南，热情详细的回答学生家长对我们学校的提问，如历年的录取分数线，专业设置，就业情况，住宿条件，学费等，并将有意向报考的同学登记在册。我和另一位同学负责的是__中学，早上8点，我们首先找到__中学的团委老师，请他帮忙宣传，老师告诉我们一会儿有广播讲话，可以进行宣传，因为我曾在广播站担任过职务，故由我进行广播宣传，另一位同学去各个班级分发资料。__中学的学生家长对我们学校表现了浓厚的兴趣，我们一直忙到了中午，然后又赶到省靖中与李老师会合。下午，我和李老师留在宾馆接待来访家长学生，另4位分别回到一中和省靖中。下午来宾馆的家长、学生络绎不绝，整个房间坐满了人，一位学生甚至有3到4位家长陪同咨询，在他们的眼睛里有焦虑，期待，每一批都咨询很长时间，与老师研究各种关于报考学校的问题。一天下来，口干舌燥，也充分的了解到了家长对孩子的关爱和焦急。</w:t>
      </w:r>
      <w:r>
        <w:rPr>
          <w:lang w:eastAsia="zh-CN"/>
        </w:rPr>
        <w:t xml:space="preserve"> </w:t>
      </w:r>
      <w:r>
        <w:rPr>
          <w:lang w:eastAsia="zh-CN"/>
        </w:rPr>
        <w:br/>
      </w:r>
      <w:r>
        <w:rPr>
          <w:lang w:eastAsia="zh-CN"/>
        </w:rPr>
        <w:t>　　在随后的两天天里，我们去了__中学、__中学等学校，宣传收到了良好的效果，为我们后几天在宾馆接受详细咨询打好了基础。</w:t>
      </w:r>
      <w:r>
        <w:rPr>
          <w:lang w:eastAsia="zh-CN"/>
        </w:rPr>
        <w:br/>
      </w:r>
      <w:r>
        <w:rPr>
          <w:lang w:eastAsia="zh-CN"/>
        </w:rPr>
        <w:t>　　跑完各个学校后，我们一边在宾馆等待家长前来咨询，一边按登记下的学生信息主动与学生、家长沟通，以争取更多的生源。招生一直持续到7月2日，在认真负责的李老师的带领下，我们做到了令自己满意，令学校满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古语有云：“逝者如斯夫，不舍昼夜”，短暂而又难忘的社会实践旅程像白驹过隙般，飞速而逝，这期间的.感受像五味瓶——酸甜苦辣一应俱全。我学会了独立思考、独立工作与独立解决问题能力，作为一名合格的当代大学生，我们除了学习书本知识，还需要多多参加更种类型的社会实践来充实自己，通过参加社会实践活动积累一些社会经验和工作经验，而这些经验将会成为你的“无形资产”。作为一名大学生，只要是自己所能承受的，就应该把握所有的机会，正确衡量自己，充分发挥所长，以便进入社会可以尽快走上轨道这次社会实践活动的认识是一个开始，也是一个起点，我相信这个起点将会促使我逐步走向社会，慢慢走向成熟。大学生暑期工作总结6</w:t>
      </w:r>
      <w:r>
        <w:rPr>
          <w:lang w:eastAsia="zh-CN"/>
        </w:rPr>
        <w:br/>
      </w:r>
      <w:r>
        <w:rPr>
          <w:lang w:eastAsia="zh-CN"/>
        </w:rPr>
        <w:t xml:space="preserve">    原来的实习报告被人臭骂一顿拒绝盖章退回了，这是改过以后的，注意里面的变化，祝愿大家以后一定要慎时度势，不要想说什么就说什么提及联想，相信目前大家都会对其有种高不可攀的国际大企业的印象。而在这个暑假里，本人得到了一个难得的机会，能够前往联想在本人所在城市的售后服务中心进行暑期实习。虽然时间不长，却感想良多，在此写下来，希望能与大家共同分享一下。 </w:t>
      </w:r>
      <w:r>
        <w:rPr>
          <w:lang w:eastAsia="zh-CN"/>
        </w:rPr>
        <w:br/>
      </w:r>
      <w:r>
        <w:rPr>
          <w:lang w:eastAsia="zh-CN"/>
        </w:rPr>
        <w:t>　　实习第一天，我早早的赶到了约定的地点，与父亲的好友联想工程师见面。结果他一看见我就说：“你是来工作的，不是来休闲的，赶快回去换身衣服。”于是我只好搭车回去。好一番折腾后，我终于在外表上达标了，但仍然不能马上进去，因为还需要台式机部门负责人的面试，很不凑巧那天大家都很忙，我站在门外等了大概40分钟才看见z和一个胖胖的工程师出来。当时不由得有些紧张，但出乎意料的是那位工程师只问了一些极其简单的问题就叫我进去了。后来才知道这都是z帮我的忙。我之前在他们的笔试当中落选，如果不是z在，我根本不可能有这次面试的机会。正因为机会来之不易，所以更加值得珍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但是进去之后我才发现事情远没有我想象的那么简单，因为公司有一套严格的操作规范，台式机修理的每一个步骤都关系到接待工程师的利益，就拿主板来说，若是稍有划伤和损坏，负责的工程师就会被扣钱。在这种情况下，谁也不敢贸然把事情交给我们这些新手做。因而我们只能给他们装下系统，作下备份什么的，可是这类事情并不是很多，再加上连我在内的试用工程师一共有六个，所以总有2到3个人坐在一边休息，大家都闲得惶惶不可终日。在这种情况下，不主动就意味着被淘汰。于是我开始和那些工程师们套近乎，主动要求给他们打下手。这样才有了后来几次宝贵的和主板内存接触的机会。而我们当中一个叫陈炳杰的，则因为没有硬件修理经历迟迟不能转正而在十天之后黯然离开了。</w:t>
      </w:r>
      <w:r>
        <w:rPr>
          <w:lang w:eastAsia="zh-CN"/>
        </w:rPr>
        <w:br/>
      </w:r>
      <w:r>
        <w:rPr>
          <w:lang w:eastAsia="zh-CN"/>
        </w:rPr>
        <w:t>　　到这里大家可能对公司里面的规定的严格有了一个初步性认识。那我就再给大家介绍一下联想售后服务体系严谨的接待规定：当有客户到来时，首先必须要为客户开门，若客户有携带台式机时还要对其说：“请让我来吧!</w:t>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并双手托底将机器搬至预备维修台，再为客户打印排队号码让其等候。到检修的时候先要检查机器外观是否完好，然后对客户说：“你好!请问我可以开机检验吗?”在取得其同意后进一步中国报告网检验以初步得出故障原因，并向客户交待。还要对客户说明维修过程可能会造成数据丢失，让其提前做好重要数据备份工作。接下来就可以打印验机单并让客户签字，同时还要声明软件故障和硬件故障分别规定在48小时和72小时内修复，但一定会尽快解决并在第一时间通知客户本人。这样整个接待就算完成了。纵观整个接待流程，我们可以强烈地感受到联想作为国际企业所应有的严谨细致入微的工作作风，其服务之好在国内可谓有口皆碑，在本人实习期间就曾经有客户说：“我买联想不是为了别的，就是看中你们的服务了!”诚然，在产品同质化的大趋势下，售后服务质量成了企业争夺市场份额的突破口，在这一点上，联想的确可以称得上是民族企业的榜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和我一起进来的5个人都是本地的一些大学毕业生。因为没有别的经济来源，这份工作对于他们而言十分重要。通过交流，我发现这几位在校期间的表现都不怎么好，更有一名牛人大学期间高数考了三次才得以通过。众所周知本地一些大学并不算太好，但是他们的那些在校期间表现良好的同学大多都获得了一份不错的工作。由此可见在校期间的学习还是相当重要的。不仅如此，要成为一个适应现代社会需求的人，学习是无论何时都不应被忘记的。虽然这里是联想的售后服务部门，里面的工程师技术都是相当不错的，但从来没有人因此而自满，但凡遇到比较棘手的问题他们都会虚心向别人求教。而不善于学习的人命运无疑是会比较悲惨。前面提到的那位陈炳杰曾私下对我说他家境不是太好，家里为了他上大学还欠了一些债。现如今没有找到一份高薪的工作让他连家里人的'电话都不敢接。和他们相比，我无疑是相当幸运的，因为我读着相对好一些的大学，并且提前体会到了这个社会的现实性，将来在参加工作时会有一个心理准备。诚然，和工作相比，学习实在是一件幸福的事情，那些曾经觉得相当困难的事现在回想起来都已经不算什么了。现在我非常理解那些毕业生心中的痛苦，可是谁又能对逝去的时光做什么呢?悟已往之不谏，知来者之可追。在接下来的两年时光里，相信我的学习及生活目标会更加明确。</w:t>
      </w:r>
      <w:r>
        <w:rPr>
          <w:lang w:eastAsia="zh-CN"/>
        </w:rPr>
        <w:br/>
      </w:r>
      <w:r>
        <w:rPr>
          <w:lang w:eastAsia="zh-CN"/>
        </w:rPr>
        <w:t>　　总的来说，我的这次暑期实习体会可以用以下这段精辟的文字来阐明： 学习，永远别忘记它。不管别人怎么说“大学是个提高综合能力的地方”云云，如果你学习失败了，你就什么也不是 尊严最重要，但在大学里，要懂得利用这个空间锻炼自己，要让自己的尊严有足够大的承受力。要知道，社会是一个最喜欢打碎人的尊严的地方，除了你自己，没有人会为你保留它。 不要幻想成</w:t>
      </w:r>
      <w:r>
        <w:rPr>
          <w:lang w:eastAsia="zh-CN"/>
        </w:rPr>
        <w:br/>
      </w:r>
      <w:r>
        <w:rPr>
          <w:lang w:eastAsia="zh-CN"/>
        </w:rPr>
        <w:t>　　为招聘会上的宠儿，当70%的高中生都可以上大学时，你应该明白人们不会去崇拜一个群体的大多数的。</w:t>
      </w:r>
      <w:r>
        <w:rPr>
          <w:lang w:eastAsia="zh-CN"/>
        </w:rPr>
        <w:br/>
      </w:r>
      <w:r>
        <w:rPr>
          <w:lang w:eastAsia="zh-CN"/>
        </w:rPr>
        <w:t>　　还能冲动，表明你还对生活有热情;总是冲动，表明你还不懂生活。</w:t>
      </w:r>
      <w:r>
        <w:rPr>
          <w:lang w:eastAsia="zh-CN"/>
        </w:rPr>
        <w:br/>
      </w:r>
      <w:r>
        <w:rPr>
          <w:lang w:eastAsia="zh-CN"/>
        </w:rPr>
        <w:t>　　莫过于耿直，莫过于圆滑，外圆内方即可。</w:t>
      </w:r>
      <w:r>
        <w:rPr>
          <w:lang w:eastAsia="zh-CN"/>
        </w:rPr>
        <w:br/>
      </w:r>
      <w:r>
        <w:rPr>
          <w:lang w:eastAsia="zh-CN"/>
        </w:rPr>
        <w:t>　　永远别渴望做个任何人都不得罪的人，有人反对，有人支持，然后自己做出决定才是精彩的人生。</w:t>
      </w:r>
      <w:r>
        <w:rPr>
          <w:lang w:eastAsia="zh-CN"/>
        </w:rPr>
        <w:br/>
      </w:r>
      <w:r>
        <w:rPr>
          <w:lang w:eastAsia="zh-CN"/>
        </w:rPr>
        <w:t>　　后悔是一种耗费精神的情绪。后悔是比损失更大的损失，比错误更大的错误，所以不要后悔。大学生暑期工作总结7</w:t>
      </w:r>
      <w:r>
        <w:rPr>
          <w:lang w:eastAsia="zh-CN"/>
        </w:rPr>
        <w:br/>
      </w:r>
      <w:r>
        <w:rPr>
          <w:lang w:eastAsia="zh-CN"/>
        </w:rPr>
        <w:t xml:space="preserve">  </w:t>
      </w:r>
      <w:r>
        <w:rPr>
          <w:lang w:eastAsia="zh-CN"/>
        </w:rPr>
        <w:t xml:space="preserve"> </w:t>
      </w:r>
    </w:p>
    <w:p w:rsidR="001B1F19" w14:textId="27C3F48A">
      <w:pPr>
        <w:rPr>
          <w:rFonts w:hint="eastAsia"/>
          <w:lang w:eastAsia="zh-CN"/>
        </w:rPr>
      </w:pPr>
      <w:r>
        <w:rPr>
          <w:lang w:eastAsia="zh-CN"/>
        </w:rPr>
        <w:t xml:space="preserve"> 既然来到了大学，如果不经历暑期三下乡活动，大学生活就不完整。特别是对于师范生来说，三下乡活动更是对他们以后工作的一次很好的锻炼机会。大部分班级在大一的暑假就会开展三下乡活动，很多社团也会年年都开展三下乡活动。今年我们班和我所在的其他社团都会在暑期进行三下乡活动，我最终选择了参加自强社的三下乡，因为我感觉在这里可以与来自各个学院的同学一起分享喜怒哀乐，我很喜欢这种感觉。</w:t>
      </w:r>
      <w:r>
        <w:rPr>
          <w:lang w:eastAsia="zh-CN"/>
        </w:rPr>
        <w:t xml:space="preserve"> </w:t>
      </w:r>
      <w:r>
        <w:rPr>
          <w:lang w:eastAsia="zh-CN"/>
        </w:rPr>
        <w:br/>
      </w:r>
      <w:r>
        <w:rPr>
          <w:lang w:eastAsia="zh-CN"/>
        </w:rPr>
        <w:t>　　四月初就开始考虑暑期三下乡的事情，首先是征集报名人员，刚开始在社内召集人员时报名的人并不多，于是我们本部便打算和大学城校区的同学一起组队，社长大人（庆燕师姐）给我们开了一次全体大会，告诉我们一些应该考虑的问题，并确定我们这边的三下乡总负责人为桂珊，之后我们去大学城校区进行各个组的组长竞选。后来由于又有志愿者报名，我们这边的人数足以单独组成一个团队，于是两校区便各自组队，海球师兄毫不犹豫地接下了担任我们本部三下乡队长这一光荣而艰巨的任务，随后我们在本部重新确定了各个组的组长。我报的是文体组，组长是晓菁，组员有桂珊、思兰和我。</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https://d.book118.com/427136015140006046</w:t>
        </w:r>
      </w:hyperlink>
    </w:p>
    <w:p w:rsidR="001B1F19">
      <w:pPr>
        <w:rPr>
          <w:rFonts w:hint="eastAsia"/>
          <w:lang w:eastAsia="zh-CN"/>
        </w:rPr>
      </w:pPr>
    </w:p>
    <w:sectPr>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27136015140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