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rsidRPr="00937657" w14:paraId="7F7A67AA" w14:textId="0AE8485B">
      <w:pPr>
        <w:pStyle w:val="Heading1"/>
        <w:jc w:val="center"/>
        <w:rPr>
          <w:color w:val="000000" w:themeColor="text1"/>
          <w:lang w:eastAsia="zh-CN"/>
        </w:rPr>
      </w:pPr>
      <w:r>
        <w:rPr>
          <w:color w:val="000000" w:themeColor="text1"/>
          <w:sz w:val="44"/>
          <w:lang w:eastAsia="zh-CN"/>
        </w:rPr>
        <w:t>每日计划（30篇）</w:t>
      </w:r>
    </w:p>
    <w:p w:rsidR="001B1F19" w14:paraId="15E7D7A0" w14:textId="27C3F48A">
      <w:pPr>
        <w:rPr>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每日计划（通用30篇）</w:t>
      </w:r>
      <w:r>
        <w:rPr>
          <w:lang w:eastAsia="zh-CN"/>
        </w:rPr>
        <w:br/>
      </w:r>
      <w:r>
        <w:rPr>
          <w:lang w:eastAsia="zh-CN"/>
        </w:rPr>
        <w:t xml:space="preserve">    每日计划 篇1 </w:t>
      </w:r>
      <w:r>
        <w:rPr>
          <w:lang w:eastAsia="zh-CN"/>
        </w:rPr>
        <w:br/>
      </w:r>
      <w:r>
        <w:rPr>
          <w:lang w:eastAsia="zh-CN"/>
        </w:rPr>
        <w:t>　　20__年考研100天黄金复习已经开始，冲刺复习已经尽在眼前。在这不到100天的时间里如何将自己的命运扭转，这阶段的复习起着十分重要的作用。100天的时间看似很有限，但只有能合理的运用就可以在100内对各学科进行最有效的复习过程，如何让自己的时间在临近考试阶段变得更充实更有效率，以下就为考生们讲解下考研冲刺百天内的复习技巧：</w:t>
      </w:r>
      <w:r>
        <w:rPr>
          <w:lang w:eastAsia="zh-CN"/>
        </w:rPr>
        <w:br/>
      </w:r>
      <w:r>
        <w:rPr>
          <w:lang w:eastAsia="zh-CN"/>
        </w:rPr>
        <w:t>　　首先我们要学会合理的.安排时间，以最短的时间取得最大的成果，效率第一，不浪费一分一秒。</w:t>
      </w:r>
      <w:r>
        <w:rPr>
          <w:lang w:eastAsia="zh-CN"/>
        </w:rPr>
        <w:br/>
      </w:r>
      <w:r>
        <w:rPr>
          <w:lang w:eastAsia="zh-CN"/>
        </w:rPr>
        <w:t>　　我们每天都有很多除复习外的日常生活需要处理，如同简单的清洁和进食等，很多考生因为怕浪费时间而节省掉很多生活必须的项目，这样是不利于复习的，因为保证良好的生活条件其实可以有助于你对你复习的热度维持。更重要的是不会被不清洁或饿肚子而困扰打断复习。正确的复习方法是早上六点以后起床洗漱，过早起床会让你整天精神不振，而赖床也会让人在很长一段时间里迷糊无法集中精力，所以针对考研复习来说六点半左右起床的时间会让你的精神保持一上午。</w:t>
      </w:r>
      <w:r>
        <w:rPr>
          <w:lang w:eastAsia="zh-CN"/>
        </w:rPr>
        <w:br/>
      </w:r>
    </w:p>
    <w:p w:rsidR="001B1F19" w14:textId="27C3F48A">
      <w:pPr>
        <w:rPr>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然后七点半之前要吃早饭，一方面是为上午的学习保持体力，另一方面早晨的摄入会让人心情愉快，在早晨就有一个好心情。吃完早饭后可以到窗口或楼下呼吸新鲜空气，保证你已经确实的睡醒了，这时候要在心理暗示自已，一天的复习已经开始了，我已经完全清醒了，科学表明，心理暗示对于人类持续的精神非常的重要，而新鲜的空气可以补给你因进食而缺氧的大脑。</w:t>
      </w:r>
      <w:r>
        <w:rPr>
          <w:lang w:eastAsia="zh-CN"/>
        </w:rPr>
        <w:br/>
      </w:r>
      <w:r>
        <w:rPr>
          <w:lang w:eastAsia="zh-CN"/>
        </w:rPr>
        <w:t>　　最晚八点半一定要进入一天的复习之中，从八点到十点这个阶段是人类记忆最好的时间段，所以每天的这两个小时都不要浪费，我们需要背诵的一些知识和词汇都要紧凑的安排在每天的这个时间段，包括巩固之前复习的需要记忆部分，冲刺阶段需要背诵的内容并不多，但每天都要有一两个小时用来巩固之间的学习。</w:t>
      </w:r>
      <w:r>
        <w:rPr>
          <w:lang w:eastAsia="zh-CN"/>
        </w:rPr>
        <w:br/>
      </w:r>
      <w:r>
        <w:rPr>
          <w:lang w:eastAsia="zh-CN"/>
        </w:rPr>
        <w:t>　　十点到十二点之间是做题练习的时间，通过两个小时的背诵我们的大脑基本已经进入一个固定记忆的模式，很容易产生疲惫感，这个时候是做题的最佳时机，让大脑进行充分的活动，将练习题放在这个时间作其实是一个承上启下的作用。</w:t>
      </w:r>
      <w:r>
        <w:rPr>
          <w:lang w:eastAsia="zh-CN"/>
        </w:rPr>
        <w:br/>
      </w:r>
      <w:r>
        <w:rPr>
          <w:lang w:eastAsia="zh-CN"/>
        </w:rPr>
        <w:t>　　中午十二点时，你一天的复习已经进行了四个小时，所以这时一定要离开复习的地方去吃饭。一方面练习复习会使你的身体血液循环不畅，起身轻微的活动可以让你在下午的复习时不会因身体的疲劳而走神。另一方午餐在一天之中有着举足轻重的地位，刻苦复习的同时不要忽视身体需求。</w:t>
      </w:r>
      <w:r>
        <w:rPr>
          <w:lang w:eastAsia="zh-CN"/>
        </w:rPr>
        <w:br/>
      </w:r>
    </w:p>
    <w:p w:rsidR="001B1F19" w14:textId="27C3F48A">
      <w:pPr>
        <w:rPr>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一点半之前建议小睡或休息，因为中午进餐会在下午使人有一段时间发困的症状，这是因为胃需要消化食物而需要身体大量的供血，所以脑供血不足就会引起瞌睡，如果在中午能够很好的得到休息，下午的复习就会更有精神。</w:t>
      </w:r>
      <w:r>
        <w:rPr>
          <w:lang w:eastAsia="zh-CN"/>
        </w:rPr>
        <w:br/>
      </w:r>
      <w:r>
        <w:rPr>
          <w:lang w:eastAsia="zh-CN"/>
        </w:rPr>
        <w:t>　　下午开始复习就可以侧重阅读，作文等交互性强一些的题目，这些题目可以让你全身心的投入进去，真正开始复习就不会感到时间的流逝，下午的时间会在复习中很快过去，不容易给心理造成负担。而因为下午时间比较长，阅读和作文等的复习，会因连贯性而变得很有效率。</w:t>
      </w:r>
      <w:r>
        <w:rPr>
          <w:lang w:eastAsia="zh-CN"/>
        </w:rPr>
        <w:br/>
      </w:r>
      <w:r>
        <w:rPr>
          <w:lang w:eastAsia="zh-CN"/>
        </w:rPr>
        <w:t>　　四点之后可以换一些专业课或数学题来做，换下脑子，同时也可以补充一些基础题型的不足。六点之后要吃晚饭和休息，迎接晚间的复习。</w:t>
      </w:r>
      <w:r>
        <w:rPr>
          <w:lang w:eastAsia="zh-CN"/>
        </w:rPr>
        <w:br/>
      </w:r>
      <w:r>
        <w:rPr>
          <w:lang w:eastAsia="zh-CN"/>
        </w:rPr>
        <w:t>　　傍晚的时间和百天相反，很多人在这个时间里会比较有精神，这个时间就可以进行些理解性质的背诵有阅读，比如政治和英语的一些需要理解记忆的知识。而晚上八点之后，就是攻克一些数学和专业课难题的最佳时机，晚上我们的大脑经过一整个白天的苏醒会变得十分灵活，这个时候将一些难题拿出来攻克，结果往往是迎刃而解。</w:t>
      </w:r>
      <w:r>
        <w:rPr>
          <w:lang w:eastAsia="zh-CN"/>
        </w:rPr>
        <w:br/>
      </w:r>
      <w:r>
        <w:rPr>
          <w:lang w:eastAsia="zh-CN"/>
        </w:rPr>
        <w:t>　　最晚十一点，睡觉。要知道考研复习是个往复循环的工作，和你假期前补作业是不一样的，今天复习的再晚，明天一样也是要继续的，所以晚睡从某种程度上来讲其实是对转天复习质量的一个重大打击，所以，复习的再刻苦，最晚在十一点之前睡觉，以保证转天还能在计划时间里最计划内的事情。</w:t>
      </w:r>
      <w:r>
        <w:rPr>
          <w:lang w:eastAsia="zh-CN"/>
        </w:rPr>
        <w:br/>
      </w:r>
      <w:r>
        <w:rPr>
          <w:lang w:eastAsia="zh-CN"/>
        </w:rPr>
        <w:t xml:space="preserve">    每日计划 篇2 </w:t>
      </w:r>
      <w:r>
        <w:rPr>
          <w:lang w:eastAsia="zh-CN"/>
        </w:rPr>
        <w:br/>
      </w:r>
    </w:p>
    <w:p w:rsidR="001B1F19" w14:textId="27C3F48A">
      <w:pPr>
        <w:rPr>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一、身体整体性</w:t>
      </w:r>
      <w:r>
        <w:rPr>
          <w:lang w:eastAsia="zh-CN"/>
        </w:rPr>
        <w:br/>
      </w:r>
      <w:r>
        <w:rPr>
          <w:lang w:eastAsia="zh-CN"/>
        </w:rPr>
        <w:t>　　1、先不拿跳绳，轻松跳一跳</w:t>
      </w:r>
      <w:r>
        <w:rPr>
          <w:lang w:eastAsia="zh-CN"/>
        </w:rPr>
        <w:br/>
      </w:r>
      <w:r>
        <w:rPr>
          <w:lang w:eastAsia="zh-CN"/>
        </w:rPr>
        <w:t>　　2、身体与地面是垂直的，请不要驼背</w:t>
      </w:r>
      <w:r>
        <w:rPr>
          <w:lang w:eastAsia="zh-CN"/>
        </w:rPr>
        <w:br/>
      </w:r>
      <w:r>
        <w:rPr>
          <w:lang w:eastAsia="zh-CN"/>
        </w:rPr>
        <w:t>　　3、大腿与地面也是垂直的</w:t>
      </w:r>
      <w:r>
        <w:rPr>
          <w:lang w:eastAsia="zh-CN"/>
        </w:rPr>
        <w:br/>
      </w:r>
      <w:r>
        <w:rPr>
          <w:lang w:eastAsia="zh-CN"/>
        </w:rPr>
        <w:t>　　4、膝盖只是微微的弯曲，并没有太大的角度出现（e_：100度~45度都太夸张了些。）</w:t>
      </w:r>
      <w:r>
        <w:rPr>
          <w:lang w:eastAsia="zh-CN"/>
        </w:rPr>
        <w:br/>
      </w:r>
      <w:r>
        <w:rPr>
          <w:lang w:eastAsia="zh-CN"/>
        </w:rPr>
        <w:t>　　5、脚踝要出力，脚板分三部份，以脚尖着地，其它以不碰地为主</w:t>
      </w:r>
      <w:r>
        <w:rPr>
          <w:lang w:eastAsia="zh-CN"/>
        </w:rPr>
        <w:br/>
      </w:r>
      <w:r>
        <w:rPr>
          <w:lang w:eastAsia="zh-CN"/>
        </w:rPr>
        <w:t>　　二、双手的部份</w:t>
      </w:r>
      <w:r>
        <w:rPr>
          <w:lang w:eastAsia="zh-CN"/>
        </w:rPr>
        <w:br/>
      </w:r>
      <w:r>
        <w:rPr>
          <w:lang w:eastAsia="zh-CN"/>
        </w:rPr>
        <w:t>　　1、大臂往身体的方向靠拢</w:t>
      </w:r>
      <w:r>
        <w:rPr>
          <w:lang w:eastAsia="zh-CN"/>
        </w:rPr>
        <w:br/>
      </w:r>
      <w:r>
        <w:rPr>
          <w:lang w:eastAsia="zh-CN"/>
        </w:rPr>
        <w:t>　　2、以手肘为中心点不动，前臂为支撑手腕的旋转</w:t>
      </w:r>
      <w:r>
        <w:rPr>
          <w:lang w:eastAsia="zh-CN"/>
        </w:rPr>
        <w:br/>
      </w:r>
      <w:r>
        <w:rPr>
          <w:lang w:eastAsia="zh-CN"/>
        </w:rPr>
        <w:t>　　3、手腕部份为主要出力点</w:t>
      </w:r>
      <w:r>
        <w:rPr>
          <w:lang w:eastAsia="zh-CN"/>
        </w:rPr>
        <w:br/>
      </w:r>
      <w:r>
        <w:rPr>
          <w:lang w:eastAsia="zh-CN"/>
        </w:rPr>
        <w:t>　　三、脚踝部份</w:t>
      </w:r>
      <w:r>
        <w:rPr>
          <w:lang w:eastAsia="zh-CN"/>
        </w:rPr>
        <w:br/>
      </w:r>
      <w:r>
        <w:rPr>
          <w:lang w:eastAsia="zh-CN"/>
        </w:rPr>
        <w:t>　　1、所有的用力点都在脚踝的部份</w:t>
      </w:r>
      <w:r>
        <w:rPr>
          <w:lang w:eastAsia="zh-CN"/>
        </w:rPr>
        <w:br/>
      </w:r>
      <w:r>
        <w:rPr>
          <w:lang w:eastAsia="zh-CN"/>
        </w:rPr>
        <w:t>　　2、大腿跟膝盖都只是辅助用的</w:t>
      </w:r>
      <w:r>
        <w:rPr>
          <w:lang w:eastAsia="zh-CN"/>
        </w:rPr>
        <w:br/>
      </w:r>
      <w:r>
        <w:rPr>
          <w:lang w:eastAsia="zh-CN"/>
        </w:rPr>
        <w:t>　　3、脚尖承担的力并不小于脚踝的力</w:t>
      </w:r>
      <w:r>
        <w:rPr>
          <w:lang w:eastAsia="zh-CN"/>
        </w:rPr>
        <w:br/>
      </w:r>
    </w:p>
    <w:p w:rsidR="001B1F19" w14:textId="27C3F48A">
      <w:pPr>
        <w:rPr>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跳绳基本上加强的是腕力，脚踝力，脚尖力，接着才是协调力，建议您先学会单脚轮流跳（e_：右1左2，那就是121212），之后双脚一起跳可以请朋友看看你的动作协不协调，应该说身体的整体性感觉很好~~跳的很轻松~~！单脚跳或双脚跳是用来做跳双回之前的热身还有休息，可以试着脚踝用力垂直跳高，手腕旋转的速度加快。千万不要听到自己碰碰碰的声音，这样会导致膝盖受伤，不正确的跳法会让膝盖承受不必要的负担。我在想你或许会认为脚尖怎么也会用到力，且又不亚于脚踝跟手腕的力。</w:t>
      </w:r>
      <w:r>
        <w:rPr>
          <w:lang w:eastAsia="zh-CN"/>
        </w:rPr>
        <w:br/>
      </w:r>
      <w:r>
        <w:rPr>
          <w:lang w:eastAsia="zh-CN"/>
        </w:rPr>
        <w:t>　　是不是应该要用脚尖那边的力量把自己再弹回来所以，脚尖的力量要训练就是跳绳训练的量跟时间一次做一组就可以了，所谓的一组是上一项的所有数字算一组每一个数字的中间可以休息30秒，但不是站着休息，而是用轻松的单脚轮流来缓冲一组做完之后去冲刺100米一次慢跑400米，这样也是最后的缓冲，放松操一定要做。</w:t>
      </w:r>
      <w:r>
        <w:rPr>
          <w:lang w:eastAsia="zh-CN"/>
        </w:rPr>
        <w:br/>
      </w:r>
      <w:r>
        <w:rPr>
          <w:lang w:eastAsia="zh-CN"/>
        </w:rPr>
        <w:t xml:space="preserve">    每日计划 篇3 </w:t>
      </w:r>
      <w:r>
        <w:rPr>
          <w:lang w:eastAsia="zh-CN"/>
        </w:rPr>
        <w:br/>
      </w:r>
      <w:r>
        <w:rPr>
          <w:lang w:eastAsia="zh-CN"/>
        </w:rPr>
        <w:t>　　1、利用暑假做好两大块的工作，一是背诵默写初一、初二四本语文课本中的古诗文，因为初三总复习时很难有空余时间用来背诵古诗文；二是阅读名著，这次暑假布置的任务是阅读《格列夫游记》。</w:t>
      </w:r>
      <w:r>
        <w:rPr>
          <w:lang w:eastAsia="zh-CN"/>
        </w:rPr>
        <w:br/>
      </w:r>
      <w:r>
        <w:rPr>
          <w:lang w:eastAsia="zh-CN"/>
        </w:rPr>
        <w:t>　　2、预习初三的语文课本，不但可以获得新的知识，而且通过总结还能找出自己不懂的地方，进行反复理解或直接请教老师。预习第五册5、6单元的文言文要求结合参考书会翻译，朗读课文直至会背诵。</w:t>
      </w:r>
      <w:r>
        <w:rPr>
          <w:lang w:eastAsia="zh-CN"/>
        </w:rPr>
        <w:br/>
      </w:r>
      <w:r>
        <w:rPr>
          <w:lang w:eastAsia="zh-CN"/>
        </w:rPr>
        <w:t>　　3、暑假里多读优秀作文，注意作文的开头和结尾，多背一些经典的句子。</w:t>
      </w:r>
      <w:r>
        <w:rPr>
          <w:lang w:eastAsia="zh-CN"/>
        </w:rPr>
        <w:br/>
      </w:r>
      <w:r>
        <w:rPr>
          <w:lang w:eastAsia="zh-CN"/>
        </w:rPr>
        <w:t>　　数学：做题巩固预习效果</w:t>
      </w:r>
      <w:r>
        <w:rPr>
          <w:lang w:eastAsia="zh-CN"/>
        </w:rPr>
        <w:br/>
      </w:r>
    </w:p>
    <w:p w:rsidR="001B1F19" w14:textId="27C3F48A">
      <w:pPr>
        <w:rPr>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初三上学期基本上结束教学进度，课业量比较重。有能力的学生可以利用假期进行数学课本的预习。根据现有的学习状态和学习水平来确定自己的学习目标。一方面可以培养自学能力，另一方面也能减轻下学期的课业负担。预习原则上从前往后进行，根据自己的能力，了解下学期将要面对的学习内容。同时，在了解的基础上可以选择一本练习方面的书，边自学、边检测。</w:t>
      </w:r>
      <w:r>
        <w:rPr>
          <w:lang w:eastAsia="zh-CN"/>
        </w:rPr>
        <w:br/>
      </w:r>
      <w:r>
        <w:rPr>
          <w:lang w:eastAsia="zh-CN"/>
        </w:rPr>
        <w:t>　　在预习过程中，同学们应以通读教材、理解基本的概念、法则为主，不要过分重视难题。做到对下学期的课程心中有数，分清重点、难点，上课时可以有针对性地听课，提高课堂效率。</w:t>
      </w:r>
      <w:r>
        <w:rPr>
          <w:lang w:eastAsia="zh-CN"/>
        </w:rPr>
        <w:br/>
      </w:r>
      <w:r>
        <w:rPr>
          <w:lang w:eastAsia="zh-CN"/>
        </w:rPr>
        <w:t>　　从学习方法上，要培养自己学会归纳总结，经常对自己所做的练习进行反思，对在哪里，错在哪里，及时反思自己在做题过程中的得与失，在反思过程中学习能力解题技巧都会有所提高。如果同学们感觉学习枯燥，可以采取单独学习和合作学习相结合的方式，和一些学习态度端正的同学一起学习，能有效地提高自己的学习效率。</w:t>
      </w:r>
      <w:r>
        <w:rPr>
          <w:lang w:eastAsia="zh-CN"/>
        </w:rPr>
        <w:br/>
      </w:r>
      <w:r>
        <w:rPr>
          <w:lang w:eastAsia="zh-CN"/>
        </w:rPr>
        <w:t>　　英语：各个环节都不放松</w:t>
      </w:r>
      <w:r>
        <w:rPr>
          <w:lang w:eastAsia="zh-CN"/>
        </w:rPr>
        <w:br/>
      </w:r>
      <w:r>
        <w:rPr>
          <w:lang w:eastAsia="zh-CN"/>
        </w:rPr>
        <w:t>　　暑假中英语的学习应该遵寻循序渐进的原则，各个环节都不能放松。</w:t>
      </w:r>
      <w:r>
        <w:rPr>
          <w:lang w:eastAsia="zh-CN"/>
        </w:rPr>
        <w:br/>
      </w:r>
      <w:r>
        <w:rPr>
          <w:lang w:eastAsia="zh-CN"/>
        </w:rPr>
        <w:t>　　1、单词</w:t>
      </w:r>
      <w:r>
        <w:rPr>
          <w:lang w:eastAsia="zh-CN"/>
        </w:rPr>
        <w:br/>
      </w:r>
      <w:r>
        <w:rPr>
          <w:lang w:eastAsia="zh-CN"/>
        </w:rPr>
        <w:t>　　英语学得很好的学生如果再看初一、初二课本上的单词就没有多大必要了，应该侧重于初三课本第一第二单词的预习，同时通过大量的阅读来对自身的单词量进行提升；中等生则需要双管齐下，在复习以前单词的同时对初三课本的单词进行预习；英语学习程度差的学生不能急于求成，要对所学过的单词进行系统的归纳总结，做到稳扎稳打。</w:t>
      </w:r>
      <w:r>
        <w:rPr>
          <w:lang w:eastAsia="zh-CN"/>
        </w:rPr>
        <w:br/>
      </w:r>
    </w:p>
    <w:p w:rsidR="001B1F19" w14:textId="27C3F48A">
      <w:pPr>
        <w:rPr>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2、作文</w:t>
      </w:r>
      <w:r>
        <w:rPr>
          <w:lang w:eastAsia="zh-CN"/>
        </w:rPr>
        <w:br/>
      </w:r>
      <w:r>
        <w:rPr>
          <w:lang w:eastAsia="zh-CN"/>
        </w:rPr>
        <w:t>　　作文与阅读的联系最为密切，所以阅读水平的高低直接影响到作文的水平，这就需要同学们加强自己的阅读训练，通过阅读来提高自己的作文水平是一个不错的学习方法。对经典的范文也要进行背诵和记忆，从而掌握漂亮的句型结构，为作文打下坚实的基础。</w:t>
      </w:r>
      <w:r>
        <w:rPr>
          <w:lang w:eastAsia="zh-CN"/>
        </w:rPr>
        <w:br/>
      </w:r>
      <w:r>
        <w:rPr>
          <w:lang w:eastAsia="zh-CN"/>
        </w:rPr>
        <w:t>　　3、口语</w:t>
      </w:r>
      <w:r>
        <w:rPr>
          <w:lang w:eastAsia="zh-CN"/>
        </w:rPr>
        <w:br/>
      </w:r>
      <w:r>
        <w:rPr>
          <w:lang w:eastAsia="zh-CN"/>
        </w:rPr>
        <w:t>　　中考的人机对话考试是初三英语学习的重点任务之一，包括短文朗读和话题简述。暑假里同学们在背诵话题的时候不仅要背诵出规定的内容更要注意语速，语音和语调。</w:t>
      </w:r>
      <w:r>
        <w:rPr>
          <w:lang w:eastAsia="zh-CN"/>
        </w:rPr>
        <w:br/>
      </w:r>
      <w:r>
        <w:rPr>
          <w:lang w:eastAsia="zh-CN"/>
        </w:rPr>
        <w:t xml:space="preserve">    每日计划 篇4 </w:t>
      </w:r>
      <w:r>
        <w:rPr>
          <w:lang w:eastAsia="zh-CN"/>
        </w:rPr>
        <w:br/>
      </w:r>
      <w:r>
        <w:rPr>
          <w:lang w:eastAsia="zh-CN"/>
        </w:rPr>
        <w:t>　　一、在校计划表</w:t>
      </w:r>
      <w:r>
        <w:rPr>
          <w:lang w:eastAsia="zh-CN"/>
        </w:rPr>
        <w:br/>
      </w:r>
      <w:r>
        <w:rPr>
          <w:lang w:eastAsia="zh-CN"/>
        </w:rPr>
        <w:t>　　1、上课老师没有让讨论的时候不能和同桌说悄悄话，打乱课堂秩序。</w:t>
      </w:r>
      <w:r>
        <w:rPr>
          <w:lang w:eastAsia="zh-CN"/>
        </w:rPr>
        <w:br/>
      </w:r>
      <w:r>
        <w:rPr>
          <w:lang w:eastAsia="zh-CN"/>
        </w:rPr>
        <w:t>　　2、在学校要有礼貌，见到老师时要问好，放学时要对老师说再见。</w:t>
      </w:r>
      <w:r>
        <w:rPr>
          <w:lang w:eastAsia="zh-CN"/>
        </w:rPr>
        <w:br/>
      </w:r>
      <w:r>
        <w:rPr>
          <w:lang w:eastAsia="zh-CN"/>
        </w:rPr>
        <w:t>　　3、下课的时候，能够在操场上玩耍或在教室里安静地看课外书，不能追逐打闹。</w:t>
      </w:r>
      <w:r>
        <w:rPr>
          <w:lang w:eastAsia="zh-CN"/>
        </w:rPr>
        <w:br/>
      </w:r>
      <w:r>
        <w:rPr>
          <w:lang w:eastAsia="zh-CN"/>
        </w:rPr>
        <w:t>　　二、作业质量计划表</w:t>
      </w:r>
      <w:r>
        <w:rPr>
          <w:lang w:eastAsia="zh-CN"/>
        </w:rPr>
        <w:br/>
      </w:r>
      <w:r>
        <w:rPr>
          <w:lang w:eastAsia="zh-CN"/>
        </w:rPr>
        <w:t>　　写作业时要用正确的握笔姿势，把字写得工工整整，不能毛毛糙糙的，写错三个字扣一面红旗，如果这个星期内被扣掉五面红旗的话，这个星期则不能玩电脑。</w:t>
      </w:r>
      <w:r>
        <w:rPr>
          <w:lang w:eastAsia="zh-CN"/>
        </w:rPr>
        <w:br/>
      </w:r>
      <w:r>
        <w:rPr>
          <w:lang w:eastAsia="zh-CN"/>
        </w:rPr>
        <w:t>　　三、放学后计划表</w:t>
      </w:r>
      <w:r>
        <w:rPr>
          <w:lang w:eastAsia="zh-CN"/>
        </w:rPr>
        <w:br/>
      </w:r>
    </w:p>
    <w:p w:rsidR="001B1F19" w14:textId="27C3F48A">
      <w:pPr>
        <w:rPr>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1、中午放学后，回家读一小时课外书。</w:t>
      </w:r>
      <w:r>
        <w:rPr>
          <w:lang w:eastAsia="zh-CN"/>
        </w:rPr>
        <w:br/>
      </w:r>
      <w:r>
        <w:rPr>
          <w:lang w:eastAsia="zh-CN"/>
        </w:rPr>
        <w:t>　　2、下午放学后，回家第一件事是写作业，写完作业后能够适当地出去放松一下。</w:t>
      </w:r>
      <w:r>
        <w:rPr>
          <w:lang w:eastAsia="zh-CN"/>
        </w:rPr>
        <w:br/>
      </w:r>
      <w:r>
        <w:rPr>
          <w:lang w:eastAsia="zh-CN"/>
        </w:rPr>
        <w:t>　　四、作息时间计划表</w:t>
      </w:r>
      <w:r>
        <w:rPr>
          <w:lang w:eastAsia="zh-CN"/>
        </w:rPr>
        <w:br/>
      </w:r>
      <w:r>
        <w:rPr>
          <w:lang w:eastAsia="zh-CN"/>
        </w:rPr>
        <w:t>　　1、每一天晚上八点四十开始洗漱，九点准时_睡觉。</w:t>
      </w:r>
      <w:r>
        <w:rPr>
          <w:lang w:eastAsia="zh-CN"/>
        </w:rPr>
        <w:br/>
      </w:r>
      <w:r>
        <w:rPr>
          <w:lang w:eastAsia="zh-CN"/>
        </w:rPr>
        <w:t>　　2、早上六点五十起床，做一做简单的运动。</w:t>
      </w:r>
      <w:r>
        <w:rPr>
          <w:lang w:eastAsia="zh-CN"/>
        </w:rPr>
        <w:br/>
      </w:r>
      <w:r>
        <w:rPr>
          <w:lang w:eastAsia="zh-CN"/>
        </w:rPr>
        <w:t>　　3、七点半骑自行车上学。</w:t>
      </w:r>
      <w:r>
        <w:rPr>
          <w:lang w:eastAsia="zh-CN"/>
        </w:rPr>
        <w:br/>
      </w:r>
      <w:r>
        <w:rPr>
          <w:lang w:eastAsia="zh-CN"/>
        </w:rPr>
        <w:t>　　五、游戏时间计划表</w:t>
      </w:r>
      <w:r>
        <w:rPr>
          <w:lang w:eastAsia="zh-CN"/>
        </w:rPr>
        <w:br/>
      </w:r>
      <w:r>
        <w:rPr>
          <w:lang w:eastAsia="zh-CN"/>
        </w:rPr>
        <w:t>　　1、星期一——星期四不能玩电脑。</w:t>
      </w:r>
      <w:r>
        <w:rPr>
          <w:lang w:eastAsia="zh-CN"/>
        </w:rPr>
        <w:br/>
      </w:r>
      <w:r>
        <w:rPr>
          <w:lang w:eastAsia="zh-CN"/>
        </w:rPr>
        <w:t>　　2、星期五——星期日能够玩电脑四十分钟。</w:t>
      </w:r>
      <w:r>
        <w:rPr>
          <w:lang w:eastAsia="zh-CN"/>
        </w:rPr>
        <w:br/>
      </w:r>
      <w:r>
        <w:rPr>
          <w:lang w:eastAsia="zh-CN"/>
        </w:rPr>
        <w:t>　　六、学习成绩计划表</w:t>
      </w:r>
      <w:r>
        <w:rPr>
          <w:lang w:eastAsia="zh-CN"/>
        </w:rPr>
        <w:br/>
      </w:r>
      <w:r>
        <w:rPr>
          <w:lang w:eastAsia="zh-CN"/>
        </w:rPr>
        <w:t>　　1、语文考93分以上。</w:t>
      </w:r>
      <w:r>
        <w:rPr>
          <w:lang w:eastAsia="zh-CN"/>
        </w:rPr>
        <w:br/>
      </w:r>
      <w:r>
        <w:rPr>
          <w:lang w:eastAsia="zh-CN"/>
        </w:rPr>
        <w:t>　　2、数学考95分以上。</w:t>
      </w:r>
      <w:r>
        <w:rPr>
          <w:lang w:eastAsia="zh-CN"/>
        </w:rPr>
        <w:br/>
      </w:r>
      <w:r>
        <w:rPr>
          <w:lang w:eastAsia="zh-CN"/>
        </w:rPr>
        <w:t>　　3、英语考97分以上。</w:t>
      </w:r>
      <w:r>
        <w:rPr>
          <w:lang w:eastAsia="zh-CN"/>
        </w:rPr>
        <w:br/>
      </w:r>
      <w:r>
        <w:rPr>
          <w:lang w:eastAsia="zh-CN"/>
        </w:rPr>
        <w:t>　　七、写博文计划表</w:t>
      </w:r>
      <w:r>
        <w:rPr>
          <w:lang w:eastAsia="zh-CN"/>
        </w:rPr>
        <w:br/>
      </w:r>
      <w:r>
        <w:rPr>
          <w:lang w:eastAsia="zh-CN"/>
        </w:rPr>
        <w:t>　　1、一周写一篇博文。</w:t>
      </w:r>
      <w:r>
        <w:rPr>
          <w:lang w:eastAsia="zh-CN"/>
        </w:rPr>
        <w:br/>
      </w:r>
      <w:r>
        <w:rPr>
          <w:lang w:eastAsia="zh-CN"/>
        </w:rPr>
        <w:t>　　2、每一天评论二十人。</w:t>
      </w:r>
      <w:r>
        <w:rPr>
          <w:lang w:eastAsia="zh-CN"/>
        </w:rPr>
        <w:br/>
      </w:r>
      <w:r>
        <w:rPr>
          <w:lang w:eastAsia="zh-CN"/>
        </w:rPr>
        <w:t>　　3、一天抽出十分钟做评论时间。</w:t>
      </w:r>
      <w:r>
        <w:rPr>
          <w:lang w:eastAsia="zh-CN"/>
        </w:rPr>
        <w:br/>
      </w:r>
      <w:r>
        <w:rPr>
          <w:lang w:eastAsia="zh-CN"/>
        </w:rPr>
        <w:t>　　这就是我的新学期计划，你们的呢大家一齐交流，让新学期充满惊喜，见证奇迹吧!</w:t>
      </w:r>
      <w:r>
        <w:rPr>
          <w:lang w:eastAsia="zh-CN"/>
        </w:rPr>
        <w:br/>
      </w:r>
      <w:r>
        <w:rPr>
          <w:lang w:eastAsia="zh-CN"/>
        </w:rPr>
        <w:t xml:space="preserve">    每日计划 篇5 </w:t>
      </w:r>
      <w:r>
        <w:rPr>
          <w:lang w:eastAsia="zh-CN"/>
        </w:rPr>
        <w:br/>
      </w:r>
      <w:r>
        <w:rPr>
          <w:lang w:eastAsia="zh-CN"/>
        </w:rPr>
        <w:t>　　1、每天保证一定的阅读量</w:t>
      </w:r>
      <w:r>
        <w:rPr>
          <w:lang w:eastAsia="zh-CN"/>
        </w:rPr>
        <w:br/>
      </w:r>
    </w:p>
    <w:p w:rsidR="001B1F19" w14:textId="27C3F48A">
      <w:pPr>
        <w:rPr>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2、每天保证一定的听力的时间，至少15分钟的时间，集中注意力，并有意识地去记忆好的句子</w:t>
      </w:r>
      <w:r>
        <w:rPr>
          <w:lang w:eastAsia="zh-CN"/>
        </w:rPr>
        <w:br/>
      </w:r>
      <w:r>
        <w:rPr>
          <w:lang w:eastAsia="zh-CN"/>
        </w:rPr>
        <w:t>　　3、日常思考的时候，尝试用英语思考、想问题以培养语感。</w:t>
      </w:r>
      <w:r>
        <w:rPr>
          <w:lang w:eastAsia="zh-CN"/>
        </w:rPr>
        <w:br/>
      </w:r>
      <w:r>
        <w:rPr>
          <w:lang w:eastAsia="zh-CN"/>
        </w:rPr>
        <w:t>　　细则</w:t>
      </w:r>
      <w:r>
        <w:rPr>
          <w:lang w:eastAsia="zh-CN"/>
        </w:rPr>
        <w:br/>
      </w:r>
      <w:r>
        <w:rPr>
          <w:lang w:eastAsia="zh-CN"/>
        </w:rPr>
        <w:t>　　听力:</w:t>
      </w:r>
      <w:r>
        <w:rPr>
          <w:lang w:eastAsia="zh-CN"/>
        </w:rPr>
        <w:br/>
      </w:r>
      <w:r>
        <w:rPr>
          <w:lang w:eastAsia="zh-CN"/>
        </w:rPr>
        <w:t>　　1.从special english做起。每天听写1篇。一定要坚持。</w:t>
      </w:r>
      <w:r>
        <w:rPr>
          <w:lang w:eastAsia="zh-CN"/>
        </w:rPr>
        <w:br/>
      </w:r>
      <w:r>
        <w:rPr>
          <w:lang w:eastAsia="zh-CN"/>
        </w:rPr>
        <w:t>　　2.每周看一部discovery系列的纪录片。初步定在每周6晚。</w:t>
      </w:r>
      <w:r>
        <w:rPr>
          <w:lang w:eastAsia="zh-CN"/>
        </w:rPr>
        <w:br/>
      </w:r>
      <w:r>
        <w:rPr>
          <w:lang w:eastAsia="zh-CN"/>
        </w:rPr>
        <w:t>　　精读:</w:t>
      </w:r>
      <w:r>
        <w:rPr>
          <w:lang w:eastAsia="zh-CN"/>
        </w:rPr>
        <w:br/>
      </w:r>
      <w:r>
        <w:rPr>
          <w:lang w:eastAsia="zh-CN"/>
        </w:rPr>
        <w:t>　　1.学习新概念英语。背诵课文。</w:t>
      </w:r>
      <w:r>
        <w:rPr>
          <w:lang w:eastAsia="zh-CN"/>
        </w:rPr>
        <w:br/>
      </w:r>
      <w:r>
        <w:rPr>
          <w:lang w:eastAsia="zh-CN"/>
        </w:rPr>
        <w:t>　　2.重点领会作者的写作手法，记忆好的结构性的句子和内容性的句子。</w:t>
      </w:r>
      <w:r>
        <w:rPr>
          <w:lang w:eastAsia="zh-CN"/>
        </w:rPr>
        <w:br/>
      </w:r>
      <w:r>
        <w:rPr>
          <w:lang w:eastAsia="zh-CN"/>
        </w:rPr>
        <w:t>　　词汇:</w:t>
      </w:r>
      <w:r>
        <w:rPr>
          <w:lang w:eastAsia="zh-CN"/>
        </w:rPr>
        <w:br/>
      </w:r>
      <w:r>
        <w:rPr>
          <w:lang w:eastAsia="zh-CN"/>
        </w:rPr>
        <w:t>　　系统背诵六级词汇。选用星火的6级词汇书。每周3个word list,这样3个月时间可以全部背完。词汇是重中之重，万万不可轻视！</w:t>
      </w:r>
      <w:r>
        <w:rPr>
          <w:lang w:eastAsia="zh-CN"/>
        </w:rPr>
        <w:br/>
      </w:r>
      <w:r>
        <w:rPr>
          <w:lang w:eastAsia="zh-CN"/>
        </w:rPr>
        <w:t>　　口语：</w:t>
      </w:r>
      <w:r>
        <w:rPr>
          <w:lang w:eastAsia="zh-CN"/>
        </w:rPr>
        <w:br/>
      </w:r>
      <w:r>
        <w:rPr>
          <w:lang w:eastAsia="zh-CN"/>
        </w:rPr>
        <w:t>　　每天坚持对同事说一句以上商务英语，交际、问候的英语不算。</w:t>
      </w:r>
      <w:r>
        <w:rPr>
          <w:lang w:eastAsia="zh-CN"/>
        </w:rPr>
        <w:br/>
      </w:r>
      <w:r>
        <w:rPr>
          <w:lang w:eastAsia="zh-CN"/>
        </w:rPr>
        <w:t>　　语法：</w:t>
      </w:r>
      <w:r>
        <w:rPr>
          <w:lang w:eastAsia="zh-CN"/>
        </w:rPr>
        <w:br/>
      </w:r>
      <w:r>
        <w:rPr>
          <w:lang w:eastAsia="zh-CN"/>
        </w:rPr>
        <w:t>　　主要还是靠使用中掌握，坚持写英语日记的话，会对语法和词汇都大有好处。当然有一本语法书也是很重要的。切忌不可使用文曲星，应该使用纸质英文</w:t>
      </w:r>
      <w:r>
        <w:rPr>
          <w:lang w:eastAsia="zh-CN"/>
        </w:rPr>
        <w:br/>
      </w:r>
      <w:r>
        <w:rPr>
          <w:lang w:eastAsia="zh-CN"/>
        </w:rPr>
        <w:t>　　每天计划</w:t>
      </w:r>
      <w:r>
        <w:rPr>
          <w:lang w:eastAsia="zh-CN"/>
        </w:rPr>
        <w:br/>
      </w:r>
    </w:p>
    <w:p w:rsidR="001B1F19" w14:textId="27C3F48A">
      <w:pPr>
        <w:rPr>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早上：8：30-9：00（上班途中），在车上听BBC或中国国际广播电台的早间新闻。</w:t>
      </w:r>
      <w:r>
        <w:rPr>
          <w:lang w:eastAsia="zh-CN"/>
        </w:rPr>
        <w:br/>
      </w:r>
      <w:r>
        <w:rPr>
          <w:lang w:eastAsia="zh-CN"/>
        </w:rPr>
        <w:t>　　中午：12：30-1：00，听Chanel V的英文歌。</w:t>
      </w:r>
      <w:r>
        <w:rPr>
          <w:lang w:eastAsia="zh-CN"/>
        </w:rPr>
        <w:br/>
      </w:r>
      <w:r>
        <w:rPr>
          <w:lang w:eastAsia="zh-CN"/>
        </w:rPr>
        <w:t>　　下午：5：30-6：00（下班途中），在车上听BBC或中国国际广播电台的晚间新闻。</w:t>
      </w:r>
      <w:r>
        <w:rPr>
          <w:lang w:eastAsia="zh-CN"/>
        </w:rPr>
        <w:br/>
      </w:r>
      <w:r>
        <w:rPr>
          <w:lang w:eastAsia="zh-CN"/>
        </w:rPr>
        <w:t>　　晚上：9：00-11：00，背单词，听听力，背课文，看语法。听力可选择听4频道的英文新闻；大声朗读英文课文一篇。</w:t>
      </w:r>
      <w:r>
        <w:rPr>
          <w:lang w:eastAsia="zh-CN"/>
        </w:rPr>
        <w:br/>
      </w:r>
      <w:r>
        <w:rPr>
          <w:lang w:eastAsia="zh-CN"/>
        </w:rPr>
        <w:t>　　每周计划</w:t>
      </w:r>
      <w:r>
        <w:rPr>
          <w:lang w:eastAsia="zh-CN"/>
        </w:rPr>
        <w:br/>
      </w:r>
      <w:r>
        <w:rPr>
          <w:lang w:eastAsia="zh-CN"/>
        </w:rPr>
        <w:t>　　周一：主要任务背单词</w:t>
      </w:r>
      <w:r>
        <w:rPr>
          <w:lang w:eastAsia="zh-CN"/>
        </w:rPr>
        <w:br/>
      </w:r>
      <w:r>
        <w:rPr>
          <w:lang w:eastAsia="zh-CN"/>
        </w:rPr>
        <w:t>　　周二：主要任务背新概念英语</w:t>
      </w:r>
      <w:r>
        <w:rPr>
          <w:lang w:eastAsia="zh-CN"/>
        </w:rPr>
        <w:br/>
      </w:r>
      <w:r>
        <w:rPr>
          <w:lang w:eastAsia="zh-CN"/>
        </w:rPr>
        <w:t>　　周三：主要任务复习语法</w:t>
      </w:r>
      <w:r>
        <w:rPr>
          <w:lang w:eastAsia="zh-CN"/>
        </w:rPr>
        <w:br/>
      </w:r>
      <w:r>
        <w:rPr>
          <w:lang w:eastAsia="zh-CN"/>
        </w:rPr>
        <w:t>　　周四：主要任务听听力</w:t>
      </w:r>
      <w:r>
        <w:rPr>
          <w:lang w:eastAsia="zh-CN"/>
        </w:rPr>
        <w:br/>
      </w:r>
      <w:r>
        <w:rPr>
          <w:lang w:eastAsia="zh-CN"/>
        </w:rPr>
        <w:t>　　周五：主要任务朗读新概念英语文章</w:t>
      </w:r>
      <w:r>
        <w:rPr>
          <w:lang w:eastAsia="zh-CN"/>
        </w:rPr>
        <w:br/>
      </w:r>
      <w:r>
        <w:rPr>
          <w:lang w:eastAsia="zh-CN"/>
        </w:rPr>
        <w:t>　　周六：主要任务看一部discovery系列的纪录片，英文字幕或无字幕</w:t>
      </w:r>
      <w:r>
        <w:rPr>
          <w:lang w:eastAsia="zh-CN"/>
        </w:rPr>
        <w:br/>
      </w:r>
      <w:r>
        <w:rPr>
          <w:lang w:eastAsia="zh-CN"/>
        </w:rPr>
        <w:t>　　周日：自由安排</w:t>
      </w:r>
      <w:r>
        <w:rPr>
          <w:lang w:eastAsia="zh-CN"/>
        </w:rPr>
        <w:br/>
      </w:r>
      <w:r>
        <w:rPr>
          <w:lang w:eastAsia="zh-CN"/>
        </w:rPr>
        <w:t xml:space="preserve">    每日计划 篇6 </w:t>
      </w:r>
      <w:r>
        <w:rPr>
          <w:lang w:eastAsia="zh-CN"/>
        </w:rPr>
        <w:br/>
      </w:r>
      <w:r>
        <w:rPr>
          <w:lang w:eastAsia="zh-CN"/>
        </w:rPr>
        <w:t>　　鲜红的分数刺痛了我的双眼，不忍直视却已成定局。这一次，我输得很彻底，大大的退步仿佛是在嘲讽自己是理科的渣渣，打击太大，承受太弱，顿时全无了心情。学习路上，也许是我慌乱了步伐，所以才落后了一大截，那么，这个寒假，我愿与时间赛跑，珍分夺秒，只为缩短差距，离自己的梦想更进一步。</w:t>
      </w:r>
      <w:r>
        <w:rPr>
          <w:lang w:eastAsia="zh-CN"/>
        </w:rPr>
        <w:br/>
      </w:r>
    </w:p>
    <w:p w:rsidR="001B1F19" w14:textId="27C3F48A">
      <w:pPr>
        <w:rPr>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1。早睡早起。放假的生物钟不应该乱了步伐，早睡早起，身体杠杠，学习才有精神。</w:t>
      </w:r>
      <w:r>
        <w:rPr>
          <w:lang w:eastAsia="zh-CN"/>
        </w:rPr>
        <w:br/>
      </w:r>
      <w:r>
        <w:rPr>
          <w:lang w:eastAsia="zh-CN"/>
        </w:rPr>
        <w:t>　　2。多做家务。让劳累的母亲停下手中繁杂的活，好好休息，做自己力所能及的家务活。</w:t>
      </w:r>
      <w:r>
        <w:rPr>
          <w:lang w:eastAsia="zh-CN"/>
        </w:rPr>
        <w:br/>
      </w:r>
      <w:r>
        <w:rPr>
          <w:lang w:eastAsia="zh-CN"/>
        </w:rPr>
        <w:t>　　3。关注新闻。新闻，无疑是作文素材的直接来源，也是关心时事的有效途径。</w:t>
      </w:r>
      <w:r>
        <w:rPr>
          <w:lang w:eastAsia="zh-CN"/>
        </w:rPr>
        <w:br/>
      </w:r>
      <w:r>
        <w:rPr>
          <w:lang w:eastAsia="zh-CN"/>
        </w:rPr>
        <w:t>　　4。认真完成学校布置的寒假作业，好好复习学过的知识，整理好自己的错题笔记，争取在开学的那场大考中发挥自己的实力证明自己不是理科的渣渣。</w:t>
      </w:r>
      <w:r>
        <w:rPr>
          <w:lang w:eastAsia="zh-CN"/>
        </w:rPr>
        <w:br/>
      </w:r>
      <w:r>
        <w:rPr>
          <w:lang w:eastAsia="zh-CN"/>
        </w:rPr>
        <w:t>　　5。做义工，献爱心。义工，高中学分的来源之一。多出去走走，见见外面的世界有多精彩，留意身边事，伸手献爱心，帮助他人。</w:t>
      </w:r>
      <w:r>
        <w:rPr>
          <w:lang w:eastAsia="zh-CN"/>
        </w:rPr>
        <w:br/>
      </w:r>
      <w:r>
        <w:rPr>
          <w:lang w:eastAsia="zh-CN"/>
        </w:rPr>
        <w:t>　　6。多练英语听力，力争口语15分;多练语文作文，力争高分。</w:t>
      </w:r>
      <w:r>
        <w:rPr>
          <w:lang w:eastAsia="zh-CN"/>
        </w:rPr>
        <w:br/>
      </w:r>
      <w:r>
        <w:rPr>
          <w:lang w:eastAsia="zh-CN"/>
        </w:rPr>
        <w:t>　　对于“目标”，毕淑敏是这样说：“目标是终极的代名词，它悬挂在人生的瀚海之中，你向它航行，却永远不会抵达。你的快乐就在这跋涉的过程中流淌，而并非把目标攫为己有。”一语惊醒梦中人，快乐原来是建立在追求目标的过程中，只要付出努力过，高中至少是无悔的。虽然，离奋斗目标还很远，但，我在一点一点的进步着，在不断的缩短与奋斗目标的距离。不管结果如何，我都愿意在寒冬暖阳下静享自己的青春年华。</w:t>
      </w:r>
      <w:r>
        <w:rPr>
          <w:lang w:eastAsia="zh-CN"/>
        </w:rPr>
        <w:br/>
      </w:r>
      <w:r>
        <w:rPr>
          <w:lang w:eastAsia="zh-CN"/>
        </w:rPr>
        <w:t>　　一个人将全部身心安置在最好的状态，才能变成一缕柔纱，与千疮百孔的世界温暖相拥。无论这个世界对你怎样，都请一如既往的努力，勇敢，充满希望。</w:t>
      </w:r>
      <w:r>
        <w:rPr>
          <w:lang w:eastAsia="zh-CN"/>
        </w:rPr>
        <w:br/>
      </w:r>
    </w:p>
    <w:p w:rsidR="001B1F19" w14:textId="27C3F48A">
      <w:pPr>
        <w:rPr>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这个寒假，我愿与时间赛跑，即使很累。</w:t>
      </w:r>
      <w:r>
        <w:rPr>
          <w:lang w:eastAsia="zh-CN"/>
        </w:rPr>
        <w:br/>
      </w:r>
      <w:r>
        <w:rPr>
          <w:lang w:eastAsia="zh-CN"/>
        </w:rPr>
        <w:t xml:space="preserve">    每日计划 篇7 </w:t>
      </w:r>
      <w:r>
        <w:rPr>
          <w:lang w:eastAsia="zh-CN"/>
        </w:rPr>
        <w:br/>
      </w:r>
      <w:r>
        <w:rPr>
          <w:lang w:eastAsia="zh-CN"/>
        </w:rPr>
        <w:t>　　孩子们翘首以盼的暑假将至，如何让孩子度过一个安全快乐的假期，已成为家长们当下要思考的问题。所以做到以下几个方面至关重要。</w:t>
      </w:r>
      <w:r>
        <w:rPr>
          <w:lang w:eastAsia="zh-CN"/>
        </w:rPr>
        <w:br/>
      </w:r>
      <w:r>
        <w:rPr>
          <w:lang w:eastAsia="zh-CN"/>
        </w:rPr>
        <w:t>　　身心安全排第一。中小学生普遍自我保护意识差，自控自救能力差，辨别是非能力弱。在暑假，由于脱离学校监管，接触社会和大自然的机会增加，如果疏于看管和防范，容易发生溺水、车祸、触电、食物中毒等事故，或受到犯罪分子的引诱而误入歧途。在假期里，家长要认真履行法定监护职责，加强对孩子进行安全知识教育，教育孩子不要到江河、湖泊、海滩、水库等非正规游泳场所游泳，不要无证驾驶机动车，不要参加有危险性的活动，要注意饮食卫生和出行安全，要学会识别并机智应对各种不法分子的侵害。在外工作的家长要安排好孩子的监护人，定期与孩子联系和沟通，使孩子感受到家庭的温暖和关爱，有条件的家长也可以将孩子接到身边共同生活。</w:t>
      </w:r>
      <w:r>
        <w:rPr>
          <w:lang w:eastAsia="zh-CN"/>
        </w:rPr>
        <w:br/>
      </w:r>
      <w:r>
        <w:rPr>
          <w:lang w:eastAsia="zh-CN"/>
        </w:rPr>
        <w:t>　　情感交流很重要。上课期间，家长很难有一大段时间与孩子接触交流，很多孩子抱怨父母不了解他们，不理解他们。家长应当充分利用这个时间，多与孩子零距离接触，多和孩子推心置腹地进行沟通交流，及时了解孩子的想法和愿望，做孩子的良师益友;要多和孩子开展一些亲子活动，或逛公园，或外出旅游，或开展亲子阅读，在活动中增进与孩子之间的感情。</w:t>
      </w:r>
      <w:r>
        <w:rPr>
          <w:lang w:eastAsia="zh-CN"/>
        </w:rPr>
        <w:br/>
      </w:r>
    </w:p>
    <w:p w:rsidR="001B1F19" w14:textId="27C3F48A">
      <w:pPr>
        <w:rPr>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劳逸结合才合理。暑假只是某个学习阶段的结束，不是学习的终结。家长不能放松对孩子的管理，不管不问其学习，也不能将暑假当成“第三学期”，盲目送孩子参加各类补习班，而要平衡好孩子的学习和休息时间，帮助孩子制订科学合理的暑假计划，给孩子留出足够的自由空间和娱乐空间，引导孩子自主合理安排活动内容和活动时间，做到劳逸结合，过一个轻松、快乐的假期。</w:t>
      </w:r>
      <w:r>
        <w:rPr>
          <w:lang w:eastAsia="zh-CN"/>
        </w:rPr>
        <w:br/>
      </w:r>
      <w:r>
        <w:rPr>
          <w:lang w:eastAsia="zh-CN"/>
        </w:rPr>
        <w:t>　　体验生活更有益。如果说在校期间孩子以书本学习为主，那么暑假期间孩子应以体验生活为主。志愿服务是体验生活的方式，家长要创造条件，让孩子积极参与适合其身心特点的志愿服务活动，在志愿服务的舞台中奉献爱心、砥砺品格、锻炼成长;要鼓励支持孩子参加夏令营，让孩子养成好习惯、锻炼好身体、磨练好意志，提高生活自理能力、自我保护能力和承受挫折能力;要适当给孩子安排一些家务劳动，让孩子在劳动中收获成功的喜悦;还要鼓励孩子踊跃参加团委、妇联和社区、村委等单位组织的各种关爱活动，让孩子在活动中学会感恩。</w:t>
      </w:r>
      <w:r>
        <w:rPr>
          <w:lang w:eastAsia="zh-CN"/>
        </w:rPr>
        <w:br/>
      </w:r>
      <w:r>
        <w:rPr>
          <w:lang w:eastAsia="zh-CN"/>
        </w:rPr>
        <w:t>　　总之，把暑假还给孩子们，让他们从书山题海中解脱出来，投身社会，拓宽视野，锻炼自己，真正让孩子们体验和学习到与在学校完全不同的新的生活内容。这才应是每一位家长所期盼的。</w:t>
      </w:r>
      <w:r>
        <w:rPr>
          <w:lang w:eastAsia="zh-CN"/>
        </w:rPr>
        <w:br/>
      </w:r>
      <w:r>
        <w:rPr>
          <w:lang w:eastAsia="zh-CN"/>
        </w:rPr>
        <w:t xml:space="preserve">    每日计划 篇8 </w:t>
      </w:r>
      <w:r>
        <w:rPr>
          <w:lang w:eastAsia="zh-CN"/>
        </w:rPr>
        <w:br/>
      </w:r>
      <w:r>
        <w:rPr>
          <w:lang w:eastAsia="zh-CN"/>
        </w:rPr>
        <w:t>　　一、市场开拓</w:t>
      </w:r>
      <w:r>
        <w:rPr>
          <w:lang w:eastAsia="zh-CN"/>
        </w:rPr>
        <w:br/>
      </w:r>
    </w:p>
    <w:p w:rsidR="001B1F19" w14:textId="27C3F48A">
      <w:pPr>
        <w:rPr>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根据目前的公司产品理念及价位，首先必须给产品定好方位，一个好的方向才能确保公司产品的良性发展，前面市场分析里面介绍了市场竞争力的转变，红酒行业终端市场已经开始转变成为厂家竞争的主要战场，红酒连锁店的扩张就是一个明显的例子。</w:t>
      </w:r>
      <w:r>
        <w:rPr>
          <w:lang w:eastAsia="zh-CN"/>
        </w:rPr>
        <w:br/>
      </w:r>
      <w:r>
        <w:rPr>
          <w:lang w:eastAsia="zh-CN"/>
        </w:rPr>
        <w:t>　　厂家要想在这部分市场站住脚，必须在服务与革新上有突破。</w:t>
      </w:r>
      <w:r>
        <w:rPr>
          <w:lang w:eastAsia="zh-CN"/>
        </w:rPr>
        <w:br/>
      </w:r>
      <w:r>
        <w:rPr>
          <w:lang w:eastAsia="zh-CN"/>
        </w:rPr>
        <w:t>　　鉴于公司现在的情况，我建议采取阶梯分散式开拓方法，所谓阶梯分散式开拓方法，就是区域先样板店后分散店，以点带面的形式开拓市场。</w:t>
      </w:r>
      <w:r>
        <w:rPr>
          <w:lang w:eastAsia="zh-CN"/>
        </w:rPr>
        <w:br/>
      </w:r>
      <w:r>
        <w:rPr>
          <w:lang w:eastAsia="zh-CN"/>
        </w:rPr>
        <w:t>　　在开拓市场的过程中方向是第一要素，方法是第二要素，这二者不可分离，必须有力结合才开拓出适合公司发展的市场。</w:t>
      </w:r>
      <w:r>
        <w:rPr>
          <w:lang w:eastAsia="zh-CN"/>
        </w:rPr>
        <w:br/>
      </w:r>
      <w:r>
        <w:rPr>
          <w:lang w:eastAsia="zh-CN"/>
        </w:rPr>
        <w:t>　　二、产品销售</w:t>
      </w:r>
      <w:r>
        <w:rPr>
          <w:lang w:eastAsia="zh-CN"/>
        </w:rPr>
        <w:br/>
      </w:r>
      <w:r>
        <w:rPr>
          <w:lang w:eastAsia="zh-CN"/>
        </w:rPr>
        <w:t>　　根据公司与店的具体情况制定年销售任务，月销售任务，再根据市场的具体情况进行分解。</w:t>
      </w:r>
      <w:r>
        <w:rPr>
          <w:lang w:eastAsia="zh-CN"/>
        </w:rPr>
        <w:br/>
      </w:r>
      <w:r>
        <w:rPr>
          <w:lang w:eastAsia="zh-CN"/>
        </w:rPr>
        <w:t>　　分解到每月、每周、每日。</w:t>
      </w:r>
      <w:r>
        <w:rPr>
          <w:lang w:eastAsia="zh-CN"/>
        </w:rPr>
        <w:br/>
      </w:r>
      <w:r>
        <w:rPr>
          <w:lang w:eastAsia="zh-CN"/>
        </w:rPr>
        <w:t>　　以每月、每月、每日的销售目标分解到各个系统及各个门店，完成各个时段的销售任务，并在销售完成任务的基础上，提高销售业绩。</w:t>
      </w:r>
      <w:r>
        <w:rPr>
          <w:lang w:eastAsia="zh-CN"/>
        </w:rPr>
        <w:br/>
      </w:r>
      <w:r>
        <w:rPr>
          <w:lang w:eastAsia="zh-CN"/>
        </w:rPr>
        <w:t>　　对与完不成的店面，要进行总结和及时的调整。</w:t>
      </w:r>
      <w:r>
        <w:rPr>
          <w:lang w:eastAsia="zh-CN"/>
        </w:rPr>
        <w:br/>
      </w:r>
      <w:r>
        <w:rPr>
          <w:lang w:eastAsia="zh-CN"/>
        </w:rPr>
        <w:t>　　主要手段是：提高团队素质，加强团队管理，开展不同阶段各种促销活动，制定合理有效的奖罚制度及激励方案(此项根据市场情况及时间段的实际情况进行。</w:t>
      </w:r>
      <w:r>
        <w:rPr>
          <w:lang w:eastAsia="zh-CN"/>
        </w:rPr>
        <w:br/>
      </w:r>
      <w:r>
        <w:rPr>
          <w:lang w:eastAsia="zh-CN"/>
        </w:rPr>
        <w:t>　　销售旺季针对红酒连锁专卖店实施力度较大的销售促进活动，强势推进终端市场销售。</w:t>
      </w:r>
      <w:r>
        <w:rPr>
          <w:lang w:eastAsia="zh-CN"/>
        </w:rPr>
        <w:br/>
      </w:r>
      <w:r>
        <w:rPr>
          <w:lang w:eastAsia="zh-CN"/>
        </w:rPr>
        <w:t>　　三、客户管理及维护</w:t>
      </w:r>
      <w:r>
        <w:rPr>
          <w:lang w:eastAsia="zh-CN"/>
        </w:rPr>
        <w:br/>
      </w:r>
    </w:p>
    <w:p w:rsidR="001B1F19" w14:textId="27C3F48A">
      <w:pPr>
        <w:rPr>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针对现有的终端连锁店和代理商客户进行有效管理及关系维护，对每一个连锁店客户及代理商客户建立客户档案，了解销售情况及实力情况，进行公司的企业文化和公司产品知识理念的不定期有计划的传播，在旺季结束后和旺季来临前更要加大力度传播。</w:t>
      </w:r>
      <w:r>
        <w:rPr>
          <w:lang w:eastAsia="zh-CN"/>
        </w:rPr>
        <w:br/>
      </w:r>
      <w:r>
        <w:rPr>
          <w:lang w:eastAsia="zh-CN"/>
        </w:rPr>
        <w:t>　　了解代理商及连锁店经销商负责人的基本情况并建档进行定期拜访，相互沟通，制定销售计划及促销方案。</w:t>
      </w:r>
      <w:r>
        <w:rPr>
          <w:lang w:eastAsia="zh-CN"/>
        </w:rPr>
        <w:br/>
      </w:r>
      <w:r>
        <w:rPr>
          <w:lang w:eastAsia="zh-CN"/>
        </w:rPr>
        <w:t>　　四、品牌及产品推广</w:t>
      </w:r>
      <w:r>
        <w:rPr>
          <w:lang w:eastAsia="zh-CN"/>
        </w:rPr>
        <w:br/>
      </w:r>
      <w:r>
        <w:rPr>
          <w:lang w:eastAsia="zh-CN"/>
        </w:rPr>
        <w:t>　　品牌及产品推广在20__年度配合及执行公司的定期品牌宣传及产品推广促销活动，促进品牌的知晓度，培养品牌使用频率和品牌忠诚度，通过电视、杂志、报纸、网络、户外宣传渠道策划一些投入成本较低的公共关系宣传活动，提升品牌形象。</w:t>
      </w:r>
      <w:r>
        <w:rPr>
          <w:lang w:eastAsia="zh-CN"/>
        </w:rPr>
        <w:br/>
      </w:r>
      <w:r>
        <w:rPr>
          <w:lang w:eastAsia="zh-CN"/>
        </w:rPr>
        <w:t>　　再有可能的情况下与各个连锁客户联合进行推广，不但可以扩大影响力，还可以建立良好的客情关系。</w:t>
      </w:r>
      <w:r>
        <w:rPr>
          <w:lang w:eastAsia="zh-CN"/>
        </w:rPr>
        <w:br/>
      </w:r>
      <w:r>
        <w:rPr>
          <w:lang w:eastAsia="zh-CN"/>
        </w:rPr>
        <w:t>　　产品推广主要进行一些路演或外静态展示进行一些产品推广和正常营业推广。</w:t>
      </w:r>
      <w:r>
        <w:rPr>
          <w:lang w:eastAsia="zh-CN"/>
        </w:rPr>
        <w:br/>
      </w:r>
      <w:r>
        <w:rPr>
          <w:lang w:eastAsia="zh-CN"/>
        </w:rPr>
        <w:t>　　五、终端布置</w:t>
      </w:r>
      <w:r>
        <w:rPr>
          <w:lang w:eastAsia="zh-CN"/>
        </w:rPr>
        <w:br/>
      </w:r>
      <w:r>
        <w:rPr>
          <w:lang w:eastAsia="zh-CN"/>
        </w:rPr>
        <w:t>　　终端销售渠道网点的建立普及会大量增加，根据此种情况设计部必须随时、随地积极配合销售业务部门的工作，积极配合连锁店店面和店中柜公司产品形象的建设，进行统一、整齐、合理、规范的产品形象陈列，可按公司统一标准。</w:t>
      </w:r>
      <w:r>
        <w:rPr>
          <w:lang w:eastAsia="zh-CN"/>
        </w:rPr>
        <w:br/>
      </w:r>
      <w:r>
        <w:rPr>
          <w:lang w:eastAsia="zh-CN"/>
        </w:rPr>
        <w:t>　　积极针对终端促销、培训定期安排上岗及上样跟踪和销售补进工作。</w:t>
      </w:r>
      <w:r>
        <w:rPr>
          <w:lang w:eastAsia="zh-CN"/>
        </w:rPr>
        <w:br/>
      </w:r>
    </w:p>
    <w:p w:rsidR="001B1F19" w14:textId="27C3F48A">
      <w:pPr>
        <w:rPr>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xml:space="preserve">    每日计划 篇9 </w:t>
      </w:r>
      <w:r>
        <w:rPr>
          <w:lang w:eastAsia="zh-CN"/>
        </w:rPr>
        <w:br/>
      </w:r>
      <w:r>
        <w:rPr>
          <w:lang w:eastAsia="zh-CN"/>
        </w:rPr>
        <w:t>　　寒假快到了，每个小朋友都有自己的寒假计划。当然，我也不例外。下面，跟大家来分享一下我的寒假计划吧!</w:t>
      </w:r>
      <w:r>
        <w:rPr>
          <w:lang w:eastAsia="zh-CN"/>
        </w:rPr>
        <w:br/>
      </w:r>
      <w:r>
        <w:rPr>
          <w:lang w:eastAsia="zh-CN"/>
        </w:rPr>
        <w:t>　　放假了，每个小学生都会到书店买下个学期的学习资料。我和同学一起到书店买书。</w:t>
      </w:r>
      <w:r>
        <w:rPr>
          <w:lang w:eastAsia="zh-CN"/>
        </w:rPr>
        <w:br/>
      </w:r>
      <w:r>
        <w:rPr>
          <w:lang w:eastAsia="zh-CN"/>
        </w:rPr>
        <w:t>　　之后，我还和妈妈到商店买过年的东西。我和妈妈买了东西有：糖果、饮料、肉、鱼等过年有用的东西。</w:t>
      </w:r>
      <w:r>
        <w:rPr>
          <w:lang w:eastAsia="zh-CN"/>
        </w:rPr>
        <w:br/>
      </w:r>
      <w:r>
        <w:rPr>
          <w:lang w:eastAsia="zh-CN"/>
        </w:rPr>
        <w:t>　　我还和好朋友一起到文具店买关于下学期的文具，买笔、本、书包等有关学习用品。</w:t>
      </w:r>
      <w:r>
        <w:rPr>
          <w:lang w:eastAsia="zh-CN"/>
        </w:rPr>
        <w:br/>
      </w:r>
      <w:r>
        <w:rPr>
          <w:lang w:eastAsia="zh-CN"/>
        </w:rPr>
        <w:t>　　我还和妈妈一起去买过年的新衣服、裤子和鞋。我和妹妹非常渴望过年快点到来，因为那样我们就能穿上新服装，开开心心地跟亲戚朋友一起玩耍。一起去买好玩的，好吃的东西，过得快快乐乐的。</w:t>
      </w:r>
      <w:r>
        <w:rPr>
          <w:lang w:eastAsia="zh-CN"/>
        </w:rPr>
        <w:br/>
      </w:r>
      <w:r>
        <w:rPr>
          <w:lang w:eastAsia="zh-CN"/>
        </w:rPr>
        <w:t>　　我还到同学家一起复习下个学期的内容，和同学一起做作业，看书，看电视。在同学家开心地度过。</w:t>
      </w:r>
      <w:r>
        <w:rPr>
          <w:lang w:eastAsia="zh-CN"/>
        </w:rPr>
        <w:br/>
      </w:r>
      <w:r>
        <w:rPr>
          <w:lang w:eastAsia="zh-CN"/>
        </w:rPr>
        <w:t>　　我还在家自己和妹妹做作业，玩耍，看电视，玩电脑等等好玩的东西。</w:t>
      </w:r>
      <w:r>
        <w:rPr>
          <w:lang w:eastAsia="zh-CN"/>
        </w:rPr>
        <w:br/>
      </w:r>
      <w:r>
        <w:rPr>
          <w:lang w:eastAsia="zh-CN"/>
        </w:rPr>
        <w:t>　　我们全家一起去亲戚家，去海边，去公园，还去了许许多多好玩的地方，玩得非常开心，快乐，有趣。</w:t>
      </w:r>
      <w:r>
        <w:rPr>
          <w:lang w:eastAsia="zh-CN"/>
        </w:rPr>
        <w:br/>
      </w:r>
      <w:r>
        <w:rPr>
          <w:lang w:eastAsia="zh-CN"/>
        </w:rPr>
        <w:t>　　我们还做了很多事情，过得非常快乐。</w:t>
      </w:r>
      <w:r>
        <w:rPr>
          <w:lang w:eastAsia="zh-CN"/>
        </w:rPr>
        <w:br/>
      </w:r>
      <w:r>
        <w:rPr>
          <w:lang w:eastAsia="zh-CN"/>
        </w:rPr>
        <w:t>　　这就是我的寒假计划。你的寒假计划是什么?快点来告诉我，和我一起分享吧!我都有点都不急了!</w:t>
      </w:r>
      <w:r>
        <w:rPr>
          <w:lang w:eastAsia="zh-CN"/>
        </w:rPr>
        <w:br/>
      </w:r>
    </w:p>
    <w:p w:rsidR="001B1F19" w14:textId="27C3F48A">
      <w:pPr>
        <w:rPr>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xml:space="preserve">    每日计划 篇10 </w:t>
      </w:r>
      <w:r>
        <w:rPr>
          <w:lang w:eastAsia="zh-CN"/>
        </w:rPr>
        <w:br/>
      </w:r>
      <w:r>
        <w:rPr>
          <w:lang w:eastAsia="zh-CN"/>
        </w:rPr>
        <w:t>　　新的一年为我们敞开了大门，寒假也悄悄溜到了我们的身边。和去年一样，我早早地就制定了一份“寒假计划书”。我可不想让这段好时光白白浪费。</w:t>
      </w:r>
      <w:r>
        <w:rPr>
          <w:lang w:eastAsia="zh-CN"/>
        </w:rPr>
        <w:br/>
      </w:r>
      <w:r>
        <w:rPr>
          <w:lang w:eastAsia="zh-CN"/>
        </w:rPr>
        <w:t>　　第一点嘛，就是要劳逸结合。在这段时间里，我每天都要坚持多读书写作，现在我已经读了六本好书，写了十余篇作文。我还向亲戚借来五年级下册的书，有时间了，就翻翻看看，把那些技巧学走，把那些公式背熟。学累了，就休息一下，看看电视，打打电脑，或是和邻居玩玩游戏。当然，玩的时间肯定不能比学习的时间多喽!不然可不好。在我们这阶段里，最重要的就是学习，所以，不能太过于贪玩。</w:t>
      </w:r>
      <w:r>
        <w:rPr>
          <w:lang w:eastAsia="zh-CN"/>
        </w:rPr>
        <w:br/>
      </w:r>
      <w:r>
        <w:rPr>
          <w:lang w:eastAsia="zh-CN"/>
        </w:rPr>
        <w:t>　　第二点，就是要帮助家长干活，我们的爸爸妈妈到外面上班回来又得忙家务，忙里忙外，都很累。我们做儿子女儿的，就应当帮他们做一些力所能及的事，帮他们减轻一些负担。这样一来，不但能锻炼我们的动手能力，增强我们的体质，而且能受到家长的表扬，不是一箭三得吗?</w:t>
      </w:r>
      <w:r>
        <w:rPr>
          <w:lang w:eastAsia="zh-CN"/>
        </w:rPr>
        <w:br/>
      </w:r>
      <w:r>
        <w:rPr>
          <w:lang w:eastAsia="zh-CN"/>
        </w:rPr>
        <w:t>　　第三点，也就是最后一点。我要养成早睡早起的习惯，争取以后早晨不用爸爸送我去。这样的话，就能一箭双雕了，既能增强体质，又能省油费，那岂不是很好吗?</w:t>
      </w:r>
      <w:r>
        <w:rPr>
          <w:lang w:eastAsia="zh-CN"/>
        </w:rPr>
        <w:br/>
      </w:r>
      <w:r>
        <w:rPr>
          <w:lang w:eastAsia="zh-CN"/>
        </w:rPr>
        <w:t xml:space="preserve">    每日计划 篇11 </w:t>
      </w:r>
      <w:r>
        <w:rPr>
          <w:lang w:eastAsia="zh-CN"/>
        </w:rPr>
        <w:br/>
      </w:r>
      <w:r>
        <w:rPr>
          <w:lang w:eastAsia="zh-CN"/>
        </w:rPr>
        <w:t>　　1、上班之前准备工作</w:t>
      </w:r>
      <w:r>
        <w:rPr>
          <w:lang w:eastAsia="zh-CN"/>
        </w:rPr>
        <w:br/>
      </w:r>
    </w:p>
    <w:p w:rsidR="001B1F19" w14:textId="27C3F48A">
      <w:pPr>
        <w:rPr>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每天要按时起床，醒来之后要迅速起来。告诉自己，新一天的工作就要开始了，要充满活力，可以适当的运动一下。</w:t>
      </w:r>
      <w:r>
        <w:rPr>
          <w:lang w:eastAsia="zh-CN"/>
        </w:rPr>
        <w:br/>
      </w:r>
      <w:r>
        <w:rPr>
          <w:lang w:eastAsia="zh-CN"/>
        </w:rPr>
        <w:t>　　整理好仪容，检查一下是否带齐了销售的必备用品，如名片、笔、笔记本、产品资料等。</w:t>
      </w:r>
      <w:r>
        <w:rPr>
          <w:lang w:eastAsia="zh-CN"/>
        </w:rPr>
        <w:br/>
      </w:r>
      <w:r>
        <w:rPr>
          <w:lang w:eastAsia="zh-CN"/>
        </w:rPr>
        <w:t>　　上班途中，能够热情的和认识的人打招呼，如果可能的话，可以看一下当天的报纸或者近期的新闻等。</w:t>
      </w:r>
      <w:r>
        <w:rPr>
          <w:lang w:eastAsia="zh-CN"/>
        </w:rPr>
        <w:br/>
      </w:r>
      <w:r>
        <w:rPr>
          <w:lang w:eastAsia="zh-CN"/>
        </w:rPr>
        <w:t>　　尽量提前10——20分钟到公司，主动参加公司上班前的扫除活动。</w:t>
      </w:r>
      <w:r>
        <w:rPr>
          <w:lang w:eastAsia="zh-CN"/>
        </w:rPr>
        <w:br/>
      </w:r>
      <w:r>
        <w:rPr>
          <w:lang w:eastAsia="zh-CN"/>
        </w:rPr>
        <w:t>　　简单的说，上班之前要有一个积极的心态，要有一个快乐的心情!</w:t>
      </w:r>
      <w:r>
        <w:rPr>
          <w:lang w:eastAsia="zh-CN"/>
        </w:rPr>
        <w:br/>
      </w:r>
      <w:r>
        <w:rPr>
          <w:lang w:eastAsia="zh-CN"/>
        </w:rPr>
        <w:t>　　2、到公司签到之后</w:t>
      </w:r>
      <w:r>
        <w:rPr>
          <w:lang w:eastAsia="zh-CN"/>
        </w:rPr>
        <w:br/>
      </w:r>
      <w:r>
        <w:rPr>
          <w:lang w:eastAsia="zh-CN"/>
        </w:rPr>
        <w:t>　　向主管或有关负责人简单汇报自己的工作计划，明确当天的销售目标和重点，并详细拟订拜访路线，及补救措施，计划越详细越好。出门之前，先和预定的拜访对象电话联络、确认，并检查所带的销售工具是否齐全：</w:t>
      </w:r>
      <w:r>
        <w:rPr>
          <w:lang w:eastAsia="zh-CN"/>
        </w:rPr>
        <w:br/>
      </w:r>
      <w:r>
        <w:rPr>
          <w:lang w:eastAsia="zh-CN"/>
        </w:rPr>
        <w:t>　　1)产品的目录，定货单、送货单</w:t>
      </w:r>
      <w:r>
        <w:rPr>
          <w:lang w:eastAsia="zh-CN"/>
        </w:rPr>
        <w:br/>
      </w:r>
      <w:r>
        <w:rPr>
          <w:lang w:eastAsia="zh-CN"/>
        </w:rPr>
        <w:t>　　2)和客户洽谈的相关资料：如名片、客户资料、客户记录、价格表、电话本、记录本、计算器、商品说明书、样品、产品照片、产品的广告以及其它宣传资料等。</w:t>
      </w:r>
      <w:r>
        <w:rPr>
          <w:lang w:eastAsia="zh-CN"/>
        </w:rPr>
        <w:br/>
      </w:r>
      <w:r>
        <w:rPr>
          <w:lang w:eastAsia="zh-CN"/>
        </w:rPr>
        <w:t>　　3、拜访前的准备事项</w:t>
      </w:r>
      <w:r>
        <w:rPr>
          <w:lang w:eastAsia="zh-CN"/>
        </w:rPr>
        <w:br/>
      </w:r>
      <w:r>
        <w:rPr>
          <w:lang w:eastAsia="zh-CN"/>
        </w:rPr>
        <w:t>　　1)了解被拜访对象的姓名、年龄、住址、电话、经历、兴趣、性格、家庭情况、社会关系、最近的业务情况等。</w:t>
      </w:r>
      <w:r>
        <w:rPr>
          <w:lang w:eastAsia="zh-CN"/>
        </w:rPr>
        <w:br/>
      </w:r>
    </w:p>
    <w:p w:rsidR="001B1F19" w14:textId="27C3F48A">
      <w:pPr>
        <w:rPr>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2)要随时掌握竞争对手的销售情况及一般客户对他们的评价，了解同行及相关产品的变动及产品信息。</w:t>
      </w:r>
      <w:r>
        <w:rPr>
          <w:lang w:eastAsia="zh-CN"/>
        </w:rPr>
        <w:br/>
      </w:r>
      <w:r>
        <w:rPr>
          <w:lang w:eastAsia="zh-CN"/>
        </w:rPr>
        <w:t>　　3)做好严密的拜访计划，并配合客户的时间去拜访，设法发现有决定权的购买者，并想办法去接近他。</w:t>
      </w:r>
      <w:r>
        <w:rPr>
          <w:lang w:eastAsia="zh-CN"/>
        </w:rPr>
        <w:br/>
      </w:r>
      <w:r>
        <w:rPr>
          <w:lang w:eastAsia="zh-CN"/>
        </w:rPr>
        <w:t>　　4)准备好交谈的话题，要做好心理准备，对于对方的询问和杀价要有对策，做到心中有数。</w:t>
      </w:r>
      <w:r>
        <w:rPr>
          <w:lang w:eastAsia="zh-CN"/>
        </w:rPr>
        <w:br/>
      </w:r>
      <w:r>
        <w:rPr>
          <w:lang w:eastAsia="zh-CN"/>
        </w:rPr>
        <w:t>　　4、见到客户之后</w:t>
      </w:r>
      <w:r>
        <w:rPr>
          <w:lang w:eastAsia="zh-CN"/>
        </w:rPr>
        <w:br/>
      </w:r>
      <w:r>
        <w:rPr>
          <w:lang w:eastAsia="zh-CN"/>
        </w:rPr>
        <w:t>　　1)有礼貌，清楚的做好自我介绍，态度要温和、不卑不亢。</w:t>
      </w:r>
      <w:r>
        <w:rPr>
          <w:lang w:eastAsia="zh-CN"/>
        </w:rPr>
        <w:br/>
      </w:r>
      <w:r>
        <w:rPr>
          <w:lang w:eastAsia="zh-CN"/>
        </w:rPr>
        <w:t>　　2)要认真听取对方的讲话，并表示关心，询问对方时，口气要平稳。</w:t>
      </w:r>
      <w:r>
        <w:rPr>
          <w:lang w:eastAsia="zh-CN"/>
        </w:rPr>
        <w:br/>
      </w:r>
      <w:r>
        <w:rPr>
          <w:lang w:eastAsia="zh-CN"/>
        </w:rPr>
        <w:t>　　3)要懂得抓住客户的心，首先自己要做到以下几点：</w:t>
      </w:r>
      <w:r>
        <w:rPr>
          <w:lang w:eastAsia="zh-CN"/>
        </w:rPr>
        <w:br/>
      </w:r>
      <w:r>
        <w:rPr>
          <w:lang w:eastAsia="zh-CN"/>
        </w:rPr>
        <w:t>　　①要有信心</w:t>
      </w:r>
      <w:r>
        <w:rPr>
          <w:lang w:eastAsia="zh-CN"/>
        </w:rPr>
        <w:br/>
      </w:r>
      <w:r>
        <w:rPr>
          <w:lang w:eastAsia="zh-CN"/>
        </w:rPr>
        <w:t>　　②态度要真诚，争取对方的好感</w:t>
      </w:r>
      <w:r>
        <w:rPr>
          <w:lang w:eastAsia="zh-CN"/>
        </w:rPr>
        <w:br/>
      </w:r>
      <w:r>
        <w:rPr>
          <w:lang w:eastAsia="zh-CN"/>
        </w:rPr>
        <w:t>　　③在谈话中，要面带微笑，表情愉快</w:t>
      </w:r>
      <w:r>
        <w:rPr>
          <w:lang w:eastAsia="zh-CN"/>
        </w:rPr>
        <w:br/>
      </w:r>
      <w:r>
        <w:rPr>
          <w:lang w:eastAsia="zh-CN"/>
        </w:rPr>
        <w:t>　　④用语要简洁，不罗嗦，问话清楚，能够针对问题</w:t>
      </w:r>
      <w:r>
        <w:rPr>
          <w:lang w:eastAsia="zh-CN"/>
        </w:rPr>
        <w:br/>
      </w:r>
      <w:r>
        <w:rPr>
          <w:lang w:eastAsia="zh-CN"/>
        </w:rPr>
        <w:t>　　⑤注意对方的优点，适当的给予赞美</w:t>
      </w:r>
      <w:r>
        <w:rPr>
          <w:lang w:eastAsia="zh-CN"/>
        </w:rPr>
        <w:br/>
      </w:r>
      <w:r>
        <w:rPr>
          <w:lang w:eastAsia="zh-CN"/>
        </w:rPr>
        <w:t>　　⑥在商谈的过程中，不可与客户激烈争论</w:t>
      </w:r>
      <w:r>
        <w:rPr>
          <w:lang w:eastAsia="zh-CN"/>
        </w:rPr>
        <w:br/>
      </w:r>
      <w:r>
        <w:rPr>
          <w:lang w:eastAsia="zh-CN"/>
        </w:rPr>
        <w:t>　　⑦诱导客户能够回答肯定的话语</w:t>
      </w:r>
      <w:r>
        <w:rPr>
          <w:lang w:eastAsia="zh-CN"/>
        </w:rPr>
        <w:br/>
      </w:r>
      <w:r>
        <w:rPr>
          <w:lang w:eastAsia="zh-CN"/>
        </w:rPr>
        <w:t>　　⑧能够为对方着想，分析带给他的利益化</w:t>
      </w:r>
      <w:r>
        <w:rPr>
          <w:lang w:eastAsia="zh-CN"/>
        </w:rPr>
        <w:br/>
      </w:r>
      <w:r>
        <w:rPr>
          <w:lang w:eastAsia="zh-CN"/>
        </w:rPr>
        <w:t>　　4)与客户商谈必须按部就班</w:t>
      </w:r>
      <w:r>
        <w:rPr>
          <w:lang w:eastAsia="zh-CN"/>
        </w:rPr>
        <w:br/>
      </w:r>
      <w:r>
        <w:rPr>
          <w:lang w:eastAsia="zh-CN"/>
        </w:rPr>
        <w:t>　　①见到客户，首先是问候，敬烟，接着聊天，赠送礼品</w:t>
      </w:r>
      <w:r>
        <w:rPr>
          <w:lang w:eastAsia="zh-CN"/>
        </w:rPr>
        <w:br/>
      </w:r>
      <w:r>
        <w:rPr>
          <w:lang w:eastAsia="zh-CN"/>
        </w:rPr>
        <w:t>　　②进一步接近客户，激发对产品的兴趣</w:t>
      </w:r>
      <w:r>
        <w:rPr>
          <w:lang w:eastAsia="zh-CN"/>
        </w:rPr>
        <w:br/>
      </w:r>
      <w:r>
        <w:rPr>
          <w:lang w:eastAsia="zh-CN"/>
        </w:rPr>
        <w:t>　　③告诉客户产品能带给他的利益</w:t>
      </w:r>
      <w:r>
        <w:rPr>
          <w:lang w:eastAsia="zh-CN"/>
        </w:rPr>
        <w:br/>
      </w:r>
    </w:p>
    <w:p w:rsidR="001B1F19" w14:textId="27C3F48A">
      <w:pPr>
        <w:rPr>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④提出成交，促使客户订购或当即送货</w:t>
      </w:r>
      <w:r>
        <w:rPr>
          <w:lang w:eastAsia="zh-CN"/>
        </w:rPr>
        <w:br/>
      </w:r>
      <w:r>
        <w:rPr>
          <w:lang w:eastAsia="zh-CN"/>
        </w:rPr>
        <w:t>　　⑤收货款</w:t>
      </w:r>
      <w:r>
        <w:rPr>
          <w:lang w:eastAsia="zh-CN"/>
        </w:rPr>
        <w:br/>
      </w:r>
      <w:r>
        <w:rPr>
          <w:lang w:eastAsia="zh-CN"/>
        </w:rPr>
        <w:t>　　⑥一笔业务做成后，不要急于离去，要和客户继续交谈，以期建立一种长期的合作关系，并告诉他，随时能够为他提供服务。</w:t>
      </w:r>
      <w:r>
        <w:rPr>
          <w:lang w:eastAsia="zh-CN"/>
        </w:rPr>
        <w:br/>
      </w:r>
      <w:r>
        <w:rPr>
          <w:lang w:eastAsia="zh-CN"/>
        </w:rPr>
        <w:t>　　5、下班后，检查每天的工作，总结得失</w:t>
      </w:r>
      <w:r>
        <w:rPr>
          <w:lang w:eastAsia="zh-CN"/>
        </w:rPr>
        <w:br/>
      </w:r>
      <w:r>
        <w:rPr>
          <w:lang w:eastAsia="zh-CN"/>
        </w:rPr>
        <w:t>　　1)详细填写每天的业务日报表</w:t>
      </w:r>
      <w:r>
        <w:rPr>
          <w:lang w:eastAsia="zh-CN"/>
        </w:rPr>
        <w:br/>
      </w:r>
      <w:r>
        <w:rPr>
          <w:lang w:eastAsia="zh-CN"/>
        </w:rPr>
        <w:t>　　2)检查是否按计划开展业务，是否按计划完成任务</w:t>
      </w:r>
      <w:r>
        <w:rPr>
          <w:lang w:eastAsia="zh-CN"/>
        </w:rPr>
        <w:br/>
      </w:r>
      <w:r>
        <w:rPr>
          <w:lang w:eastAsia="zh-CN"/>
        </w:rPr>
        <w:t>　　3)写出每天的营销日记，总结工作方法，对客户提出的抱怨要及时处理，并做好备忘录，及时汇报给上级主管。</w:t>
      </w:r>
      <w:r>
        <w:rPr>
          <w:lang w:eastAsia="zh-CN"/>
        </w:rPr>
        <w:br/>
      </w:r>
      <w:r>
        <w:rPr>
          <w:lang w:eastAsia="zh-CN"/>
        </w:rPr>
        <w:t>　　4)营销日记的内容包括：</w:t>
      </w:r>
      <w:r>
        <w:rPr>
          <w:lang w:eastAsia="zh-CN"/>
        </w:rPr>
        <w:br/>
      </w:r>
      <w:r>
        <w:rPr>
          <w:lang w:eastAsia="zh-CN"/>
        </w:rPr>
        <w:t>　　①工作情况描述</w:t>
      </w:r>
      <w:r>
        <w:rPr>
          <w:lang w:eastAsia="zh-CN"/>
        </w:rPr>
        <w:br/>
      </w:r>
      <w:r>
        <w:rPr>
          <w:lang w:eastAsia="zh-CN"/>
        </w:rPr>
        <w:t>　　②对工作得失的总结、意见及建议</w:t>
      </w:r>
      <w:r>
        <w:rPr>
          <w:lang w:eastAsia="zh-CN"/>
        </w:rPr>
        <w:br/>
      </w:r>
      <w:r>
        <w:rPr>
          <w:lang w:eastAsia="zh-CN"/>
        </w:rPr>
        <w:t>　　③改进的方法</w:t>
      </w:r>
      <w:r>
        <w:rPr>
          <w:lang w:eastAsia="zh-CN"/>
        </w:rPr>
        <w:br/>
      </w:r>
      <w:r>
        <w:rPr>
          <w:lang w:eastAsia="zh-CN"/>
        </w:rPr>
        <w:t>　　④客户的意见及建议</w:t>
      </w:r>
      <w:r>
        <w:rPr>
          <w:lang w:eastAsia="zh-CN"/>
        </w:rPr>
        <w:br/>
      </w:r>
      <w:r>
        <w:rPr>
          <w:lang w:eastAsia="zh-CN"/>
        </w:rPr>
        <w:t>　　⑤如何处理</w:t>
      </w:r>
      <w:r>
        <w:rPr>
          <w:lang w:eastAsia="zh-CN"/>
        </w:rPr>
        <w:br/>
      </w:r>
      <w:r>
        <w:rPr>
          <w:lang w:eastAsia="zh-CN"/>
        </w:rPr>
        <w:t>　　⑥工作感悟及感受</w:t>
      </w:r>
      <w:r>
        <w:rPr>
          <w:lang w:eastAsia="zh-CN"/>
        </w:rPr>
        <w:br/>
      </w:r>
      <w:r>
        <w:rPr>
          <w:lang w:eastAsia="zh-CN"/>
        </w:rPr>
        <w:t>　　6、列出第二天的工作计划</w:t>
      </w:r>
      <w:r>
        <w:rPr>
          <w:lang w:eastAsia="zh-CN"/>
        </w:rPr>
        <w:br/>
      </w:r>
      <w:r>
        <w:rPr>
          <w:lang w:eastAsia="zh-CN"/>
        </w:rPr>
        <w:t>　　1)对于需要紧急处理或特别重要的事情，列入第二天优先办理的事项中。</w:t>
      </w:r>
      <w:r>
        <w:rPr>
          <w:lang w:eastAsia="zh-CN"/>
        </w:rPr>
        <w:br/>
      </w:r>
      <w:r>
        <w:rPr>
          <w:lang w:eastAsia="zh-CN"/>
        </w:rPr>
        <w:t>　　2)确定工作重点，拟订初步拜访路线，排除不重要的事情。</w:t>
      </w:r>
      <w:r>
        <w:rPr>
          <w:lang w:eastAsia="zh-CN"/>
        </w:rPr>
        <w:br/>
      </w:r>
      <w:r>
        <w:rPr>
          <w:lang w:eastAsia="zh-CN"/>
        </w:rPr>
        <w:t>　　3)需要预先约定时间的客户，约好见面时间</w:t>
      </w:r>
      <w:r>
        <w:rPr>
          <w:lang w:eastAsia="zh-CN"/>
        </w:rPr>
        <w:br/>
      </w:r>
      <w:r>
        <w:rPr>
          <w:lang w:eastAsia="zh-CN"/>
        </w:rPr>
        <w:t>　　4)销售目标及所需公司其它部门的相关配合工作</w:t>
      </w:r>
      <w:r>
        <w:rPr>
          <w:lang w:eastAsia="zh-CN"/>
        </w:rPr>
        <w:br/>
      </w:r>
    </w:p>
    <w:p w:rsidR="001B1F19" w14:textId="27C3F48A">
      <w:pPr>
        <w:rPr>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xml:space="preserve">    每日计划 篇12 </w:t>
      </w:r>
      <w:r>
        <w:rPr>
          <w:lang w:eastAsia="zh-CN"/>
        </w:rPr>
        <w:br/>
      </w:r>
      <w:r>
        <w:rPr>
          <w:lang w:eastAsia="zh-CN"/>
        </w:rPr>
        <w:t>　　寒假终于到来了，今天上完了最后一天课，我们的寒假就开始了！关于这个寒假，我有很多的事情要做，所以我给自己定了一份寒假规划，我要做的事情如下：</w:t>
      </w:r>
      <w:r>
        <w:rPr>
          <w:lang w:eastAsia="zh-CN"/>
        </w:rPr>
        <w:br/>
      </w:r>
      <w:r>
        <w:rPr>
          <w:lang w:eastAsia="zh-CN"/>
        </w:rPr>
        <w:t>　　一 、按时作息。早上7；30起床，晚上9；30左右睡觉。</w:t>
      </w:r>
      <w:r>
        <w:rPr>
          <w:lang w:eastAsia="zh-CN"/>
        </w:rPr>
        <w:br/>
      </w:r>
      <w:r>
        <w:rPr>
          <w:lang w:eastAsia="zh-CN"/>
        </w:rPr>
        <w:t>　　二、 每天上午，下午各用1个小时认真完成各科寒假作业。</w:t>
      </w:r>
      <w:r>
        <w:rPr>
          <w:lang w:eastAsia="zh-CN"/>
        </w:rPr>
        <w:br/>
      </w:r>
      <w:r>
        <w:rPr>
          <w:lang w:eastAsia="zh-CN"/>
        </w:rPr>
        <w:t>　　三、 坚持每天课外阅读半小时，并作摘抄。</w:t>
      </w:r>
      <w:r>
        <w:rPr>
          <w:lang w:eastAsia="zh-CN"/>
        </w:rPr>
        <w:br/>
      </w:r>
      <w:r>
        <w:rPr>
          <w:lang w:eastAsia="zh-CN"/>
        </w:rPr>
        <w:t>　　四 、选择一篇自己喜欢的课文，改写成课本剧。开学后，和好朋友一起表演给大家看。</w:t>
      </w:r>
      <w:r>
        <w:rPr>
          <w:lang w:eastAsia="zh-CN"/>
        </w:rPr>
        <w:br/>
      </w:r>
      <w:r>
        <w:rPr>
          <w:lang w:eastAsia="zh-CN"/>
        </w:rPr>
        <w:t>　　五 、积极参加体育锻炼和社区的各项活动，注意安全。</w:t>
      </w:r>
      <w:r>
        <w:rPr>
          <w:lang w:eastAsia="zh-CN"/>
        </w:rPr>
        <w:br/>
      </w:r>
      <w:r>
        <w:rPr>
          <w:lang w:eastAsia="zh-CN"/>
        </w:rPr>
        <w:t>　　六 、帮助爸爸妈妈做力所能及的事。为家人家笑话或小故事，给家里带来笑声。</w:t>
      </w:r>
      <w:r>
        <w:rPr>
          <w:lang w:eastAsia="zh-CN"/>
        </w:rPr>
        <w:br/>
      </w:r>
      <w:r>
        <w:rPr>
          <w:lang w:eastAsia="zh-CN"/>
        </w:rPr>
        <w:t>　　七 、认识世界各国国旗，为迎接下一届奥运会做准备。</w:t>
      </w:r>
      <w:r>
        <w:rPr>
          <w:lang w:eastAsia="zh-CN"/>
        </w:rPr>
        <w:br/>
      </w:r>
      <w:r>
        <w:rPr>
          <w:lang w:eastAsia="zh-CN"/>
        </w:rPr>
        <w:t>　　八 、由我当导演和主角，策划一次“家庭春节联欢会”。</w:t>
      </w:r>
      <w:r>
        <w:rPr>
          <w:lang w:eastAsia="zh-CN"/>
        </w:rPr>
        <w:br/>
      </w:r>
      <w:r>
        <w:rPr>
          <w:lang w:eastAsia="zh-CN"/>
        </w:rPr>
        <w:t>　　九 、坚持写日记。</w:t>
      </w:r>
      <w:r>
        <w:rPr>
          <w:lang w:eastAsia="zh-CN"/>
        </w:rPr>
        <w:br/>
      </w:r>
      <w:r>
        <w:rPr>
          <w:lang w:eastAsia="zh-CN"/>
        </w:rPr>
        <w:t>　　十 、为新学期定一个学习计划，并准备好必备的学习用具。</w:t>
      </w:r>
      <w:r>
        <w:rPr>
          <w:lang w:eastAsia="zh-CN"/>
        </w:rPr>
        <w:br/>
      </w:r>
      <w:r>
        <w:rPr>
          <w:lang w:eastAsia="zh-CN"/>
        </w:rPr>
        <w:t>　　这就是我的寒假规划，我希望可以通过这样一份规划让我自己过一个充实快乐的寒假！</w:t>
      </w:r>
      <w:r>
        <w:rPr>
          <w:lang w:eastAsia="zh-CN"/>
        </w:rPr>
        <w:br/>
      </w:r>
      <w:r>
        <w:rPr>
          <w:lang w:eastAsia="zh-CN"/>
        </w:rPr>
        <w:t xml:space="preserve">    每日计划 篇13 </w:t>
      </w:r>
      <w:r>
        <w:rPr>
          <w:lang w:eastAsia="zh-CN"/>
        </w:rPr>
        <w:br/>
      </w:r>
      <w:r>
        <w:rPr>
          <w:lang w:eastAsia="zh-CN"/>
        </w:rPr>
        <w:t>　　快乐的寒假来临，在痛痛快快的玩了一番的几个星期后，我也该制定一个寒假计划了。</w:t>
      </w:r>
      <w:r>
        <w:rPr>
          <w:lang w:eastAsia="zh-CN"/>
        </w:rPr>
        <w:br/>
      </w:r>
    </w:p>
    <w:p w:rsidR="001B1F19" w14:textId="27C3F48A">
      <w:pPr>
        <w:rPr>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我想:早上应该起早一点，那就7:30起床;然后用半个小时洗漱，接下来8:00开始正式学习;由于爸爸说只要数学好了，其他科都会好;所以我安排了一、三、五、数学暑假作业，二、四、六语文暑假作业和英语暑假作业，星期天业余活动或者写作文;从8:00一直学到11：00。中午休息，下午2:30开始继续学不过是温习以前的课本，一直学到5:00。之后我就可以看电视，晚上8:00睡觉。按照这样的计划，我整理了一下。</w:t>
      </w:r>
      <w:r>
        <w:rPr>
          <w:lang w:eastAsia="zh-CN"/>
        </w:rPr>
        <w:br/>
      </w:r>
      <w:r>
        <w:rPr>
          <w:lang w:eastAsia="zh-CN"/>
        </w:rPr>
        <w:t>　　起床7:30</w:t>
      </w:r>
      <w:r>
        <w:rPr>
          <w:lang w:eastAsia="zh-CN"/>
        </w:rPr>
        <w:br/>
      </w:r>
      <w:r>
        <w:rPr>
          <w:lang w:eastAsia="zh-CN"/>
        </w:rPr>
        <w:t>　　学习8:00至11:00</w:t>
      </w:r>
      <w:r>
        <w:rPr>
          <w:lang w:eastAsia="zh-CN"/>
        </w:rPr>
        <w:br/>
      </w:r>
      <w:r>
        <w:rPr>
          <w:lang w:eastAsia="zh-CN"/>
        </w:rPr>
        <w:t>　　休息12:00</w:t>
      </w:r>
      <w:r>
        <w:rPr>
          <w:lang w:eastAsia="zh-CN"/>
        </w:rPr>
        <w:br/>
      </w:r>
      <w:r>
        <w:rPr>
          <w:lang w:eastAsia="zh-CN"/>
        </w:rPr>
        <w:t>　　学习14:30至17:00</w:t>
      </w:r>
      <w:r>
        <w:rPr>
          <w:lang w:eastAsia="zh-CN"/>
        </w:rPr>
        <w:br/>
      </w:r>
      <w:r>
        <w:rPr>
          <w:lang w:eastAsia="zh-CN"/>
        </w:rPr>
        <w:t>　　睡觉20:00</w:t>
      </w:r>
      <w:r>
        <w:rPr>
          <w:lang w:eastAsia="zh-CN"/>
        </w:rPr>
        <w:br/>
      </w:r>
      <w:r>
        <w:rPr>
          <w:lang w:eastAsia="zh-CN"/>
        </w:rPr>
        <w:t xml:space="preserve">    每日计划 篇14 </w:t>
      </w:r>
      <w:r>
        <w:rPr>
          <w:lang w:eastAsia="zh-CN"/>
        </w:rPr>
        <w:br/>
      </w:r>
      <w:r>
        <w:rPr>
          <w:lang w:eastAsia="zh-CN"/>
        </w:rPr>
        <w:t>　　一、指导思想</w:t>
      </w:r>
      <w:r>
        <w:rPr>
          <w:lang w:eastAsia="zh-CN"/>
        </w:rPr>
        <w:br/>
      </w:r>
      <w:r>
        <w:rPr>
          <w:lang w:eastAsia="zh-CN"/>
        </w:rPr>
        <w:t>　　进一步培养和巩固学生对跳绳运动的兴趣和爱好，培养集体主义观念，备战20__年龙湾区小学生跳绳比赛。对参赛学生进行训练，以提高他们的身体素质和技术技能水平，争取在比赛中获得好的成绩。</w:t>
      </w:r>
      <w:r>
        <w:rPr>
          <w:lang w:eastAsia="zh-CN"/>
        </w:rPr>
        <w:br/>
      </w:r>
      <w:r>
        <w:rPr>
          <w:lang w:eastAsia="zh-CN"/>
        </w:rPr>
        <w:t>　　二、训练指导思想</w:t>
      </w:r>
      <w:r>
        <w:rPr>
          <w:lang w:eastAsia="zh-CN"/>
        </w:rPr>
        <w:br/>
      </w:r>
      <w:r>
        <w:rPr>
          <w:lang w:eastAsia="zh-CN"/>
        </w:rPr>
        <w:t>　　科学进行训练，贯彻从小打好基础，系统训练，积极提高原则，抓好身体素质和技能水平。</w:t>
      </w:r>
      <w:r>
        <w:rPr>
          <w:lang w:eastAsia="zh-CN"/>
        </w:rPr>
        <w:br/>
      </w:r>
      <w:r>
        <w:rPr>
          <w:lang w:eastAsia="zh-CN"/>
        </w:rPr>
        <w:t>　　三、奋斗目标</w:t>
      </w:r>
      <w:r>
        <w:rPr>
          <w:lang w:eastAsia="zh-CN"/>
        </w:rPr>
        <w:br/>
      </w:r>
      <w:r>
        <w:rPr>
          <w:lang w:eastAsia="zh-CN"/>
        </w:rPr>
        <w:t>　　力争在龙湾区小学生跳绳比赛中争取好成绩。</w:t>
      </w:r>
      <w:r>
        <w:rPr>
          <w:lang w:eastAsia="zh-CN"/>
        </w:rPr>
        <w:br/>
      </w:r>
    </w:p>
    <w:p w:rsidR="001B1F19" w14:textId="27C3F48A">
      <w:pPr>
        <w:rPr>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四、带队教师及训练时间</w:t>
      </w:r>
      <w:r>
        <w:rPr>
          <w:lang w:eastAsia="zh-CN"/>
        </w:rPr>
        <w:br/>
      </w:r>
      <w:r>
        <w:rPr>
          <w:lang w:eastAsia="zh-CN"/>
        </w:rPr>
        <w:t>　　带队教师：张建娒</w:t>
      </w:r>
      <w:r>
        <w:rPr>
          <w:lang w:eastAsia="zh-CN"/>
        </w:rPr>
        <w:br/>
      </w:r>
      <w:r>
        <w:rPr>
          <w:lang w:eastAsia="zh-CN"/>
        </w:rPr>
        <w:t>　　训练时间为：每天下午：下午3：20—5：00</w:t>
      </w:r>
      <w:r>
        <w:rPr>
          <w:lang w:eastAsia="zh-CN"/>
        </w:rPr>
        <w:br/>
      </w:r>
      <w:r>
        <w:rPr>
          <w:lang w:eastAsia="zh-CN"/>
        </w:rPr>
        <w:t>　　五、训练基本内容</w:t>
      </w:r>
      <w:r>
        <w:rPr>
          <w:lang w:eastAsia="zh-CN"/>
        </w:rPr>
        <w:br/>
      </w:r>
      <w:r>
        <w:rPr>
          <w:lang w:eastAsia="zh-CN"/>
        </w:rPr>
        <w:t>　　（一）单摇、双摇</w:t>
      </w:r>
      <w:r>
        <w:rPr>
          <w:lang w:eastAsia="zh-CN"/>
        </w:rPr>
        <w:br/>
      </w:r>
      <w:r>
        <w:rPr>
          <w:lang w:eastAsia="zh-CN"/>
        </w:rPr>
        <w:t>　　1、每天训练时间60分钟（下午第二节课后）早上学生自由练习。</w:t>
      </w:r>
      <w:r>
        <w:rPr>
          <w:lang w:eastAsia="zh-CN"/>
        </w:rPr>
        <w:br/>
      </w:r>
      <w:r>
        <w:rPr>
          <w:lang w:eastAsia="zh-CN"/>
        </w:rPr>
        <w:t>　　2、一分钟测试（两人一组）2到3次。</w:t>
      </w:r>
      <w:r>
        <w:rPr>
          <w:lang w:eastAsia="zh-CN"/>
        </w:rPr>
        <w:br/>
      </w:r>
      <w:r>
        <w:rPr>
          <w:lang w:eastAsia="zh-CN"/>
        </w:rPr>
        <w:t>　　3、连续跳两分钟2到3次。</w:t>
      </w:r>
      <w:r>
        <w:rPr>
          <w:lang w:eastAsia="zh-CN"/>
        </w:rPr>
        <w:br/>
      </w:r>
      <w:r>
        <w:rPr>
          <w:lang w:eastAsia="zh-CN"/>
        </w:rPr>
        <w:t>　　4、单绳一次性跳200个不停，双摇一次性条90个不停。</w:t>
      </w:r>
      <w:r>
        <w:rPr>
          <w:lang w:eastAsia="zh-CN"/>
        </w:rPr>
        <w:br/>
      </w:r>
      <w:r>
        <w:rPr>
          <w:lang w:eastAsia="zh-CN"/>
        </w:rPr>
        <w:t>　　5、一分半测试2到3次。</w:t>
      </w:r>
      <w:r>
        <w:rPr>
          <w:lang w:eastAsia="zh-CN"/>
        </w:rPr>
        <w:br/>
      </w:r>
      <w:r>
        <w:rPr>
          <w:lang w:eastAsia="zh-CN"/>
        </w:rPr>
        <w:t>　　6、仰卧起坐40个一组做3组杠铃半蹲3组（教师保护和帮助）。</w:t>
      </w:r>
      <w:r>
        <w:rPr>
          <w:lang w:eastAsia="zh-CN"/>
        </w:rPr>
        <w:br/>
      </w:r>
      <w:r>
        <w:rPr>
          <w:lang w:eastAsia="zh-CN"/>
        </w:rPr>
        <w:t>　　周一：一分钟测试（两人一组）2到3次、连续跳两分钟2到3次。</w:t>
      </w:r>
      <w:r>
        <w:rPr>
          <w:lang w:eastAsia="zh-CN"/>
        </w:rPr>
        <w:br/>
      </w:r>
      <w:r>
        <w:rPr>
          <w:lang w:eastAsia="zh-CN"/>
        </w:rPr>
        <w:t>　　周二：一分半测试2到3次、单绳一次性跳200个不停，双摇一次性条90个不停。</w:t>
      </w:r>
      <w:r>
        <w:rPr>
          <w:lang w:eastAsia="zh-CN"/>
        </w:rPr>
        <w:br/>
      </w:r>
      <w:r>
        <w:rPr>
          <w:lang w:eastAsia="zh-CN"/>
        </w:rPr>
        <w:t>　　周三：仰卧起坐40个一组做3组、杠铃半蹲3组（教师保护和帮助）。</w:t>
      </w:r>
      <w:r>
        <w:rPr>
          <w:lang w:eastAsia="zh-CN"/>
        </w:rPr>
        <w:br/>
      </w:r>
      <w:r>
        <w:rPr>
          <w:lang w:eastAsia="zh-CN"/>
        </w:rPr>
        <w:t>　　周一同周四</w:t>
      </w:r>
      <w:r>
        <w:rPr>
          <w:lang w:eastAsia="zh-CN"/>
        </w:rPr>
        <w:br/>
      </w:r>
      <w:r>
        <w:rPr>
          <w:lang w:eastAsia="zh-CN"/>
        </w:rPr>
        <w:t>　　周二同周五</w:t>
      </w:r>
      <w:r>
        <w:rPr>
          <w:lang w:eastAsia="zh-CN"/>
        </w:rPr>
        <w:br/>
      </w:r>
      <w:r>
        <w:rPr>
          <w:lang w:eastAsia="zh-CN"/>
        </w:rPr>
        <w:t>　　（二）“8”字跳绳</w:t>
      </w:r>
      <w:r>
        <w:rPr>
          <w:lang w:eastAsia="zh-CN"/>
        </w:rPr>
        <w:br/>
      </w:r>
    </w:p>
    <w:p w:rsidR="001B1F19" w14:textId="27C3F48A">
      <w:pPr>
        <w:rPr>
          <w:lang w:eastAsia="zh-CN"/>
        </w:rPr>
      </w:pPr>
      <w:r>
        <w:rPr>
          <w:lang w:eastAsia="zh-CN"/>
        </w:rPr>
        <w:t>　　1、学生按老师指定的路线进行练习。</w:t>
      </w:r>
      <w:r>
        <w:rPr>
          <w:lang w:eastAsia="zh-CN"/>
        </w:rPr>
        <w:br/>
      </w:r>
      <w:r>
        <w:rPr>
          <w:lang w:eastAsia="zh-CN"/>
        </w:rPr>
        <w:t>　　2、教师对学生的过绳步法进行改进。</w:t>
      </w:r>
      <w:r>
        <w:rPr>
          <w:lang w:eastAsia="zh-CN"/>
        </w:rPr>
        <w:br/>
      </w:r>
      <w:r>
        <w:rPr>
          <w:lang w:eastAsia="zh-CN"/>
        </w:rPr>
        <w:t>　　3、三分钟测试（老师计时）。</w:t>
      </w:r>
      <w:r>
        <w:rPr>
          <w:lang w:eastAsia="zh-CN"/>
        </w:rPr>
        <w:br/>
      </w:r>
      <w:r>
        <w:rPr>
          <w:lang w:eastAsia="zh-CN"/>
        </w:rPr>
        <w:t>　　4、五分钟练习（发展学生的耐力、速度）。</w:t>
      </w:r>
      <w:r>
        <w:rPr>
          <w:lang w:eastAsia="zh-CN"/>
        </w:rPr>
        <w:br/>
      </w:r>
      <w:r>
        <w:rPr>
          <w:lang w:eastAsia="zh-CN"/>
        </w:rPr>
        <w:t xml:space="preserve">    每日计划 篇15 </w:t>
      </w:r>
      <w:r>
        <w:rPr>
          <w:lang w:eastAsia="zh-CN"/>
        </w:rPr>
        <w:br/>
      </w:r>
      <w:r>
        <w:rPr>
          <w:lang w:eastAsia="zh-CN"/>
        </w:rPr>
        <w:t>　　宗旨：</w:t>
      </w:r>
      <w:r>
        <w:rPr>
          <w:lang w:eastAsia="zh-CN"/>
        </w:rPr>
        <w:br/>
      </w:r>
      <w:r>
        <w:rPr>
          <w:lang w:eastAsia="zh-CN"/>
        </w:rPr>
        <w:t>　　以点带面带动全校学生积极参与到跳绳训练，全面提高学生的身体素质，成为我校体育运动的特色。</w:t>
      </w:r>
      <w:r>
        <w:rPr>
          <w:lang w:eastAsia="zh-CN"/>
        </w:rPr>
        <w:br/>
      </w:r>
      <w:r>
        <w:rPr>
          <w:lang w:eastAsia="zh-CN"/>
        </w:rPr>
        <w:t>　　为了促进我校跳绳队的良好修养，保证本队的训练计划顺利进行，维护本队的声誉和树立队员的良好形象，营造一个团结、严肃、活泼、和谐的训练气氛。特制订以下计划：</w:t>
      </w:r>
      <w:r>
        <w:rPr>
          <w:lang w:eastAsia="zh-CN"/>
        </w:rPr>
        <w:br/>
      </w:r>
      <w:r>
        <w:rPr>
          <w:lang w:eastAsia="zh-CN"/>
        </w:rPr>
        <w:t>　　准备期工作：</w:t>
      </w:r>
      <w:r>
        <w:rPr>
          <w:lang w:eastAsia="zh-CN"/>
        </w:rPr>
        <w:br/>
      </w:r>
      <w:r>
        <w:rPr>
          <w:lang w:eastAsia="zh-CN"/>
        </w:rPr>
        <w:t>　　1、组队：初步挑选训练队队员。</w:t>
      </w:r>
      <w:r>
        <w:rPr>
          <w:lang w:eastAsia="zh-CN"/>
        </w:rPr>
        <w:br/>
      </w:r>
      <w:r>
        <w:rPr>
          <w:lang w:eastAsia="zh-CN"/>
        </w:rPr>
        <w:t>　　2、对象：2——5年级，主要以4、5年级为主，2、3三年级作为后背力量，逐步建立梯队。</w:t>
      </w:r>
      <w:r>
        <w:rPr>
          <w:lang w:eastAsia="zh-CN"/>
        </w:rPr>
        <w:br/>
      </w:r>
      <w:r>
        <w:rPr>
          <w:lang w:eastAsia="zh-CN"/>
        </w:rPr>
        <w:t>　　3、制定详细的、科学的训练内容和方法。</w:t>
      </w:r>
      <w:r>
        <w:rPr>
          <w:lang w:eastAsia="zh-CN"/>
        </w:rPr>
        <w:br/>
      </w:r>
      <w:r>
        <w:rPr>
          <w:lang w:eastAsia="zh-CN"/>
        </w:rPr>
        <w:t>　　训练期工作内容要求及方法：</w:t>
      </w:r>
      <w:r>
        <w:rPr>
          <w:lang w:eastAsia="zh-CN"/>
        </w:rPr>
        <w:br/>
      </w:r>
      <w:r>
        <w:rPr>
          <w:lang w:eastAsia="zh-CN"/>
        </w:rPr>
        <w:t>　　一、训练要求：</w:t>
      </w:r>
      <w:r>
        <w:rPr>
          <w:lang w:eastAsia="zh-CN"/>
        </w:rPr>
        <w:br/>
      </w:r>
      <w:r>
        <w:rPr>
          <w:lang w:eastAsia="zh-CN"/>
        </w:rPr>
        <w:t>　　1、师生必须严格遵守作息时间和训练内容。</w:t>
      </w:r>
      <w:r>
        <w:rPr>
          <w:lang w:eastAsia="zh-CN"/>
        </w:rPr>
        <w:br/>
      </w:r>
      <w:r>
        <w:rPr>
          <w:lang w:eastAsia="zh-CN"/>
        </w:rPr>
        <w:t>　　2、教练关注训练队员的训练。</w:t>
      </w:r>
      <w:r>
        <w:rPr>
          <w:lang w:eastAsia="zh-CN"/>
        </w:rPr>
        <w:br/>
      </w:r>
      <w:r>
        <w:rPr>
          <w:lang w:eastAsia="zh-CN"/>
        </w:rPr>
        <w:t>　　3、教练应进行科学训练，及时总结并做好记录。</w:t>
      </w:r>
      <w:r>
        <w:rPr>
          <w:lang w:eastAsia="zh-CN"/>
        </w:rPr>
        <w:br/>
      </w:r>
      <w:r>
        <w:rPr>
          <w:lang w:eastAsia="zh-CN"/>
        </w:rPr>
        <w:t>　　4、训练中注意安全，积极预防运动损伤的发生。</w:t>
      </w:r>
      <w:r>
        <w:rPr>
          <w:lang w:eastAsia="zh-CN"/>
        </w:rPr>
        <w:br/>
      </w:r>
      <w:r>
        <w:rPr>
          <w:lang w:eastAsia="zh-CN"/>
        </w:rPr>
        <w:br/>
      </w:r>
      <w:r>
        <w:rPr>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https://d.book118.com/427200011054006051</w:t>
        </w:r>
      </w:hyperlink>
    </w:p>
    <w:p w:rsidR="001B1F19">
      <w:pPr>
        <w:rPr>
          <w:lang w:eastAsia="zh-CN"/>
        </w:rPr>
      </w:pPr>
    </w:p>
    <w:sectPr>
      <w:type w:val="nextPage"/>
      <w:pgSz w:w="11906" w:h="16838"/>
      <w:pgMar w:top="1440" w:right="1800" w:bottom="1440" w:left="1800" w:header="851" w:footer="992" w:gutter="0"/>
      <w:pgNumType w:start="2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 w:val="009376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27200011054006051"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31</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6</cp:revision>
  <dcterms:created xsi:type="dcterms:W3CDTF">2024-01-11T00:28:00Z</dcterms:created>
  <dcterms:modified xsi:type="dcterms:W3CDTF">2024-02-08T13:34:00Z</dcterms:modified>
</cp:coreProperties>
</file>