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爱国主义教育演讲稿范文（34篇）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爱国主义教育演讲稿范文（精选34篇）</w:t>
      </w:r>
      <w:r>
        <w:rPr>
          <w:lang w:eastAsia="zh-CN"/>
        </w:rPr>
        <w:br/>
      </w:r>
      <w:r>
        <w:rPr>
          <w:lang w:eastAsia="zh-CN"/>
        </w:rPr>
        <w:t xml:space="preserve">    爱国主义教育演讲稿范文 篇1 </w:t>
      </w:r>
      <w:r>
        <w:rPr>
          <w:lang w:eastAsia="zh-CN"/>
        </w:rPr>
        <w:br/>
      </w:r>
      <w:r>
        <w:rPr>
          <w:lang w:eastAsia="zh-CN"/>
        </w:rPr>
        <w:t>　　敬爱的老师、亲爱的同学们：</w:t>
      </w:r>
      <w:r>
        <w:rPr>
          <w:lang w:eastAsia="zh-CN"/>
        </w:rPr>
        <w:br/>
      </w:r>
      <w:r>
        <w:rPr>
          <w:lang w:eastAsia="zh-CN"/>
        </w:rPr>
        <w:t>　　大家早上好!今天的国歌特别嘹亮，今天的国旗特别鲜艳。因为有我们全体老师和同学们挺拔的身姿和整齐的队伍和他们相映成辉。今天站在这里，不禁让我想起了开国大典，自从1949年10月1日那天，五星红旗伴随着雄壮的国歌在天安门广场上冉冉升起，每个中国人都会发出由衷的感叹。国旗呀，国旗，你是中华人民共和国的荣光，为了你，多少先烈甘洒热血换新天;国旗呀，国旗，你是中华人民共和国的眼睛，透过你，我们展望未来，壮志满怀。我们都是中国人，我们爱自己的祖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从这学期开始，我们河头小学的全体师生在每周一的升旗仪式上会用自己的实际行动来表达自己对祖国的热爱。首先，全体学生将统一穿着校服，佩戴红领巾，展现一个河头小学少先队员的英姿。所有的班级从海豚广场自西向东，年级由低到高，整齐排列。其次，每个班级的副班主任在前，正班主任在后，其他领导和老师也在自己的相应位置整齐排列。出旗和升国旗的时候，所有的老师和同学不管你在什么地方，做什么，都应该停下一切事情面向国旗保持立正姿势行注目礼或行队礼。唱国歌的时候，大家要力求做到准确、整体、熟练、声音洪亮。</w:t>
      </w:r>
      <w:r>
        <w:rPr>
          <w:lang w:eastAsia="zh-CN"/>
        </w:rPr>
        <w:br/>
      </w:r>
      <w:r>
        <w:rPr>
          <w:lang w:eastAsia="zh-CN"/>
        </w:rPr>
        <w:t>　　有首歌叫《国家》，里面有句歌词说有了强的国，才有富的家。同学们，梁启超在《少年中国说》文章里面说道：少年富则国富，少年强则国强，少年雄于地球，则国雄于地球。同学们，我们是二十一世纪新时代的好少年，我们也坚信，有了我们大家的共同努力，我们的明天一定会更加美好!</w:t>
      </w:r>
      <w:r>
        <w:rPr>
          <w:lang w:eastAsia="zh-CN"/>
        </w:rPr>
        <w:br/>
      </w:r>
      <w:r>
        <w:rPr>
          <w:lang w:eastAsia="zh-CN"/>
        </w:rPr>
        <w:t>　　最后，让我们举起右手，向着鲜艳的五星红旗再次表达我们的敬意和爱意!听我的口令：敬礼!&amp;&amp;礼毕!</w:t>
      </w:r>
      <w:r>
        <w:rPr>
          <w:lang w:eastAsia="zh-CN"/>
        </w:rPr>
        <w:br/>
      </w:r>
      <w:r>
        <w:rPr>
          <w:lang w:eastAsia="zh-CN"/>
        </w:rPr>
        <w:t xml:space="preserve">    爱国主义教育演讲稿范文 篇2 </w:t>
      </w:r>
      <w:r>
        <w:rPr>
          <w:lang w:eastAsia="zh-CN"/>
        </w:rPr>
        <w:br/>
      </w:r>
      <w:r>
        <w:rPr>
          <w:lang w:eastAsia="zh-CN"/>
        </w:rPr>
        <w:t>　　敬爱的老师，亲爱的同学们：</w:t>
      </w:r>
      <w:r>
        <w:rPr>
          <w:lang w:eastAsia="zh-CN"/>
        </w:rPr>
        <w:br/>
      </w:r>
      <w:r>
        <w:rPr>
          <w:lang w:eastAsia="zh-CN"/>
        </w:rPr>
        <w:t>　　大家上午（下午）好！</w:t>
      </w:r>
      <w:r>
        <w:rPr>
          <w:lang w:eastAsia="zh-CN"/>
        </w:rPr>
        <w:br/>
      </w:r>
      <w:r>
        <w:rPr>
          <w:lang w:eastAsia="zh-CN"/>
        </w:rPr>
        <w:t>　　我是__小学四年级1班的小学生___，我演讲的题目是《祖国在我心中》。</w:t>
      </w:r>
      <w:r>
        <w:rPr>
          <w:lang w:eastAsia="zh-CN"/>
        </w:rPr>
        <w:br/>
      </w:r>
      <w:r>
        <w:rPr>
          <w:lang w:eastAsia="zh-CN"/>
        </w:rPr>
        <w:t>　　站在这里，我首先想请问你们一个问题：在你们心中，什么最伟大？我想，答案一定是两个字——祖国。</w:t>
      </w:r>
      <w:r>
        <w:rPr>
          <w:lang w:eastAsia="zh-CN"/>
        </w:rPr>
        <w:br/>
      </w:r>
      <w:r>
        <w:rPr>
          <w:lang w:eastAsia="zh-CN"/>
        </w:rPr>
        <w:t>　　我们在圆明园里认识了祖国的屈辱和悲愤；在长城岭上，认识了祖国的雄伟和磅礴；在大漠荒原，认识了祖国的广大和辽阔；在丝绸大道上，认识了祖国的悠久和渊博。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当我们看到书本里祖国的那段被列强侵略的屈辱历史时，我们义愤填膺（ying），因为祖国在我们心中；当香港回归祖国时，我们激动，我们流泪，因为祖国在我们心中；当举国上下迎接着年北京奥运会时，我们燃烧，我们沸腾，因为祖国在我们心中；当神舟十号遨游太空，我们欢呼，我们雀跃，因为祖国在我们心中！当嫦娥三号成功登月，更证明了祖国的强大，我们为祖国骄傲、自豪！</w:t>
      </w:r>
      <w:r>
        <w:rPr>
          <w:lang w:eastAsia="zh-CN"/>
        </w:rPr>
        <w:br/>
      </w:r>
      <w:r>
        <w:rPr>
          <w:lang w:eastAsia="zh-CN"/>
        </w:rPr>
        <w:t>　　近百年来，那许许多多的中华儿女，为了让这个家园繁荣昌盛，为了能让人民过上安定的生活，哪一个不是用“祖国在我心中”来鞭策自己继续努力奋斗。周恩来之所以能成为人民敬仰的一代伟人，不就因为他从小用“为中华之崛起而读书”来鞭策自己；</w:t>
      </w:r>
      <w:r>
        <w:rPr>
          <w:lang w:eastAsia="zh-CN"/>
        </w:rPr>
        <w:br/>
      </w:r>
      <w:r>
        <w:rPr>
          <w:lang w:eastAsia="zh-CN"/>
        </w:rPr>
        <w:t>　　“少年强，则国强；少年富，则国富；少年屹立于世界，则国屹立于世界！”我们是祖国的骄子，是新时代的宠儿。我们应该怎样用钢筋铁骨支撑起共和国的大厦，怎样迈开走向世界的步伐？</w:t>
      </w:r>
      <w:r>
        <w:rPr>
          <w:lang w:eastAsia="zh-CN"/>
        </w:rPr>
        <w:br/>
      </w:r>
      <w:r>
        <w:rPr>
          <w:lang w:eastAsia="zh-CN"/>
        </w:rPr>
        <w:t>　　同学们，当我们坐在宽敞明亮的教室里，诵读着古今优秀诗时，我们是不是该重新诠释古人“头悬梁，锥刺骨”的刻苦？当我们读着“程门立雪”时，是不是更应该珍惜如今的锦绣年华？当我们畅游在络时代，是不是该为足不出户便知天下事、读万卷书而倍感自豪？</w:t>
      </w:r>
      <w:r>
        <w:rPr>
          <w:lang w:eastAsia="zh-CN"/>
        </w:rPr>
        <w:br/>
      </w:r>
      <w:r>
        <w:rPr>
          <w:lang w:eastAsia="zh-CN"/>
        </w:rPr>
        <w:t>　　“忆往惜，数风流人物，还看今朝。”同学们，努力学习吧，把我们的祖国建设的更加美丽！</w:t>
      </w:r>
      <w:r>
        <w:rPr>
          <w:lang w:eastAsia="zh-CN"/>
        </w:rPr>
        <w:br/>
      </w:r>
      <w:r>
        <w:rPr>
          <w:lang w:eastAsia="zh-CN"/>
        </w:rPr>
        <w:t>　　不需要问我们为了什么？因为祖国永远在我们心中！</w:t>
      </w:r>
      <w:r>
        <w:rPr>
          <w:lang w:eastAsia="zh-CN"/>
        </w:rPr>
        <w:br/>
      </w:r>
      <w:r>
        <w:rPr>
          <w:lang w:eastAsia="zh-CN"/>
        </w:rPr>
        <w:t>　　谢谢大家！</w:t>
      </w:r>
      <w:r>
        <w:rPr>
          <w:lang w:eastAsia="zh-CN"/>
        </w:rPr>
        <w:br/>
      </w:r>
      <w:r>
        <w:rPr>
          <w:lang w:eastAsia="zh-CN"/>
        </w:rPr>
        <w:t xml:space="preserve">    爱国主义教育演讲稿范文 篇3 </w:t>
      </w:r>
      <w:r>
        <w:rPr>
          <w:lang w:eastAsia="zh-CN"/>
        </w:rPr>
        <w:br/>
      </w:r>
      <w:r>
        <w:rPr>
          <w:lang w:eastAsia="zh-CN"/>
        </w:rPr>
        <w:t>　　敬爱的老师、亲爱的同学们：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今天我演讲的题目是——永远令我骄傲的祖国。</w:t>
      </w:r>
      <w:r>
        <w:rPr>
          <w:lang w:eastAsia="zh-CN"/>
        </w:rPr>
        <w:br/>
      </w:r>
      <w:r>
        <w:rPr>
          <w:lang w:eastAsia="zh-CN"/>
        </w:rPr>
        <w:t>　　迎着朝阳，披着霞光，鲜艳的五星红旗在高亢的国歌声中冉冉升起，它飘扬着，飘在九百六十万广沃的土地上空，飘在所有的'中国人心中，面对它，我们再抑制不住内心的崇敬，我们为它自豪。</w:t>
      </w:r>
      <w:r>
        <w:rPr>
          <w:lang w:eastAsia="zh-CN"/>
        </w:rPr>
        <w:br/>
      </w:r>
      <w:r>
        <w:rPr>
          <w:lang w:eastAsia="zh-CN"/>
        </w:rPr>
        <w:t>　　每个黄皮肤黑头发的中国人都有着炎黄的血脉；每个华夏子孙都把龙看作自己永恒的</w:t>
      </w:r>
      <w:r>
        <w:rPr>
          <w:lang w:eastAsia="zh-CN"/>
        </w:rPr>
        <w:br/>
      </w:r>
      <w:r>
        <w:rPr>
          <w:lang w:eastAsia="zh-CN"/>
        </w:rPr>
        <w:t>　　方古国的兵马俑倍感惊叹！</w:t>
      </w:r>
      <w:r>
        <w:rPr>
          <w:lang w:eastAsia="zh-CN"/>
        </w:rPr>
        <w:br/>
      </w:r>
      <w:r>
        <w:rPr>
          <w:lang w:eastAsia="zh-CN"/>
        </w:rPr>
        <w:t>　　历史的车轮伴着礼炮的鸣响把中国载入了新的纪元—我们不再只有原始的火药，腾飞的火箭将中国人飞天的梦想载上了环宇；我们不再只有古老的长城，横截大江，高峡出平湖的情景仿佛就在眼前；我们也不再只有贫穷落后，公元一九九八会铭记：三分之一的中国人已告别温饱，实现小康。</w:t>
      </w:r>
      <w:r>
        <w:rPr>
          <w:lang w:eastAsia="zh-CN"/>
        </w:rPr>
        <w:br/>
      </w:r>
      <w:r>
        <w:rPr>
          <w:lang w:eastAsia="zh-CN"/>
        </w:rPr>
        <w:t>　　今天，我们再次站在国旗下，看着它冉冉升起。这鲜艳的国旗，不正是凝聚了亿万炎黄子孙对祖国的热情和期望吗？为了她，钱学森不顾美政府的阻挠，义无反顾的回来了；为了她，一位中国男孩三度与美国校长交涉要求悬挂中国的国旗；为了她，十六岁的桑兰不幸颈椎骨折然而他们没有丝毫怨言，他们唯一的心愿就是让祖国变得更富强、更加美好！</w:t>
      </w:r>
      <w:r>
        <w:rPr>
          <w:lang w:eastAsia="zh-CN"/>
        </w:rPr>
        <w:br/>
      </w:r>
      <w:r>
        <w:rPr>
          <w:lang w:eastAsia="zh-CN"/>
        </w:rPr>
        <w:t>　　回首昨天，我们的祖国在曲折中走过了近半个世纪的光辉历程；展望未来；我们的祖国正以让世人瞩目的姿态傲立与强国之林。五星红旗飘吧！你飘尽沧桑，飘走历史，飘出辉煌，让我们虔诚的向你宣誓：为了中华崛起而读书，为了祖国——母亲而奋发图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爱国主义教育演讲稿范文 篇4 </w:t>
      </w:r>
      <w:r>
        <w:rPr>
          <w:lang w:eastAsia="zh-CN"/>
        </w:rPr>
        <w:br/>
      </w:r>
      <w:r>
        <w:rPr>
          <w:lang w:eastAsia="zh-CN"/>
        </w:rPr>
        <w:t>　　各位同学们，</w:t>
      </w:r>
      <w:r>
        <w:rPr>
          <w:lang w:eastAsia="zh-CN"/>
        </w:rPr>
        <w:br/>
      </w:r>
      <w:r>
        <w:rPr>
          <w:lang w:eastAsia="zh-CN"/>
        </w:rPr>
        <w:t>　　大家好。</w:t>
      </w:r>
      <w:r>
        <w:rPr>
          <w:lang w:eastAsia="zh-CN"/>
        </w:rPr>
        <w:br/>
      </w:r>
      <w:r>
        <w:rPr>
          <w:lang w:eastAsia="zh-CN"/>
        </w:rPr>
        <w:t>　　我们伟大的祖国有悠久的历史，灿烂的文化和勤劳的人们，我们在这样的国度长大，怎么样做才算是爱国呢?爱国，不一定要做出什么惊天动地的大事，只要从身边小事做起。</w:t>
      </w:r>
      <w:r>
        <w:rPr>
          <w:lang w:eastAsia="zh-CN"/>
        </w:rPr>
        <w:br/>
      </w:r>
      <w:r>
        <w:rPr>
          <w:lang w:eastAsia="zh-CN"/>
        </w:rPr>
        <w:t>　　当你把自己的红领巾洗得干干净净，戴在脖子上，看着它迎风飘扬的时候，这是爱国。</w:t>
      </w:r>
      <w:r>
        <w:rPr>
          <w:lang w:eastAsia="zh-CN"/>
        </w:rPr>
        <w:br/>
      </w:r>
      <w:r>
        <w:rPr>
          <w:lang w:eastAsia="zh-CN"/>
        </w:rPr>
        <w:t>　　当你瞻仰着旗杆上冉冉上升的五星红旗，庄严地向它致敬的时候，这是爱国。</w:t>
      </w:r>
      <w:r>
        <w:rPr>
          <w:lang w:eastAsia="zh-CN"/>
        </w:rPr>
        <w:br/>
      </w:r>
      <w:r>
        <w:rPr>
          <w:lang w:eastAsia="zh-CN"/>
        </w:rPr>
        <w:t>　　当你坐在宽敞明亮的教室里，认真地听老师讲课，为中华之崛起而读书时，这是爱国。</w:t>
      </w:r>
      <w:r>
        <w:rPr>
          <w:lang w:eastAsia="zh-CN"/>
        </w:rPr>
        <w:br/>
      </w:r>
      <w:r>
        <w:rPr>
          <w:lang w:eastAsia="zh-CN"/>
        </w:rPr>
        <w:t>　　当你拒绝一次性用品，不乱扔垃圾，参加环保活动，保护好环境卫生时，这是爱国。</w:t>
      </w:r>
      <w:r>
        <w:rPr>
          <w:lang w:eastAsia="zh-CN"/>
        </w:rPr>
        <w:br/>
      </w:r>
      <w:r>
        <w:rPr>
          <w:lang w:eastAsia="zh-CN"/>
        </w:rPr>
        <w:t>　　当你把废水、废纸恰当地利用好，极力反对铺张浪费时，这也是爱国。</w:t>
      </w:r>
      <w:r>
        <w:rPr>
          <w:lang w:eastAsia="zh-CN"/>
        </w:rPr>
        <w:br/>
      </w:r>
      <w:r>
        <w:rPr>
          <w:lang w:eastAsia="zh-CN"/>
        </w:rPr>
        <w:t>　　吉鸿昌在被帝国主义者的歧视下说了一句我是中国人的话，这是爱国。华罗庚、钱学森放弃了在国外优厚的待遇，坚持回国，这是爱国。</w:t>
      </w:r>
      <w:r>
        <w:rPr>
          <w:lang w:eastAsia="zh-CN"/>
        </w:rPr>
        <w:br/>
      </w:r>
      <w:r>
        <w:rPr>
          <w:lang w:eastAsia="zh-CN"/>
        </w:rPr>
        <w:t>　　你看，这些不都是一件件小事吗?只要心里永远装着祖国，永远想着为祖国做贡献，所做的一切都是有意义的。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表妹小小年纪就懂得爱国。那天夜晚，我们全家人坐在一起吃着香喷喷的晚饭。我一看表妹的样子就知道她已经吃不下了。我对她说：惜若，如果吃不完的话就把碗放下吧。她一听，立马跟我唱反调：姐，我们不能浪费食物。这是农民伯伯辛辛苦苦给我们种的，我们怎能不珍惜他们的劳动成果呢?你知道这是他们挥洒了多少汗水才得来的吗?人家毛泽东爷爷也珍惜粮食呢!说完，她又端起碗猛吃起来。顿时，我觉得惜若真是个傻女孩，傻得那么天真，傻得那么可爱。</w:t>
      </w:r>
      <w:r>
        <w:rPr>
          <w:lang w:eastAsia="zh-CN"/>
        </w:rPr>
        <w:br/>
      </w:r>
      <w:r>
        <w:rPr>
          <w:lang w:eastAsia="zh-CN"/>
        </w:rPr>
        <w:t>　　爱国是节约，是环保，是为中华之崛起而读书。爱国，要从身边小事做起。让我们努力学习，共创祖国更美好的明天!</w:t>
      </w:r>
      <w:r>
        <w:rPr>
          <w:lang w:eastAsia="zh-CN"/>
        </w:rPr>
        <w:br/>
      </w:r>
      <w:r>
        <w:rPr>
          <w:lang w:eastAsia="zh-CN"/>
        </w:rPr>
        <w:t xml:space="preserve">    爱国主义教育演讲稿范文 篇5 </w:t>
      </w:r>
      <w:r>
        <w:rPr>
          <w:lang w:eastAsia="zh-CN"/>
        </w:rPr>
        <w:br/>
      </w:r>
      <w:r>
        <w:rPr>
          <w:lang w:eastAsia="zh-CN"/>
        </w:rPr>
        <w:t>　　各位老师、亲爱的同学们：</w:t>
      </w:r>
      <w:r>
        <w:rPr>
          <w:lang w:eastAsia="zh-CN"/>
        </w:rPr>
        <w:br/>
      </w:r>
      <w:r>
        <w:rPr>
          <w:lang w:eastAsia="zh-CN"/>
        </w:rPr>
        <w:t>　　大家好！</w:t>
      </w:r>
      <w:r>
        <w:rPr>
          <w:lang w:eastAsia="zh-CN"/>
        </w:rPr>
        <w:br/>
      </w:r>
      <w:r>
        <w:rPr>
          <w:lang w:eastAsia="zh-CN"/>
        </w:rPr>
        <w:t>　　通过学习《新时代爱国主义教育实施纲要》，我深刻认识到爱国主义是中华民族的民族心、民族魂，是中华民族最重要的财富，是人民和中华民族维护民族独立和民族尊严的强大动力。</w:t>
      </w:r>
      <w:r>
        <w:rPr>
          <w:lang w:eastAsia="zh-CN"/>
        </w:rPr>
        <w:br/>
      </w:r>
      <w:r>
        <w:rPr>
          <w:lang w:eastAsia="zh-CN"/>
        </w:rPr>
        <w:t>　　爱国主义深深植根于中华民族心中，维系着中华大地上各个民族的团结统一，激励着一代又一代中华儿女为祖国发展繁荣而自强不息、不懈奋斗。爱国主义是中华民族的核心。特色社会主义进入新时代，必须大力弘扬爱国主义，把爱国主义教育贯穿国民教育和文明建设全过程。引导全体人民弘扬伟大的爱国主义，为实现中华民族伟大复兴的梦不懈奋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在团会学习中我们更加明确地感悟到爱国主义不是一句简单的口号，它渗透在我们生活的方方面面，我们应该积极弘扬和传播爱国主义，并真正将其落实在日常生活中。</w:t>
      </w:r>
      <w:r>
        <w:rPr>
          <w:lang w:eastAsia="zh-CN"/>
        </w:rPr>
        <w:br/>
      </w:r>
      <w:r>
        <w:rPr>
          <w:lang w:eastAsia="zh-CN"/>
        </w:rPr>
        <w:t>　　作为当代青年，我们要坚定理想信念，不忘初心，热爱祖国。少年兴则国兴，少年强则国强。广大青少年要适应时代发展的要求，正确认识祖国的历史和现实，增强爱国的情感和振兴祖国的责任感，树立民族自尊心与自信心；弘扬伟大的中华民族，高举爱国主义旗帜，锐意进取，自强不息，艰苦奋斗，顽强拼搏，真正把爱国之志变成报国之行。努力做到今天为振兴中华而勤奋学习，明天为创造祖国辉煌未来贡献自己的力量！</w:t>
      </w:r>
      <w:r>
        <w:rPr>
          <w:lang w:eastAsia="zh-CN"/>
        </w:rPr>
        <w:br/>
      </w:r>
      <w:r>
        <w:rPr>
          <w:lang w:eastAsia="zh-CN"/>
        </w:rPr>
        <w:t xml:space="preserve">    爱国主义教育演讲稿范文 篇6 </w:t>
      </w:r>
      <w:r>
        <w:rPr>
          <w:lang w:eastAsia="zh-CN"/>
        </w:rPr>
        <w:br/>
      </w:r>
      <w:r>
        <w:rPr>
          <w:lang w:eastAsia="zh-CN"/>
        </w:rPr>
        <w:t>　　各位同仁，同学们:</w:t>
      </w:r>
      <w:r>
        <w:rPr>
          <w:lang w:eastAsia="zh-CN"/>
        </w:rPr>
        <w:br/>
      </w:r>
      <w:r>
        <w:rPr>
          <w:lang w:eastAsia="zh-CN"/>
        </w:rPr>
        <w:t>　　大家好!</w:t>
      </w:r>
      <w:r>
        <w:rPr>
          <w:lang w:eastAsia="zh-CN"/>
        </w:rPr>
        <w:br/>
      </w:r>
      <w:r>
        <w:rPr>
          <w:lang w:eastAsia="zh-CN"/>
        </w:rPr>
        <w:t>　　回顾过往，春去秋来。百多年前，梁启超先生为了驳斥帝国主义分子的无耻滥言，也为纠正国内一些人自暴自弃、崇洋媚外的奴性心理，从那一刻起唤起人民的爱国热情，激起民族的自尊心和自信心。梁启超的书中曾这样说:“少年智则国智，少年富则国富，少年强则国强，少年独立则国独立，少年自由则国自由……”。</w:t>
      </w:r>
      <w:r>
        <w:rPr>
          <w:lang w:eastAsia="zh-CN"/>
        </w:rPr>
        <w:br/>
      </w:r>
      <w:r>
        <w:rPr>
          <w:lang w:eastAsia="zh-CN"/>
        </w:rPr>
        <w:t>　　同学们，在21世纪里，我们虽处在祖国蓬勃发展的道路上，虽再也不可能回到遭受列强侵略的烽火岁月，然而新的使命在等着我们。借用国父孙中山先生的一句话:革命尚未成功!同学而仍需努力。</w:t>
      </w:r>
      <w:r>
        <w:rPr>
          <w:lang w:eastAsia="zh-CN"/>
        </w:rPr>
        <w:br/>
      </w:r>
      <w:r>
        <w:rPr>
          <w:lang w:eastAsia="zh-CN"/>
        </w:rPr>
        <w:t>　　那么在当前的形式下，我们作为新一代的学生。又该如何为了祖国的繁荣富强做出自己应有的贡献呢?我觉得应当从如下方面着手: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树立爱国主义情感。七百多年前的文天祥曾写出“人生自古谁无死，留取丹心照汗青”的千古名句。而中华人民共和国的　　同学们!在世纪里，爱国可以说以成为我们这个时代的最强音，所以你们要做的是，热爱祖国的前后提就是要从读书开始，也要树立起为中华之崛起而努力读书的崇高理想。就让我们勤奋学习，去报效祖国，因为少年强则国强，让我们用青春和汗水一起浇注祖国明天的辉煌!</w:t>
      </w:r>
      <w:r>
        <w:rPr>
          <w:lang w:eastAsia="zh-CN"/>
        </w:rPr>
        <w:br/>
      </w:r>
      <w:r>
        <w:rPr>
          <w:lang w:eastAsia="zh-CN"/>
        </w:rPr>
        <w:t>　　谢谢!</w:t>
      </w:r>
      <w:r>
        <w:rPr>
          <w:lang w:eastAsia="zh-CN"/>
        </w:rPr>
        <w:br/>
      </w:r>
      <w:r>
        <w:rPr>
          <w:lang w:eastAsia="zh-CN"/>
        </w:rPr>
        <w:t xml:space="preserve">    爱国主义教育演讲稿范文 篇7 </w:t>
      </w:r>
      <w:r>
        <w:rPr>
          <w:lang w:eastAsia="zh-CN"/>
        </w:rPr>
        <w:br/>
      </w:r>
      <w:r>
        <w:rPr>
          <w:lang w:eastAsia="zh-CN"/>
        </w:rPr>
        <w:t>　　老师们、同学们：</w:t>
      </w:r>
      <w:r>
        <w:rPr>
          <w:lang w:eastAsia="zh-CN"/>
        </w:rPr>
        <w:br/>
      </w:r>
      <w:r>
        <w:rPr>
          <w:lang w:eastAsia="zh-CN"/>
        </w:rPr>
        <w:t>　　大家好！</w:t>
      </w:r>
      <w:r>
        <w:rPr>
          <w:lang w:eastAsia="zh-CN"/>
        </w:rPr>
        <w:br/>
      </w:r>
      <w:r>
        <w:rPr>
          <w:lang w:eastAsia="zh-CN"/>
        </w:rPr>
        <w:t>　　今天我演讲的.题目是：爱国是不可战胜的力量</w:t>
      </w:r>
      <w:r>
        <w:rPr>
          <w:lang w:eastAsia="zh-CN"/>
        </w:rPr>
        <w:br/>
      </w:r>
      <w:r>
        <w:rPr>
          <w:lang w:eastAsia="zh-CN"/>
        </w:rPr>
        <w:t>　　天下兴亡，匹夫有责。</w:t>
      </w:r>
      <w:r>
        <w:rPr>
          <w:lang w:eastAsia="zh-CN"/>
        </w:rPr>
        <w:br/>
      </w:r>
      <w:r>
        <w:rPr>
          <w:lang w:eastAsia="zh-CN"/>
        </w:rPr>
        <w:t>　　正如雷锋所言：“我是祖国的，祖国是我的。”因此，把个人的命运与祖国的命运直接联系起来，把自已的人格与祖国的国格直接联系起来，这正是爱国主义真谛之所在。每当奥运会颁奖仪式上五星红旗高高升起，中国的国歌通过现场直播响彻整个世界的时候，不但获得世界冠军的中国运动员在为自己的祖国母亲而感到骄傲和自豪，而且，与此同时，祖国母亲也在为自已有这样优秀儿女而感到骄傲和自豪！—生为祖国母亲争气，死为祖国母亲争光，这才是一个爱国主义者的人生价值和人生意义之所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打开中华民族五千年的文明史册，每一页无不闪烁着爱国主义的灿烂光辉。中华民族的爱国志士，不畏强权压迫，不畏虎豹柴狼，为了国家的独立和昌盛，为了民族的自由，为了人民的幸福，谱写了一曲曲响彻云霄的爱国主义壮歌，爱国主义是一个民族强大的精神支柱，是不可战胜的伟大力量！</w:t>
      </w:r>
      <w:r>
        <w:rPr>
          <w:lang w:eastAsia="zh-CN"/>
        </w:rPr>
        <w:br/>
      </w:r>
      <w:r>
        <w:rPr>
          <w:lang w:eastAsia="zh-CN"/>
        </w:rPr>
        <w:t>　　在历史长河中，英雄事迹，层出不穷；爱国人物，群星灿烂。战国时期的伟大爱国诗人屈原，宋代的民族英雄岳飞、文天祥，明代的爱国将领戚继光，焚烧鸦片的抗英将领林则徐，他们忠于祖国、热爱人民，不畏贬谪，不怕牺牲，忠烈千秋，永垂千史，这正是爱国主义力量的集中表现。</w:t>
      </w:r>
      <w:r>
        <w:rPr>
          <w:lang w:eastAsia="zh-CN"/>
        </w:rPr>
        <w:br/>
      </w:r>
      <w:r>
        <w:rPr>
          <w:lang w:eastAsia="zh-CN"/>
        </w:rPr>
        <w:t>　　历史进入二十世纪，祖国遭受到前所未有的蹂躏，山河破碎，国土沦丧，中华民族灾难深重。当此之时，无数爱国之士发誓疗治母亲躯体上的伤痕。“难酬蹈海亦英雄”，“我以我血荐轩辕”，这是敬爱的周总理和鲁迅先生发出的献身祖国的铮铮誓言。革命前辈革命烈士，面对敌人的屠刀，毫无惧色，从容就义，他在《可爱的中国》一书中，倾吐了对祖国、对人民的无限热爱。卓越的科学家李四光，得知中华人民共和国成立的消息，像杜甫听到官军收复蓟北一样，欣喜若狂，置国民党特务的威胁于不顾，急急登程，从欧洲返回祖国。他说：“我一定要把自己的余生献给祖国！”，如上所述，这不正是不可战胜的爱国主义力量吗？这不正是无数爱国人士凝结成的的中华民族历史的脊梁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爱国主义是中华民族的精神支柱，是炎黄子孙高尚的美德。不论在古代，还是在近代；不论是白色恐怖的过去，还是春风和煦的今天，都是如此。任何邪恶势力，任何卖国、叛国之徒，都会败倒在它的面前。爱国主义力量是不可战胜的，这是历史已经证明、今后将更进一步证明的一条真理。</w:t>
      </w:r>
      <w:r>
        <w:rPr>
          <w:lang w:eastAsia="zh-CN"/>
        </w:rPr>
        <w:br/>
      </w:r>
      <w:r>
        <w:rPr>
          <w:lang w:eastAsia="zh-CN"/>
        </w:rPr>
        <w:t>　　历史翻开了新的一页，我们祖国开始了新的历程。让我们每个有志气的同学，把对祖国诚挚的热爱，倾注于紧张的学习中去吧！</w:t>
      </w:r>
      <w:r>
        <w:rPr>
          <w:lang w:eastAsia="zh-CN"/>
        </w:rPr>
        <w:br/>
      </w:r>
      <w:r>
        <w:rPr>
          <w:lang w:eastAsia="zh-CN"/>
        </w:rPr>
        <w:t>　　谢谢大家。</w:t>
      </w:r>
      <w:r>
        <w:rPr>
          <w:lang w:eastAsia="zh-CN"/>
        </w:rPr>
        <w:br/>
      </w:r>
      <w:r>
        <w:rPr>
          <w:lang w:eastAsia="zh-CN"/>
        </w:rPr>
        <w:t xml:space="preserve">    爱国主义教育演讲稿范文 篇8 </w:t>
      </w:r>
      <w:r>
        <w:rPr>
          <w:lang w:eastAsia="zh-CN"/>
        </w:rPr>
        <w:br/>
      </w:r>
      <w:r>
        <w:rPr>
          <w:lang w:eastAsia="zh-CN"/>
        </w:rPr>
        <w:t>　　各位尊敬的领导：</w:t>
      </w:r>
      <w:r>
        <w:rPr>
          <w:lang w:eastAsia="zh-CN"/>
        </w:rPr>
        <w:br/>
      </w:r>
      <w:r>
        <w:rPr>
          <w:lang w:eastAsia="zh-CN"/>
        </w:rPr>
        <w:t>　　大家好!今天我演讲的题目是：《祖国在我心中》。</w:t>
      </w:r>
      <w:r>
        <w:rPr>
          <w:lang w:eastAsia="zh-CN"/>
        </w:rPr>
        <w:br/>
      </w:r>
      <w:r>
        <w:rPr>
          <w:lang w:eastAsia="zh-CN"/>
        </w:rPr>
        <w:t>　　人人对自己的祖国有一种情感，这种情感是不分国界的，无论欧洲人、非洲人、亚洲人还是澳大利亚人，都有着对自己祖国的情感和火热的爱国心。我对祖国的感觉是多样的。</w:t>
      </w:r>
      <w:r>
        <w:rPr>
          <w:lang w:eastAsia="zh-CN"/>
        </w:rPr>
        <w:br/>
      </w:r>
      <w:r>
        <w:rPr>
          <w:lang w:eastAsia="zh-CN"/>
        </w:rPr>
        <w:t>　　祖国在我心中是美丽的。祖国有许多许多大好河山，比如说长江，比如说黄河，还有黄山、五岳、桂林、苏州、杭州、兵马俑哪一个不是十分迷人?同样，也有许多诗人因祖国之美丽而写下绝句，杜甫会当凌绝顶，一览众山小，韩愈的江作青罗带，山如碧玉簪王维的江流天地外，山色有无中等等，充分体现了我国诸多美景的特色。</w:t>
      </w:r>
      <w:r>
        <w:rPr>
          <w:lang w:eastAsia="zh-CN"/>
        </w:rPr>
        <w:br/>
      </w:r>
      <w:r>
        <w:rPr>
          <w:lang w:eastAsia="zh-CN"/>
        </w:rPr>
        <w:t>　　祖国在来自我心中是伟大的。在中国，有许多人才，他们都对祖国做出了极大的贡献，他们造福于中国，还造福于人类。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祖国在我心中是神秘的。中国上下五千年的文化底蕴蕴含着无穷无尽的奥密。从仓颉造字到活字印刷，从诗到词，从刚劲端庄的方块字里领略中国文化的博大精深。鲁讯、巴金、金波、李白、杜甫将中国的汉字巧用精用，让它们蹦跳在纸上;端午、重阳、中秋是华人不变的习俗。中华文明源远流长。</w:t>
      </w:r>
      <w:r>
        <w:rPr>
          <w:lang w:eastAsia="zh-CN"/>
        </w:rPr>
        <w:br/>
      </w:r>
      <w:r>
        <w:rPr>
          <w:lang w:eastAsia="zh-CN"/>
        </w:rPr>
        <w:t>　　祖国啊，你在我的心中美丽、伟大、博大精深!</w:t>
      </w:r>
      <w:r>
        <w:rPr>
          <w:lang w:eastAsia="zh-CN"/>
        </w:rPr>
        <w:br/>
      </w:r>
      <w:r>
        <w:rPr>
          <w:lang w:eastAsia="zh-CN"/>
        </w:rPr>
        <w:t xml:space="preserve">    爱国主义教育演讲稿范文 篇9 </w:t>
      </w:r>
      <w:r>
        <w:rPr>
          <w:lang w:eastAsia="zh-CN"/>
        </w:rPr>
        <w:br/>
      </w:r>
      <w:r>
        <w:rPr>
          <w:lang w:eastAsia="zh-CN"/>
        </w:rPr>
        <w:t>　　各位尊敬的：</w:t>
      </w:r>
      <w:r>
        <w:rPr>
          <w:lang w:eastAsia="zh-CN"/>
        </w:rPr>
        <w:br/>
      </w:r>
      <w:r>
        <w:rPr>
          <w:lang w:eastAsia="zh-CN"/>
        </w:rPr>
        <w:t>　　大家好！</w:t>
      </w:r>
      <w:r>
        <w:rPr>
          <w:lang w:eastAsia="zh-CN"/>
        </w:rPr>
        <w:br/>
      </w:r>
      <w:r>
        <w:rPr>
          <w:lang w:eastAsia="zh-CN"/>
        </w:rPr>
        <w:t>　　今天我演讲征文的题目是：《祖国在我心中》。</w:t>
      </w:r>
      <w:r>
        <w:rPr>
          <w:lang w:eastAsia="zh-CN"/>
        </w:rPr>
        <w:br/>
      </w:r>
      <w:r>
        <w:rPr>
          <w:lang w:eastAsia="zh-CN"/>
        </w:rPr>
        <w:t>　　人人对自己的祖国有一种情感，这种情感是不分国界的，无论欧洲人，非洲人，亚洲人还是澳大利亚人，都有着对自己祖国的情感和火热的爱国心。我对祖国的感觉是多样的。</w:t>
      </w:r>
      <w:r>
        <w:rPr>
          <w:lang w:eastAsia="zh-CN"/>
        </w:rPr>
        <w:br/>
      </w:r>
      <w:r>
        <w:rPr>
          <w:lang w:eastAsia="zh-CN"/>
        </w:rPr>
        <w:t>　　祖国在我心中是美丽的。祖国有许多许多大好河山，比如说长江，比如说黄河，还有黄山，五岳，桂林，苏州，杭州，兵马俑……哪一个不是十分迷人？同样，也有许多诗人因祖国之美丽而写下绝句，杜甫“会当凌绝顶，一览众山小”，韩愈的“江作青罗带，山如碧玉簪”王维的“江流乾坤外，山色有无中”等等，充分体现了我国诸多美景的特色。</w:t>
      </w:r>
      <w:r>
        <w:rPr>
          <w:lang w:eastAsia="zh-CN"/>
        </w:rPr>
        <w:br/>
      </w:r>
      <w:r>
        <w:rPr>
          <w:lang w:eastAsia="zh-CN"/>
        </w:rPr>
        <w:t>　　祖国在来自我心中是伟大的。在，有许多人才，他们都对祖国做出了极大的贡献，他们造福于，还造福于人类。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祖国在我心中是奥秘的。上下五千年的文化底蕴蕴含着无穷无尽的奥密。从仓颉造字到活字印刷，从诗到词，从刚劲端庄的方块字里领略文化的博大精深。鲁讯，巴金，金波，李白，杜甫……将的汉字巧用精用，让它们蹦跳在纸上；端午，重阳，中秋是华人不变的习俗。中华文明源远流长。</w:t>
      </w:r>
      <w:r>
        <w:rPr>
          <w:lang w:eastAsia="zh-CN"/>
        </w:rPr>
        <w:br/>
      </w:r>
      <w:r>
        <w:rPr>
          <w:lang w:eastAsia="zh-CN"/>
        </w:rPr>
        <w:t>　　祖国啊，你在我的心中美丽，伟大，博大精深。</w:t>
      </w:r>
      <w:r>
        <w:rPr>
          <w:lang w:eastAsia="zh-CN"/>
        </w:rPr>
        <w:br/>
      </w:r>
      <w:r>
        <w:rPr>
          <w:lang w:eastAsia="zh-CN"/>
        </w:rPr>
        <w:t xml:space="preserve">    爱国主义教育演讲稿范文 篇10 </w:t>
      </w:r>
      <w:r>
        <w:rPr>
          <w:lang w:eastAsia="zh-CN"/>
        </w:rPr>
        <w:br/>
      </w:r>
      <w:r>
        <w:rPr>
          <w:lang w:eastAsia="zh-CN"/>
        </w:rPr>
        <w:t>　　爱，是一个多么简单而又深刻的字眼。说到爱，作为人，我们首先想到的就是“爱国”。不记得多少回，北国飘香的麦穗、南国早春的莺花、东部城乡的日夜繁忙、西部沃土的苏醒，祖国的每一寸土壤都能燃烧起我们对母亲大地的激情和快乐！</w:t>
      </w:r>
      <w:r>
        <w:rPr>
          <w:lang w:eastAsia="zh-CN"/>
        </w:rPr>
        <w:br/>
      </w:r>
      <w:r>
        <w:rPr>
          <w:lang w:eastAsia="zh-CN"/>
        </w:rPr>
        <w:t>　　岁月无情，流年似水。蓦然回首，我们伟大的祖国已经经历了五千多年的沧桑岁月。多少兴衰，多少悲欢，都已成为了历史。在我们一代代人前赴后继、共同努力下，我们的祖国涅槃重生，成为了当今世界上一个伟大的国家。保护她的每一寸国土、爱护她的一草一木、呵护她的一举一动是我们每个人应当铭记在心的责任，尤其对于即将走出国门的我们来说，更需要为了维护祖国的形象而充分准备自己。</w:t>
      </w:r>
      <w:r>
        <w:rPr>
          <w:lang w:eastAsia="zh-CN"/>
        </w:rPr>
        <w:br/>
      </w:r>
      <w:r>
        <w:rPr>
          <w:lang w:eastAsia="zh-CN"/>
        </w:rPr>
        <w:t>　　为了能更流畅地与外国友人交流，我们要在最短的时间内学习英语及其他国家语言和文化；为了能更准确精辟地介绍我们祖国，我们要更努力地学好母语，不忘根本。我们一定要知道祖国的四大发明的具体内容；我们一定要尽量去了解各个朝代的历史更迭；我们过每一个传统节日都要重新学习一下它们的内涵，做一个真正有情怀的人，因为民族的就是世界的，世界的才是国际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有国才有家，爱国先要爱家。雄鹰有家，那是天空；鲸鱼有家，那是海洋；而我们在海外，学校和班级就是我们的家。爱家无需口号，从一点一滴做起是我们要树立的基本理念。捡起一片废纸；帮助一位同学解答一个问题或解决一个困难；听从老师的一次次教导，遵守学校的一条条纪律。绳锯木断，水滴石穿，相信只要我们每个人都用心去做好这些小事，从微处奉献自己的点滴爱心，我们的小组、我们的班级、我们的学校，乃至我们的国家就会一天天变得更加有秩序，一天天变得更加温暖，一点点变得更加强大。而随着祖国的强大，我们才有更好的平台和机会去实现我们高远的理想，去完成我们成为国际化精英的目标。</w:t>
      </w:r>
      <w:r>
        <w:rPr>
          <w:lang w:eastAsia="zh-CN"/>
        </w:rPr>
        <w:br/>
      </w:r>
      <w:r>
        <w:rPr>
          <w:lang w:eastAsia="zh-CN"/>
        </w:rPr>
        <w:t>　　同学们，就让我们在海外美丽的校园里，在老师们悉心地培育下，严格、高标准要求自己，认真培养好的各种习惯，专心致志地、用功读书、积极热情而忙有所获地活动。在新64岁华诞的日子里，让我们一起祝福我们伟大的祖国，生日快乐；我们伟大的母亲永远充满活力、繁荣昌盛！谢谢大家！</w:t>
      </w:r>
      <w:r>
        <w:rPr>
          <w:lang w:eastAsia="zh-CN"/>
        </w:rPr>
        <w:br/>
      </w:r>
      <w:r>
        <w:rPr>
          <w:lang w:eastAsia="zh-CN"/>
        </w:rPr>
        <w:t xml:space="preserve">    爱国主义教育演讲稿范文 篇11 </w:t>
      </w:r>
      <w:r>
        <w:rPr>
          <w:lang w:eastAsia="zh-CN"/>
        </w:rPr>
        <w:br/>
      </w:r>
      <w:r>
        <w:rPr>
          <w:lang w:eastAsia="zh-CN"/>
        </w:rPr>
        <w:t>　　亲爱的同学们：</w:t>
      </w:r>
      <w:r>
        <w:rPr>
          <w:lang w:eastAsia="zh-CN"/>
        </w:rPr>
        <w:br/>
      </w:r>
      <w:r>
        <w:rPr>
          <w:lang w:eastAsia="zh-CN"/>
        </w:rPr>
        <w:t>　　爱国，是一面飘扬在世界各国上空的永不退色的旗帜。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这面旗帜在我国更是绚丽多姿。亚洲飞人柯受良用自己的的实际行动表达了他对祖国的深爱，也向世界宣告：中国人不是懦夫。钱三强冲破重重阻力，放弃了优厚的生活待遇，毅然回国，实现了她的人生价值。在为她的人格魅力深深钦佩之余，我觉得一个人要想获得人生价值，爱国情操将是他的强有力的后盾，由此可见，爱国需要实干家</w:t>
      </w:r>
      <w:r>
        <w:rPr>
          <w:lang w:eastAsia="zh-CN"/>
        </w:rPr>
        <w:br/>
      </w:r>
      <w:r>
        <w:rPr>
          <w:lang w:eastAsia="zh-CN"/>
        </w:rPr>
        <w:t>　　纵观历史长廊，多少成名人物都有一颗爱国之心。岳飞的精忠报国，范仲淹的先天下之忧而忧，后天下之乐而乐，陆游的但悲不见九州同，霍去病的匈奴未灭，何以为家她们那个不是由于强烈的爱国情感?那一位不是爱国的实干家，那一个不是为了中国之奋起而鞠躬尽瘁的仁人志士?相反，只图个人利益，而不顾国家利益的人，非但不会流芳百世，反而落的个千古罪人。就如袁世凯吧!他满足了个人私欲，做成了他的皇帝梦，功绩不可为不大，然而到头来，他获得了什么?不过是人们的唾弃，不过是?窃国大盗?的千古骂名。杰出的音乐家，冼星海曾经说过:我的人格，良心不是金钱所能收买的。而他也正是这样做的，他用满腔的爱国热情谱写的歌曲，为我国的革命音乐史添上了光辉得一笔。俱往矣，数风流人物还看今朝。不错，当今我铭家正以令世界瞩目的速度前进着，人们看到的是一个站起来的国家。当前就更需要一批批爱国实干家去创造祖国的辉煌。</w:t>
      </w:r>
      <w:r>
        <w:rPr>
          <w:lang w:eastAsia="zh-CN"/>
        </w:rPr>
        <w:br/>
      </w:r>
      <w:r>
        <w:rPr>
          <w:lang w:eastAsia="zh-CN"/>
        </w:rPr>
        <w:t>　　让我们以爱国主义为力量的源泉，努力奋斗吧!</w:t>
      </w:r>
      <w:r>
        <w:rPr>
          <w:lang w:eastAsia="zh-CN"/>
        </w:rPr>
        <w:br/>
      </w:r>
      <w:r>
        <w:rPr>
          <w:lang w:eastAsia="zh-CN"/>
        </w:rPr>
        <w:t>　　让我们做时代的弄潮儿，用实干精神谱写爱国的新篇章!</w:t>
      </w:r>
      <w:r>
        <w:rPr>
          <w:lang w:eastAsia="zh-CN"/>
        </w:rPr>
        <w:br/>
      </w:r>
      <w:r>
        <w:rPr>
          <w:lang w:eastAsia="zh-CN"/>
        </w:rPr>
        <w:t xml:space="preserve">    爱国主义教育演讲稿范文 篇12 </w:t>
      </w:r>
      <w:r>
        <w:rPr>
          <w:lang w:eastAsia="zh-CN"/>
        </w:rPr>
        <w:br/>
      </w:r>
      <w:r>
        <w:rPr>
          <w:lang w:eastAsia="zh-CN"/>
        </w:rPr>
        <w:t>　　尊敬老师、亲爱的同学们：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这硕果累累，举国上下还沉浸在欢庆祖国华诞之际，学校组织了以爱国主义教育为主题的演讲赛。在教导处精心谋划和班主任老师的悉心指导下，今天有15名选手参赛，他们将以最真挚的情感、最优美的语言赞美祖国、歌颂母亲，为我们伟大祖国6_岁生日，献上最美的祝福。祝愿我们的国家繁荣昌盛、国泰民安。</w:t>
      </w:r>
      <w:r>
        <w:rPr>
          <w:lang w:eastAsia="zh-CN"/>
        </w:rPr>
        <w:br/>
      </w:r>
      <w:r>
        <w:rPr>
          <w:lang w:eastAsia="zh-CN"/>
        </w:rPr>
        <w:t>　　爱国主义情感是人类最伟大的情感。试想，我们假如生活在外敌入侵、战火连绵的国度，人民居无定所、四处逃生，那么，平安就是一种幸福；假设我们生活在贫穷落后、物资匮乏的年代，那么，温饱就是一种奢望；假设我们生活在治安混乱、盗贼横行的社会，那么，平淡也是一种梦想；假设我们生活在华人与狗不得入内的环境，那么，直起腰杆做人就是一种快乐。今天，我们坐在宽敞明亮的教室里安心读书，你体会到其中的幸福了吗？</w:t>
      </w:r>
      <w:r>
        <w:rPr>
          <w:lang w:eastAsia="zh-CN"/>
        </w:rPr>
        <w:br/>
      </w:r>
      <w:r>
        <w:rPr>
          <w:lang w:eastAsia="zh-CN"/>
        </w:rPr>
        <w:t>　　今天，我们衣食无忧、生活稳定、尊严无损，这些都源于我们祖国的昌盛、国力的雄厚。国富才能民强，国家强盛，人民才有尊严。为此，历史上，无数爱国志士前仆后继，为祖国贡献出了自己的一切。他们的精神可歌可泣，他们的气节光照千秋，他们的事迹万古流传。爱我中华，是每个炎黄子孙对祖国母亲最深情的依恋；爱我中华，是万千中华儿女的共同心声。</w:t>
      </w:r>
      <w:r>
        <w:rPr>
          <w:lang w:eastAsia="zh-CN"/>
        </w:rPr>
        <w:br/>
      </w:r>
      <w:r>
        <w:rPr>
          <w:lang w:eastAsia="zh-CN"/>
        </w:rPr>
        <w:t>　　少年智则国智，少年强则国强。作为新时代的中学生，心中流淌着青春的热血，我们该为祖国做些什么呢？让我们树立远大的理想，坚定宏伟的志向，付出辛勤的汗水，拼搏出优异的成绩，与祖国共奋进，与时代同发展，书写自己辉煌的人生，抒发我们满腔的爱国热情！</w:t>
      </w:r>
      <w:r>
        <w:rPr>
          <w:lang w:eastAsia="zh-CN"/>
        </w:rPr>
        <w:br/>
      </w:r>
      <w:r>
        <w:rPr>
          <w:lang w:eastAsia="zh-CN"/>
        </w:rPr>
        <w:t>　　谢谢大家。</w:t>
      </w:r>
      <w:r>
        <w:rPr>
          <w:lang w:eastAsia="zh-CN"/>
        </w:rPr>
        <w:br/>
      </w:r>
      <w:r>
        <w:rPr>
          <w:lang w:eastAsia="zh-CN"/>
        </w:rPr>
        <w:t xml:space="preserve">    爱国主义教育演讲稿范文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亲爱的同学们，众所周知，十年树木、百年树人，少年竖家的希望，少年强则国强。梁启超写下《少年中国说》，热切希望出现少年中国;搜狐20__年教育盛典主题论坛也是中国百年：少年强则国强;20__年，我和同学们在长城上高歌《少年强》，做为开学第一课晚会的主要曲目。所以，在今天，少年强，则国强这已经成为不需要证明的道理，所有人都知道的道理。</w:t>
      </w:r>
      <w:r>
        <w:rPr>
          <w:lang w:eastAsia="zh-CN"/>
        </w:rPr>
        <w:br/>
      </w:r>
      <w:r>
        <w:rPr>
          <w:lang w:eastAsia="zh-CN"/>
        </w:rPr>
        <w:t>　　未来的几十年我们这些少年该如何强?在座的同学们需要做怎么样的努力?最强的少年又应该具备怎样的品质?</w:t>
      </w:r>
      <w:r>
        <w:rPr>
          <w:lang w:eastAsia="zh-CN"/>
        </w:rPr>
        <w:br/>
      </w:r>
      <w:r>
        <w:rPr>
          <w:lang w:eastAsia="zh-CN"/>
        </w:rPr>
        <w:t>　　第一，要学会做人。很多教育专家提出要做学问首先要学会做人，这是最重要的，做人要做到在家孝顺父母、在校尊敬师长、在外关爱他人，这就是我们中华传统文化。中华传统文化影响我们，老师父母教育我们，让我们从小就明白学会做人很重要。不会做人，学问做的再好，最后出的问题就会越大。古时候讲忠孝、忠孝，我们现在做人对父母要孝，对国家要忠，爱祖国、爱家乡、爱学校、爱父母、爱老师，爱同学，这个就是做人的问题。</w:t>
      </w:r>
      <w:r>
        <w:rPr>
          <w:lang w:eastAsia="zh-CN"/>
        </w:rPr>
        <w:br/>
      </w:r>
      <w:r>
        <w:rPr>
          <w:lang w:eastAsia="zh-CN"/>
        </w:rPr>
        <w:t>　　第二，要做好学问。光做人做的很好，学问一塌糊涂，这也是不行的，所以学问要做的很好。首先要博览群书，打好基础，再思考怎么做学问比人家更有特色。清华、北大自主招生，很多学校推荐的学生不仅学问做的好，还是班里的干部，平时为大家服务，同时还是学生运动会上的尖子，全面发展，做好学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第三，要学会健体。一个民族的健康，青少年的身心健康最重要。近20__年，中国大陆青少年身体状况持续下降，如体力、承受力、耐力等方面。国家对这个很重视，提出阳光体育，每天青少年需要睡眠8小时等，保证了青少年的身体健康，我们不能在影响身体健康的情况下进行死读书。第四，要学会创新。这是少年强则国强的核心问题，中国现在要成为一个创新型的国家，关键还是看我们这些少年，如果我们少年没有敢于思考、敢于创新、敢于提出不同观点，中国就出不了大批的创新型人才。</w:t>
      </w:r>
      <w:r>
        <w:rPr>
          <w:lang w:eastAsia="zh-CN"/>
        </w:rPr>
        <w:br/>
      </w:r>
      <w:r>
        <w:rPr>
          <w:lang w:eastAsia="zh-CN"/>
        </w:rPr>
        <w:t>　　我觉得我们中国少年，应该是一个快乐的少年、一个开心的少年、一个充满活力和充满各项活动创新的少年。不久的将来，我相信中国的本土上也会出现诺贝尔奖获得者。同学们，少年强则国强，我们只有成为有孝心的少年、有爱心的少年、有诚信的少年、不怕失败的少年，就算我们不一定成为精英人才，但只要是人才，各行各业无数的少年强，这样的少年强了、我铭家也就强了。</w:t>
      </w:r>
      <w:r>
        <w:rPr>
          <w:lang w:eastAsia="zh-CN"/>
        </w:rPr>
        <w:br/>
      </w:r>
      <w:r>
        <w:rPr>
          <w:lang w:eastAsia="zh-CN"/>
        </w:rPr>
        <w:t>　　谢谢大家!</w:t>
      </w:r>
      <w:r>
        <w:rPr>
          <w:lang w:eastAsia="zh-CN"/>
        </w:rPr>
        <w:br/>
      </w:r>
      <w:r>
        <w:rPr>
          <w:lang w:eastAsia="zh-CN"/>
        </w:rPr>
        <w:t xml:space="preserve">    爱国主义教育演讲稿范文 篇14 </w:t>
      </w:r>
      <w:r>
        <w:rPr>
          <w:lang w:eastAsia="zh-CN"/>
        </w:rPr>
        <w:br/>
      </w:r>
      <w:r>
        <w:rPr>
          <w:lang w:eastAsia="zh-CN"/>
        </w:rPr>
        <w:t>　　亲爱的老师、同学们：</w:t>
      </w:r>
      <w:r>
        <w:rPr>
          <w:lang w:eastAsia="zh-CN"/>
        </w:rPr>
        <w:br/>
      </w:r>
      <w:r>
        <w:rPr>
          <w:lang w:eastAsia="zh-CN"/>
        </w:rPr>
        <w:t>　　从1840年以来，鸦片战争、太平天国运动、义和团运动辛亥革命、炎黄子孙一直在挺直脊梁与敌人奋战。多少人的牺牲，多少次的血战，终于迎来了胜利的1949年10月1日这个令人难忘的日子。</w:t>
      </w:r>
      <w:r>
        <w:rPr>
          <w:lang w:eastAsia="zh-CN"/>
        </w:rPr>
        <w:t xml:space="preserve"> 10月1日这个不平凡、不寻常的日子里“中华人民共和国中央人民政府已于本日成立了!”“人民从此站起来了!”</w:t>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这两句话恰似道道闪电把九万里云天一齐照亮。是的，从这一刻起，人民站起来了，像那巍峨耸立的群山，像那永不凋谢的春色，像那雪浪横空、千帆竟</w:t>
      </w:r>
      <w:r>
        <w:rPr>
          <w:lang w:eastAsia="zh-CN"/>
        </w:rPr>
        <w:t xml:space="preserve"> 发的大海。</w:t>
      </w:r>
      <w:r>
        <w:rPr>
          <w:lang w:eastAsia="zh-CN"/>
        </w:rPr>
        <w:br/>
      </w:r>
      <w:r>
        <w:rPr>
          <w:lang w:eastAsia="zh-CN"/>
        </w:rPr>
        <w:t>　　毛泽东、邓小平、……这一代代杰出的领袖创建了，打造了国。五十六个民族，五十六族同胞合成了一个家! 望着窗外车水马龙的汽车，拔地而起的高楼大厦。我不禁感叹道：“62年，好一番天壤之别的景象!”是的，正是这翻天覆地的举动打开了新的“心”!</w:t>
      </w:r>
      <w:r>
        <w:rPr>
          <w:lang w:eastAsia="zh-CN"/>
        </w:rPr>
        <w:br/>
      </w:r>
      <w:r>
        <w:rPr>
          <w:lang w:eastAsia="zh-CN"/>
        </w:rPr>
        <w:t>　　在崭新而陌生的21世纪，在的下，使小学生 、中学生、 大学生实行了“三贯通”，使和国家实行了“小康社会”的计划!社会的进步，科技的发达，让人们感受到幸福、安定的舒适环境……这一切的一切，使我，已至于每个人都爱这个国家、爱、 爱自己的家!</w:t>
      </w:r>
      <w:r>
        <w:rPr>
          <w:lang w:eastAsia="zh-CN"/>
        </w:rPr>
        <w:br/>
      </w:r>
      <w:r>
        <w:rPr>
          <w:lang w:eastAsia="zh-CN"/>
        </w:rPr>
        <w:t>　　每当五星红旗升起的时候，都会感叹道：“它是在升起一片绚丽的朝霞，是升起了光照九州的希望，是升起了中华民族的灵魂，是升起了千秋万代的基业!”遥望五星红旗，我自豪地昂起头，站在这片土地上大声地呼喊：“我是人!”</w:t>
      </w:r>
      <w:r>
        <w:rPr>
          <w:lang w:eastAsia="zh-CN"/>
        </w:rPr>
        <w:br/>
      </w:r>
      <w:r>
        <w:rPr>
          <w:lang w:eastAsia="zh-CN"/>
        </w:rPr>
        <w:t xml:space="preserve">    爱国主义教育演讲稿范文 篇15 </w:t>
      </w:r>
      <w:r>
        <w:rPr>
          <w:lang w:eastAsia="zh-CN"/>
        </w:rPr>
        <w:br/>
      </w:r>
      <w:r>
        <w:rPr>
          <w:lang w:eastAsia="zh-CN"/>
        </w:rPr>
        <w:t>　　尊敬的老师，亲爱的同学：</w:t>
      </w:r>
      <w:r>
        <w:rPr>
          <w:lang w:eastAsia="zh-CN"/>
        </w:rPr>
        <w:br/>
      </w:r>
      <w:r>
        <w:rPr>
          <w:lang w:eastAsia="zh-CN"/>
        </w:rPr>
        <w:t>　　大家好！</w:t>
      </w:r>
      <w:r>
        <w:rPr>
          <w:lang w:eastAsia="zh-CN"/>
        </w:rPr>
        <w:br/>
      </w:r>
      <w:r>
        <w:rPr>
          <w:lang w:eastAsia="zh-CN"/>
        </w:rPr>
        <w:t>　　今天，我演讲的题目是《我的梦》</w:t>
      </w:r>
      <w:r>
        <w:rPr>
          <w:lang w:eastAsia="zh-CN"/>
        </w:rPr>
        <w:br/>
      </w:r>
      <w:r>
        <w:rPr>
          <w:lang w:eastAsia="zh-CN"/>
        </w:rPr>
        <w:t>　　梦想，是黑暗中，一盏照亮前进的灯；是成长过程中，最好的朋友。我们作为二十一世纪的接班人，作为的希望，就要为梦想而奋斗！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伟大的周恩来，从小就志气高，他曾慷慨陈词：“为中华之崛起而读书！”为了实现振兴中华民族的伟大梦想，他刻苦学习，坚持不懈，练就一身本领，和毛主席一起打下了一片江山，为祖国做出了巨大的贡献。</w:t>
      </w:r>
      <w:r>
        <w:rPr>
          <w:lang w:eastAsia="zh-CN"/>
        </w:rPr>
        <w:br/>
      </w:r>
      <w:r>
        <w:rPr>
          <w:lang w:eastAsia="zh-CN"/>
        </w:rPr>
        <w:t>　　医院里的“白衣天使”们也有梦想，那就是救死扶伤。他们为救治病人而尽心尽力，为病人做到更好的呵护。医生为人民服务，为社会做到应有的责任和义务。</w:t>
      </w:r>
      <w:r>
        <w:rPr>
          <w:lang w:eastAsia="zh-CN"/>
        </w:rPr>
        <w:br/>
      </w:r>
      <w:r>
        <w:rPr>
          <w:lang w:eastAsia="zh-CN"/>
        </w:rPr>
        <w:t>　　而我的梦想是当一位作家，我会继续沿着老一辈作家的路程，用心去摄取一些经典的好词佳句，不断去提高自己的水平，发表出许许多多优秀的文章，使更多的孩子能阅读到更多的好作品，让更多的爱好者受益，将来成为国家的栋梁之材。</w:t>
      </w:r>
      <w:r>
        <w:rPr>
          <w:lang w:eastAsia="zh-CN"/>
        </w:rPr>
        <w:br/>
      </w:r>
      <w:r>
        <w:rPr>
          <w:lang w:eastAsia="zh-CN"/>
        </w:rPr>
        <w:t>　　我坚信通过自己的努力，和将不仅仅是一个梦，这个梦会在我的手中慢慢成为现实。我相信这不仅仅是我一个人的梦，这也同样时在座的每一位同学的梦，千千万万个梦将汇集成一个伟大的梦，这是属于我们的梦。</w:t>
      </w:r>
      <w:r>
        <w:rPr>
          <w:lang w:eastAsia="zh-CN"/>
        </w:rPr>
        <w:br/>
      </w:r>
      <w:r>
        <w:rPr>
          <w:lang w:eastAsia="zh-CN"/>
        </w:rPr>
        <w:t>　　雄关漫道真如铁，是对梦想的追求；而今迈步从头越，是对梦想的执着！</w:t>
      </w:r>
      <w:r>
        <w:rPr>
          <w:lang w:eastAsia="zh-CN"/>
        </w:rPr>
        <w:br/>
      </w:r>
      <w:r>
        <w:rPr>
          <w:lang w:eastAsia="zh-CN"/>
        </w:rPr>
        <w:t>　　这就是我的梦！</w:t>
      </w:r>
      <w:r>
        <w:rPr>
          <w:lang w:eastAsia="zh-CN"/>
        </w:rPr>
        <w:br/>
      </w:r>
      <w:r>
        <w:rPr>
          <w:lang w:eastAsia="zh-CN"/>
        </w:rPr>
        <w:t>　　我的演讲到此结束，谢谢大家！</w:t>
      </w:r>
      <w:r>
        <w:rPr>
          <w:lang w:eastAsia="zh-CN"/>
        </w:rPr>
        <w:br/>
      </w:r>
      <w:r>
        <w:rPr>
          <w:lang w:eastAsia="zh-CN"/>
        </w:rPr>
        <w:t xml:space="preserve">    爱国主义教育演讲稿范文 篇16 </w:t>
      </w:r>
      <w:r>
        <w:rPr>
          <w:lang w:eastAsia="zh-CN"/>
        </w:rPr>
        <w:br/>
      </w:r>
      <w:r>
        <w:rPr>
          <w:lang w:eastAsia="zh-CN"/>
        </w:rPr>
        <w:t>　　老师、同学们：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每当我看到鲜艳的五星红旗伴随着雄壮的国歌声冉冉升起的时候,我感到一种激情在胸中澎湃,我的心中马上会联想到祖国壮丽秀美的山川,历史悠久的文化,会想到千百年来那些为抵御外辱,振兴中华献出智慧,抛洒热血,英勇献身的英雄志士我感到无比的自豪和骄傲。</w:t>
      </w:r>
      <w:r>
        <w:rPr>
          <w:lang w:eastAsia="zh-CN"/>
        </w:rPr>
        <w:br/>
      </w:r>
      <w:r>
        <w:rPr>
          <w:lang w:eastAsia="zh-CN"/>
        </w:rPr>
        <w:t>　　在上幼儿园时,老师就教我唱我们的祖国是花园但那时我还不知道祖国是什么,以为祖国真的是一个美丽的大花园,随着年龄的增长,我逐渐对祖国有了一些了解。上小学后,爸爸,妈妈在我的小屋里挂起了一张中国地图,那像雄鸡一样昂首挺立的中国版图就深深地印在了我的心里,激起了我了解祖国的热情,我经常缠着爸爸,妈妈为我讲解那些五颜六色,密密麻麻的东西都是什么。</w:t>
      </w:r>
      <w:r>
        <w:rPr>
          <w:lang w:eastAsia="zh-CN"/>
        </w:rPr>
        <w:br/>
      </w:r>
      <w:r>
        <w:rPr>
          <w:lang w:eastAsia="zh-CN"/>
        </w:rPr>
        <w:t>　　我知道了雄鸡的头部是富饶的东北,那里有景色迷人的大小兴安岭。春天,树木抽出新的枝条,长出嫩绿的叶子;夏天,草木茂盛、鲜花盛开,像一个美丽的大花园;秋天,森林向人们献出酸甜可口的野葡萄、脆脆的榛子、鲜嫩的木耳和蘑菇,还有人参等名贵药材。冬天,大雪覆盖了整个森林,景色更是美丽迷人。那里还有我国特大油田--大庆油田,它不仅是我国的石油加工基地,也是世界上的大油田之一。大庆油田彻底摘掉了我国石油落后的帽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我知道了雄鸡的背部是辽阔的华北。那里是我国粮食、棉花的重要产地。我国东方红1号卫星也是在那里成功发射的。从此,我国便成为继前苏联、美国、英国、法国之后世界上第五个能够独立发射卫星的国家,这表明我国的航天技术已达到世界前列。我知道了雄鸡的腹部是富裕的东南。十四个城市的开放,四个经济特区的创建,开创了中国特色的社会主义之路。香港--这颗东方的明珠回到了祖国的怀抱,它的回归不仅洗雪了我国百年的耻辱,而且向世界证明,中国的综合国力在日益增强。</w:t>
      </w:r>
      <w:r>
        <w:rPr>
          <w:lang w:eastAsia="zh-CN"/>
        </w:rPr>
        <w:br/>
      </w:r>
      <w:r>
        <w:rPr>
          <w:lang w:eastAsia="zh-CN"/>
        </w:rPr>
        <w:t>　　我知道雄鸡的足上是两颗璀璨的明珠--海南岛和中国台湾岛。在那里,椰子、木瓜、香蕉等热带水果到处都是,橡胶、油棕、咖啡等热带经济作物遍布全岛。在平原地区,一年四季可以种植庄稼,水稻一年可以收三次,花木四季常绿,鲜花四季常开,那里既是一个美丽的大花园,又是一座巨大的万宝库。我知道了雄鸡的心脏是祖国的首都--北京,它是我国政治、经济、文化的中心,那里有雄伟的天安门城楼,有闻名世界的万里长城,有历史悠久的故宫、天坛、颐和园等名胜,更有无数充满现代气息的高楼大厦和立交桥。在那里古老的文化与现代的文明交相辉映。</w:t>
      </w:r>
      <w:r>
        <w:rPr>
          <w:lang w:eastAsia="zh-CN"/>
        </w:rPr>
        <w:br/>
      </w:r>
      <w:r>
        <w:rPr>
          <w:lang w:eastAsia="zh-CN"/>
        </w:rPr>
        <w:t>　　祖国壮丽秀美的山川让我感到骄傲,它那五千年的历史文化更让我感到自豪。我们的祖先用勤劳和智慧,创造了中华民族灿烂的文明,威镇海外的四大发明是中国对世界文明的贡献,造纸术,印刷术,使得人类的文明得以保存记载。火药和火器的西传为欧洲摧毁其封建制度和资本主义的发展起到了决定性的作用。而指南针更是对航海功不可没,并推动了世界文明的交流和发展。</w:t>
      </w:r>
      <w:r>
        <w:rPr>
          <w:lang w:eastAsia="zh-CN"/>
        </w:rPr>
        <w:br/>
      </w:r>
      <w:r>
        <w:rPr>
          <w:lang w:eastAsia="zh-CN"/>
        </w:rPr>
        <w:t>　　四大发明通过丝绸之路融合到世界各国文明中去,把古中国的智慧和勤劳也传播到西方。名扬天下的诸子百家在哲学、历史、政治、军事、文学等方面都给后代留下了深刻的启示。如儒家的仁政己所不欲,勿施于人的恕道;孟子的古代民主思想;道家的辩证法;墨家的科学思想;法家的唯物思想;兵家的军事思想等,在今天依然闪烁光芒。</w:t>
      </w:r>
      <w:r>
        <w:rPr>
          <w:lang w:eastAsia="zh-CN"/>
        </w:rPr>
        <w:br/>
      </w:r>
    </w:p>
    <w:p w:rsidR="001B1F19" w14:textId="27C3F48A">
      <w:pPr>
        <w:rPr>
          <w:rFonts w:hint="eastAsia"/>
          <w:lang w:eastAsia="zh-CN"/>
        </w:rPr>
      </w:pPr>
      <w:r>
        <w:rPr>
          <w:lang w:eastAsia="zh-CN"/>
        </w:rPr>
        <w:t>　　世界奇观万里长城更是我们中华民族的象征和骄傲,它宛如一条巨龙翻山越岭,蜿蜒迂回与崇山峻岭之间,气势磅礴,庄严雄伟是人类建筑史上罕见的奇观,它凝聚了我们祖先的血汗和智慧。五千年的文明孕育了中华民族的尊严,造就了中国人民独特的讲风骨、重气节的民族素质。历代仁人志士为国家前途、人民幸福,为坚守自己的志向,不惧困苦,不受利诱,保持铮铮铁骨的浩然正气。</w:t>
      </w:r>
      <w:r>
        <w:rPr>
          <w:lang w:eastAsia="zh-CN"/>
        </w:rPr>
        <w:br/>
      </w:r>
      <w:r>
        <w:rPr>
          <w:lang w:eastAsia="zh-CN"/>
        </w:rPr>
        <w:t xml:space="preserve">    爱国主义教育演讲稿范文 篇17 </w:t>
      </w:r>
      <w:r>
        <w:rPr>
          <w:lang w:eastAsia="zh-CN"/>
        </w:rPr>
        <w:br/>
      </w:r>
      <w:r>
        <w:rPr>
          <w:lang w:eastAsia="zh-CN"/>
        </w:rPr>
        <w:t>　　红日高升，旗帜飞扬，祖国母亲在人民热情的欢呼声中迎来了自己的六十九周岁生日。回首这一路，近七十载的不懈摸索，大半世纪的辛苦改革，终于终于从风雨中走出来，走进了彩虹，走在了民族复兴的伟大道路上，走到了时代的前列，走进了世界的尖端。红旗猎猎，红歌高亢，旭日东升，朝气昂扬，一如当今的祖国，肩扛辉煌历史，抒写丰采未来。</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https://d.book118.com/428032031111006033</w:t>
        </w:r>
      </w:hyperlink>
    </w:p>
    <w:p w:rsidR="001B1F19">
      <w:pPr>
        <w:rPr>
          <w:rFonts w:hint="eastAsia"/>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28032031111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