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医生年度专业技术人员考核总结（17篇）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医生年度专业技术人员考核总结 1 </w:t>
      </w:r>
      <w:r>
        <w:rPr>
          <w:lang w:eastAsia="zh-CN"/>
        </w:rPr>
        <w:br/>
      </w:r>
      <w:r>
        <w:rPr>
          <w:lang w:eastAsia="zh-CN"/>
        </w:rPr>
        <w:t>　　20__年，在院领导、科主任、多位上级医师的指导下，我努力工作、学习，将书本理论与临床实践相结合，努力钻研内儿科专业知识体系，在实践过程中我逐渐熟悉到临床工作的复杂性、多样性，了解到了一些内儿科疾病的诊疗过程。现将本人近一年来的思想、工作、学习情况总结如下：</w:t>
      </w:r>
      <w:r>
        <w:rPr>
          <w:lang w:eastAsia="zh-CN"/>
        </w:rPr>
        <w:br/>
      </w:r>
      <w:r>
        <w:rPr>
          <w:lang w:eastAsia="zh-CN"/>
        </w:rPr>
        <w:t>　　一、端正工作态度，热情为患者服务</w:t>
      </w:r>
      <w:r>
        <w:rPr>
          <w:lang w:eastAsia="zh-CN"/>
        </w:rPr>
        <w:br/>
      </w:r>
      <w:r>
        <w:rPr>
          <w:lang w:eastAsia="zh-CN"/>
        </w:rPr>
        <w:t>　　在实习过程中，本人严格遵守医院规章制度，认真履行实习医生职责，严格要求自己，尊敬师长，关心病人，不迟到，不早退，踏实工作，努力做到工作规范化，技能服务优质化，基础灵活化，爱心活动经常化，将理论与实践相结合，并做到理论学习有计划，有重点，工作有，有记录，实习期间，始终以爱心，细心，耐心为基本，努力做到眼勤，手勤，脚勤，嘴勤，想病人之所想，急病人之所急，全心全意为患者提供优质服务，树立了良好的医德医风。</w:t>
      </w:r>
      <w:r>
        <w:rPr>
          <w:lang w:eastAsia="zh-CN"/>
        </w:rPr>
        <w:br/>
      </w:r>
      <w:r>
        <w:rPr>
          <w:lang w:eastAsia="zh-CN"/>
        </w:rPr>
        <w:t>　　二、认真负责地做好工作，做好，进步专业技术水平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参加工作后我仍然坚持天天学习，天天把握一种疾病；同时不忘学习本专业研究的新成果，不断汲取新的营养，锻炼科研思维；坚持“精益求精，一丝不苟”的原则，工作过程中严格按照事故及差错的发生；在工作中不断丰富自己的临床，时刻保持谦虚谨慎，碰到不懂的题目勇于向上级医师请教，努力进步自己综合分析题目和解决题目能力。</w:t>
      </w:r>
      <w:r>
        <w:rPr>
          <w:lang w:eastAsia="zh-CN"/>
        </w:rPr>
        <w:br/>
      </w:r>
      <w:r>
        <w:rPr>
          <w:lang w:eastAsia="zh-CN"/>
        </w:rPr>
        <w:t>　　严密观察病情，及时正确记录病情，对患者的处理得当；在内儿科的实习工作中，本人严格遵守科室制度，按时参加查房，熟悉病人病情，能正确回答带教老师提问，规范熟练进行各项基础操纵，能规范书写各类文书，并能做好内儿科常见病的诊疗。在工作中，发现题目能认真分析，及时解决，同时，本人积极参加各类专业学习，不断丰富自己的业务知识，通过学习，对整体技术与病房治理知识有了更全面的熟悉和了解。</w:t>
      </w:r>
      <w:r>
        <w:rPr>
          <w:lang w:eastAsia="zh-CN"/>
        </w:rPr>
        <w:br/>
      </w:r>
      <w:r>
        <w:rPr>
          <w:lang w:eastAsia="zh-CN"/>
        </w:rPr>
        <w:t>　　三、严格要求自己</w:t>
      </w:r>
      <w:r>
        <w:rPr>
          <w:lang w:eastAsia="zh-CN"/>
        </w:rPr>
        <w:br/>
      </w:r>
      <w:r>
        <w:rPr>
          <w:lang w:eastAsia="zh-CN"/>
        </w:rPr>
        <w:t>　　在做好本职工作的基础上，积极为科室的发展出谋划策，希望明年的工作量能够再上新高。在医院领导和同事们的帮助下，我的各项工作完成地较为圆满，但是我不能有丝毫的松懈，由于以后的工作还会面临更大的挑战和机遇。同时与先进同事相比还有差距，在今后工作中，我要继续努力，克服不足，创造更加优异的`工作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上是我的工作总结，在过往的近一年里，要再次感谢院领导、护士长。带教老师周医生的、指导、批评和帮助，感谢同事们给予的关心和支持。过往的一年，是不断学习、不断充实的一年，是积极探索、逐步成长的一年。我也深知，在业务知识上，与自己本职工作要求还存在有一定的差距。在今后的工作和学习中，自己要更进一步严格要求自己，加强业务知识方面的学习，认真总结经验教训，克服不足，在各级领导和同事的帮助下，通过不懈地努力，加强我的自身能力。更好的为病人服务。</w:t>
      </w:r>
      <w:r>
        <w:rPr>
          <w:lang w:eastAsia="zh-CN"/>
        </w:rPr>
        <w:br/>
      </w:r>
      <w:r>
        <w:rPr>
          <w:lang w:eastAsia="zh-CN"/>
        </w:rPr>
        <w:t>　　医生年度专业技术人员考核总结 2</w:t>
      </w:r>
      <w:r>
        <w:rPr>
          <w:lang w:eastAsia="zh-CN"/>
        </w:rPr>
        <w:br/>
      </w:r>
      <w:r>
        <w:rPr>
          <w:lang w:eastAsia="zh-CN"/>
        </w:rPr>
        <w:t>　　从20__年__月__日开始，本人继续担任口腔科总住院医师工作。一年来，在医院医疗质量管理科及口腔科领导的关心支持下，忠实履行住院总工作职责，在努力提高自身业务及综合素质的同时，踏踏实实工作，在临床、教学及科研等各方面取得了一定成绩，现汇报如下：</w:t>
      </w:r>
      <w:r>
        <w:rPr>
          <w:lang w:eastAsia="zh-CN"/>
        </w:rPr>
        <w:br/>
      </w:r>
      <w:r>
        <w:rPr>
          <w:lang w:eastAsia="zh-CN"/>
        </w:rPr>
        <w:t>　　一、继续建立和完善各项，有效保障医疗及病人安全</w:t>
      </w:r>
      <w:r>
        <w:rPr>
          <w:lang w:eastAsia="zh-CN"/>
        </w:rPr>
        <w:br/>
      </w:r>
      <w:r>
        <w:rPr>
          <w:lang w:eastAsia="zh-CN"/>
        </w:rPr>
        <w:t>　　病人安全及医疗安全是医院生存的生命线，也是患者和医生所追求的最终目标。如何保证病人安全是每个医务工作者也是每一个医院管理者共同关心的话题。对患者安全管理，程度的保证患者安全也是实行住院总制度的预期目标。保障病人安全归根结底要靠制度建设。我院口腔医学院刚刚成立，许多制度需要完善。在本人担任总住院医师期间，协助科室领导先后制定了各种制度，如下：</w:t>
      </w:r>
      <w:r>
        <w:rPr>
          <w:lang w:eastAsia="zh-CN"/>
        </w:rPr>
        <w:br/>
      </w:r>
      <w:r>
        <w:rPr>
          <w:lang w:eastAsia="zh-CN"/>
        </w:rPr>
        <w:t>　　1、恢复晚查房及危重病人床边交接班制度。</w:t>
      </w:r>
      <w:r>
        <w:rPr>
          <w:lang w:eastAsia="zh-CN"/>
        </w:rPr>
        <w:br/>
      </w:r>
      <w:r>
        <w:rPr>
          <w:lang w:eastAsia="zh-CN"/>
        </w:rPr>
        <w:t>　　2、坚持月阶段及周阶段总结汇报制度。</w:t>
      </w:r>
      <w:r>
        <w:rPr>
          <w:lang w:eastAsia="zh-CN"/>
        </w:rPr>
        <w:br/>
      </w:r>
      <w:r>
        <w:rPr>
          <w:lang w:eastAsia="zh-CN"/>
        </w:rPr>
        <w:t>　　3、实行主任每周主题查房制度。</w:t>
      </w:r>
      <w:r>
        <w:rPr>
          <w:lang w:eastAsia="zh-CN"/>
        </w:rPr>
        <w:br/>
      </w:r>
      <w:r>
        <w:rPr>
          <w:lang w:eastAsia="zh-CN"/>
        </w:rPr>
        <w:t>　　4、制定口腔肿瘤病人的随访及登记制度。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这些制度的建立，规范了各级医生的职责，使大家有章可循，工作规范了，许多医疗隐患杜绝了，更好地保障了医疗安全，全年口腔颌面外科病房未发生过医疗事故及差错事故。</w:t>
      </w:r>
      <w:r>
        <w:rPr>
          <w:lang w:eastAsia="zh-CN"/>
        </w:rPr>
        <w:br/>
      </w:r>
      <w:r>
        <w:rPr>
          <w:lang w:eastAsia="zh-CN"/>
        </w:rPr>
        <w:t>　　二、积极参与口腔医学院(系)的各项建设及宣传工作</w:t>
      </w:r>
      <w:r>
        <w:rPr>
          <w:lang w:eastAsia="zh-CN"/>
        </w:rPr>
        <w:br/>
      </w:r>
      <w:r>
        <w:rPr>
          <w:lang w:eastAsia="zh-CN"/>
        </w:rPr>
        <w:t>　　情系口腔，积极参与我院口腔医疗事业的各个里程碑式的事件诸如：建立口腔医学院、口腔医学硕士点评比、博士点申请、承担__市口腔执业医师技能考试等。在硕士点评比中，连夜加班加点撰写、协助整理资料、联系评委等具体琐碎工作;在口腔执业医师技能考试工作中，担任考官，严格执行考试标准，圆满地完成了考试任务。我院口腔医学系成立刚刚一年，许多同仁还不了解。口腔医学的分支日渐精细，口腔临床科室分工也日渐专科化，口腔各分支学科的知识需要普及，住院总是联系各科室的桥梁也是科室的宣传员。我平时积极写稿件，对我科新开展的新技术，新业务及时总结，在《___简报》及《__简报》上发表简报多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参与协调制作我科宣传活页，口腔科的不同科室如牙体牙髓科、口腔颌面外科、口腔修复科、口腔正畸科、牙病科、口腔黏膜病科等选出本科室最常见的1-2种疾病制作成宣传活页，普及口腔。有意识的进行临床资料收集及保存分类整理工作，遇到有典型病例总会亲自拍照片，留资料。尤其是术前术后的资料对比，典型病例的影像、病理及手术照片都要收集。凡是我独立管床的病人都保留各项资料。按疾病的不同分类、姓名及住院日期建立不同索引，有利于查找。典型病例制作光盘，单独保留。临床资料的收集整理及分类工作是一项系统的繁杂的工程，我经常牺牲周末节假日整理资料，希望为我院口腔医学系的建设和积淀做自己的一点贡献。在今年七一前夕被口腔科支部推荐为__医院“优秀共产党员”称号。</w:t>
      </w:r>
      <w:r>
        <w:rPr>
          <w:lang w:eastAsia="zh-CN"/>
        </w:rPr>
        <w:br/>
      </w:r>
      <w:r>
        <w:rPr>
          <w:lang w:eastAsia="zh-CN"/>
        </w:rPr>
        <w:t>　　三、参与口腔科病房各种手术及口腔科的急诊及会诊工作</w:t>
      </w:r>
      <w:r>
        <w:rPr>
          <w:lang w:eastAsia="zh-CN"/>
        </w:rPr>
        <w:br/>
      </w:r>
      <w:r>
        <w:rPr>
          <w:lang w:eastAsia="zh-CN"/>
        </w:rPr>
        <w:t>　　口腔科病房目前开房床位26张。我科病房分三组，分别为肿瘤组，创伤组及唾液腺组，我参与了三个小组几乎所有手术。在肿瘤组中担任一助，在另两组中任二助。不同主刀医生的不同风格，高强度及大量的手术机会使我的业务能力、手术技巧大大提高。在病房三位教授的培养及关心下，目前已经能独立完成各项常规中小手术，手术操作日渐规范和熟练。急诊及会诊工作是每个住院总的主要工作，和兄弟科室的住院总一样，遇到急会诊，我总是及时到达，与相关科室医师一道积极处理病人，参与危重病人的急救。有许多许多忙碌的夜晚，有许多病人转危为安的`时刻，有许多许多可以回忆的惊心动魄，许多许多的历历在目，正是这种辛勤劳动为住院总赢得了荣誉，为病人挽回了生命。同时，去相关科室会诊及和各位住院总的合作使我拓展了知识，开阔了视野。</w:t>
      </w:r>
      <w:r>
        <w:rPr>
          <w:lang w:eastAsia="zh-CN"/>
        </w:rPr>
        <w:br/>
      </w:r>
      <w:r>
        <w:rPr>
          <w:lang w:eastAsia="zh-CN"/>
        </w:rPr>
        <w:t>　　四、口腔颌面外科学的带教及教学工作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科承担有全校口腔科学及口腔系的各项专业课程的教学任务，同时我科有许多实习医生、轮训制医生及新参加工作的医生需要培训。我参与了口腔颌面外科的临床带教及教学工作，如为__级预防医学系讲授口腔颌面部感染;为__大学的口腔本科实习医师讲解病历书写规范及医疗核心制度;多次为住院医师及护士讲解口腔颌面外科诊疗常规及基础理论知识;参与制定口腔医学系口腔颌面外科的临床课程计划制定工作。在__年度的口腔医学系的本科教学中担任口腔颌面外科的教学秘书工作，承担了大量的理论课及实践课的教学工作，协调来自___医科大学各附属医院的口腔外科教员，共同高质量地完成了口外的教学工作。在本年度末口腔医学院的评比中，获得“第一名”的好成绩。</w:t>
      </w:r>
      <w:r>
        <w:rPr>
          <w:lang w:eastAsia="zh-CN"/>
        </w:rPr>
        <w:br/>
      </w:r>
      <w:r>
        <w:rPr>
          <w:lang w:eastAsia="zh-CN"/>
        </w:rPr>
        <w:t>　　五、质控员工作</w:t>
      </w:r>
      <w:r>
        <w:rPr>
          <w:lang w:eastAsia="zh-CN"/>
        </w:rPr>
        <w:br/>
      </w:r>
      <w:r>
        <w:rPr>
          <w:lang w:eastAsia="zh-CN"/>
        </w:rPr>
        <w:t>　　从__年7月份起，我开始担任口腔科第三届质控员，参加质控员岗前培训，参与质量管理科各种有关质控员会议，承担起口腔颌面外科病。</w:t>
      </w:r>
      <w:r>
        <w:rPr>
          <w:lang w:eastAsia="zh-CN"/>
        </w:rPr>
        <w:br/>
      </w:r>
      <w:r>
        <w:rPr>
          <w:lang w:eastAsia="zh-CN"/>
        </w:rPr>
        <w:t>　　医生年度专业技术人员考核总结 3</w:t>
      </w:r>
      <w:r>
        <w:rPr>
          <w:lang w:eastAsia="zh-CN"/>
        </w:rPr>
        <w:br/>
      </w:r>
      <w:r>
        <w:rPr>
          <w:lang w:eastAsia="zh-CN"/>
        </w:rPr>
        <w:t>　　回想20__年医疗工作中，我在医院各级领导和老师的正确领导下认真工作和学习。通过这一年来的工作和学习，我在思想上、工作上和学习上等各个方面都达到了一定的提高，也有不少的教训和体会，从各个方面锻炼了自己，但有时又感十分无赖。具体从以下几个方面谈起：</w:t>
      </w:r>
      <w:r>
        <w:rPr>
          <w:lang w:eastAsia="zh-CN"/>
        </w:rPr>
        <w:br/>
      </w:r>
      <w:r>
        <w:rPr>
          <w:lang w:eastAsia="zh-CN"/>
        </w:rPr>
        <w:t>　　一、坚持科学发展、构建和谐医患关系，时时争做优秀党员。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在院党总支的领导下，继续深入学习党的基本理论、方针和政策，以一名共产党员严格要求自己。我认真的组织组员参加组织活动并做好记录。进一步端正服务理念，进一步增强服务意识，进一步改善服务态度，营造互相信任、互相尊重、互相理解、互相帮助的温馨和谐的医患关系开展自身思想品德建设，以“八不准”严格要求自己，时时自查，在医院领导的正确领导下，在科室主任的英明决策下，努力在工作中做到科学发展，时时争取做一名优秀的共产党员。</w:t>
      </w:r>
      <w:r>
        <w:rPr>
          <w:lang w:eastAsia="zh-CN"/>
        </w:rPr>
        <w:br/>
      </w:r>
      <w:r>
        <w:rPr>
          <w:lang w:eastAsia="zh-CN"/>
        </w:rPr>
        <w:t>　　二、遵守医院的规章制度，认真钻研，完成了医院和自己既定的目标。</w:t>
      </w:r>
      <w:r>
        <w:rPr>
          <w:lang w:eastAsia="zh-CN"/>
        </w:rPr>
        <w:br/>
      </w:r>
      <w:r>
        <w:rPr>
          <w:lang w:eastAsia="zh-CN"/>
        </w:rPr>
        <w:t>　　我在科室主任、老师的指导下，积极参与了普外科病人的诊治工作。我在各种手术操作中，严格遵循医疗常规，认真仔细，从不违规操作。通过自己的努力学习和科主任及老师们悉心教导，我更加熟练掌握了普通外科常见病、多发病以及一些罕见病的诊断和治疗，手术中应急处理和围手术期的处理方案，在工作中，我严格遵守医院的规章制度，从不旷工，反而是多次加班工作，目前在同科医生中，欠休假是最多。每个月的门诊病人及门诊收入，在同级医生中也是名列前茅。我不计较个人得失，拒收病员钱物，多次收到就诊病员的感谢信。</w:t>
      </w:r>
      <w:r>
        <w:rPr>
          <w:lang w:eastAsia="zh-CN"/>
        </w:rPr>
        <w:br/>
      </w:r>
      <w:r>
        <w:rPr>
          <w:lang w:eastAsia="zh-CN"/>
        </w:rPr>
        <w:t>　　三、继续加强学习，从多种途径丰富和培养自己。</w:t>
      </w:r>
      <w:r>
        <w:rPr>
          <w:lang w:eastAsia="zh-CN"/>
        </w:rPr>
        <w:br/>
      </w:r>
      <w:r>
        <w:rPr>
          <w:lang w:eastAsia="zh-CN"/>
        </w:rPr>
        <w:t>　　我一开始工作，就深知自己的不足，为此，我一方面再次温习大学书本，一方面从其他途径去了解和学习医学知识：我积极参加院内和院外组织的多种学术活动，不断吸取医学的新知识和新进展；在工作学习期间，我积极参与科室的业务学习并讨论发言，提出自己的见解；参加了科室组织的“三基”考试并顺利过关。同时今年参加了腹腔镜培训班活动并取得了腹腔镜中级技术合格证。也参加了省卫生厅的住院医师规范化培训师资培训班的学习。通过不断学习，我健全了自己理论水平，完善了自己的知识结构，丰富了自己的临床经验，增强了自己的法律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四、振奋精神，进入状态，积极投入医疗质量万里行活动，迎接复评。</w:t>
      </w:r>
      <w:r>
        <w:rPr>
          <w:lang w:eastAsia="zh-CN"/>
        </w:rPr>
        <w:br/>
      </w:r>
      <w:r>
        <w:rPr>
          <w:lang w:eastAsia="zh-CN"/>
        </w:rPr>
        <w:t>　　这年我们迎来卫生部等级医院复评，这是对我们的工作的一次全面检验和考核。上级部门定期的严格考核，本身就是我们进入到三级医院行列的成果之一，只有不断的严格要求，我们才能不断地进步。同时今年卫生部也要求我们医疗机构做到“医疗质量万里行”活动，我把复评和万里行活动当作是对工作的促进，珍惜这次机会，重新温习标准和学习医疗质量万里行的活动标准，再一次把各项工作系统地检查一遍，该弥补的要尽早进行，需完善的决不遗漏。</w:t>
      </w:r>
      <w:r>
        <w:rPr>
          <w:lang w:eastAsia="zh-CN"/>
        </w:rPr>
        <w:br/>
      </w:r>
      <w:r>
        <w:rPr>
          <w:lang w:eastAsia="zh-CN"/>
        </w:rPr>
        <w:t>　　作为一名医务人员，我学习和借鉴上级医院的同仁们的工作热情和认真态度，从自身上抓起，努力提高自己的业务水平，以“三基”“三严”为准绳，加强法律法规的.学习，继续巩固去年的“四心服务”，严格各种收费项目，做到“不乱收”，“不多收”，“不少收”，合格用药和开具医学检查，避免不合理的医疗浪费，完善医患沟通制度，及时准确的签署各种医疗文件，认真书写病历并做到病历甲级率90%以上，认真填报各种医学报告卡，努力降低病人的占床日和药品比例上下功夫，努力为每个病员服好务，争做一名优秀的医务人员。同时努力实现以下四个突破：</w:t>
      </w:r>
      <w:r>
        <w:rPr>
          <w:lang w:eastAsia="zh-CN"/>
        </w:rPr>
        <w:br/>
      </w:r>
      <w:r>
        <w:rPr>
          <w:lang w:eastAsia="zh-CN"/>
        </w:rPr>
        <w:t>　　1、是坚持社会效益优先，以病人为中心，在公益性体现程度方面取得新突破。</w:t>
      </w:r>
      <w:r>
        <w:rPr>
          <w:lang w:eastAsia="zh-CN"/>
        </w:rPr>
        <w:br/>
      </w:r>
      <w:r>
        <w:rPr>
          <w:lang w:eastAsia="zh-CN"/>
        </w:rPr>
        <w:t>　　2、是健全完善医患沟通制度，在促进医患沟通整体效果方面取得新突破。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3、是提供优质医疗服务，在患者对医疗机构医疗服务满意度方面取得新突破。</w:t>
      </w:r>
      <w:r>
        <w:rPr>
          <w:lang w:eastAsia="zh-CN"/>
        </w:rPr>
        <w:br/>
      </w:r>
      <w:r>
        <w:rPr>
          <w:lang w:eastAsia="zh-CN"/>
        </w:rPr>
        <w:t>　　4、是健全完善医疗告知制度，在增进医患信任方面取得新突破。</w:t>
      </w:r>
      <w:r>
        <w:rPr>
          <w:lang w:eastAsia="zh-CN"/>
        </w:rPr>
        <w:br/>
      </w:r>
      <w:r>
        <w:rPr>
          <w:lang w:eastAsia="zh-CN"/>
        </w:rPr>
        <w:t>　　我通过今年的工作和学习，进一步增强大局意识，坚持做好“为民健康，从我做起”，构建了和谐医患关系，我努力做到了对每一位病人赋于医务人员应有的爱心，以精湛的医疗服务技术让病人放心，耐心的为每一位患者和家属解决自己权限范围内可以解决的困难，努力为病人和家属营造了一个温馨的就医环境，让医院和病员放心，不断的在工作和学习中提高了自己医疗服务水平，争取在评审中不落医院的后腿。</w:t>
      </w:r>
      <w:r>
        <w:rPr>
          <w:lang w:eastAsia="zh-CN"/>
        </w:rPr>
        <w:br/>
      </w:r>
      <w:r>
        <w:rPr>
          <w:lang w:eastAsia="zh-CN"/>
        </w:rPr>
        <w:t>　　五、崇尚新技术，发展新业务</w:t>
      </w:r>
      <w:r>
        <w:rPr>
          <w:lang w:eastAsia="zh-CN"/>
        </w:rPr>
        <w:br/>
      </w:r>
      <w:r>
        <w:rPr>
          <w:lang w:eastAsia="zh-CN"/>
        </w:rPr>
        <w:t>　　在今年中，我努力学习普外科的新进展和新技术，并且刻苦钻研，为此，我自制了腹腔镜模拟训练仪，抽空就练习腹腔镜的手术操作。同时，因了解到无张力疝修补术的新进展——腹膜前间隙修补。因此，就认真学习，并且在我院首次自已独立主刀完成了腹膜前间隙修补术，提高了手术质量，缩短了手术时间和病人的住院时间。六、敢于承认错误，接受批评，努力以新的成绩向医院汇报</w:t>
      </w:r>
      <w:r>
        <w:rPr>
          <w:lang w:eastAsia="zh-CN"/>
        </w:rPr>
        <w:br/>
      </w:r>
      <w:r>
        <w:rPr>
          <w:lang w:eastAsia="zh-CN"/>
        </w:rPr>
        <w:t>　　在今年，因自己的骄傲自满的情绪，让自己在工作中出现误差，为此，在领导们的教育和帮助下，敢于承认自己的错误，接受领导和老师的批评，并且下决心改正错误，在以后的工作中更要严格要求自己，使自己以教训当作经验，以领导给的机会当作契机，努力工作，讲奉献，争取以新的成绩来向医院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医生年度专业技术人员考核总结 4</w:t>
      </w:r>
      <w:r>
        <w:rPr>
          <w:lang w:eastAsia="zh-CN"/>
        </w:rPr>
        <w:br/>
      </w:r>
      <w:r>
        <w:rPr>
          <w:lang w:eastAsia="zh-CN"/>
        </w:rPr>
        <w:t>　　在医院、科室领导的关怀及同事们的关心下，较好地完成了各项工作任务，使自己较快地熟识了新的工作环境，在工作态度、专业技术水公平方面均取得较大的进步，主要有以下几个方面：</w:t>
      </w:r>
      <w:r>
        <w:rPr>
          <w:lang w:eastAsia="zh-CN"/>
        </w:rPr>
        <w:br/>
      </w:r>
      <w:r>
        <w:rPr>
          <w:lang w:eastAsia="zh-CN"/>
        </w:rPr>
        <w:t>　　一、端正工作态度，热忱为患者服务</w:t>
      </w:r>
      <w:r>
        <w:rPr>
          <w:lang w:eastAsia="zh-CN"/>
        </w:rPr>
        <w:br/>
      </w:r>
      <w:r>
        <w:rPr>
          <w:lang w:eastAsia="zh-CN"/>
        </w:rPr>
        <w:t>　　作为一名医生，为患者服务，既是责任，也是义务。我们医院对于内陆居__来说还是新生事物，要想在最短的时间内做强做大，我认为首先要提高服务质量，让每一个就诊的患者满足，并以此来扩大我院的.知名度。参与工作以后，我努力提高自己的思想素养和业务道德水平，摆正仆人翁的心态，急病人所急，想病人所想，竭尽全能地为患者服务；急躁对待每一位患者，不管自己多累，都不厌其烦地做好解释和沟通，争取将两好一满足工作落实到实处。</w:t>
      </w:r>
      <w:r>
        <w:rPr>
          <w:lang w:eastAsia="zh-CN"/>
        </w:rPr>
        <w:br/>
      </w:r>
      <w:r>
        <w:rPr>
          <w:lang w:eastAsia="zh-CN"/>
        </w:rPr>
        <w:t>　　二、仔细负责地做好医疗工作，提高专业技术水平</w:t>
      </w:r>
      <w:r>
        <w:rPr>
          <w:lang w:eastAsia="zh-CN"/>
        </w:rPr>
        <w:br/>
      </w:r>
      <w:r>
        <w:rPr>
          <w:lang w:eastAsia="zh-CN"/>
        </w:rPr>
        <w:t>　　1、坚持业务学习不放松。参与工作后我仍旧坚持每天学习，每天把握一种疾病；同时不忘学习本专业讨论的新成果，不断吸取新的养分，熬炼科研思维；</w:t>
      </w:r>
      <w:r>
        <w:rPr>
          <w:lang w:eastAsia="zh-CN"/>
        </w:rPr>
        <w:br/>
      </w:r>
      <w:r>
        <w:rPr>
          <w:lang w:eastAsia="zh-CN"/>
        </w:rPr>
        <w:t>　　2、坚持“精益求精，一丝不苟”的原则，工作过程中严格根据医疗操作常规进行，避开医疗事故及差错的发生；在工作中不断丰富自己的临床阅历，时刻保持虚心谨慎，遇到不懂的问题勇于向上级医师请教，努力提高自己综合分析问题和解决问题力量；严密观看病情，准时精确记录病情，对患者的处理得当；作为一名新医生，戒骄戒躁，精神饱满，不断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三、严格要求自己，乐观为医院的进展建言出力</w:t>
      </w:r>
      <w:r>
        <w:rPr>
          <w:lang w:eastAsia="zh-CN"/>
        </w:rPr>
        <w:br/>
      </w:r>
      <w:r>
        <w:rPr>
          <w:lang w:eastAsia="zh-CN"/>
        </w:rPr>
        <w:t>　　为医院的一员，“院兴我荣，院衰我耻”，建言出力谋求医院更大的进展是义不容辞的责任。在做好本职工作的基础上，乐观为科室的进展出谋划策，盼望明年的工作量能够再上新高。</w:t>
      </w:r>
      <w:r>
        <w:rPr>
          <w:lang w:eastAsia="zh-CN"/>
        </w:rPr>
        <w:br/>
      </w:r>
      <w:r>
        <w:rPr>
          <w:lang w:eastAsia="zh-CN"/>
        </w:rPr>
        <w:t>　　总结20__年，在医院领导和同事们的关心下，我的各项工作完成地较为圆满，但是我不能有丝毫的松懈，由于以后的工作还会面临更大的挑战和机遇。同时与（其它）先进同事相比还有差距，在今后工作中，我要连续努力，克服不足，制造更加优异的工作成果。</w:t>
      </w:r>
      <w:r>
        <w:rPr>
          <w:lang w:eastAsia="zh-CN"/>
        </w:rPr>
        <w:br/>
      </w:r>
      <w:r>
        <w:rPr>
          <w:lang w:eastAsia="zh-CN"/>
        </w:rPr>
        <w:t>　　医生年度专业技术人员考核总结 5</w:t>
      </w:r>
      <w:r>
        <w:rPr>
          <w:lang w:eastAsia="zh-CN"/>
        </w:rPr>
        <w:br/>
      </w:r>
      <w:r>
        <w:rPr>
          <w:lang w:eastAsia="zh-CN"/>
        </w:rPr>
        <w:t>　　20__年上半年，在院领导下和各科室的支持关心下，门诊部全体医生齐心协力，在工作上乐观主动，树立高度的事业心和责任心，围绕科室工作性质，围绕医院中心工作，踏实苦干，严格管理，求真务实，在医疗质量、医德医风等方面取得了较好的成果，截至__月底，接诊约__万人次，圆满完成了工作任务。</w:t>
      </w:r>
      <w:r>
        <w:rPr>
          <w:lang w:eastAsia="zh-CN"/>
        </w:rPr>
        <w:br/>
      </w:r>
      <w:r>
        <w:rPr>
          <w:lang w:eastAsia="zh-CN"/>
        </w:rPr>
        <w:t>　　一、以病人为中心，全心全意为患者服务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坚持以病人为中心，加强门诊医疗质量的管理，规范医疗服务行为，提高门诊医生的人性化服务意识，使每一位医生明确自身的职责所在，主动热忱地接待患者，急躁询问病情，细致了解患者患病经过，对所开据的药物仔细讲解服用留意事项等，依据患者不同的就诊心理实行相对应的心理指导或劝慰，使患者在得到药物治疗的同时得到心理指导，增加战胜疾病的信念。通过人性化服务的实施，医疗质量得到显著提高，患者对门诊医生的满足度大大提高，门诊投诉率明显降低。</w:t>
      </w:r>
      <w:r>
        <w:rPr>
          <w:lang w:eastAsia="zh-CN"/>
        </w:rPr>
        <w:br/>
      </w:r>
      <w:r>
        <w:rPr>
          <w:lang w:eastAsia="zh-CN"/>
        </w:rPr>
        <w:t>　　二、加强医德医风建设，树立良好的医师形象</w:t>
      </w:r>
      <w:r>
        <w:rPr>
          <w:lang w:eastAsia="zh-CN"/>
        </w:rPr>
        <w:br/>
      </w:r>
      <w:r>
        <w:rPr>
          <w:lang w:eastAsia="zh-CN"/>
        </w:rPr>
        <w:t>　　严格规范门诊医师的仪表仪态。加强门诊医德医风教育和行风检查，提高门诊医生的职业道德修养和医患沟通力量，杜绝拒绝患者就医或应付患者等现象的消失。通过医德医风工作的建设，门诊医师的职业道德素养明显提升，服务意识得到增加。</w:t>
      </w:r>
      <w:r>
        <w:rPr>
          <w:lang w:eastAsia="zh-CN"/>
        </w:rPr>
        <w:br/>
      </w:r>
      <w:r>
        <w:rPr>
          <w:lang w:eastAsia="zh-CN"/>
        </w:rPr>
        <w:t>　　三、完善各项规章制度，将规范落到实处</w:t>
      </w:r>
      <w:r>
        <w:rPr>
          <w:lang w:eastAsia="zh-CN"/>
        </w:rPr>
        <w:br/>
      </w:r>
      <w:r>
        <w:rPr>
          <w:lang w:eastAsia="zh-CN"/>
        </w:rPr>
        <w:t>　　仔细执行首诊负责制、交接班制度、危重病人抢救制度，明确各级医师职责，完善诊疗程序，加强和完善门诊各项核心制度的制订，督促和落实5S的执行状况，严格执行各项奖惩制度。对门诊各种医疗文书的书写质量定期进行检查，提高门、急诊病历、处方及各种申请单的书写质量合格率。严格腹泻、传染病及药品不良反应的上报和登记。严格抗生素分级使用，提高药敏试验的使用率，杜绝抗生素滥用的现象。半年来门诊的.各项规章制度得到严格执行，医疗文书的书写质量显著提高，5S的执行状况良好。</w:t>
      </w:r>
      <w:r>
        <w:rPr>
          <w:lang w:eastAsia="zh-CN"/>
        </w:rPr>
        <w:br/>
      </w:r>
      <w:r>
        <w:rPr>
          <w:lang w:eastAsia="zh-CN"/>
        </w:rPr>
        <w:t>　　四、做好急诊急救工作</w:t>
      </w:r>
      <w:r>
        <w:rPr>
          <w:lang w:eastAsia="zh-CN"/>
        </w:rPr>
        <w:br/>
      </w:r>
      <w:r>
        <w:rPr>
          <w:lang w:eastAsia="zh-CN"/>
        </w:rPr>
        <w:t>　　加强急诊急救学问的学习，使门诊医师熟识急诊急救在当前社会的重要性，稳进急诊急救队伍建设，完善急诊、入院等程序，依据患者的病情做出就诊挨次的调解，使危重患者可以得到优先救治，做到了准时、正确、有序抢救每一位危重病人，并书写好门诊病历，坚决杜绝任何医疗差错和医疗事故的发生，使急诊服务准时、平安、便捷、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五、严格落实便民（措施）、削减就医等待</w:t>
      </w:r>
      <w:r>
        <w:rPr>
          <w:lang w:eastAsia="zh-CN"/>
        </w:rPr>
        <w:br/>
      </w:r>
      <w:r>
        <w:rPr>
          <w:lang w:eastAsia="zh-CN"/>
        </w:rPr>
        <w:t>　　门诊有导诊、分诊、轮椅、担架车、护送服务等各种便民措施。假如门诊患者消失特别增多，会支配专人现场协调、维护就医程序、增加出诊力度，医生提前上班、推迟下班，削减患者因候诊时间长而产生的不满足现象，保证每位患者准时就医。</w:t>
      </w:r>
      <w:r>
        <w:rPr>
          <w:lang w:eastAsia="zh-CN"/>
        </w:rPr>
        <w:br/>
      </w:r>
      <w:r>
        <w:rPr>
          <w:lang w:eastAsia="zh-CN"/>
        </w:rPr>
        <w:t>　　六、定期开展学术讲座，提高医师医疗技术水平</w:t>
      </w:r>
      <w:r>
        <w:rPr>
          <w:lang w:eastAsia="zh-CN"/>
        </w:rPr>
        <w:br/>
      </w:r>
      <w:r>
        <w:rPr>
          <w:lang w:eastAsia="zh-CN"/>
        </w:rPr>
        <w:t>　　医院会议按时参与，仔细领悟会议内容，每月召开门诊例会，总结本月的工作，查漏补缺，发觉问题准时更改。合理支配门诊医师的排班，尽量使每一位医师都有机会参与院内外开展的各种学术讲座，提高医疗技术水平，使所学的学问得到准时更新。</w:t>
      </w:r>
      <w:r>
        <w:rPr>
          <w:lang w:eastAsia="zh-CN"/>
        </w:rPr>
        <w:br/>
      </w:r>
      <w:r>
        <w:rPr>
          <w:lang w:eastAsia="zh-CN"/>
        </w:rPr>
        <w:t>　　今后我们将不断总结阅历，为医院的进展而不懈努力。</w:t>
      </w:r>
      <w:r>
        <w:rPr>
          <w:lang w:eastAsia="zh-CN"/>
        </w:rPr>
        <w:br/>
      </w:r>
      <w:r>
        <w:rPr>
          <w:lang w:eastAsia="zh-CN"/>
        </w:rPr>
        <w:t>　　医生年度专业技术人员考核总结 6</w:t>
      </w:r>
      <w:r>
        <w:rPr>
          <w:lang w:eastAsia="zh-CN"/>
        </w:rPr>
        <w:br/>
      </w:r>
      <w:r>
        <w:rPr>
          <w:lang w:eastAsia="zh-CN"/>
        </w:rPr>
        <w:t>　　一年即将过去，在这一年来，平凡忙碌中伴着充实，创新扩展中伴着快乐，科室在医院领导的带领下，认真做好各项业务性工作及事务性工作，全面贯彻执行各级领导安排和布置的各项工作和任务。牢固树立为人民服务的思想，急患者之所急，想患者之所想，全心全意为患者服务。院领导运筹帷幄，领导有方及时为我科购进所需的手术和处置器械及办公用品，各科室同事也给予我大力支持和鼎立帮助，使得我取得了一定成绩。现将我一年来的工作总结如下。</w:t>
      </w:r>
      <w:r>
        <w:rPr>
          <w:lang w:eastAsia="zh-CN"/>
        </w:rPr>
        <w:br/>
      </w:r>
      <w:r>
        <w:rPr>
          <w:lang w:eastAsia="zh-CN"/>
        </w:rPr>
        <w:t>　　一、免费白内障复明工作顺利开展。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科室一年来，在各级领导的关心支持下，在医院眼科中心的`指导下，医院各科室鼎力配合，今年总共为200例白内障患者实施了免费手术，我院的手术任务超额完成，受到患者及家属的一致好评，取得了良好的社会效应和经济效应。手术期间，本着为人民服务的信念，着重保证手术质量；密切观察患者手术前、手术后情况并做好回访工作；积极解答患者及家属的咨询并主动告知相关注意事项。眼科教授、专家组来我院调研防盲工作，观摩了我院眼科白内障手术，对我院白内障复明工作给予了充分肯定。有各级领导关心和支持，白内障复明工作才得以顺利开展，我们才有更高的热情做好此项工作，一年来科室严把医护质量和服务质量关，全年无一例重大医疗差错事故发生，无感染病例发生。</w:t>
      </w:r>
      <w:r>
        <w:rPr>
          <w:lang w:eastAsia="zh-CN"/>
        </w:rPr>
        <w:br/>
      </w:r>
      <w:r>
        <w:rPr>
          <w:lang w:eastAsia="zh-CN"/>
        </w:rPr>
        <w:t>　　二、不断学习提高业务水平。</w:t>
      </w:r>
      <w:r>
        <w:rPr>
          <w:lang w:eastAsia="zh-CN"/>
        </w:rPr>
        <w:br/>
      </w:r>
      <w:r>
        <w:rPr>
          <w:lang w:eastAsia="zh-CN"/>
        </w:rPr>
        <w:t>　　一个合格的医生应具备的良好素质和条件，通过不断加强业务理论学习，努力提高自身的业务水平，阅读大量业务杂志及书刊，学习有关医疗卫生知识，才能丰富自己的理论知识。经常组织医护人员参加学术会议，并阅读杂志、报刊和网络信息，学习大量新的医疗知识和医疗技术，从而开阔视野，扩大知识面，提高科室业务水平，坚持用新的理论技术指导业务工作，更好为广大眼疾患者服务。</w:t>
      </w:r>
      <w:r>
        <w:rPr>
          <w:lang w:eastAsia="zh-CN"/>
        </w:rPr>
        <w:br/>
      </w:r>
      <w:r>
        <w:rPr>
          <w:lang w:eastAsia="zh-CN"/>
        </w:rPr>
        <w:t>　　三、明年。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增加科室人员，壮大科室力量。计划增加医师一名、护士两名，以提高科室服务能力。在现有基础上增加检查室一间，治疗室一间，病房两间六张病床，诊室里增加暗室一间，并制定眼科门诊工作制度、住院部工作制度、科主任职责、住院医师职责、眼科手术工作制度等。眼科手术室还不够规范，要有专人负责。将现有单冷空调换成冷暖两用空调，眼科大部分为老年人，改善天冷手术环境，保证手术安全。</w:t>
      </w:r>
      <w:r>
        <w:rPr>
          <w:lang w:eastAsia="zh-CN"/>
        </w:rPr>
        <w:br/>
      </w:r>
      <w:r>
        <w:rPr>
          <w:lang w:eastAsia="zh-CN"/>
        </w:rPr>
        <w:t>　　总之，我们将以精良的设备、尖端的技术及优质的服务争取为的眼病患者送去健康和光明！让医院再上新水平、再登新台阶。</w:t>
      </w:r>
      <w:r>
        <w:rPr>
          <w:lang w:eastAsia="zh-CN"/>
        </w:rPr>
        <w:br/>
      </w:r>
      <w:r>
        <w:rPr>
          <w:lang w:eastAsia="zh-CN"/>
        </w:rPr>
        <w:t>　　医生年度专业技术人员考核总结 7</w:t>
      </w:r>
      <w:r>
        <w:rPr>
          <w:lang w:eastAsia="zh-CN"/>
        </w:rPr>
        <w:br/>
      </w:r>
      <w:r>
        <w:rPr>
          <w:lang w:eastAsia="zh-CN"/>
        </w:rPr>
        <w:t>　　为推进李田楼卫生院国医堂建设，完善基层中医药服务体系，提升基层中医药服务能力，根据《关于实施菏泽市基层中医药服务能力提升工程的意见》（菏卫发〔20__〕11号）精神，结合我院工作实际，现将工作总结报告如下。</w:t>
      </w:r>
      <w:r>
        <w:rPr>
          <w:lang w:eastAsia="zh-CN"/>
        </w:rPr>
        <w:br/>
      </w:r>
      <w:r>
        <w:rPr>
          <w:lang w:eastAsia="zh-CN"/>
        </w:rPr>
        <w:t>　　一、加强组织领导</w:t>
      </w:r>
      <w:r>
        <w:rPr>
          <w:lang w:eastAsia="zh-CN"/>
        </w:rPr>
        <w:br/>
      </w:r>
      <w:r>
        <w:rPr>
          <w:lang w:eastAsia="zh-CN"/>
        </w:rPr>
        <w:t>　　李田楼卫生院成立了国医堂建设领导小组，组长 吴永清 副组长 谢烨 成员 吴耀生 刘克柱 吴本秋 魏冉涛 。以“服务更可及、能力有提高、群众得实惠”为工作宗旨，进一步发挥了中医药“简、便、验、廉”的特色和优势，更好地满足了人民群众日益增长的医疗保健服务需求。</w:t>
      </w:r>
      <w:r>
        <w:rPr>
          <w:lang w:eastAsia="zh-CN"/>
        </w:rPr>
        <w:br/>
      </w:r>
      <w:r>
        <w:rPr>
          <w:lang w:eastAsia="zh-CN"/>
        </w:rPr>
        <w:t>　　二、工作目标</w:t>
      </w:r>
      <w:r>
        <w:rPr>
          <w:lang w:eastAsia="zh-CN"/>
        </w:rPr>
        <w:br/>
      </w:r>
      <w:r>
        <w:rPr>
          <w:lang w:eastAsia="zh-CN"/>
        </w:rPr>
        <w:t>　　李田楼卫生院通过开展了国医堂建设，完善了中医药服务体系，全面提升了的中医药服务能力，使群众享受更加优质、高效、价廉、便捷的中医药服务。将中医科、中药房服务整合，对各个中医临床科室、中药房集中设置，形成了中医药特色的`文化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三、落实了有力的工作措施</w:t>
      </w:r>
      <w:r>
        <w:rPr>
          <w:lang w:eastAsia="zh-CN"/>
        </w:rPr>
        <w:br/>
      </w:r>
      <w:r>
        <w:rPr>
          <w:lang w:eastAsia="zh-CN"/>
        </w:rPr>
        <w:t>　　（一）加强中医科建设 中医科有主治医师吴跃生 谢烨座诊，运用中医药方法辨证治疗，使群众享受更加优质、高效、价廉、便捷的中医药服务</w:t>
      </w:r>
      <w:r>
        <w:rPr>
          <w:lang w:eastAsia="zh-CN"/>
        </w:rPr>
        <w:br/>
      </w:r>
      <w:r>
        <w:rPr>
          <w:lang w:eastAsia="zh-CN"/>
        </w:rPr>
        <w:t>　　（二）加强中药房建设 按照要求配备了中药饮片柜（药斗）、药架（药品柜）、调剂台、药戥、冷藏柜等，其中中药饮片柜（药斗）要结构规范合理、外观古朴典雅并具有防虫蛀、防腐蚀、防潮湿等功能。设置中药饮片300多种，满足了群众的用药需求。</w:t>
      </w:r>
      <w:r>
        <w:rPr>
          <w:lang w:eastAsia="zh-CN"/>
        </w:rPr>
        <w:br/>
      </w:r>
      <w:r>
        <w:rPr>
          <w:lang w:eastAsia="zh-CN"/>
        </w:rPr>
        <w:t>　　（三）加强康复科建设 配置了减重步行训练系统、悬吊式训练系统、电动起立床、电动可折叠PT训练床、功率自行车、电脑控制颈腰三维牵引床、以及各种运动治疗、作业治疗、言语治疗设备，各种中频、低频、磁疗灯等器材，极大的方便了群众就医。</w:t>
      </w:r>
      <w:r>
        <w:rPr>
          <w:lang w:eastAsia="zh-CN"/>
        </w:rPr>
        <w:br/>
      </w:r>
      <w:r>
        <w:rPr>
          <w:lang w:eastAsia="zh-CN"/>
        </w:rPr>
        <w:t>　　（四）举办中药技术培训班。通过开展中药房管理、饮片使用管理、中药炮制技术等培训，提升了中药技术人员业务水平。</w:t>
      </w:r>
      <w:r>
        <w:rPr>
          <w:lang w:eastAsia="zh-CN"/>
        </w:rPr>
        <w:br/>
      </w:r>
      <w:r>
        <w:rPr>
          <w:lang w:eastAsia="zh-CN"/>
        </w:rPr>
        <w:t>　　四、加强宣传，营造良好氛围</w:t>
      </w:r>
      <w:r>
        <w:rPr>
          <w:lang w:eastAsia="zh-CN"/>
        </w:rPr>
        <w:br/>
      </w:r>
      <w:r>
        <w:rPr>
          <w:lang w:eastAsia="zh-CN"/>
        </w:rPr>
        <w:t>　　通过高度重视舆论宣传，增强了工作的积极性和主动性，充分认识了建设国医堂对提升我院中医药服务能力的重要意义，同时，广泛开展宣传，使广大基层群众认识中医药、了解中医药、使用中医药。</w:t>
      </w:r>
      <w:r>
        <w:rPr>
          <w:lang w:eastAsia="zh-CN"/>
        </w:rPr>
        <w:br/>
      </w:r>
      <w:r>
        <w:rPr>
          <w:lang w:eastAsia="zh-CN"/>
        </w:rPr>
        <w:t>　　五、存在问题及不足</w:t>
      </w:r>
      <w:r>
        <w:rPr>
          <w:lang w:eastAsia="zh-CN"/>
        </w:rPr>
        <w:br/>
      </w:r>
      <w:r>
        <w:rPr>
          <w:lang w:eastAsia="zh-CN"/>
        </w:rPr>
        <w:t>　　一、由于房屋的条件限制，国医堂的科室尚不能集中设置。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二、中医人员参加省级中医类别全科医师培训率尚不能达到要求。</w:t>
      </w:r>
      <w:r>
        <w:rPr>
          <w:lang w:eastAsia="zh-CN"/>
        </w:rPr>
        <w:br/>
      </w:r>
      <w:r>
        <w:rPr>
          <w:lang w:eastAsia="zh-CN"/>
        </w:rPr>
        <w:t>　　三、中药人员参加省、市级专业培训尚不能达到要求。</w:t>
      </w:r>
      <w:r>
        <w:rPr>
          <w:lang w:eastAsia="zh-CN"/>
        </w:rPr>
        <w:br/>
      </w:r>
      <w:r>
        <w:rPr>
          <w:lang w:eastAsia="zh-CN"/>
        </w:rPr>
        <w:t>　　医生年度专业技术人员考核总结 8</w:t>
      </w:r>
      <w:r>
        <w:rPr>
          <w:lang w:eastAsia="zh-CN"/>
        </w:rPr>
        <w:br/>
      </w:r>
      <w:r>
        <w:rPr>
          <w:lang w:eastAsia="zh-CN"/>
        </w:rPr>
        <w:t>　　在我的不断的进步中，在我的不断的努力工作中，我的一年就这样愉快的结束了，其中我还是有很多的事情值得回顾的，但是一时间也想不起那么多，我会不断的进步和努力的，其实很多的事情都是这样，只要这样下去，就会得到很多的事实，我相信我会做好的！</w:t>
      </w:r>
      <w:r>
        <w:rPr>
          <w:lang w:eastAsia="zh-CN"/>
        </w:rPr>
        <w:br/>
      </w:r>
      <w:r>
        <w:rPr>
          <w:lang w:eastAsia="zh-CN"/>
        </w:rPr>
        <w:t>　　时间过得真快，又到了一年一次写工作总结的时刻，虽然都是对当年的思想、工作、期望的归纳，但今年写的时候，相比以往，心情显得激动些。今年春节后，我就来到了___医院，一直在中医科做住院医师，这对我来说是一个不小的考验。一是在思想上，我是一个有着整整_年医疗工作历程的学生，在原来的单位任职副主任医师，从事的是一些较高难度的临床指导性工作，如何要向一个住院医师转型。</w:t>
      </w:r>
      <w:r>
        <w:rPr>
          <w:lang w:eastAsia="zh-CN"/>
        </w:rPr>
        <w:br/>
      </w:r>
      <w:r>
        <w:rPr>
          <w:lang w:eastAsia="zh-CN"/>
        </w:rPr>
        <w:t>　　1、在工作方式上。</w:t>
      </w:r>
      <w:r>
        <w:rPr>
          <w:lang w:eastAsia="zh-CN"/>
        </w:rPr>
        <w:br/>
      </w:r>
      <w:r>
        <w:rPr>
          <w:lang w:eastAsia="zh-CN"/>
        </w:rPr>
        <w:t>　　虽然我高中时期向往过部队生活，但最终我没有成为军人，十几年的工作环境都是在地方性医院，工作方式更倾向为自觉化和个性化，而在__医院，纪律性更强，有些其实就是命令性的，我也很快融入到这个大环境中，虽没有军职，工作起来也丝毫不逊色。</w:t>
      </w:r>
      <w:r>
        <w:rPr>
          <w:lang w:eastAsia="zh-CN"/>
        </w:rPr>
        <w:br/>
      </w:r>
      <w:r>
        <w:rPr>
          <w:lang w:eastAsia="zh-CN"/>
        </w:rPr>
        <w:t>　　2、在思想上。</w:t>
      </w:r>
      <w:r>
        <w:rPr>
          <w:lang w:eastAsia="zh-CN"/>
        </w:rPr>
        <w:br/>
      </w:r>
    </w:p>
    <w:p w:rsidR="001B1F19" w14:textId="27C3F48A">
      <w:pPr>
        <w:rPr>
          <w:rFonts w:hint="eastAsia"/>
          <w:lang w:eastAsia="zh-CN"/>
        </w:rPr>
      </w:pPr>
      <w:r>
        <w:rPr>
          <w:lang w:eastAsia="zh-CN"/>
        </w:rPr>
        <w:t>　　要接受、要克服，组织安排在哪，我就要在哪把工作做得扎扎实实。在这三个季度的工作中，我一直做得很好，同时也在不断提醒自己思想不能放松。</w:t>
      </w:r>
      <w:r>
        <w:rPr>
          <w:lang w:eastAsia="zh-CN"/>
        </w:rPr>
        <w:br/>
      </w:r>
      <w:r>
        <w:rPr>
          <w:lang w:eastAsia="zh-CN"/>
        </w:rPr>
        <w:t>　　3、在工作性质上。</w:t>
      </w:r>
      <w:r>
        <w:rPr>
          <w:lang w:eastAsia="zh-CN"/>
        </w:rPr>
        <w:br/>
      </w:r>
      <w:r>
        <w:rPr>
          <w:lang w:eastAsia="zh-CN"/>
        </w:rPr>
        <w:t>　　我原来从事的主要是介入治疗、影像诊断和介入病房住院病人的管理工作，接受的是西医模式的医疗，对中医仅仅停留在非常浅表的感性认识层面上，现在在中医科，要转向中西医结合的医疗模式，无论是理论上还是医疗实践中，对我来说都是要从零开始学习。来到__医院中医科后，我被安排在俞教授的医疗组中，俞教授主攻方向是中西医结合妇科，同时也有非肝癌的其它病种，这既是学习的好机会，又可以发挥我的优势，因此，在工作上得到了俞教授和病人的好评。</w:t>
      </w:r>
      <w:r>
        <w:rPr>
          <w:lang w:eastAsia="zh-CN"/>
        </w:rPr>
        <w:br/>
      </w:r>
      <w:r>
        <w:rPr>
          <w:lang w:eastAsia="zh-CN"/>
        </w:rPr>
        <w:t>　　再次走进校门，我不再单单是临床医师，而是一个临床型博士生，要用科研的思维对待临床工作，怎样做得更好呢？这一直是我思考的问题。把自己原有的知识和当前的环境结合起来，就更有机会找到可行、先进又科学的课题。___医院中医科在肝癌中医症候的研究已经有很长的历史和初步的成绩，考虑到症候规范化的困难，__医院中医科已经开发出了原发性肝癌中医症候的软件，并已投入使用多年，得到了临床的检验。而肝癌的影像表现反映的是肝癌患者人体内部结构、功能的变化，是中医望诊的延伸，更为直观、客观。</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https://d.book118.com/428055050047006044</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8055050047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