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活动策划精选9篇</w:t>
      </w:r>
    </w:p>
    <w:p>
      <w:pPr>
        <w:spacing w:before="100" w:after="200" w:line="360" w:lineRule="auto"/>
        <w:ind w:firstLine="576"/>
        <w:jc w:val="left"/>
      </w:pPr>
      <w:r>
        <w:rPr>
          <w:rFonts w:ascii="宋体" w:eastAsia="宋体" w:hAnsi="宋体"/>
          <w:sz w:val="28"/>
        </w:rPr>
        <w:t>活动策划方案篇一</w:t>
      </w:r>
    </w:p>
    <w:p>
      <w:pPr>
        <w:spacing w:before="100" w:after="200" w:line="360" w:lineRule="auto"/>
        <w:jc w:val="left"/>
      </w:pPr>
      <w:r>
        <w:rPr>
          <w:rFonts w:ascii="宋体 (中文正文)" w:eastAsia="宋体" w:hAnsi="宋体 (中文正文)"/>
          <w:sz w:val="28"/>
        </w:rPr>
        <w:t>一、活动名称：</w:t>
      </w:r>
    </w:p>
    <w:p>
      <w:pPr>
        <w:spacing w:before="100" w:after="200" w:line="360" w:lineRule="auto"/>
        <w:ind w:firstLine="576"/>
        <w:jc w:val="left"/>
      </w:pPr>
      <w:r>
        <w:rPr>
          <w:rFonts w:ascii="宋体" w:eastAsia="宋体" w:hAnsi="宋体"/>
          <w:sz w:val="28"/>
        </w:rPr>
        <w:t>“会生活，懂睡眠”</w:t>
      </w:r>
    </w:p>
    <w:p>
      <w:pPr>
        <w:spacing w:before="100" w:after="200" w:line="360" w:lineRule="auto"/>
        <w:jc w:val="left"/>
      </w:pPr>
      <w:r>
        <w:rPr>
          <w:rFonts w:ascii="宋体 (中文正文)" w:eastAsia="宋体" w:hAnsi="宋体 (中文正文)"/>
          <w:sz w:val="28"/>
        </w:rPr>
        <w:t>二、活动时间：</w:t>
      </w:r>
    </w:p>
    <w:p>
      <w:pPr>
        <w:spacing w:before="100" w:after="200" w:line="360" w:lineRule="auto"/>
        <w:ind w:firstLine="576"/>
        <w:jc w:val="left"/>
      </w:pPr>
      <w:r>
        <w:rPr>
          <w:rFonts w:ascii="宋体" w:eastAsia="宋体" w:hAnsi="宋体"/>
          <w:sz w:val="28"/>
        </w:rPr>
        <w:t>20xx年3月21日（9：30—16：00）</w:t>
      </w:r>
    </w:p>
    <w:p>
      <w:pPr>
        <w:spacing w:before="100" w:after="200" w:line="360" w:lineRule="auto"/>
        <w:jc w:val="left"/>
      </w:pPr>
      <w:r>
        <w:rPr>
          <w:rFonts w:ascii="宋体 (中文正文)" w:eastAsia="宋体" w:hAnsi="宋体 (中文正文)"/>
          <w:sz w:val="28"/>
        </w:rPr>
        <w:t>三、活动地点：</w:t>
      </w:r>
    </w:p>
    <w:p>
      <w:pPr>
        <w:spacing w:before="100" w:after="200" w:line="360" w:lineRule="auto"/>
        <w:ind w:firstLine="576"/>
        <w:jc w:val="left"/>
      </w:pPr>
      <w:r>
        <w:rPr>
          <w:rFonts w:ascii="宋体" w:eastAsia="宋体" w:hAnsi="宋体"/>
          <w:sz w:val="28"/>
        </w:rPr>
        <w:t>学校机关楼门前</w:t>
      </w:r>
    </w:p>
    <w:p>
      <w:pPr>
        <w:spacing w:before="100" w:after="200" w:line="360" w:lineRule="auto"/>
        <w:jc w:val="left"/>
      </w:pPr>
      <w:r>
        <w:rPr>
          <w:rFonts w:ascii="宋体 (中文正文)" w:eastAsia="宋体" w:hAnsi="宋体 (中文正文)"/>
          <w:sz w:val="28"/>
        </w:rPr>
        <w:t>四、主办单位：</w:t>
      </w:r>
    </w:p>
    <w:p>
      <w:pPr>
        <w:spacing w:before="100" w:after="200" w:line="360" w:lineRule="auto"/>
        <w:ind w:firstLine="576"/>
        <w:jc w:val="left"/>
      </w:pPr>
      <w:r>
        <w:rPr>
          <w:rFonts w:ascii="宋体" w:eastAsia="宋体" w:hAnsi="宋体"/>
          <w:sz w:val="28"/>
        </w:rPr>
        <w:t>学院团委</w:t>
      </w:r>
    </w:p>
    <w:p>
      <w:pPr>
        <w:spacing w:before="100" w:after="200" w:line="360" w:lineRule="auto"/>
        <w:jc w:val="left"/>
      </w:pPr>
      <w:r>
        <w:rPr>
          <w:rFonts w:ascii="宋体 (中文正文)" w:eastAsia="宋体" w:hAnsi="宋体 (中文正文)"/>
          <w:sz w:val="28"/>
        </w:rPr>
        <w:t>五、承办单位：</w:t>
      </w:r>
    </w:p>
    <w:p>
      <w:pPr>
        <w:spacing w:before="100" w:after="200" w:line="360" w:lineRule="auto"/>
        <w:ind w:firstLine="576"/>
        <w:jc w:val="left"/>
      </w:pPr>
      <w:r>
        <w:rPr>
          <w:rFonts w:ascii="宋体" w:eastAsia="宋体" w:hAnsi="宋体"/>
          <w:sz w:val="28"/>
        </w:rPr>
        <w:t>学院学生会xx部</w:t>
      </w:r>
    </w:p>
    <w:p>
      <w:pPr>
        <w:spacing w:before="100" w:after="200" w:line="360" w:lineRule="auto"/>
        <w:jc w:val="left"/>
      </w:pPr>
      <w:r>
        <w:rPr>
          <w:rFonts w:ascii="宋体 (中文正文)" w:eastAsia="宋体" w:hAnsi="宋体 (中文正文)"/>
          <w:sz w:val="28"/>
        </w:rPr>
        <w:t>六、活动背景：</w:t>
      </w:r>
    </w:p>
    <w:p>
      <w:pPr>
        <w:spacing w:before="100" w:after="200" w:line="360" w:lineRule="auto"/>
        <w:ind w:firstLine="576"/>
        <w:jc w:val="left"/>
      </w:pPr>
      <w:r>
        <w:rPr>
          <w:rFonts w:ascii="宋体" w:eastAsia="宋体" w:hAnsi="宋体"/>
          <w:sz w:val="28"/>
        </w:rPr>
        <w:t>进入21世纪全新的科技时代，人们的健康意</w:t>
      </w:r>
    </w:p>
    <w:p>
      <w:pPr>
        <w:spacing w:before="100" w:after="200" w:line="360" w:lineRule="auto"/>
        <w:ind w:firstLine="576"/>
        <w:jc w:val="left"/>
      </w:pPr>
      <w:r>
        <w:rPr>
          <w:rFonts w:ascii="宋体" w:eastAsia="宋体" w:hAnsi="宋体"/>
          <w:sz w:val="28"/>
        </w:rPr>
        <w:t>识空前提高，“拥有健康才能有一切”的新理念深入人心，因此有关睡眠问题引起了国际社会的关注。同时随着年轻人压力的增大和夜生活的丰富，他们的睡眠的质量也越来越下降。据调查，我国50%的年轻人睡眠不足。我们应该唤起大家对睡眠的关注，特举办此活动。</w:t>
      </w:r>
    </w:p>
    <w:p>
      <w:pPr>
        <w:spacing w:before="100" w:after="200" w:line="360" w:lineRule="auto"/>
        <w:jc w:val="left"/>
        <w:sectPr w:rsidSect="00034616">
          <w:pgSz w:w="11906" w:h="16838"/>
          <w:pgMar w:top="1440" w:right="1440" w:bottom="1440" w:left="1440" w:header="720" w:footer="720" w:gutter="0"/>
          <w:cols w:space="720"/>
          <w:docGrid w:linePitch="360"/>
        </w:sectPr>
      </w:pPr>
      <w:r>
        <w:rPr>
          <w:rFonts w:ascii="宋体 (中文正文)" w:eastAsia="宋体" w:hAnsi="宋体 (中文正文)"/>
          <w:sz w:val="28"/>
        </w:rPr>
        <w:t>七、活动目的：</w:t>
      </w:r>
    </w:p>
    <w:p>
      <w:pPr>
        <w:spacing w:before="100" w:after="200" w:line="360" w:lineRule="auto"/>
        <w:ind w:firstLine="576"/>
        <w:jc w:val="left"/>
      </w:pPr>
      <w:r>
        <w:rPr>
          <w:rFonts w:ascii="宋体" w:eastAsia="宋体" w:hAnsi="宋体"/>
          <w:sz w:val="28"/>
        </w:rPr>
        <w:t>提高学生们关注睡眠的程度，从而提高睡眠质量。</w:t>
      </w:r>
    </w:p>
    <w:p>
      <w:pPr>
        <w:spacing w:before="100" w:after="200" w:line="360" w:lineRule="auto"/>
        <w:jc w:val="left"/>
      </w:pPr>
      <w:r>
        <w:rPr>
          <w:rFonts w:ascii="宋体 (中文正文)" w:eastAsia="宋体" w:hAnsi="宋体 (中文正文)"/>
          <w:sz w:val="28"/>
        </w:rPr>
        <w:t>八、活动步骤：</w:t>
      </w:r>
    </w:p>
    <w:p>
      <w:pPr>
        <w:spacing w:before="100" w:after="200" w:line="360" w:lineRule="auto"/>
        <w:ind w:firstLine="576"/>
        <w:jc w:val="left"/>
      </w:pPr>
      <w:r>
        <w:rPr>
          <w:rFonts w:ascii="宋体" w:eastAsia="宋体" w:hAnsi="宋体"/>
          <w:sz w:val="28"/>
        </w:rPr>
        <w:t>1、前期准备</w:t>
      </w:r>
    </w:p>
    <w:p>
      <w:pPr>
        <w:spacing w:before="100" w:after="200" w:line="360" w:lineRule="auto"/>
        <w:ind w:firstLine="576"/>
        <w:jc w:val="left"/>
      </w:pPr>
      <w:r>
        <w:rPr>
          <w:rFonts w:ascii="宋体" w:eastAsia="宋体" w:hAnsi="宋体"/>
          <w:sz w:val="28"/>
        </w:rPr>
        <w:t>（1）活动申请</w:t>
      </w:r>
    </w:p>
    <w:p>
      <w:pPr>
        <w:spacing w:before="100" w:after="200" w:line="360" w:lineRule="auto"/>
        <w:ind w:firstLine="576"/>
        <w:jc w:val="left"/>
      </w:pPr>
      <w:r>
        <w:rPr>
          <w:rFonts w:ascii="宋体" w:eastAsia="宋体" w:hAnsi="宋体"/>
          <w:sz w:val="28"/>
        </w:rPr>
        <w:t>（2）制作宣传板、横幅和宣传海报，复印宣传卡片。</w:t>
      </w:r>
    </w:p>
    <w:p>
      <w:pPr>
        <w:spacing w:before="100" w:after="200" w:line="360" w:lineRule="auto"/>
        <w:ind w:firstLine="576"/>
        <w:jc w:val="left"/>
      </w:pPr>
      <w:r>
        <w:rPr>
          <w:rFonts w:ascii="宋体" w:eastAsia="宋体" w:hAnsi="宋体"/>
          <w:sz w:val="28"/>
        </w:rPr>
        <w:t>（3）安排工作人员工作项目。</w:t>
      </w:r>
    </w:p>
    <w:p>
      <w:pPr>
        <w:spacing w:before="100" w:after="200" w:line="360" w:lineRule="auto"/>
        <w:ind w:firstLine="576"/>
        <w:jc w:val="left"/>
      </w:pPr>
      <w:r>
        <w:rPr>
          <w:rFonts w:ascii="宋体" w:eastAsia="宋体" w:hAnsi="宋体"/>
          <w:sz w:val="28"/>
        </w:rPr>
        <w:t>（4）采购记号笔，小纪念品。</w:t>
      </w:r>
    </w:p>
    <w:p>
      <w:pPr>
        <w:spacing w:before="100" w:after="200" w:line="360" w:lineRule="auto"/>
        <w:ind w:firstLine="576"/>
        <w:jc w:val="left"/>
      </w:pPr>
      <w:r>
        <w:rPr>
          <w:rFonts w:ascii="宋体" w:eastAsia="宋体" w:hAnsi="宋体"/>
          <w:sz w:val="28"/>
        </w:rPr>
        <w:t>2、活动实施</w:t>
      </w:r>
    </w:p>
    <w:p>
      <w:pPr>
        <w:spacing w:before="100" w:after="200" w:line="360" w:lineRule="auto"/>
        <w:ind w:firstLine="576"/>
        <w:jc w:val="left"/>
      </w:pPr>
      <w:r>
        <w:rPr>
          <w:rFonts w:ascii="宋体" w:eastAsia="宋体" w:hAnsi="宋体"/>
          <w:sz w:val="28"/>
        </w:rPr>
        <w:t>（1）将宣传板以及活动用的道具搬到机关楼前的广场准备开始，将海报张贴到宣传栏上。</w:t>
      </w:r>
    </w:p>
    <w:p>
      <w:pPr>
        <w:spacing w:before="100" w:after="200" w:line="360" w:lineRule="auto"/>
        <w:ind w:firstLine="576"/>
        <w:jc w:val="left"/>
      </w:pPr>
      <w:r>
        <w:rPr>
          <w:rFonts w:ascii="宋体" w:eastAsia="宋体" w:hAnsi="宋体"/>
          <w:sz w:val="28"/>
        </w:rPr>
        <w:t>（2）9：30活动正式开始，向前来参观的同学介绍科学睡眠的重要性，引导他们在横幅上签字并送给他们印有睡眠小贴士的卡片和纪念品。</w:t>
      </w:r>
    </w:p>
    <w:p>
      <w:pPr>
        <w:spacing w:before="100" w:after="200" w:line="360" w:lineRule="auto"/>
        <w:ind w:firstLine="576"/>
        <w:jc w:val="left"/>
      </w:pPr>
      <w:r>
        <w:rPr>
          <w:rFonts w:ascii="宋体" w:eastAsia="宋体" w:hAnsi="宋体"/>
          <w:sz w:val="28"/>
        </w:rPr>
        <w:t>（3）在中午下课人多的时段召集大家，请学校老师讲话并提倡大家当日早睡。</w:t>
      </w:r>
    </w:p>
    <w:p>
      <w:pPr>
        <w:spacing w:before="100" w:after="200" w:line="360" w:lineRule="auto"/>
        <w:ind w:firstLine="576"/>
        <w:jc w:val="left"/>
      </w:pPr>
      <w:r>
        <w:rPr>
          <w:rFonts w:ascii="宋体" w:eastAsia="宋体" w:hAnsi="宋体"/>
          <w:sz w:val="28"/>
        </w:rPr>
        <w:t>（4）利用空白宣传板统计制作统计表统计图。</w:t>
      </w:r>
    </w:p>
    <w:p>
      <w:pPr>
        <w:spacing w:before="100" w:after="200" w:line="360" w:lineRule="auto"/>
        <w:ind w:firstLine="576"/>
        <w:jc w:val="left"/>
      </w:pPr>
      <w:r>
        <w:rPr>
          <w:rFonts w:ascii="宋体" w:eastAsia="宋体" w:hAnsi="宋体"/>
          <w:sz w:val="28"/>
        </w:rPr>
        <w:t>3、注意事项</w:t>
      </w:r>
    </w:p>
    <w:p>
      <w:pPr>
        <w:spacing w:before="100" w:after="200" w:line="360" w:lineRule="auto"/>
        <w:ind w:firstLine="576"/>
        <w:jc w:val="left"/>
      </w:pPr>
      <w:r>
        <w:rPr>
          <w:rFonts w:ascii="宋体" w:eastAsia="宋体" w:hAnsi="宋体"/>
          <w:sz w:val="28"/>
        </w:rPr>
        <w:t>（1）海报尽可能持久的保留，避免被覆盖</w:t>
      </w:r>
    </w:p>
    <w:p>
      <w:pPr>
        <w:spacing w:before="100" w:after="200" w:line="360" w:lineRule="auto"/>
        <w:ind w:firstLine="576"/>
        <w:jc w:val="left"/>
      </w:pPr>
      <w:r>
        <w:rPr>
          <w:rFonts w:ascii="宋体" w:eastAsia="宋体" w:hAnsi="宋体"/>
          <w:sz w:val="28"/>
        </w:rPr>
        <w:t>（2）由于活动时间较长，应合理安排人员，实现工作人员流动。</w:t>
      </w:r>
    </w:p>
    <w:p>
      <w:pPr>
        <w:spacing w:before="100" w:after="200" w:line="360" w:lineRule="auto"/>
        <w:ind w:firstLine="576"/>
        <w:jc w:val="left"/>
      </w:pPr>
      <w:r>
        <w:rPr>
          <w:rFonts w:ascii="宋体" w:eastAsia="宋体" w:hAnsi="宋体"/>
          <w:sz w:val="28"/>
        </w:rPr>
        <w:t>（3）活动结束后宣传板尽量可以在人流密集的地方多展出。</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r>
        <w:rPr>
          <w:rFonts w:ascii="宋体" w:eastAsia="宋体" w:hAnsi="宋体"/>
          <w:sz w:val="28"/>
        </w:rPr>
        <w:t>（4）尽量多印制贴士卡片以免不够用。</w:t>
      </w:r>
    </w:p>
    <w:p>
      <w:pPr>
        <w:spacing w:before="100" w:after="200" w:line="360" w:lineRule="auto"/>
        <w:ind w:firstLine="576"/>
        <w:jc w:val="left"/>
      </w:pPr>
      <w:r>
        <w:rPr>
          <w:rFonts w:ascii="宋体" w:eastAsia="宋体" w:hAnsi="宋体"/>
          <w:sz w:val="28"/>
        </w:rPr>
        <w:t>（5）活动结束后将桌椅还回原处。</w:t>
      </w:r>
    </w:p>
    <w:p>
      <w:pPr>
        <w:spacing w:before="100" w:after="200" w:line="360" w:lineRule="auto"/>
        <w:ind w:firstLine="576"/>
        <w:jc w:val="left"/>
      </w:pPr>
      <w:r>
        <w:rPr>
          <w:rFonts w:ascii="宋体" w:eastAsia="宋体" w:hAnsi="宋体"/>
          <w:sz w:val="28"/>
        </w:rPr>
        <w:t>（6）将制作的统计表统计图在学校展出，并上传。</w:t>
      </w:r>
    </w:p>
    <w:p>
      <w:pPr>
        <w:spacing w:before="100" w:after="200" w:line="360" w:lineRule="auto"/>
        <w:ind w:firstLine="576"/>
        <w:jc w:val="left"/>
      </w:pPr>
      <w:r>
        <w:rPr>
          <w:rFonts w:ascii="宋体" w:eastAsia="宋体" w:hAnsi="宋体"/>
          <w:sz w:val="28"/>
        </w:rPr>
        <w:t>（7）合计活动费用，上报。</w:t>
      </w:r>
    </w:p>
    <w:p>
      <w:pPr>
        <w:spacing w:before="100" w:after="200" w:line="360" w:lineRule="auto"/>
        <w:ind w:firstLine="576"/>
        <w:jc w:val="left"/>
      </w:pPr>
      <w:r>
        <w:rPr>
          <w:rFonts w:ascii="宋体" w:eastAsia="宋体" w:hAnsi="宋体"/>
          <w:sz w:val="28"/>
        </w:rPr>
        <w:t>活动策划篇二</w:t>
      </w:r>
    </w:p>
    <w:p>
      <w:pPr>
        <w:spacing w:before="100" w:after="200" w:line="360" w:lineRule="auto"/>
        <w:jc w:val="left"/>
      </w:pPr>
      <w:r>
        <w:rPr>
          <w:rFonts w:ascii="宋体 (中文正文)" w:eastAsia="宋体" w:hAnsi="宋体 (中文正文)"/>
          <w:sz w:val="28"/>
        </w:rPr>
        <w:t>一、比赛目的：</w:t>
      </w:r>
    </w:p>
    <w:p>
      <w:pPr>
        <w:spacing w:before="100" w:after="200" w:line="360" w:lineRule="auto"/>
        <w:ind w:firstLine="576"/>
        <w:jc w:val="left"/>
      </w:pPr>
      <w:r>
        <w:rPr>
          <w:rFonts w:ascii="宋体" w:eastAsia="宋体" w:hAnsi="宋体"/>
          <w:sz w:val="28"/>
        </w:rPr>
        <w:t>提高同学们的手绘能力及审美水平</w:t>
      </w:r>
    </w:p>
    <w:p>
      <w:pPr>
        <w:spacing w:before="100" w:after="200" w:line="360" w:lineRule="auto"/>
        <w:jc w:val="left"/>
      </w:pPr>
      <w:r>
        <w:rPr>
          <w:rFonts w:ascii="宋体 (中文正文)" w:eastAsia="宋体" w:hAnsi="宋体 (中文正文)"/>
          <w:sz w:val="28"/>
        </w:rPr>
        <w:t>二、面向群体：</w:t>
      </w:r>
    </w:p>
    <w:p>
      <w:pPr>
        <w:spacing w:before="100" w:after="200" w:line="360" w:lineRule="auto"/>
        <w:ind w:firstLine="576"/>
        <w:jc w:val="left"/>
      </w:pPr>
      <w:r>
        <w:rPr>
          <w:rFonts w:ascii="宋体" w:eastAsia="宋体" w:hAnsi="宋体"/>
          <w:sz w:val="28"/>
        </w:rPr>
        <w:t>xx工艺美术学院全体在校学生</w:t>
      </w:r>
    </w:p>
    <w:p>
      <w:pPr>
        <w:spacing w:before="100" w:after="200" w:line="360" w:lineRule="auto"/>
        <w:jc w:val="left"/>
      </w:pPr>
      <w:r>
        <w:rPr>
          <w:rFonts w:ascii="宋体 (中文正文)" w:eastAsia="宋体" w:hAnsi="宋体 (中文正文)"/>
          <w:sz w:val="28"/>
        </w:rPr>
        <w:t>三、活动内容：</w:t>
      </w:r>
    </w:p>
    <w:p>
      <w:pPr>
        <w:spacing w:before="100" w:after="200" w:line="360" w:lineRule="auto"/>
        <w:ind w:firstLine="576"/>
        <w:jc w:val="left"/>
      </w:pPr>
      <w:r>
        <w:rPr>
          <w:rFonts w:ascii="宋体" w:eastAsia="宋体" w:hAnsi="宋体"/>
          <w:sz w:val="28"/>
        </w:rPr>
        <w:t>1、大赛简介：大赛将分个人赛与团体赛，个人赛为50人，团体赛为8组，以学院为单位，每学院出代表3人。在规定的时间内，现场为主办方提供的暴力熊进行涂鸦装饰比赛，涂鸦装饰内容不限，材料不限，暴力熊表面美观即可。</w:t>
      </w:r>
    </w:p>
    <w:p>
      <w:pPr>
        <w:spacing w:before="100" w:after="200" w:line="360" w:lineRule="auto"/>
        <w:ind w:firstLine="576"/>
        <w:jc w:val="left"/>
      </w:pPr>
      <w:r>
        <w:rPr>
          <w:rFonts w:ascii="宋体" w:eastAsia="宋体" w:hAnsi="宋体"/>
          <w:sz w:val="28"/>
        </w:rPr>
        <w:t>2、比赛地点：山东工艺美术学院长清校区教学楼3.活动流程:a.5月22号至5月26号报名（现场报名或报给各学院宣传部）领取初赛手绘草稿。</w:t>
      </w:r>
    </w:p>
    <w:p>
      <w:pPr>
        <w:spacing w:before="100" w:after="200" w:line="360" w:lineRule="auto"/>
        <w:ind w:firstLine="576"/>
        <w:jc w:val="left"/>
      </w:pPr>
      <w:r>
        <w:rPr>
          <w:rFonts w:ascii="宋体" w:eastAsia="宋体" w:hAnsi="宋体"/>
          <w:sz w:val="28"/>
        </w:rPr>
        <w:t>b.5月31号初赛截稿（十字路口校学生会宣传部设点收稿），根据手绘稿择优评出50人参加决赛，初赛结果将在6月1号公布。</w:t>
      </w:r>
    </w:p>
    <w:p>
      <w:pPr>
        <w:spacing w:before="100" w:after="200" w:line="360" w:lineRule="auto"/>
        <w:ind w:firstLine="576"/>
        <w:jc w:val="left"/>
      </w:pPr>
      <w:r>
        <w:rPr>
          <w:rFonts w:ascii="宋体" w:eastAsia="宋体" w:hAnsi="宋体"/>
          <w:sz w:val="28"/>
        </w:rPr>
        <w:t>c.6月3号正式比赛现场涂鸦装饰安排：</w:t>
      </w:r>
    </w:p>
    <w:p>
      <w:pPr>
        <w:spacing w:before="100" w:after="200" w:line="360" w:lineRule="auto"/>
        <w:jc w:val="left"/>
        <w:sectPr w:rsidSect="00034616">
          <w:type w:val="nextPage"/>
          <w:pgSz w:w="11906" w:h="16838"/>
          <w:pgMar w:top="1440" w:right="1440" w:bottom="1440" w:left="1440" w:header="720" w:footer="720" w:gutter="0"/>
          <w:pgNumType w:start="3"/>
          <w:cols w:space="720"/>
          <w:titlePg w:val="0"/>
          <w:docGrid w:linePitch="360"/>
        </w:sectPr>
      </w:pPr>
      <w:r>
        <w:rPr>
          <w:rFonts w:ascii="宋体 (中文正文)" w:eastAsia="宋体" w:hAnsi="宋体 (中文正文)"/>
          <w:sz w:val="28"/>
        </w:rPr>
        <w:t>3、比赛事项：</w:t>
      </w:r>
    </w:p>
    <w:p>
      <w:pPr>
        <w:spacing w:before="100" w:after="200" w:line="360" w:lineRule="auto"/>
        <w:ind w:firstLine="576"/>
        <w:jc w:val="left"/>
      </w:pPr>
      <w:r>
        <w:rPr>
          <w:rFonts w:ascii="宋体" w:eastAsia="宋体" w:hAnsi="宋体"/>
          <w:sz w:val="28"/>
        </w:rPr>
        <w:t>a.下午1点开始正式比赛，由工作人员提前五分钟发放暴力熊。</w:t>
      </w:r>
    </w:p>
    <w:p>
      <w:pPr>
        <w:spacing w:before="100" w:after="200" w:line="360" w:lineRule="auto"/>
        <w:ind w:firstLine="576"/>
        <w:jc w:val="left"/>
      </w:pPr>
      <w:r>
        <w:rPr>
          <w:rFonts w:ascii="宋体" w:eastAsia="宋体" w:hAnsi="宋体"/>
          <w:sz w:val="28"/>
        </w:rPr>
        <w:t>b.个人赛与团体赛同时进行，时间相同，均为一个小时。</w:t>
      </w:r>
    </w:p>
    <w:p>
      <w:pPr>
        <w:spacing w:before="100" w:after="200" w:line="360" w:lineRule="auto"/>
        <w:ind w:firstLine="576"/>
        <w:jc w:val="left"/>
      </w:pPr>
      <w:r>
        <w:rPr>
          <w:rFonts w:ascii="宋体" w:eastAsia="宋体" w:hAnsi="宋体"/>
          <w:sz w:val="28"/>
        </w:rPr>
        <w:t>c.比赛要选手独立完成，不能寻求他人帮助，选手要在规定的时间内完成暴力熊的涂鸦。选手自行处理比赛用过的废纸颜料，注意保持比赛场地的清洁。</w:t>
      </w:r>
    </w:p>
    <w:p>
      <w:pPr>
        <w:spacing w:before="100" w:after="200" w:line="360" w:lineRule="auto"/>
        <w:ind w:firstLine="576"/>
        <w:jc w:val="left"/>
      </w:pPr>
      <w:r>
        <w:rPr>
          <w:rFonts w:ascii="宋体" w:eastAsia="宋体" w:hAnsi="宋体"/>
          <w:sz w:val="28"/>
        </w:rPr>
        <w:t>2、涂鸦比赛参赛人员与观看人员都比较多，工作人员要随时维持现场的纪律，赛后收拾会常</w:t>
      </w:r>
    </w:p>
    <w:p>
      <w:pPr>
        <w:spacing w:before="100" w:after="200" w:line="360" w:lineRule="auto"/>
        <w:ind w:firstLine="576"/>
        <w:jc w:val="left"/>
      </w:pPr>
      <w:r>
        <w:rPr>
          <w:rFonts w:ascii="宋体" w:eastAsia="宋体" w:hAnsi="宋体"/>
          <w:sz w:val="28"/>
        </w:rPr>
        <w:t>3、备注事项：比赛所需的材料由选手自备，比赛内容不限，形式不限，材料不限，选手可自由发挥想象。</w:t>
      </w:r>
    </w:p>
    <w:p>
      <w:pPr>
        <w:spacing w:before="100" w:after="200" w:line="360" w:lineRule="auto"/>
        <w:jc w:val="left"/>
      </w:pPr>
      <w:r>
        <w:rPr>
          <w:rFonts w:ascii="宋体 (中文正文)" w:eastAsia="宋体" w:hAnsi="宋体 (中文正文)"/>
          <w:sz w:val="28"/>
        </w:rPr>
        <w:t>四、奖项设置：</w:t>
      </w:r>
    </w:p>
    <w:p>
      <w:pPr>
        <w:spacing w:before="100" w:after="200" w:line="360" w:lineRule="auto"/>
        <w:ind w:firstLine="576"/>
        <w:jc w:val="left"/>
      </w:pPr>
      <w:r>
        <w:rPr>
          <w:rFonts w:ascii="宋体" w:eastAsia="宋体" w:hAnsi="宋体"/>
          <w:sz w:val="28"/>
        </w:rPr>
        <w:t>个人赛共设20个奖项，一等奖一名；二等奖两名；三等奖五名；优秀奖十名。最佳创意奖两名。团体赛共设八个，一等二等三等奖和最佳创意奖，最佳组织奖，最佳人气奖，最佳表现奖，最佳合作奖。</w:t>
      </w:r>
    </w:p>
    <w:p>
      <w:pPr>
        <w:spacing w:before="100" w:after="200" w:line="360" w:lineRule="auto"/>
        <w:ind w:firstLine="576"/>
        <w:jc w:val="left"/>
      </w:pPr>
      <w:r>
        <w:rPr>
          <w:rFonts w:ascii="宋体" w:eastAsia="宋体" w:hAnsi="宋体"/>
          <w:sz w:val="28"/>
        </w:rPr>
        <w:t>（比赛评选结束后，作品将免费赠送给参赛者，优秀作品经评选获奖后 颁发赠书和丰厚的奖品） 五、评选办法：本次涂鸦比赛将有我校专业老师本着公正公平的原则进行评眩评委老师为数字艺术与传媒学院动画教研室主任肖文津老师和多媒体教研室主任姜军老师 主办单位: 共青团山东工艺美术学院委员会 承办单位：山东工艺美术学院学生会 山东工艺美术学院学生会xx年5月26日附件：</w:t>
      </w:r>
    </w:p>
    <w:p>
      <w:pPr>
        <w:spacing w:before="100" w:after="200" w:line="360" w:lineRule="auto"/>
        <w:ind w:firstLine="576"/>
        <w:jc w:val="left"/>
      </w:pPr>
      <w:r>
        <w:rPr>
          <w:rFonts w:ascii="宋体" w:eastAsia="宋体" w:hAnsi="宋体"/>
          <w:sz w:val="28"/>
        </w:rPr>
        <w:t>创意活动策划书篇三</w:t>
      </w:r>
    </w:p>
    <w:p>
      <w:pPr>
        <w:spacing w:before="100" w:after="200" w:line="360" w:lineRule="auto"/>
        <w:jc w:val="left"/>
      </w:pPr>
      <w:r>
        <w:rPr>
          <w:rFonts w:ascii="宋体 (中文正文)" w:eastAsia="宋体" w:hAnsi="宋体 (中文正文)"/>
          <w:sz w:val="28"/>
        </w:rPr>
        <w:t>设计理念：</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交融设计，独立实施。</w:t>
      </w:r>
    </w:p>
    <w:p>
      <w:pPr>
        <w:spacing w:before="100" w:after="200" w:line="360" w:lineRule="auto"/>
        <w:jc w:val="left"/>
      </w:pPr>
      <w:r>
        <w:rPr>
          <w:rFonts w:ascii="宋体 (中文正文)" w:eastAsia="宋体" w:hAnsi="宋体 (中文正文)"/>
          <w:sz w:val="28"/>
        </w:rPr>
        <w:t>设计简介：</w:t>
      </w:r>
    </w:p>
    <w:p>
      <w:pPr>
        <w:spacing w:before="100" w:after="200" w:line="360" w:lineRule="auto"/>
        <w:ind w:firstLine="576"/>
        <w:jc w:val="left"/>
      </w:pPr>
      <w:r>
        <w:rPr>
          <w:rFonts w:ascii="宋体" w:eastAsia="宋体" w:hAnsi="宋体"/>
          <w:sz w:val="28"/>
        </w:rPr>
        <w:t>此处设计的活动有三项，分别为“环保之星”综合创意大赛、环保风筝设计与放飞活动、三色环保世界系列活动。三个活动交叉设计，但彼此之间又可独立开来实施。三个活动一方面可以加强在校内的宣传，另一方面可以提高在校外的影响力。既可以提高同学们的环保意识，丰富环保知识，又可以加强同学们的团队协作及创新实践的能力。</w:t>
      </w:r>
    </w:p>
    <w:p>
      <w:pPr>
        <w:spacing w:before="100" w:after="200" w:line="360" w:lineRule="auto"/>
        <w:jc w:val="left"/>
      </w:pPr>
      <w:r>
        <w:rPr>
          <w:rFonts w:ascii="宋体 (中文正文)" w:eastAsia="宋体" w:hAnsi="宋体 (中文正文)"/>
          <w:b/>
          <w:sz w:val="28"/>
        </w:rPr>
        <w:t>一、“环保之星”综合创意大赛</w:t>
      </w:r>
    </w:p>
    <w:p>
      <w:pPr>
        <w:spacing w:before="100" w:after="200" w:line="360" w:lineRule="auto"/>
        <w:ind w:firstLine="576"/>
        <w:jc w:val="left"/>
      </w:pPr>
      <w:r>
        <w:rPr>
          <w:rFonts w:ascii="宋体" w:eastAsia="宋体" w:hAnsi="宋体"/>
          <w:sz w:val="28"/>
        </w:rPr>
        <w:t>该比赛面向全校同学，集知识性、趣味性及创造性于一体，旨在扩展同学们的环保知识，提高同学们的环保意识，同时锻炼同学们的团队协作能力及创新实践能力。本次比赛预计会持续三周，分为三个环节：初赛、复赛及决赛。三个环节采用不用的形式。</w:t>
      </w:r>
    </w:p>
    <w:p>
      <w:pPr>
        <w:spacing w:before="100" w:after="200" w:line="360" w:lineRule="auto"/>
        <w:jc w:val="left"/>
      </w:pPr>
      <w:r>
        <w:rPr>
          <w:rFonts w:ascii="宋体 (中文正文)" w:eastAsia="宋体" w:hAnsi="宋体 (中文正文)"/>
          <w:sz w:val="28"/>
        </w:rPr>
        <w:t>具体如下：</w:t>
      </w:r>
    </w:p>
    <w:p>
      <w:pPr>
        <w:spacing w:before="100" w:after="200" w:line="360" w:lineRule="auto"/>
        <w:ind w:firstLine="576"/>
        <w:jc w:val="left"/>
      </w:pPr>
      <w:r>
        <w:rPr>
          <w:rFonts w:ascii="宋体" w:eastAsia="宋体" w:hAnsi="宋体"/>
          <w:sz w:val="28"/>
        </w:rPr>
        <w:t>赞助，由环协外联部负责。</w:t>
      </w:r>
    </w:p>
    <w:p>
      <w:pPr>
        <w:spacing w:before="100" w:after="200" w:line="360" w:lineRule="auto"/>
        <w:ind w:firstLine="576"/>
        <w:jc w:val="left"/>
      </w:pPr>
      <w:r>
        <w:rPr>
          <w:rFonts w:ascii="宋体" w:eastAsia="宋体" w:hAnsi="宋体"/>
          <w:sz w:val="28"/>
        </w:rPr>
        <w:t>2、初赛：采用知识竞赛的形式（笔试），内容为环保方面的内容；</w:t>
      </w:r>
    </w:p>
    <w:p>
      <w:pPr>
        <w:spacing w:before="100" w:after="200" w:line="360" w:lineRule="auto"/>
        <w:ind w:firstLine="576"/>
        <w:jc w:val="left"/>
      </w:pPr>
      <w:r>
        <w:rPr>
          <w:rFonts w:ascii="宋体" w:eastAsia="宋体" w:hAnsi="宋体"/>
          <w:sz w:val="28"/>
        </w:rPr>
        <w:t>初赛后，制作宣传展板，一方面公布答案和复赛名单，另一方面宣传环保知识。</w:t>
      </w:r>
    </w:p>
    <w:p>
      <w:pPr>
        <w:spacing w:before="100" w:after="200" w:line="360" w:lineRule="auto"/>
        <w:ind w:firstLine="576"/>
        <w:jc w:val="left"/>
      </w:pPr>
      <w:r>
        <w:rPr>
          <w:rFonts w:ascii="宋体" w:eastAsia="宋体" w:hAnsi="宋体"/>
          <w:sz w:val="28"/>
        </w:rPr>
        <w:t>3、复赛：由协会确定一些关于校园环保的主题，晋级的队随机抽签确定各自的主题，利用主题设计环保活动。评委根据相关标准筛选优秀队伍晋级决赛。</w:t>
      </w:r>
    </w:p>
    <w:p>
      <w:pPr>
        <w:spacing w:before="100" w:after="200" w:line="360" w:lineRule="auto"/>
        <w:ind w:firstLine="576"/>
        <w:jc w:val="left"/>
      </w:pPr>
      <w:r>
        <w:rPr>
          <w:rFonts w:ascii="宋体" w:eastAsia="宋体" w:hAnsi="宋体"/>
          <w:sz w:val="28"/>
        </w:rPr>
        <w:t>复赛后，再次进行主题展板宣传。</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p>
    <w:p>
      <w:pPr>
        <w:spacing w:before="100" w:after="200" w:line="360" w:lineRule="auto"/>
        <w:ind w:firstLine="576"/>
        <w:jc w:val="left"/>
      </w:pPr>
      <w:r>
        <w:rPr>
          <w:rFonts w:ascii="宋体" w:eastAsia="宋体" w:hAnsi="宋体"/>
          <w:sz w:val="28"/>
        </w:rPr>
        <w:t>4、决赛：废品创意设计大赛，晋级决赛的队利用一周的时间自己动手，利用废品进行创意设计，可以设计成工艺品或是其他作品（可以指定创意主题：譬如环保风筝）。各自队对自己设计的作品进行展示和宣讲；根据相关标准由评委评出此次大赛的“环保之星”及其他奖项。</w:t>
      </w:r>
    </w:p>
    <w:p>
      <w:pPr>
        <w:spacing w:before="100" w:after="200" w:line="360" w:lineRule="auto"/>
        <w:ind w:firstLine="576"/>
        <w:jc w:val="left"/>
      </w:pPr>
      <w:r>
        <w:rPr>
          <w:rFonts w:ascii="宋体" w:eastAsia="宋体" w:hAnsi="宋体"/>
          <w:sz w:val="28"/>
        </w:rPr>
        <w:t>5、后期：活动综合宣传。</w:t>
      </w:r>
    </w:p>
    <w:p>
      <w:pPr>
        <w:spacing w:before="100" w:after="200" w:line="360" w:lineRule="auto"/>
        <w:jc w:val="left"/>
      </w:pPr>
      <w:r>
        <w:rPr>
          <w:rFonts w:ascii="宋体 (中文正文)" w:eastAsia="宋体" w:hAnsi="宋体 (中文正文)"/>
          <w:b/>
          <w:sz w:val="28"/>
        </w:rPr>
        <w:t>二、环保风筝设计与放飞活动</w:t>
      </w:r>
    </w:p>
    <w:p>
      <w:pPr>
        <w:spacing w:before="100" w:after="200" w:line="360" w:lineRule="auto"/>
        <w:ind w:firstLine="576"/>
        <w:jc w:val="left"/>
      </w:pPr>
      <w:r>
        <w:rPr>
          <w:rFonts w:ascii="宋体" w:eastAsia="宋体" w:hAnsi="宋体"/>
          <w:sz w:val="28"/>
        </w:rPr>
        <w:t>这个活动可以作为“废品创意设计”的后续活动，也可以独立开展。活动颇赋趣味性，既可加强同学交流，又可丰富课余生活。</w:t>
      </w:r>
    </w:p>
    <w:p>
      <w:pPr>
        <w:spacing w:before="100" w:after="200" w:line="360" w:lineRule="auto"/>
        <w:jc w:val="left"/>
      </w:pPr>
      <w:r>
        <w:rPr>
          <w:rFonts w:ascii="宋体 (中文正文)" w:eastAsia="宋体" w:hAnsi="宋体 (中文正文)"/>
          <w:sz w:val="28"/>
        </w:rPr>
        <w:t>具体如下：</w:t>
      </w:r>
    </w:p>
    <w:p>
      <w:pPr>
        <w:spacing w:before="100" w:after="200" w:line="360" w:lineRule="auto"/>
        <w:jc w:val="left"/>
      </w:pPr>
      <w:r>
        <w:rPr>
          <w:rFonts w:ascii="宋体 (中文正文)" w:eastAsia="宋体" w:hAnsi="宋体 (中文正文)"/>
          <w:sz w:val="28"/>
        </w:rPr>
        <w:t>1、活动内容：</w:t>
      </w:r>
    </w:p>
    <w:p>
      <w:pPr>
        <w:spacing w:before="100" w:after="200" w:line="360" w:lineRule="auto"/>
        <w:ind w:firstLine="576"/>
        <w:jc w:val="left"/>
      </w:pPr>
      <w:r>
        <w:rPr>
          <w:rFonts w:ascii="宋体" w:eastAsia="宋体" w:hAnsi="宋体"/>
          <w:sz w:val="28"/>
        </w:rPr>
        <w:t>甲组：展示和放飞“废品创意设计”里的风筝类作品（如无，可略去）；</w:t>
      </w:r>
    </w:p>
    <w:p>
      <w:pPr>
        <w:spacing w:before="100" w:after="200" w:line="360" w:lineRule="auto"/>
        <w:ind w:firstLine="576"/>
        <w:jc w:val="left"/>
      </w:pPr>
      <w:r>
        <w:rPr>
          <w:rFonts w:ascii="宋体" w:eastAsia="宋体" w:hAnsi="宋体"/>
          <w:sz w:val="28"/>
        </w:rPr>
        <w:t>乙组：招募志愿者，2—3人一组。由环协提供制作风筝的原材料，自行制作风筝。一个星期后集体前往金海滩放飞风筝（可同书画协会合作，书画协会协助绘制风筝图案）。</w:t>
      </w:r>
    </w:p>
    <w:p>
      <w:pPr>
        <w:spacing w:before="100" w:after="200" w:line="360" w:lineRule="auto"/>
        <w:jc w:val="left"/>
      </w:pPr>
      <w:r>
        <w:rPr>
          <w:rFonts w:ascii="宋体 (中文正文)" w:eastAsia="宋体" w:hAnsi="宋体 (中文正文)"/>
          <w:sz w:val="28"/>
        </w:rPr>
        <w:t>2、活动前期：</w:t>
      </w:r>
    </w:p>
    <w:p>
      <w:pPr>
        <w:spacing w:before="100" w:after="200" w:line="360" w:lineRule="auto"/>
        <w:ind w:firstLine="576"/>
        <w:jc w:val="left"/>
      </w:pPr>
      <w:r>
        <w:rPr>
          <w:rFonts w:ascii="宋体" w:eastAsia="宋体" w:hAnsi="宋体"/>
          <w:sz w:val="28"/>
        </w:rPr>
        <w:t>2.2前期宣传：海报、宣传板、通知等；</w:t>
      </w:r>
    </w:p>
    <w:p>
      <w:pPr>
        <w:spacing w:before="100" w:after="200" w:line="360" w:lineRule="auto"/>
        <w:jc w:val="left"/>
      </w:pPr>
      <w:r>
        <w:rPr>
          <w:rFonts w:ascii="宋体 (中文正文)" w:eastAsia="宋体" w:hAnsi="宋体 (中文正文)"/>
          <w:sz w:val="28"/>
        </w:rPr>
        <w:t>3、活动实施：</w:t>
      </w:r>
    </w:p>
    <w:p>
      <w:pPr>
        <w:spacing w:before="100" w:after="200" w:line="360" w:lineRule="auto"/>
        <w:ind w:firstLine="576"/>
        <w:jc w:val="left"/>
      </w:pPr>
      <w:r>
        <w:rPr>
          <w:rFonts w:ascii="宋体" w:eastAsia="宋体" w:hAnsi="宋体"/>
          <w:sz w:val="28"/>
        </w:rPr>
        <w:t>3.23天后，陆续向志愿者收集风筝，分批交给书画协会协助绘制图案，绘制完后返回志愿者（三天时间完成）。</w:t>
      </w:r>
    </w:p>
    <w:p>
      <w:pPr>
        <w:spacing w:before="100" w:after="200" w:line="360" w:lineRule="auto"/>
        <w:ind w:firstLine="576"/>
        <w:jc w:val="left"/>
      </w:pPr>
      <w:r>
        <w:rPr>
          <w:rFonts w:ascii="宋体" w:eastAsia="宋体" w:hAnsi="宋体"/>
          <w:sz w:val="28"/>
        </w:rPr>
        <w:t>3.3在学子餐厅西侧集合，组织志愿者和“废品创意设计”里的风筝类作品的设计成员前往金海滩放飞。</w:t>
      </w:r>
    </w:p>
    <w:p>
      <w:pPr>
        <w:spacing w:before="100" w:after="200" w:line="360" w:lineRule="auto"/>
        <w:jc w:val="left"/>
        <w:sectPr w:rsidSect="00034616">
          <w:type w:val="nextPage"/>
          <w:pgSz w:w="11906" w:h="16838"/>
          <w:pgMar w:top="1440" w:right="1440" w:bottom="1440" w:left="1440" w:header="720" w:footer="720" w:gutter="0"/>
          <w:pgNumType w:start="6"/>
          <w:cols w:space="720"/>
          <w:titlePg w:val="0"/>
          <w:docGrid w:linePitch="360"/>
        </w:sectPr>
      </w:pPr>
      <w:r>
        <w:rPr>
          <w:rFonts w:ascii="宋体 (中文正文)" w:eastAsia="宋体" w:hAnsi="宋体 (中文正文)"/>
          <w:b/>
          <w:sz w:val="28"/>
        </w:rPr>
        <w:t>三、三色环保世界系列活动（初步构思）</w:t>
      </w:r>
    </w:p>
    <w:p>
      <w:pPr>
        <w:spacing w:before="100" w:after="200" w:line="360" w:lineRule="auto"/>
        <w:jc w:val="left"/>
      </w:pPr>
      <w:r>
        <w:rPr>
          <w:rFonts w:ascii="宋体 (中文正文)" w:eastAsia="宋体" w:hAnsi="宋体 (中文正文)"/>
          <w:sz w:val="28"/>
        </w:rPr>
        <w:t>具体内容如下：</w:t>
      </w:r>
    </w:p>
    <w:p>
      <w:pPr>
        <w:spacing w:before="100" w:after="200" w:line="360" w:lineRule="auto"/>
        <w:ind w:firstLine="576"/>
        <w:jc w:val="left"/>
      </w:pPr>
      <w:r>
        <w:rPr>
          <w:rFonts w:ascii="宋体" w:eastAsia="宋体" w:hAnsi="宋体"/>
          <w:sz w:val="28"/>
        </w:rPr>
        <w:t>1、红—走近环保（校外）</w:t>
      </w:r>
    </w:p>
    <w:p>
      <w:pPr>
        <w:spacing w:before="100" w:after="200" w:line="360" w:lineRule="auto"/>
        <w:ind w:firstLine="576"/>
        <w:jc w:val="left"/>
      </w:pPr>
      <w:r>
        <w:rPr>
          <w:rFonts w:ascii="宋体" w:eastAsia="宋体" w:hAnsi="宋体"/>
          <w:sz w:val="28"/>
        </w:rPr>
        <w:t>2、绿—绿色皮肤（校内）</w:t>
      </w:r>
    </w:p>
    <w:p>
      <w:pPr>
        <w:spacing w:before="100" w:after="200" w:line="360" w:lineRule="auto"/>
        <w:ind w:firstLine="576"/>
        <w:jc w:val="left"/>
      </w:pPr>
      <w:r>
        <w:rPr>
          <w:rFonts w:ascii="宋体" w:eastAsia="宋体" w:hAnsi="宋体"/>
          <w:sz w:val="28"/>
        </w:rPr>
        <w:t>3、蓝—蓝色行动（校园内外）</w:t>
      </w:r>
    </w:p>
    <w:p>
      <w:pPr>
        <w:spacing w:before="100" w:after="200" w:line="360" w:lineRule="auto"/>
        <w:ind w:firstLine="576"/>
        <w:jc w:val="left"/>
      </w:pPr>
      <w:r>
        <w:rPr>
          <w:rFonts w:ascii="宋体" w:eastAsia="宋体" w:hAnsi="宋体"/>
          <w:sz w:val="28"/>
        </w:rPr>
        <w:t>环保行动：在校内和社会上就水资源、电能、一次性筷子的使用、塑料袋的使用等方面，各个小组抽题进行相关方面活动、宣传等（与山大绿协合作）。</w:t>
      </w:r>
    </w:p>
    <w:p>
      <w:pPr>
        <w:spacing w:before="100" w:after="200" w:line="360" w:lineRule="auto"/>
        <w:ind w:firstLine="576"/>
        <w:jc w:val="left"/>
      </w:pPr>
      <w:r>
        <w:rPr>
          <w:rFonts w:ascii="宋体" w:eastAsia="宋体" w:hAnsi="宋体"/>
          <w:sz w:val="28"/>
        </w:rPr>
        <w:t>活动策划方案篇四</w:t>
      </w:r>
    </w:p>
    <w:p>
      <w:pPr>
        <w:spacing w:before="100" w:after="200" w:line="360" w:lineRule="auto"/>
        <w:jc w:val="left"/>
      </w:pPr>
      <w:r>
        <w:rPr>
          <w:rFonts w:ascii="宋体 (中文正文)" w:eastAsia="宋体" w:hAnsi="宋体 (中文正文)"/>
          <w:sz w:val="28"/>
        </w:rPr>
        <w:t>一活动主题：</w:t>
      </w:r>
    </w:p>
    <w:p>
      <w:pPr>
        <w:spacing w:before="100" w:after="200" w:line="360" w:lineRule="auto"/>
        <w:ind w:firstLine="576"/>
        <w:jc w:val="left"/>
      </w:pPr>
      <w:r>
        <w:rPr>
          <w:rFonts w:ascii="宋体" w:eastAsia="宋体" w:hAnsi="宋体"/>
          <w:sz w:val="28"/>
        </w:rPr>
        <w:t>xx是我家，腾飞靠大家</w:t>
      </w:r>
    </w:p>
    <w:p>
      <w:pPr>
        <w:spacing w:before="100" w:after="200" w:line="360" w:lineRule="auto"/>
        <w:jc w:val="left"/>
      </w:pPr>
      <w:r>
        <w:rPr>
          <w:rFonts w:ascii="宋体 (中文正文)" w:eastAsia="宋体" w:hAnsi="宋体 (中文正文)"/>
          <w:sz w:val="28"/>
        </w:rPr>
        <w:t>二活动目的：</w:t>
      </w:r>
    </w:p>
    <w:p>
      <w:pPr>
        <w:spacing w:before="100" w:after="200" w:line="360" w:lineRule="auto"/>
        <w:ind w:firstLine="576"/>
        <w:jc w:val="left"/>
      </w:pPr>
      <w:r>
        <w:rPr>
          <w:rFonts w:ascii="宋体" w:eastAsia="宋体" w:hAnsi="宋体"/>
          <w:sz w:val="28"/>
        </w:rPr>
        <w:t>加强企业文化建设，促进公司员工团结。</w:t>
      </w:r>
    </w:p>
    <w:p>
      <w:pPr>
        <w:spacing w:before="100" w:after="200" w:line="360" w:lineRule="auto"/>
        <w:jc w:val="left"/>
      </w:pPr>
      <w:r>
        <w:rPr>
          <w:rFonts w:ascii="宋体 (中文正文)" w:eastAsia="宋体" w:hAnsi="宋体 (中文正文)"/>
          <w:sz w:val="28"/>
        </w:rPr>
        <w:t>三活动内容：</w:t>
      </w:r>
    </w:p>
    <w:p>
      <w:pPr>
        <w:spacing w:before="100" w:after="200" w:line="360" w:lineRule="auto"/>
        <w:ind w:firstLine="576"/>
        <w:jc w:val="left"/>
      </w:pPr>
      <w:r>
        <w:rPr>
          <w:rFonts w:ascii="宋体" w:eastAsia="宋体" w:hAnsi="宋体"/>
          <w:sz w:val="28"/>
        </w:rPr>
        <w:t>1、评选 “20xx年度深圳xx有心人”</w:t>
      </w:r>
    </w:p>
    <w:p>
      <w:pPr>
        <w:spacing w:before="100" w:after="200" w:line="360" w:lineRule="auto"/>
        <w:ind w:firstLine="576"/>
        <w:jc w:val="left"/>
      </w:pPr>
      <w:r>
        <w:rPr>
          <w:rFonts w:ascii="宋体" w:eastAsia="宋体" w:hAnsi="宋体"/>
          <w:sz w:val="28"/>
        </w:rPr>
        <w:t>2、“团队就是力量”拔河比赛</w:t>
      </w:r>
    </w:p>
    <w:p>
      <w:pPr>
        <w:spacing w:before="100" w:after="200" w:line="360" w:lineRule="auto"/>
        <w:jc w:val="left"/>
      </w:pPr>
      <w:r>
        <w:rPr>
          <w:rFonts w:ascii="宋体 (中文正文)" w:eastAsia="宋体" w:hAnsi="宋体 (中文正文)"/>
          <w:sz w:val="28"/>
        </w:rPr>
        <w:t>四组织机构：</w:t>
      </w:r>
    </w:p>
    <w:p>
      <w:pPr>
        <w:spacing w:before="100" w:after="200" w:line="360" w:lineRule="auto"/>
        <w:ind w:firstLine="576"/>
        <w:jc w:val="left"/>
      </w:pPr>
      <w:r>
        <w:rPr>
          <w:rFonts w:ascii="宋体" w:eastAsia="宋体" w:hAnsi="宋体"/>
          <w:sz w:val="28"/>
        </w:rPr>
        <w:t>主办方：总经办</w:t>
      </w:r>
    </w:p>
    <w:p>
      <w:pPr>
        <w:spacing w:before="100" w:after="200" w:line="360" w:lineRule="auto"/>
        <w:ind w:firstLine="576"/>
        <w:jc w:val="left"/>
      </w:pPr>
      <w:r>
        <w:rPr>
          <w:rFonts w:ascii="宋体" w:eastAsia="宋体" w:hAnsi="宋体"/>
          <w:sz w:val="28"/>
        </w:rPr>
        <w:t>协助部门：所有部门</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五活动对象：公司全体在职员工</w:t>
      </w:r>
    </w:p>
    <w:p>
      <w:pPr>
        <w:spacing w:before="100" w:after="200" w:line="360" w:lineRule="auto"/>
        <w:jc w:val="left"/>
      </w:pPr>
      <w:r>
        <w:rPr>
          <w:rFonts w:ascii="宋体 (中文正文)" w:eastAsia="宋体" w:hAnsi="宋体 (中文正文)"/>
          <w:sz w:val="28"/>
        </w:rPr>
        <w:t>六活动地点：</w:t>
      </w:r>
    </w:p>
    <w:p>
      <w:pPr>
        <w:spacing w:before="100" w:after="200" w:line="360" w:lineRule="auto"/>
        <w:ind w:firstLine="576"/>
        <w:jc w:val="left"/>
      </w:pPr>
      <w:r>
        <w:rPr>
          <w:rFonts w:ascii="宋体" w:eastAsia="宋体" w:hAnsi="宋体"/>
          <w:sz w:val="28"/>
        </w:rPr>
        <w:t>1、“有心人”评选：所有部门</w:t>
      </w:r>
    </w:p>
    <w:p>
      <w:pPr>
        <w:spacing w:before="100" w:after="200" w:line="360" w:lineRule="auto"/>
        <w:ind w:firstLine="576"/>
        <w:jc w:val="left"/>
      </w:pPr>
      <w:r>
        <w:rPr>
          <w:rFonts w:ascii="宋体" w:eastAsia="宋体" w:hAnsi="宋体"/>
          <w:sz w:val="28"/>
        </w:rPr>
        <w:t>2、拔河比赛：公司篮球场</w:t>
      </w:r>
    </w:p>
    <w:p>
      <w:pPr>
        <w:spacing w:before="100" w:after="200" w:line="360" w:lineRule="auto"/>
        <w:jc w:val="left"/>
      </w:pPr>
      <w:r>
        <w:rPr>
          <w:rFonts w:ascii="宋体 (中文正文)" w:eastAsia="宋体" w:hAnsi="宋体 (中文正文)"/>
          <w:sz w:val="28"/>
        </w:rPr>
        <w:t>七活动时间：</w:t>
      </w:r>
    </w:p>
    <w:p>
      <w:pPr>
        <w:spacing w:before="100" w:after="200" w:line="360" w:lineRule="auto"/>
        <w:ind w:firstLine="576"/>
        <w:jc w:val="left"/>
      </w:pPr>
      <w:r>
        <w:rPr>
          <w:rFonts w:ascii="宋体" w:eastAsia="宋体" w:hAnsi="宋体"/>
          <w:sz w:val="28"/>
        </w:rPr>
        <w:t>1、“有心人”评选：20xx年12月11日～20xx年12月27日</w:t>
      </w:r>
    </w:p>
    <w:p>
      <w:pPr>
        <w:spacing w:before="100" w:after="200" w:line="360" w:lineRule="auto"/>
        <w:ind w:firstLine="576"/>
        <w:jc w:val="left"/>
      </w:pPr>
      <w:r>
        <w:rPr>
          <w:rFonts w:ascii="宋体" w:eastAsia="宋体" w:hAnsi="宋体"/>
          <w:sz w:val="28"/>
        </w:rPr>
        <w:t>2、拔河比赛：20xx年12月28日～20xx年12月31日两天中午</w:t>
      </w:r>
    </w:p>
    <w:p>
      <w:pPr>
        <w:spacing w:before="100" w:after="200" w:line="360" w:lineRule="auto"/>
        <w:jc w:val="left"/>
      </w:pPr>
      <w:r>
        <w:rPr>
          <w:rFonts w:ascii="宋体 (中文正文)" w:eastAsia="宋体" w:hAnsi="宋体 (中文正文)"/>
          <w:sz w:val="28"/>
        </w:rPr>
        <w:t>八活动流程：</w:t>
      </w:r>
    </w:p>
    <w:p>
      <w:pPr>
        <w:spacing w:before="100" w:after="200" w:line="360" w:lineRule="auto"/>
        <w:ind w:firstLine="576"/>
        <w:jc w:val="left"/>
      </w:pPr>
      <w:r>
        <w:rPr>
          <w:rFonts w:ascii="宋体" w:eastAsia="宋体" w:hAnsi="宋体"/>
          <w:sz w:val="28"/>
        </w:rPr>
        <w:t>宣传阶段(12月11-12月13)：</w:t>
      </w:r>
    </w:p>
    <w:p>
      <w:pPr>
        <w:spacing w:before="100" w:after="200" w:line="360" w:lineRule="auto"/>
        <w:ind w:firstLine="576"/>
        <w:jc w:val="left"/>
      </w:pPr>
      <w:r>
        <w:rPr>
          <w:rFonts w:ascii="宋体" w:eastAsia="宋体" w:hAnsi="宋体"/>
          <w:sz w:val="28"/>
        </w:rPr>
        <w:t>1、准备宣传单和要发的通知；</w:t>
      </w:r>
    </w:p>
    <w:p>
      <w:pPr>
        <w:spacing w:before="100" w:after="200" w:line="360" w:lineRule="auto"/>
        <w:ind w:firstLine="576"/>
        <w:jc w:val="left"/>
      </w:pPr>
      <w:r>
        <w:rPr>
          <w:rFonts w:ascii="宋体" w:eastAsia="宋体" w:hAnsi="宋体"/>
          <w:sz w:val="28"/>
        </w:rPr>
        <w:t>2、发通知和活动策划书给各部门负责人；</w:t>
      </w:r>
    </w:p>
    <w:p>
      <w:pPr>
        <w:spacing w:before="100" w:after="200" w:line="360" w:lineRule="auto"/>
        <w:ind w:firstLine="576"/>
        <w:jc w:val="left"/>
      </w:pPr>
      <w:r>
        <w:rPr>
          <w:rFonts w:ascii="宋体" w:eastAsia="宋体" w:hAnsi="宋体"/>
          <w:sz w:val="28"/>
        </w:rPr>
        <w:t>3、在oa专用公司栏发布相关信息和公示；</w:t>
      </w:r>
    </w:p>
    <w:p>
      <w:pPr>
        <w:spacing w:before="100" w:after="200" w:line="360" w:lineRule="auto"/>
        <w:ind w:firstLine="576"/>
        <w:jc w:val="left"/>
      </w:pPr>
      <w:r>
        <w:rPr>
          <w:rFonts w:ascii="宋体" w:eastAsia="宋体" w:hAnsi="宋体"/>
          <w:sz w:val="28"/>
        </w:rPr>
        <w:t>5、海报宣传，可在公司饭堂门口张贴和各车间信息栏公示。</w:t>
      </w:r>
    </w:p>
    <w:p>
      <w:pPr>
        <w:spacing w:before="100" w:after="200" w:line="360" w:lineRule="auto"/>
        <w:jc w:val="left"/>
      </w:pPr>
      <w:r>
        <w:rPr>
          <w:rFonts w:ascii="宋体 (中文正文)" w:eastAsia="宋体" w:hAnsi="宋体 (中文正文)"/>
          <w:sz w:val="28"/>
        </w:rPr>
        <w:t>活动准备工作与实施：</w:t>
      </w:r>
    </w:p>
    <w:p>
      <w:pPr>
        <w:spacing w:before="100" w:after="200" w:line="360" w:lineRule="auto"/>
        <w:ind w:firstLine="576"/>
        <w:jc w:val="left"/>
      </w:pPr>
      <w:r>
        <w:rPr>
          <w:rFonts w:ascii="宋体" w:eastAsia="宋体" w:hAnsi="宋体"/>
          <w:sz w:val="28"/>
        </w:rPr>
        <w:t>&lt;一&gt;20xx年度xx有心人评选活动(12月13-12月27)：</w:t>
      </w:r>
    </w:p>
    <w:p>
      <w:pPr>
        <w:spacing w:before="100" w:after="200" w:line="360" w:lineRule="auto"/>
        <w:ind w:firstLine="576"/>
        <w:jc w:val="left"/>
      </w:pPr>
      <w:r>
        <w:rPr>
          <w:rFonts w:ascii="宋体" w:eastAsia="宋体" w:hAnsi="宋体"/>
          <w:sz w:val="28"/>
        </w:rPr>
        <w:t>身边的榜样，前进的力量</w:t>
      </w:r>
    </w:p>
    <w:p>
      <w:pPr>
        <w:spacing w:before="100" w:after="200" w:line="360" w:lineRule="auto"/>
        <w:ind w:firstLine="576"/>
        <w:jc w:val="left"/>
      </w:pPr>
      <w:r>
        <w:rPr>
          <w:rFonts w:ascii="宋体" w:eastAsia="宋体" w:hAnsi="宋体"/>
          <w:sz w:val="28"/>
        </w:rPr>
        <w:t>，20xx深圳xx“有心人”评选活动</w:t>
      </w:r>
    </w:p>
    <w:p>
      <w:pPr>
        <w:spacing w:before="100" w:after="200" w:line="360" w:lineRule="auto"/>
        <w:ind w:firstLine="576"/>
        <w:jc w:val="left"/>
      </w:pPr>
      <w:r>
        <w:rPr>
          <w:rFonts w:ascii="宋体" w:eastAsia="宋体" w:hAnsi="宋体"/>
          <w:sz w:val="28"/>
        </w:rPr>
        <w:t>宣传通知</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p>
    <w:p>
      <w:pPr>
        <w:spacing w:before="100" w:after="200" w:line="360" w:lineRule="auto"/>
        <w:ind w:firstLine="576"/>
        <w:jc w:val="left"/>
      </w:pPr>
      <w:r>
        <w:rPr>
          <w:rFonts w:ascii="宋体" w:eastAsia="宋体" w:hAnsi="宋体"/>
          <w:sz w:val="28"/>
        </w:rPr>
        <w:t>在将要过去的20xx年里，公司整体发展状况良好，取得了优异的成绩，这离不开广大员工的辛勤劳动与默默奉献。为弘扬企业文化，调动员工工作积极性，经总经办研究决定，将在公司内开展</w:t>
      </w:r>
      <w:r>
        <w:rPr>
          <w:rFonts w:ascii="宋体" w:eastAsia="宋体" w:hAnsi="宋体"/>
          <w:sz w:val="28"/>
        </w:rPr>
        <w:t xml:space="preserve"> “20xx年度深圳xx有心人”</w:t>
      </w:r>
      <w:r>
        <w:rPr>
          <w:rFonts w:ascii="宋体" w:eastAsia="宋体" w:hAnsi="宋体"/>
          <w:sz w:val="28"/>
        </w:rPr>
        <w:t xml:space="preserve"> 的评选活动，现将有关评选事宜通知如下：</w:t>
      </w:r>
    </w:p>
    <w:p>
      <w:pPr>
        <w:spacing w:before="100" w:after="200" w:line="360" w:lineRule="auto"/>
        <w:ind w:firstLine="576"/>
        <w:jc w:val="left"/>
      </w:pPr>
      <w:r>
        <w:rPr>
          <w:rFonts w:ascii="宋体" w:eastAsia="宋体" w:hAnsi="宋体"/>
          <w:sz w:val="28"/>
        </w:rPr>
        <w:t>1、评选基本条件与标准</w:t>
      </w:r>
    </w:p>
    <w:p>
      <w:pPr>
        <w:spacing w:before="100" w:after="200" w:line="360" w:lineRule="auto"/>
        <w:jc w:val="left"/>
      </w:pPr>
      <w:r>
        <w:rPr>
          <w:rFonts w:ascii="宋体 (中文正文)" w:eastAsia="宋体" w:hAnsi="宋体 (中文正文)"/>
          <w:sz w:val="28"/>
        </w:rPr>
        <w:t>基本条件：</w:t>
      </w:r>
    </w:p>
    <w:p>
      <w:pPr>
        <w:spacing w:before="100" w:after="200" w:line="360" w:lineRule="auto"/>
        <w:ind w:firstLine="576"/>
        <w:jc w:val="left"/>
      </w:pPr>
      <w:r>
        <w:rPr>
          <w:rFonts w:ascii="宋体" w:eastAsia="宋体" w:hAnsi="宋体"/>
          <w:sz w:val="28"/>
        </w:rPr>
        <w:t>（1）在公司连续任职时间半年以上。</w:t>
      </w:r>
    </w:p>
    <w:p>
      <w:pPr>
        <w:spacing w:before="100" w:after="200" w:line="360" w:lineRule="auto"/>
        <w:ind w:firstLine="576"/>
        <w:jc w:val="left"/>
      </w:pPr>
      <w:r>
        <w:rPr>
          <w:rFonts w:ascii="宋体" w:eastAsia="宋体" w:hAnsi="宋体"/>
          <w:sz w:val="28"/>
        </w:rPr>
        <w:t>（2）本年度无任何形式的违纪评比和处罚。</w:t>
      </w:r>
    </w:p>
    <w:p>
      <w:pPr>
        <w:spacing w:before="100" w:after="200" w:line="360" w:lineRule="auto"/>
        <w:ind w:firstLine="576"/>
        <w:jc w:val="left"/>
      </w:pPr>
      <w:r>
        <w:rPr>
          <w:rFonts w:ascii="宋体" w:eastAsia="宋体" w:hAnsi="宋体"/>
          <w:sz w:val="28"/>
        </w:rPr>
        <w:t>（3）具有较强的工作能力、尽职尽责、高质量的完成本职工作。</w:t>
      </w:r>
    </w:p>
    <w:p>
      <w:pPr>
        <w:spacing w:before="100" w:after="200" w:line="360" w:lineRule="auto"/>
        <w:ind w:firstLine="576"/>
        <w:jc w:val="left"/>
      </w:pPr>
      <w:r>
        <w:rPr>
          <w:rFonts w:ascii="宋体" w:eastAsia="宋体" w:hAnsi="宋体"/>
          <w:sz w:val="28"/>
        </w:rPr>
        <w:t>（4）严格要求自己，自觉遵守公司各项规章制度。</w:t>
      </w:r>
    </w:p>
    <w:p>
      <w:pPr>
        <w:spacing w:before="100" w:after="200" w:line="360" w:lineRule="auto"/>
        <w:ind w:firstLine="576"/>
        <w:jc w:val="left"/>
      </w:pPr>
      <w:r>
        <w:rPr>
          <w:rFonts w:ascii="宋体" w:eastAsia="宋体" w:hAnsi="宋体"/>
          <w:sz w:val="28"/>
        </w:rPr>
        <w:t>（5）富有创新精神，能够提出有建设性的建议。</w:t>
      </w:r>
    </w:p>
    <w:p>
      <w:pPr>
        <w:spacing w:before="100" w:after="200" w:line="360" w:lineRule="auto"/>
        <w:ind w:firstLine="576"/>
        <w:jc w:val="left"/>
      </w:pPr>
      <w:r>
        <w:rPr>
          <w:rFonts w:ascii="宋体" w:eastAsia="宋体" w:hAnsi="宋体"/>
          <w:sz w:val="28"/>
        </w:rPr>
        <w:t>（6）具有团队精神，在工作中于他人融洽合作。</w:t>
      </w:r>
    </w:p>
    <w:p>
      <w:pPr>
        <w:spacing w:before="100" w:after="200" w:line="360" w:lineRule="auto"/>
        <w:jc w:val="left"/>
      </w:pPr>
      <w:r>
        <w:rPr>
          <w:rFonts w:ascii="宋体 (中文正文)" w:eastAsia="宋体" w:hAnsi="宋体 (中文正文)"/>
          <w:sz w:val="28"/>
        </w:rPr>
        <w:t>评选标准：</w:t>
      </w:r>
    </w:p>
    <w:p>
      <w:pPr>
        <w:spacing w:before="100" w:after="200" w:line="360" w:lineRule="auto"/>
        <w:ind w:firstLine="576"/>
        <w:jc w:val="left"/>
      </w:pPr>
      <w:r>
        <w:rPr>
          <w:rFonts w:ascii="宋体" w:eastAsia="宋体" w:hAnsi="宋体"/>
          <w:sz w:val="28"/>
        </w:rPr>
        <w:t>（1）有责任心：尽心尽力做好本职工作，勤奋、认真。</w:t>
      </w:r>
    </w:p>
    <w:p>
      <w:pPr>
        <w:spacing w:before="100" w:after="200" w:line="360" w:lineRule="auto"/>
        <w:ind w:firstLine="576"/>
        <w:jc w:val="left"/>
      </w:pPr>
      <w:r>
        <w:rPr>
          <w:rFonts w:ascii="宋体" w:eastAsia="宋体" w:hAnsi="宋体"/>
          <w:sz w:val="28"/>
        </w:rPr>
        <w:t>（2）有细致心：善于发现工作中的疏漏并能及时纠正。</w:t>
      </w:r>
    </w:p>
    <w:p>
      <w:pPr>
        <w:spacing w:before="100" w:after="200" w:line="360" w:lineRule="auto"/>
        <w:ind w:firstLine="576"/>
        <w:jc w:val="left"/>
      </w:pPr>
      <w:r>
        <w:rPr>
          <w:rFonts w:ascii="宋体" w:eastAsia="宋体" w:hAnsi="宋体"/>
          <w:sz w:val="28"/>
        </w:rPr>
        <w:t>（3）有进取心：工作中积极进取、主动好学，善于开拓创新。</w:t>
      </w:r>
    </w:p>
    <w:p>
      <w:pPr>
        <w:spacing w:before="100" w:after="200" w:line="360" w:lineRule="auto"/>
        <w:ind w:firstLine="576"/>
        <w:jc w:val="left"/>
      </w:pPr>
      <w:r>
        <w:rPr>
          <w:rFonts w:ascii="宋体" w:eastAsia="宋体" w:hAnsi="宋体"/>
          <w:sz w:val="28"/>
        </w:rPr>
        <w:t>（4）有荣辱心：真正意识到企业与自我发展的关系，企兴我荣，企衰我耻。</w:t>
      </w:r>
    </w:p>
    <w:p>
      <w:pPr>
        <w:spacing w:before="100" w:after="200" w:line="360" w:lineRule="auto"/>
        <w:ind w:firstLine="576"/>
        <w:jc w:val="left"/>
      </w:pPr>
      <w:r>
        <w:rPr>
          <w:rFonts w:ascii="宋体" w:eastAsia="宋体" w:hAnsi="宋体"/>
          <w:sz w:val="28"/>
        </w:rPr>
        <w:t>2、评选部门划分</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p>
    <w:p>
      <w:pPr>
        <w:spacing w:before="100" w:after="200" w:line="360" w:lineRule="auto"/>
        <w:ind w:firstLine="576"/>
        <w:jc w:val="left"/>
      </w:pPr>
      <w:r>
        <w:rPr>
          <w:rFonts w:ascii="宋体" w:eastAsia="宋体" w:hAnsi="宋体"/>
          <w:sz w:val="28"/>
        </w:rPr>
        <w:t>根据公司五个系统的特征和员工岗位的多重性，为了体现和增强评选的先进性、代表性、权威性，本次评选活动我们将公司分为两大部分，依次为生产系统和销售与内勤系统。生产系统包括生产部、底盘车间、焊装车间、涂装车间、总装车间、调试车间，六个部门，共436人；销售系统包括销售公司、商务部、客服部，内勤系统包括董事长办公室、财务部、企管部、采购部、技术中心、新能源车间、品管部和金旅物流，11个部门，共413人。</w:t>
      </w:r>
    </w:p>
    <w:p>
      <w:pPr>
        <w:spacing w:before="100" w:after="200" w:line="360" w:lineRule="auto"/>
        <w:jc w:val="left"/>
      </w:pPr>
      <w:r>
        <w:rPr>
          <w:rFonts w:ascii="宋体 (中文正文)" w:eastAsia="宋体" w:hAnsi="宋体 (中文正文)"/>
          <w:sz w:val="28"/>
        </w:rPr>
        <w:t>3、具体流程：</w:t>
      </w:r>
    </w:p>
    <w:p>
      <w:pPr>
        <w:spacing w:before="100" w:after="200" w:line="360" w:lineRule="auto"/>
        <w:ind w:firstLine="576"/>
        <w:jc w:val="left"/>
      </w:pPr>
      <w:r>
        <w:rPr>
          <w:rFonts w:ascii="宋体" w:eastAsia="宋体" w:hAnsi="宋体"/>
          <w:sz w:val="28"/>
        </w:rPr>
        <w:t>1、针对此次活动制定出合理的评选制度和相关奖励事项；</w:t>
      </w:r>
    </w:p>
    <w:p>
      <w:pPr>
        <w:spacing w:before="100" w:after="200" w:line="360" w:lineRule="auto"/>
        <w:ind w:firstLine="576"/>
        <w:jc w:val="left"/>
      </w:pPr>
      <w:r>
        <w:rPr>
          <w:rFonts w:ascii="宋体" w:eastAsia="宋体" w:hAnsi="宋体"/>
          <w:sz w:val="28"/>
        </w:rPr>
        <w:t>2、制作出合理的调查表（附选票），并全数打印出来；</w:t>
      </w:r>
    </w:p>
    <w:p>
      <w:pPr>
        <w:spacing w:before="100" w:after="200" w:line="360" w:lineRule="auto"/>
        <w:ind w:firstLine="576"/>
        <w:jc w:val="left"/>
      </w:pPr>
      <w:r>
        <w:rPr>
          <w:rFonts w:ascii="宋体" w:eastAsia="宋体" w:hAnsi="宋体"/>
          <w:sz w:val="28"/>
        </w:rPr>
        <w:t>4、各部门负责人把调查表统一发放给每个员工，务必每个员工人手一份，并强调不能弃权与明确回收时间；</w:t>
      </w:r>
    </w:p>
    <w:p>
      <w:pPr>
        <w:spacing w:before="100" w:after="200" w:line="360" w:lineRule="auto"/>
        <w:ind w:firstLine="576"/>
        <w:jc w:val="left"/>
      </w:pPr>
      <w:r>
        <w:rPr>
          <w:rFonts w:ascii="宋体" w:eastAsia="宋体" w:hAnsi="宋体"/>
          <w:sz w:val="28"/>
        </w:rPr>
        <w:t>（5）队长负责将参加人员带到比赛地点及维持秩序。</w:t>
      </w:r>
    </w:p>
    <w:p>
      <w:pPr>
        <w:spacing w:before="100" w:after="200" w:line="360" w:lineRule="auto"/>
        <w:ind w:firstLine="576"/>
        <w:jc w:val="left"/>
      </w:pPr>
      <w:r>
        <w:rPr>
          <w:rFonts w:ascii="宋体" w:eastAsia="宋体" w:hAnsi="宋体"/>
          <w:sz w:val="28"/>
        </w:rPr>
        <w:t>（6）十二月二十七日16:00前将名单交到董事长办公室。</w:t>
      </w:r>
    </w:p>
    <w:p>
      <w:pPr>
        <w:spacing w:before="100" w:after="200" w:line="360" w:lineRule="auto"/>
        <w:jc w:val="left"/>
      </w:pPr>
      <w:r>
        <w:rPr>
          <w:rFonts w:ascii="宋体 (中文正文)" w:eastAsia="宋体" w:hAnsi="宋体 (中文正文)"/>
          <w:sz w:val="28"/>
        </w:rPr>
        <w:t>4、注意事项：</w:t>
      </w:r>
    </w:p>
    <w:p>
      <w:pPr>
        <w:spacing w:before="100" w:after="200" w:line="360" w:lineRule="auto"/>
        <w:ind w:firstLine="576"/>
        <w:jc w:val="left"/>
      </w:pPr>
      <w:r>
        <w:rPr>
          <w:rFonts w:ascii="宋体" w:eastAsia="宋体" w:hAnsi="宋体"/>
          <w:sz w:val="28"/>
        </w:rPr>
        <w:t>比赛时由于双方都是用力拉，所以拔完一场后不可立即松绳，以免造成对方队员受伤，各队负责人谨记，并转告给各队队员。</w:t>
      </w:r>
    </w:p>
    <w:p>
      <w:pPr>
        <w:spacing w:before="100" w:after="200" w:line="360" w:lineRule="auto"/>
        <w:ind w:firstLine="576"/>
        <w:jc w:val="left"/>
      </w:pPr>
      <w:r>
        <w:rPr>
          <w:rFonts w:ascii="宋体" w:eastAsia="宋体" w:hAnsi="宋体"/>
          <w:sz w:val="28"/>
        </w:rPr>
        <w:t>各队需努力完成比赛，不可有弃权、缩水现象。</w:t>
      </w:r>
    </w:p>
    <w:p>
      <w:pPr>
        <w:spacing w:before="100" w:after="200" w:line="360" w:lineRule="auto"/>
        <w:ind w:firstLine="576"/>
        <w:jc w:val="left"/>
      </w:pPr>
      <w:r>
        <w:rPr>
          <w:rFonts w:ascii="宋体" w:eastAsia="宋体" w:hAnsi="宋体"/>
          <w:sz w:val="28"/>
        </w:rPr>
        <w:t>比赛要做到文明比赛，遵循友谊第一，比赛第二、</w:t>
      </w:r>
    </w:p>
    <w:p>
      <w:pPr>
        <w:spacing w:before="100" w:after="200" w:line="360" w:lineRule="auto"/>
        <w:ind w:firstLine="576"/>
        <w:jc w:val="left"/>
      </w:pPr>
      <w:r>
        <w:rPr>
          <w:rFonts w:ascii="宋体" w:eastAsia="宋体" w:hAnsi="宋体"/>
          <w:sz w:val="28"/>
        </w:rPr>
        <w:t>比赛时不得有冒名顶替，啦啦队不可上场帮忙。一经发现立即取消比赛资格。</w:t>
      </w:r>
    </w:p>
    <w:p>
      <w:pPr>
        <w:spacing w:before="100" w:after="200" w:line="360" w:lineRule="auto"/>
        <w:ind w:firstLine="576"/>
        <w:jc w:val="left"/>
      </w:pPr>
      <w:r>
        <w:rPr>
          <w:rFonts w:ascii="宋体" w:eastAsia="宋体" w:hAnsi="宋体"/>
          <w:sz w:val="28"/>
        </w:rPr>
        <w:t>各参赛队必须服从裁判员裁决。</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5、比赛规则:</w:t>
      </w:r>
    </w:p>
    <w:p>
      <w:pPr>
        <w:spacing w:before="100" w:after="200" w:line="360" w:lineRule="auto"/>
        <w:ind w:firstLine="576"/>
        <w:jc w:val="left"/>
      </w:pPr>
      <w:r>
        <w:rPr>
          <w:rFonts w:ascii="宋体" w:eastAsia="宋体" w:hAnsi="宋体"/>
          <w:sz w:val="28"/>
        </w:rPr>
        <w:t>双方运动员在规定的场地上手持一根拔河绳，在听到发今声后双方运动员用力向后拉，哪队将对方拉过规定的限制线，哪队为胜。文章来自：</w:t>
      </w:r>
    </w:p>
    <w:p>
      <w:pPr>
        <w:spacing w:before="100" w:after="200" w:line="360" w:lineRule="auto"/>
        <w:ind w:firstLine="576"/>
        <w:jc w:val="left"/>
      </w:pPr>
      <w:r>
        <w:rPr>
          <w:rFonts w:ascii="宋体" w:eastAsia="宋体" w:hAnsi="宋体"/>
          <w:sz w:val="28"/>
        </w:rPr>
        <w:t>6、奖项及奖金设置:</w:t>
      </w:r>
    </w:p>
    <w:p>
      <w:pPr>
        <w:spacing w:before="100" w:after="200" w:line="360" w:lineRule="auto"/>
        <w:ind w:firstLine="576"/>
        <w:jc w:val="left"/>
      </w:pPr>
      <w:r>
        <w:rPr>
          <w:rFonts w:ascii="宋体" w:eastAsia="宋体" w:hAnsi="宋体"/>
          <w:sz w:val="28"/>
        </w:rPr>
        <w:t>比赛共设4个奖项，一等奖：1000元；二等奖：800元；三等奖：500元；四等奖：300元。（所有参加活动的员工均可获得纪念品一份）</w:t>
      </w:r>
    </w:p>
    <w:p>
      <w:pPr>
        <w:spacing w:before="100" w:after="200" w:line="360" w:lineRule="auto"/>
        <w:ind w:firstLine="576"/>
        <w:jc w:val="left"/>
      </w:pPr>
      <w:r>
        <w:rPr>
          <w:rFonts w:ascii="宋体" w:eastAsia="宋体" w:hAnsi="宋体"/>
          <w:sz w:val="28"/>
        </w:rPr>
        <w:t>经费预算：4个奖项的奖金：2600元；工作人员每人发放50元补助费（约500元）；横标费用：100元；总经费约：5000元。</w:t>
      </w:r>
    </w:p>
    <w:p>
      <w:pPr>
        <w:spacing w:before="100" w:after="200" w:line="360" w:lineRule="auto"/>
        <w:ind w:firstLine="576"/>
        <w:jc w:val="left"/>
      </w:pPr>
      <w:r>
        <w:rPr>
          <w:rFonts w:ascii="宋体" w:eastAsia="宋体" w:hAnsi="宋体"/>
          <w:sz w:val="28"/>
        </w:rPr>
        <w:t>活动策划方案篇五</w:t>
      </w:r>
    </w:p>
    <w:p>
      <w:pPr>
        <w:spacing w:before="100" w:after="200" w:line="360" w:lineRule="auto"/>
        <w:jc w:val="left"/>
      </w:pPr>
      <w:r>
        <w:rPr>
          <w:rFonts w:ascii="宋体 (中文正文)" w:eastAsia="宋体" w:hAnsi="宋体 (中文正文)"/>
          <w:b/>
          <w:sz w:val="28"/>
        </w:rPr>
        <w:t>一、活动时间</w:t>
      </w:r>
    </w:p>
    <w:p>
      <w:pPr>
        <w:spacing w:before="100" w:after="200" w:line="360" w:lineRule="auto"/>
        <w:ind w:firstLine="576"/>
        <w:jc w:val="left"/>
      </w:pPr>
      <w:r>
        <w:rPr>
          <w:rFonts w:ascii="宋体" w:eastAsia="宋体" w:hAnsi="宋体"/>
          <w:sz w:val="28"/>
        </w:rPr>
        <w:t>20xx年9月21日至20xx年12月31日</w:t>
      </w:r>
    </w:p>
    <w:p>
      <w:pPr>
        <w:spacing w:before="100" w:after="200" w:line="360" w:lineRule="auto"/>
        <w:jc w:val="left"/>
      </w:pPr>
      <w:r>
        <w:rPr>
          <w:rFonts w:ascii="宋体 (中文正文)" w:eastAsia="宋体" w:hAnsi="宋体 (中文正文)"/>
          <w:b/>
          <w:sz w:val="28"/>
        </w:rPr>
        <w:t>二、活动目标</w:t>
      </w:r>
    </w:p>
    <w:p>
      <w:pPr>
        <w:spacing w:before="100" w:after="200" w:line="360" w:lineRule="auto"/>
        <w:ind w:firstLine="576"/>
        <w:jc w:val="left"/>
      </w:pPr>
      <w:r>
        <w:rPr>
          <w:rFonts w:ascii="宋体" w:eastAsia="宋体" w:hAnsi="宋体"/>
          <w:sz w:val="28"/>
        </w:rPr>
        <w:t>竞赛活动期间内实现人民币个人贷款新增投放1113万元，全面完成分行下达的任务指标；信用卡累计发卡261张；专项分期累计新增174万元。</w:t>
      </w:r>
    </w:p>
    <w:p>
      <w:pPr>
        <w:spacing w:before="100" w:after="200" w:line="360" w:lineRule="auto"/>
        <w:jc w:val="left"/>
      </w:pPr>
      <w:r>
        <w:rPr>
          <w:rFonts w:ascii="宋体 (中文正文)" w:eastAsia="宋体" w:hAnsi="宋体 (中文正文)"/>
          <w:b/>
          <w:sz w:val="28"/>
        </w:rPr>
        <w:t>三、活动目的</w:t>
      </w:r>
    </w:p>
    <w:p>
      <w:pPr>
        <w:spacing w:before="100" w:after="200" w:line="360" w:lineRule="auto"/>
        <w:ind w:firstLine="576"/>
        <w:jc w:val="left"/>
      </w:pPr>
      <w:r>
        <w:rPr>
          <w:rFonts w:ascii="宋体" w:eastAsia="宋体" w:hAnsi="宋体"/>
          <w:sz w:val="28"/>
        </w:rPr>
        <w:t>为回馈我行个人贷款合作开发商客户对我行个人按揭贷款、及个人金融产品的贡献，稳固和维护我行按揭贷款合作开发商，通过此次活动拓展我行个人贷款业务稳步发展，确保完成20xx年度个人贷款业务指标，为20xx年开门红活动打下坚实基础。为了更好的拓展我行个人贷款业务，进一步加强个人贷款业务营销力度，促进与开发商的紧密合作，提高按揭专员的送件积极性，激励臵业顾问与我行合作，特制定如下营销方案。</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https://d.book118.com/428074075107006046</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1"/>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428074075107006046"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