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2024幼儿园感恩节亲子活动个人总结（31篇）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2024幼儿园感恩节亲子活动个人总结（精选31篇）</w:t>
      </w:r>
      <w:r>
        <w:rPr>
          <w:lang w:eastAsia="zh-CN"/>
        </w:rPr>
        <w:br/>
      </w:r>
      <w:r>
        <w:rPr>
          <w:lang w:eastAsia="zh-CN"/>
        </w:rPr>
        <w:t xml:space="preserve">    2024幼儿园感恩节亲子活动个人总结 篇1 </w:t>
      </w:r>
      <w:r>
        <w:rPr>
          <w:lang w:eastAsia="zh-CN"/>
        </w:rPr>
        <w:br/>
      </w:r>
      <w:r>
        <w:rPr>
          <w:lang w:eastAsia="zh-CN"/>
        </w:rPr>
        <w:t>　　本月我园开展了“感恩节”系列活动，其目的是为了让幼儿了解感恩节的意义，学会感恩。并通过知识问答了解科学常识、政治常识来拓展幼儿的知识面。以开展自助餐的形式让幼儿从中学会感恩，讲规则，懂得谦让，讲卫生节约的好习惯。</w:t>
      </w:r>
      <w:r>
        <w:rPr>
          <w:lang w:eastAsia="zh-CN"/>
        </w:rPr>
        <w:br/>
      </w:r>
      <w:r>
        <w:rPr>
          <w:lang w:eastAsia="zh-CN"/>
        </w:rPr>
        <w:t>　　在此活动中，各组长、各班级老师及全体后勤人员都能认真负责，使各班活动顺利开展。特别是让幼儿答谢身边每个人的活动，使幼儿了解到每天为他辛苦服务的、培养养育他们的，不仅仅是父母、爷爷奶奶，还有园内后勤阿姨、叔叔、保育老师、班级老师等。各班还通过不同形式让孩去体验和感受父母辛苦，以此答谢父母的养育之恩。特别是小班孩子回家为父母擦鞋子，使父母非常感动。</w:t>
      </w:r>
      <w:r>
        <w:rPr>
          <w:lang w:eastAsia="zh-CN"/>
        </w:rPr>
        <w:br/>
      </w:r>
      <w:r>
        <w:rPr>
          <w:lang w:eastAsia="zh-CN"/>
        </w:rPr>
        <w:t>　　（1）班要求孩子帮父母洗碗，父母激动的拍下孩子洗碗的过程。</w:t>
      </w:r>
      <w:r>
        <w:rPr>
          <w:lang w:eastAsia="zh-CN"/>
        </w:rPr>
        <w:br/>
      </w:r>
      <w:r>
        <w:rPr>
          <w:lang w:eastAsia="zh-CN"/>
        </w:rPr>
        <w:t>　　（2）班的感恩主题手抄报，把为国家做贡献的每个岗位的人都画了下来。使孩子明白我们要感谢身边的每一个人。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在自助餐的活动中，老师为孩子精心布置教室，把桌子摆成圆形点起了蜡烛营造了温馨的气氛。每楼层大厅都摆了孩子们爱吃的餐点，孩子们开心极了。在老师们有序的组织下进行就餐。在此活动中，孩子们表现的`非常出色，没有一个浪费的，并保持着地面、桌面、身上都是干净的。</w:t>
      </w:r>
      <w:r>
        <w:rPr>
          <w:lang w:eastAsia="zh-CN"/>
        </w:rPr>
        <w:br/>
      </w:r>
      <w:r>
        <w:rPr>
          <w:lang w:eastAsia="zh-CN"/>
        </w:rPr>
        <w:t xml:space="preserve">    2024幼儿园感恩节亲子活动个人总结 篇2 </w:t>
      </w:r>
      <w:r>
        <w:rPr>
          <w:lang w:eastAsia="zh-CN"/>
        </w:rPr>
        <w:br/>
      </w:r>
      <w:r>
        <w:rPr>
          <w:lang w:eastAsia="zh-CN"/>
        </w:rPr>
        <w:t>　　11月26日幼儿园8个班级都进行了感恩节活动，婴大1班教室布置尤其有特色，教师在气球上画了很多画和感恩的话，将教室布置的很温馨。幼小1班活动比较精彩，家长反映看到孩子们精彩的表演很感动。幼中1班和幼中2班感恩节活动伴随着《感恩的心》优美的音乐，孩子们将蛋糕端给自己的家长，并请家长先吃，几名幼儿还将蛋糕送给老师吃，让我们感到孩子长大了，懂得感恩，懂得回报。</w:t>
      </w:r>
      <w:r>
        <w:rPr>
          <w:lang w:eastAsia="zh-CN"/>
        </w:rPr>
        <w:br/>
      </w:r>
      <w:r>
        <w:rPr>
          <w:lang w:eastAsia="zh-CN"/>
        </w:rPr>
        <w:t>　　通过家长的反馈，很多家长都表示很欢迎幼儿园多举办这样的活动，我们在家长的支持下，也会努力办好每一次活动，在活动中与幼儿们一起成长。</w:t>
      </w:r>
      <w:r>
        <w:rPr>
          <w:lang w:eastAsia="zh-CN"/>
        </w:rPr>
        <w:br/>
      </w:r>
      <w:r>
        <w:rPr>
          <w:lang w:eastAsia="zh-CN"/>
        </w:rPr>
        <w:t>　　活动的成功离不开教师们精心准备，但是活动中部分教师还是停留在形式上，对于如何感恩，为什么感恩孩子们还是不理解。因此，在今后的活动中，活动的意义还是要先让教师和幼儿理解，使活动不仅在于形式上，而且要真正实现活动的意义。</w:t>
      </w:r>
      <w:r>
        <w:rPr>
          <w:lang w:eastAsia="zh-CN"/>
        </w:rPr>
        <w:br/>
      </w:r>
      <w:r>
        <w:rPr>
          <w:lang w:eastAsia="zh-CN"/>
        </w:rPr>
        <w:t xml:space="preserve">    2024幼儿园感恩节亲子活动个人总结 篇3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11月27感恩节，我们幼儿园在这个充满感恩的日子里迎来了它不平凡的一天……这一天它建立了新加坡爱诺多元智能信息化课程教研基地，这一天，一百多个小朋友在老师妈妈的带领下与自己的爸爸妈妈过了一个温馨而充满感恩的节日。此时此刻坐在这里回想起我与孩子们，还有亲爱的家长们，这感恩节的一天虽然忙碌但却快乐着！</w:t>
      </w:r>
      <w:r>
        <w:rPr>
          <w:lang w:eastAsia="zh-CN"/>
        </w:rPr>
        <w:br/>
      </w:r>
      <w:r>
        <w:rPr>
          <w:lang w:eastAsia="zh-CN"/>
        </w:rPr>
        <w:t>　　感恩节活动我们攀一班分别布置了三大项：</w:t>
      </w:r>
      <w:r>
        <w:rPr>
          <w:lang w:eastAsia="zh-CN"/>
        </w:rPr>
        <w:br/>
      </w:r>
      <w:r>
        <w:rPr>
          <w:lang w:eastAsia="zh-CN"/>
        </w:rPr>
        <w:t>　　第一项：讲述《乌鸦反哺》的故事。</w:t>
      </w:r>
      <w:r>
        <w:rPr>
          <w:lang w:eastAsia="zh-CN"/>
        </w:rPr>
        <w:br/>
      </w:r>
      <w:r>
        <w:rPr>
          <w:lang w:eastAsia="zh-CN"/>
        </w:rPr>
        <w:t>　　我们班冀妈妈（主班）给小朋友讲述了爱诺课程里《乌鸦反哺》的故事，通过乌鸦小时候爸爸妈妈怎么给它喂食，怎样教它学本领，到小乌鸦长大，爸爸妈妈老去，它又是怎样感恩自己的父母。小朋友听的很认真。就在故事进行的时候，冀妈妈被园长妈妈叫去进行了新加坡爱诺多元智能信息化教研基地的颁奖仪式，由于时间紧迫，我就临场救急把剩下的部分讲完。最后，我让小朋友分享了一下，如果爸爸妈妈老去他们会怎样孝顺爸爸妈妈，小朋友有的回答说帮爸爸妈妈干家务，有的说给爸爸妈妈买好吃的等等。家长们听到孩子们的回答后纷纷露出来欣慰的笑容，最后我们班哲哲小朋友说：“绝对不离开爸爸妈妈，给他们找虫子吃”，逗得全场哈哈大笑。孩子们也通过故事学会了如何感恩。在我的引导下让每个小朋友在爸爸妈妈的耳边轻轻地说一句感恩的悄悄话并用相机记录了这感恩而温馨的一幕。</w:t>
      </w:r>
      <w:r>
        <w:rPr>
          <w:lang w:eastAsia="zh-CN"/>
        </w:rPr>
        <w:br/>
      </w:r>
      <w:r>
        <w:rPr>
          <w:lang w:eastAsia="zh-CN"/>
        </w:rPr>
        <w:t>　　第二项：手指与驴打滚分享。</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1、在这感恩的日子里孩子们也用着自己的方式表达了对父母的感恩，首先宝贝们把自己精心准备的手语《恩的心》送给了爸爸妈妈。</w:t>
      </w:r>
      <w:r>
        <w:rPr>
          <w:lang w:eastAsia="zh-CN"/>
        </w:rPr>
        <w:br/>
      </w:r>
      <w:r>
        <w:rPr>
          <w:lang w:eastAsia="zh-CN"/>
        </w:rPr>
        <w:t>　　2、活动进行时冀妈妈回到了班内拿出了与赵妈共同合作做出的厨师帽，还有家长提供的小围裙，给宝贝们换装，宝贝们瞬间都变成了小厨师在冀妈妈的引导下，赵妈妈拿出了自己大早起蒸好的黄豆饼与各种材料，分享给了小朋友们与家长们，此时此刻就在这个大家庭里，温馨的气氛瞬间升高热闹非凡，共同努力做好了北京小吃“驴打滚”，宝贝们把做好的驴打滚，亲手喂给了爸爸妈妈吃，也亲手拿给了我们吃。这一刻深刻体会到了感恩的热流，特别欣慰。活动进行时，各个院所的老师们领导们也被我们的活动所吸引来到了我们的班进行了品尝，孩子们也进行了大量的分享都连连夸赞好吃。别的院所的院长，看到后觉得这个活动非常有意义，并让自己院所在以后活动中进行效仿。</w:t>
      </w:r>
      <w:r>
        <w:rPr>
          <w:lang w:eastAsia="zh-CN"/>
        </w:rPr>
        <w:br/>
      </w:r>
      <w:r>
        <w:rPr>
          <w:lang w:eastAsia="zh-CN"/>
        </w:rPr>
        <w:t>　　第三项：感恩树</w:t>
      </w:r>
      <w:r>
        <w:rPr>
          <w:lang w:eastAsia="zh-CN"/>
        </w:rPr>
        <w:br/>
      </w:r>
      <w:r>
        <w:rPr>
          <w:lang w:eastAsia="zh-CN"/>
        </w:rPr>
        <w:t>　　冀妈妈把准备好的爱心发给了所有的家长，让他们分别写下这一生要感恩的人或事，每位家长都写的特别认真，写完后都小心翼翼的把感恩心挂在了我们准备的感恩树上。</w:t>
      </w:r>
      <w:r>
        <w:rPr>
          <w:lang w:eastAsia="zh-CN"/>
        </w:rPr>
        <w:br/>
      </w:r>
      <w:r>
        <w:rPr>
          <w:lang w:eastAsia="zh-CN"/>
        </w:rPr>
        <w:t>　　活动接近了尾声，家长们纷纷离场，最后走的时候每位家长都给我桃子妈妈，冀妈妈，赵妈妈说了一句：“老师辛苦了”。就这简短的一句话我想这里面或许也充满着感恩吧……</w:t>
      </w:r>
      <w:r>
        <w:rPr>
          <w:lang w:eastAsia="zh-CN"/>
        </w:rPr>
        <w:br/>
      </w:r>
      <w:r>
        <w:rPr>
          <w:lang w:eastAsia="zh-CN"/>
        </w:rPr>
        <w:t xml:space="preserve">    2024幼儿园感恩节亲子活动个人总结 篇4 </w:t>
      </w:r>
      <w:r>
        <w:rPr>
          <w:lang w:eastAsia="zh-CN"/>
        </w:rPr>
        <w:br/>
      </w:r>
      <w:r>
        <w:rPr>
          <w:lang w:eastAsia="zh-CN"/>
        </w:rPr>
        <w:t>　　为教育幼儿懂得珍惜别人的爱，懂得感恩。11月22日，__幼儿园开展了“学会感恩 与爱同行”感恩节主题活动。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活动开始前，老师们运用故事、谈话、儿歌、PPT等多种途径和方式让孩子们了解感恩节的由来及习俗，理解其意义，懂得感谢、尊重他人，引发孩子主动关注周围人对自己成长付出的一切。活动中，孩子们先为爸爸妈妈爷爷奶奶献上了舞蹈《我给爷爷奶奶捶捶背》，优美的舞姿赢得了阵阵热烈的掌声。一首《感恩的心》，伴随着孩子们充满童真的手语演绎，传达出孩子们对家人、对老师、对朋友的爱。在亲子互动动环节中，一句感恩的话语，一个充满爱的拥抱，表达着孩子们对亲人的感恩之情。活动接近尾声时，孩子们将自己亲手制作的感恩贺卡、项链、花等礼物，送给自己要感谢的人，表达自己的感恩之心。看着孩子们稚嫩的笑脸，家长们早已是热泪盈眶。</w:t>
      </w:r>
      <w:r>
        <w:rPr>
          <w:lang w:eastAsia="zh-CN"/>
        </w:rPr>
        <w:br/>
      </w:r>
      <w:r>
        <w:rPr>
          <w:lang w:eastAsia="zh-CN"/>
        </w:rPr>
        <w:t>　　本次活动不仅增加了亲子间的情感交流，也使孩子们在耳濡目染的环境中，不断浸润感恩之心，让孩子们学会了珍惜朋友，理解父母，真诚地去体贴和关心身边的每一个人。愿孩子们能带着一颗感恩的心，健康快乐成长。</w:t>
      </w:r>
      <w:r>
        <w:rPr>
          <w:lang w:eastAsia="zh-CN"/>
        </w:rPr>
        <w:br/>
      </w:r>
      <w:r>
        <w:rPr>
          <w:lang w:eastAsia="zh-CN"/>
        </w:rPr>
        <w:t xml:space="preserve">    2024幼儿园感恩节亲子活动个人总结 篇5 </w:t>
      </w:r>
      <w:r>
        <w:rPr>
          <w:lang w:eastAsia="zh-CN"/>
        </w:rPr>
        <w:br/>
      </w:r>
      <w:r>
        <w:rPr>
          <w:lang w:eastAsia="zh-CN"/>
        </w:rPr>
        <w:t>　　11月27感恩节，我们幼儿园在这个充满感恩的日子里迎来了它不平凡的一天……这一天它建立了新加坡爱诺多元智能信息化课程教研基地，这一天，一百多个小朋友在老师妈妈的带领下与自己的爸爸妈妈过了一个温馨而充满感恩的节日。此时此刻坐在这里回想起我与孩子们，还有亲爱的家长们，这感恩节的一天虽然忙碌但却快乐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感恩节活动我们攀一班分别布置了三大项：</w:t>
      </w:r>
      <w:r>
        <w:rPr>
          <w:lang w:eastAsia="zh-CN"/>
        </w:rPr>
        <w:br/>
      </w:r>
      <w:r>
        <w:rPr>
          <w:lang w:eastAsia="zh-CN"/>
        </w:rPr>
        <w:t>　　第一项：讲述《乌鸦反哺》的故事。</w:t>
      </w:r>
      <w:r>
        <w:rPr>
          <w:lang w:eastAsia="zh-CN"/>
        </w:rPr>
        <w:br/>
      </w:r>
      <w:r>
        <w:rPr>
          <w:lang w:eastAsia="zh-CN"/>
        </w:rPr>
        <w:t>　　我们班冀妈妈（主班）给小朋友讲述了爱诺课程里《乌鸦反哺》的故事，通过乌鸦小时候爸爸妈妈怎么给它喂食，怎样教它学本领，到小乌鸦长大，爸爸妈妈老去，它又是怎样感恩自己的父母。小朋友听的很认真。就在故事进行的时候，冀妈妈被园长妈妈叫去进行了新加坡爱诺多元智能信息化教研基地的颁奖仪式，由于时间紧迫，我就临场救急把剩下的部分讲完。最后，我让小朋友分享了一下，如果爸爸妈妈老去他们会怎样孝顺爸爸妈妈，小朋友有的回答说帮爸爸妈妈干家务，有的说给爸爸妈妈买好吃的等等。家长们听到孩子们的回答后纷纷露出来欣慰的笑容，最后我们班哲哲小朋友说：“绝对不离开爸爸妈妈，给他们找虫子吃”，逗得全场哈哈大笑。孩子们也通过故事学会了如何感恩。在我的引导下让每个小朋友在爸爸妈妈的耳边轻轻地说一句感恩的悄悄话并用相机记录了这感恩而温馨的一幕。</w:t>
      </w:r>
      <w:r>
        <w:rPr>
          <w:lang w:eastAsia="zh-CN"/>
        </w:rPr>
        <w:br/>
      </w:r>
      <w:r>
        <w:rPr>
          <w:lang w:eastAsia="zh-CN"/>
        </w:rPr>
        <w:t>　　第二项：手指与驴打滚分享。</w:t>
      </w:r>
      <w:r>
        <w:rPr>
          <w:lang w:eastAsia="zh-CN"/>
        </w:rPr>
        <w:br/>
      </w:r>
      <w:r>
        <w:rPr>
          <w:lang w:eastAsia="zh-CN"/>
        </w:rPr>
        <w:t>　　1、在这感恩的日子里孩子们也用着自己的方式表达了对父母的感恩，首先宝贝们把自己精心准备的手语《恩的心》送给了爸爸妈妈。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2、活动进行时冀妈妈回到了班内拿出了与赵妈共同合作做出的厨师帽，还有家长提供的小围裙，给宝贝们换装，宝贝们瞬间都变成了小厨师在冀妈妈的引导下，赵妈妈拿出了自己大早起蒸好的黄豆饼与各种材料，分享给了小朋友们与家长们，此时此刻就在这个大家庭里，温馨的气氛瞬间升高热闹非凡，共同努力做好了北京小吃“驴打滚”，宝贝们把做好的驴打滚，亲手喂给了爸爸妈妈吃，也亲手拿给了我们吃。这一刻深刻体会到了感恩的热流，特别欣慰。活动进行时，各个院所的老师们领导们也被我们的活动所吸引来到了我们的班进行了品尝，孩子们也进行了大量的分享都连连夸赞好吃。别的院所的院长，看到后觉得这个活动非常有意义，并让自己院所在以后活动中进行效仿。</w:t>
      </w:r>
      <w:r>
        <w:rPr>
          <w:lang w:eastAsia="zh-CN"/>
        </w:rPr>
        <w:br/>
      </w:r>
      <w:r>
        <w:rPr>
          <w:lang w:eastAsia="zh-CN"/>
        </w:rPr>
        <w:t>　　第三项：感恩树</w:t>
      </w:r>
      <w:r>
        <w:rPr>
          <w:lang w:eastAsia="zh-CN"/>
        </w:rPr>
        <w:br/>
      </w:r>
      <w:r>
        <w:rPr>
          <w:lang w:eastAsia="zh-CN"/>
        </w:rPr>
        <w:t>　　冀妈妈把准备好的爱心发给了所有的家长，让他们分别写下这一生要感恩的人或事，每位家长都写的特别认真，写完后都小心翼翼的把感恩心挂在了我们准备的感恩树上活动接近了尾声，家长们纷纷离场，最后走的时候每位家长都给我桃子妈妈，冀妈妈，赵妈妈说了一句：“老师辛苦了”。就这简短的一句话我想这里面或许也充满着感恩吧……</w:t>
      </w:r>
      <w:r>
        <w:rPr>
          <w:lang w:eastAsia="zh-CN"/>
        </w:rPr>
        <w:br/>
      </w:r>
      <w:r>
        <w:rPr>
          <w:lang w:eastAsia="zh-CN"/>
        </w:rPr>
        <w:t>　　这一天……也许真的，就让我们回忆起了好多值得感恩的人、事、物、最后也希望，在这个有爱有感恩的大家庭里，晨光、爱诺越办越好………</w:t>
      </w:r>
      <w:r>
        <w:rPr>
          <w:lang w:eastAsia="zh-CN"/>
        </w:rPr>
        <w:br/>
      </w:r>
      <w:r>
        <w:rPr>
          <w:lang w:eastAsia="zh-CN"/>
        </w:rPr>
        <w:t xml:space="preserve">    2024幼儿园感恩节亲子活动个人总结 篇6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在11月__日至11月__日，我园抓住西方感恩节契机，开展“感恩你我，浓情腾星。让爱在我们心中传递”的感恩教育，活动前期（11月__日至11月__日）各班开展了欣赏感恩音乐、听感恩故事、学感恩诗歌，幼儿园专门为此次活动布置了感恩节专题墙面，也把经典的感恩故事布置到了故事墙，有的班级还开展了我为家人做事和交会孩子爱的表达活动。我园发出了感恩节活动倡议书，还向家长们征集了感恩箴言，一共收集到感恩箴言300于条，并评选出了“家长十大感恩箴言”，把感恩箴言卡片挂在了各班级的“感恩树”上，形成了幼儿园一道亮丽的风景线。</w:t>
      </w:r>
      <w:r>
        <w:rPr>
          <w:lang w:eastAsia="zh-CN"/>
        </w:rPr>
        <w:br/>
      </w:r>
      <w:r>
        <w:rPr>
          <w:lang w:eastAsia="zh-CN"/>
        </w:rPr>
        <w:t>　　11月__日，我园邀请所有家长参加现场活动。目的是让家长孩子能在一起分享这感动的节日，记住这感动的节日。活动在充满感染力的手语操《感恩的心》中拉开帷幕，亲子操后孩子们还为家长系上了写满感恩语言的黄丝带并向家长做了爱的表达，家长们热泪盈眶，深情的和孩子们拥抱在一起。</w:t>
      </w:r>
      <w:r>
        <w:rPr>
          <w:lang w:eastAsia="zh-CN"/>
        </w:rPr>
        <w:br/>
      </w:r>
      <w:r>
        <w:rPr>
          <w:lang w:eastAsia="zh-CN"/>
        </w:rPr>
        <w:t>　　接下来的亲子手工坊活动，家长孩子在老师的指导下完成一幅手工作品，各班手工作品各有特色，家长孩子在亲自手工环节忙得不亦乐乎。亲子游戏活动更是把活动推向热潮，家庭之间的比拼，孩子们欢呼雀跃的加油，家长们也面带微笑，幼儿园温馨祥和的氛围感染着每一个人，唤起了所有人那被一层层习惯与世故压在灵魂最深处的善良本性与感恩之心。在颁奖活动中，向获得“家长十大感恩箴言”，“优秀亲子美工作品”进行了颁奖。颁发的奖品和以往的有所不同，是幼儿园自制的爱心挂件，我最棒和微笑徽章，虽然只是一个小小的挂件，但是这是一份特殊的荣誉，他会提醒孩子们从小做一个有爱心懂得感恩的人，会影响家长们一定要从自己做起，教会子女从小学会感恩，懂得回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感恩一切关心和帮助自己的人！用一颗感恩的心面对未来的生活！颁奖活动时还采访了部分家长，家长都表示感谢幼儿园为孩子家长搭建这样相互游戏，相互活动的平台，这次活动不但教育了孩子，对家长、老师也是一种启发。</w:t>
      </w:r>
      <w:r>
        <w:rPr>
          <w:lang w:eastAsia="zh-CN"/>
        </w:rPr>
        <w:br/>
      </w:r>
      <w:r>
        <w:rPr>
          <w:lang w:eastAsia="zh-CN"/>
        </w:rPr>
        <w:t xml:space="preserve">    2024幼儿园感恩节亲子活动个人总结 篇7 </w:t>
      </w:r>
      <w:r>
        <w:rPr>
          <w:lang w:eastAsia="zh-CN"/>
        </w:rPr>
        <w:br/>
      </w:r>
      <w:r>
        <w:rPr>
          <w:lang w:eastAsia="zh-CN"/>
        </w:rPr>
        <w:t>　　为了让广大幼儿心怀一颗感恩的心，积极地面对生活，20__年11月__日早上，我们大班段组织开展了感恩主题教育活动。在此活动中各班级老师都能认真负责，使各班活动顺利开展，我们收集一些有关感恩节的背景知识，相关故事，向孩子们介绍感恩节的来历，引导孩子们学会感恩。特别是让幼儿答谢身边每个人的活动，使幼儿了解到每天为他辛苦服务的、培养养育他们的，不仅仅是父母、爷爷奶奶，还有园内后勤阿姨、叔叔、保育老师、班级老师等等，我们还通过感恩绘画让孩子们表达自己对长辈的感恩之情。</w:t>
      </w:r>
      <w:r>
        <w:rPr>
          <w:lang w:eastAsia="zh-CN"/>
        </w:rPr>
        <w:br/>
      </w:r>
      <w:r>
        <w:rPr>
          <w:lang w:eastAsia="zh-CN"/>
        </w:rPr>
        <w:t>　　通过这次活动，不仅使幼儿了解感恩节的意义还学会感恩，也懂得了守规则、互相谦让的好品德。感恩节活动虽然结束了，但感恩的心永远存在。这次活动让我们更明白了，生活中那些平淡温馨的故事每天都在继续，只要我们用心感受，用心聆听，就会发现生活充满了爱，因为我们学会了感恩。心存感恩，会让一句简单的话语充满了神奇的力量，让那些琐碎的小事一下子变得无比亲切起来。当一个人懂得感恩时，便会将感恩化做一种充满爱意的行动，实践于我们的生活中。</w:t>
      </w:r>
      <w:r>
        <w:rPr>
          <w:lang w:eastAsia="zh-CN"/>
        </w:rPr>
        <w:br/>
      </w:r>
      <w:r>
        <w:rPr>
          <w:lang w:eastAsia="zh-CN"/>
        </w:rPr>
        <w:t xml:space="preserve">    2024幼儿园感恩节亲子活动个人总结 篇8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本月我园开展了“感恩节”系列活动，其目的是为了让幼儿了解感恩节的意义，学会感恩。并通过知识问答了解科学常识、政治常识来拓展幼儿的知识面。以开展自助餐的形式让幼儿从中学会感恩，讲规则，懂得谦让，讲卫生节约的好习惯。</w:t>
      </w:r>
      <w:r>
        <w:rPr>
          <w:lang w:eastAsia="zh-CN"/>
        </w:rPr>
        <w:br/>
      </w:r>
      <w:r>
        <w:rPr>
          <w:lang w:eastAsia="zh-CN"/>
        </w:rPr>
        <w:t>　　在此活动中，各组长、各班级老师及全体后勤人员都能认真负责，使各班活动顺利开展。特别是让幼儿答谢身边每个人的活动，使幼儿了解到每天为他辛苦服务的、培养养育他们的，不仅仅是父母、爷爷奶奶，还有园内后勤阿姨、叔叔、保育老师、班级老师等。各班还通过不同形式让孩去体验和感受父母辛苦，以此答谢父母的养育之恩。特别是小班孩子回家为父母擦鞋子，使父母非常感动。还有大班组艾迪</w:t>
      </w:r>
      <w:r>
        <w:rPr>
          <w:lang w:eastAsia="zh-CN"/>
        </w:rPr>
        <w:br/>
      </w:r>
      <w:r>
        <w:rPr>
          <w:lang w:eastAsia="zh-CN"/>
        </w:rPr>
        <w:t>　　(1)要求孩子帮父母洗碗，父母激动的拍下孩子洗碗的过程。</w:t>
      </w:r>
      <w:r>
        <w:rPr>
          <w:lang w:eastAsia="zh-CN"/>
        </w:rPr>
        <w:br/>
      </w:r>
      <w:r>
        <w:rPr>
          <w:lang w:eastAsia="zh-CN"/>
        </w:rPr>
        <w:t>　　(2)的感恩主题手抄报，把为国家做贡献的每个岗位的人都画了下来。使孩子明白我们要感谢身边的每一个人。</w:t>
      </w:r>
      <w:r>
        <w:rPr>
          <w:lang w:eastAsia="zh-CN"/>
        </w:rPr>
        <w:br/>
      </w:r>
      <w:r>
        <w:rPr>
          <w:lang w:eastAsia="zh-CN"/>
        </w:rPr>
        <w:t>　　在自助餐的活动中，老师为孩子精心布置教室，把桌子摆成圆形点起了蜡烛营造了温馨的气氛。每楼层大厅都摆了孩子们爱吃的餐点，孩子们开心极了。在老师们有序的组织下进行就餐。在此活动中，孩子们表现的非常出色，没有一个浪费的，并保持着地面、桌面、身上都是干净的。</w:t>
      </w:r>
      <w:r>
        <w:rPr>
          <w:lang w:eastAsia="zh-CN"/>
        </w:rPr>
        <w:br/>
      </w:r>
      <w:r>
        <w:rPr>
          <w:lang w:eastAsia="zh-CN"/>
        </w:rPr>
        <w:t>　　总之，通过这次活动，不仅使幼儿了解感恩节的意义还学会感恩，也懂得了守规则、互相谦让，养成良好节约的好习惯。</w:t>
      </w:r>
      <w:r>
        <w:rPr>
          <w:lang w:eastAsia="zh-CN"/>
        </w:rPr>
        <w:br/>
      </w:r>
      <w:r>
        <w:rPr>
          <w:lang w:eastAsia="zh-CN"/>
        </w:rPr>
        <w:t xml:space="preserve">    2024幼儿园感恩节亲子活动个人总结 篇9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为了培养孩子学会珍惜别人的爱，懂得感恩，通过为亲人购买礼物激发孩子的感恩之情，同时在购物中提高合理消费能力，体会币在社会生活中的功能和作用，在感恩节来临之际，__幼儿园大班年段组织开展了“超市购物表爱心”社会实践活动。</w:t>
      </w:r>
      <w:r>
        <w:rPr>
          <w:lang w:eastAsia="zh-CN"/>
        </w:rPr>
        <w:br/>
      </w:r>
      <w:r>
        <w:rPr>
          <w:lang w:eastAsia="zh-CN"/>
        </w:rPr>
        <w:t>　　考虑到孩子们在第一次选购商品时能更有针对性，在老师的引导下，孩子们提前对家人作了侧面调查：送什么礼物?最需要什么物品?活动由家长为孩子提供两张五元币。来到超市，在老师的引导下，孩子们先仔细观察了物品的摆放位置，了解了商品的价格等基本常识，然后自由结伴挑选礼物。</w:t>
      </w:r>
      <w:r>
        <w:rPr>
          <w:lang w:eastAsia="zh-CN"/>
        </w:rPr>
        <w:br/>
      </w:r>
      <w:r>
        <w:rPr>
          <w:lang w:eastAsia="zh-CN"/>
        </w:rPr>
        <w:t>　　本次活动不仅让孩子做了一回真正的小主人，同时通过向亲人赠送自己亲自挑选的礼物，增强了亲子间的关系，让孩子懂得了要从小感恩身边的亲人、老师。家长们也开心地表示：这样的社会实践活动，是书本知识所无法给予的，希望能多组织。</w:t>
      </w:r>
      <w:r>
        <w:rPr>
          <w:lang w:eastAsia="zh-CN"/>
        </w:rPr>
        <w:br/>
      </w:r>
      <w:r>
        <w:rPr>
          <w:lang w:eastAsia="zh-CN"/>
        </w:rPr>
        <w:t xml:space="preserve">    2024幼儿园感恩节亲子活动个人总结 篇10 </w:t>
      </w:r>
      <w:r>
        <w:rPr>
          <w:lang w:eastAsia="zh-CN"/>
        </w:rPr>
        <w:br/>
      </w:r>
      <w:r>
        <w:rPr>
          <w:lang w:eastAsia="zh-CN"/>
        </w:rPr>
        <w:t>　　为了让孩懂得感恩，学会感谢他，感受到的成长需要家的持、师和同伴的帮助，将感恩的种播撒在幼的，1123，幼园开展了：“爱在摇篮，感恩永相伴”的系列活动。</w:t>
      </w:r>
      <w:r>
        <w:rPr>
          <w:lang w:eastAsia="zh-CN"/>
        </w:rPr>
        <w:br/>
      </w:r>
      <w:r>
        <w:rPr>
          <w:lang w:eastAsia="zh-CN"/>
        </w:rPr>
        <w:t>　　系列活动：感恩在中，将感恩的种播撒在每个幼的中。</w:t>
      </w:r>
      <w:r>
        <w:rPr>
          <w:lang w:eastAsia="zh-CN"/>
        </w:rPr>
        <w:br/>
      </w:r>
      <w:r>
        <w:rPr>
          <w:lang w:eastAsia="zh-CN"/>
        </w:rPr>
        <w:t>　　通过开展教育活动感恩节的来历与绘本故事分享《爱树》《猜猜我有多爱你》，让感恩的种播撒在每个幼的中。</w:t>
      </w:r>
      <w:r>
        <w:rPr>
          <w:lang w:eastAsia="zh-CN"/>
        </w:rPr>
        <w:br/>
      </w:r>
      <w:r>
        <w:rPr>
          <w:lang w:eastAsia="zh-CN"/>
        </w:rPr>
        <w:t>　　系列活动：感恩在动，通过实际动感恩边的。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班级部以“与爱同”照展记录了宝贝与爸爸妈妈温馨的全家福，幼园精彩的活动瞬间，每张照都充满了爱与感恩。</w:t>
      </w:r>
      <w:r>
        <w:rPr>
          <w:lang w:eastAsia="zh-CN"/>
        </w:rPr>
        <w:br/>
      </w:r>
      <w:r>
        <w:rPr>
          <w:lang w:eastAsia="zh-CN"/>
        </w:rPr>
        <w:t>　　中班我帮母做件事，述记的形式记录下了宝贝通过实际动感谢母的故事，我帮妈妈扫扫地，我帮爸爸洗洗脚，我给爷爷奶奶捶捶背。</w:t>
      </w:r>
      <w:r>
        <w:rPr>
          <w:lang w:eastAsia="zh-CN"/>
        </w:rPr>
        <w:br/>
      </w:r>
      <w:r>
        <w:rPr>
          <w:lang w:eastAsia="zh-CN"/>
        </w:rPr>
        <w:t>　　班则通过绘画和的形式感恩母和边的，感恩师教我们学本领，感谢伙伴与我们起玩耍，感谢母的苦付出。张张照，篇篇述记，幅幅图画，都让我们深深地感受到了来宝贝内深处的感恩动。</w:t>
      </w:r>
      <w:r>
        <w:rPr>
          <w:lang w:eastAsia="zh-CN"/>
        </w:rPr>
        <w:br/>
      </w:r>
      <w:r>
        <w:rPr>
          <w:lang w:eastAsia="zh-CN"/>
        </w:rPr>
        <w:t>　　系列活动三：感恩在传递，将感恩的传递出去</w:t>
      </w:r>
      <w:r>
        <w:rPr>
          <w:lang w:eastAsia="zh-CN"/>
        </w:rPr>
        <w:br/>
      </w:r>
      <w:r>
        <w:rPr>
          <w:lang w:eastAsia="zh-CN"/>
        </w:rPr>
        <w:t>　　将整个感恩节的氛围推向最潮，感恩节当天通过晨间接待创意秀拉开序幕，全体英教组师穿着代表形象的服装给幼和家长传递感恩节祝福。班的孩们欢聚在多功能厅，通过欣赏师们表演的印第安舞蹈，感受感恩节的氛围。中班邀请各各业的家长朋友来到班内，给孩们展业的特点，让孩们在体验中感受各各业带给们的便利，培养孩们的感恩之情。班级部带领全体幼出幼园，进超市，通过语表演《感恩的》《让爱更多点》开场，宝贝们整齐有爱的表演引来了路的围观，接下来宝贝们给超市的售货员阿姨与顾客送去感恩节的祝福，“阿姨，你好，我们是摇篮班的朋友，祝您感恩节快乐。”孩们真诚的祝福与感谢，深深地打动了在场的每个。</w:t>
      </w:r>
      <w:r>
        <w:rPr>
          <w:lang w:eastAsia="zh-CN"/>
        </w:rPr>
        <w:br/>
      </w:r>
      <w:r>
        <w:rPr>
          <w:lang w:eastAsia="zh-CN"/>
        </w:rPr>
        <w:t>　　通过此次系列活动，使孩们在濡染的环境中，不断浸润“感恩之”，让孩们学会了珍惜朋友，理解母，真诚地去体贴和关别。在我们明的社会中，知道感谢，怀有颗感恩之是很有必要的。期待着我们的孩们带着颗感恩的，快乐成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xml:space="preserve">    2024幼儿园感恩节亲子活动个人总结 篇11 </w:t>
      </w:r>
      <w:r>
        <w:rPr>
          <w:lang w:eastAsia="zh-CN"/>
        </w:rPr>
        <w:br/>
      </w:r>
      <w:r>
        <w:rPr>
          <w:lang w:eastAsia="zh-CN"/>
        </w:rPr>
        <w:t>　　最感人的一幕是在星期五离园时，我们组织幼儿在校门前为爸爸们表演歌曲，并送上自己亲手绘制的图画和戴上奖牌时，爸爸们十分感动。有的爸爸抱着孩子一个劲的亲吻，还不停地说：“谢谢！”这谢声中，有对孩子孝心的谢意，更有对幼儿园和老师悉心教诲的感谢。通过这次父亲节活动，给幼儿上了人生的一课，让孩子们了解到母爱如海，父爱如山。能使他们更加珍惜家人对自己的爱，并尝试去爱家人，跟家人幸福快乐的生活在一起。</w:t>
      </w:r>
      <w:r>
        <w:rPr>
          <w:lang w:eastAsia="zh-CN"/>
        </w:rPr>
        <w:br/>
      </w:r>
      <w:r>
        <w:rPr>
          <w:lang w:eastAsia="zh-CN"/>
        </w:rPr>
        <w:t>　　这次活动，更增进了幼儿与父亲之间了感情，许多家长不知道今年的`6月17号是父亲节，当孩子告诉爸爸：“爸爸，6月17号是你的节日。”许多爸爸都惊讶的说：“是吗？还有这个节日呢。你不说，我还真不知道”。这次活动不仅让孩子亲近了爸爸，也让爸爸了解了孩子。大家也都有共同的感悟，那就是在繁忙的工作之余留点时间陪伴孩子，让孩子在成长的过程中留下更多美好的回忆。</w:t>
      </w:r>
      <w:r>
        <w:rPr>
          <w:lang w:eastAsia="zh-CN"/>
        </w:rPr>
        <w:br/>
      </w:r>
      <w:r>
        <w:rPr>
          <w:lang w:eastAsia="zh-CN"/>
        </w:rPr>
        <w:t xml:space="preserve">    2024幼儿园感恩节亲子活动个人总结 篇12 </w:t>
      </w:r>
      <w:r>
        <w:rPr>
          <w:lang w:eastAsia="zh-CN"/>
        </w:rPr>
        <w:br/>
      </w:r>
      <w:r>
        <w:rPr>
          <w:lang w:eastAsia="zh-CN"/>
        </w:rPr>
        <w:t>　　时间飞逝，转眼间，一个紧张而又充实的学期过去了。回顾这学期，忙碌而愉快的工作在我班老师的团结协作下，取得了较好的成绩。在这里我对本学期的工作做个小结，并从中拮取精华加以保存，寻找不足加以弥补，争取在新的一年中取得更大的进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在本学期中，我积极参加园内各项活动及教研活动，对班级工作认真负责，以积极热情的心态去完成园内安排的各项工作。在教育工作中，认真备课，精心选择教学方法，充分准备教具。组织好教育教学活动的各个环节，保证好幼儿每天的游戏活动及户外活动时间，提供幼儿活动材料，更好地培养幼儿的全面发展能力。同时每月撰写教育随笔，以提高自身能力与写作能力。在保育工作中，协助保育老师做好各项工作。根据天气变化，及时为幼儿添减衣服，注重培养幼儿良好的进餐习惯和午睡习惯。使幼儿的生活习惯，在原有基础上有了一定的提高。除此之外，同家长密切交流，根据幼儿在家时的表现，对幼儿进行针对性的指导，同家长一起纠正幼儿的不良习惯。在家长工作中，我热情地接待每一位家长的到来，和他们聊聊天，了解幼儿在家时的表现情况。与家长共同讨论教育孩子的方法，听取家长提出的要求和宝贵意见，充分与家长做好同步教育工作，并在亲切的交谈中增进家园的感情。</w:t>
      </w:r>
      <w:r>
        <w:rPr>
          <w:lang w:eastAsia="zh-CN"/>
        </w:rPr>
        <w:br/>
      </w:r>
      <w:r>
        <w:rPr>
          <w:lang w:eastAsia="zh-CN"/>
        </w:rPr>
        <w:t>　　总之，一学期下来，收获自然不小。在工作中我不仅享受到收获的喜悦，也在工作中发现一些存在的问题。做为一名教师，在工作的各个地方都有或多或少的不足之处，但是我都会努力进步的。在今后的工作中我会对幼儿加强德育教育，加强幼儿常规教育，注重幼儿自身能力的培养。并与家长密切联系，实现家园同步。与配班教师团结协作，共同确定教育活动主题，选择符合幼儿年龄特点的活动形式和方法。在教学活动中因材施教，因人施教。同时，我会努力提高自身的专业水平和综合素质，不断地学习新知识充实自己，大胆地创新教学方法，学习老教师的教学经验，吸取先进经验运用与实践中，力求把今后的工作做得更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下面由我来谈谈对感恩教育的反思，感恩是中华民族的优良传统，是人的最基本的品德。然而，我们发现现在的孩子却普遍没有感恩的心态，他们脆弱，敏感，任性。</w:t>
      </w:r>
      <w:r>
        <w:rPr>
          <w:lang w:eastAsia="zh-CN"/>
        </w:rPr>
        <w:br/>
      </w:r>
      <w:r>
        <w:rPr>
          <w:lang w:eastAsia="zh-CN"/>
        </w:rPr>
        <w:t>　　《幼儿园工作规程》明确指出：幼儿德育的目标是萌发幼儿初步</w:t>
      </w:r>
      <w:r>
        <w:rPr>
          <w:lang w:eastAsia="zh-CN"/>
        </w:rPr>
        <w:br/>
      </w:r>
      <w:r>
        <w:rPr>
          <w:lang w:eastAsia="zh-CN"/>
        </w:rPr>
        <w:t>　　爱家乡、爱祖国、爱集体、爱劳动、爱科学的情感，初步形成诚实、自信、好问、友爱、勇敢、爱护公物、克服困难、讲礼貌、守纪律等良好的品德行为和习惯，以及活泼、开朗的性格。如今，许多家庭只有一个孩子，一些家长视其为“小皇帝”、“小太阳”，这些孩子视野开阔，思维活跃，接受快，联想多，聪明可爱。然而，由于受多种因素的影响，我们发现现在的孩子普遍没有感恩的心态，他们常常表现出自私，脆弱，敏感，任性。因此，加强对幼儿的感恩教育是一件迫在眉睫的事情。</w:t>
      </w:r>
      <w:r>
        <w:rPr>
          <w:lang w:eastAsia="zh-CN"/>
        </w:rPr>
        <w:br/>
      </w:r>
      <w:r>
        <w:rPr>
          <w:lang w:eastAsia="zh-CN"/>
        </w:rPr>
        <w:t>　　一、感恩教育的内涵</w:t>
      </w:r>
      <w:r>
        <w:rPr>
          <w:lang w:eastAsia="zh-CN"/>
        </w:rPr>
        <w:br/>
      </w:r>
      <w:r>
        <w:rPr>
          <w:lang w:eastAsia="zh-CN"/>
        </w:rPr>
        <w:t>　　(一)什么是感恩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所谓感恩就是对他人、社会和自然给予自己带来的恩惠和方便在内心产生认可并意欲回报的一种认识、情怀和行为。感恩是每个人都应该具有的基本道德准则，也是做人最基本的修养。“感恩”一词出自晋代潘岳的《关中》：“观遂虎奋，感恩输力”，有“感恩戴德”之意。古代幼童启蒙教材《三字经》有这样的句子：“能温席，小黄香，爱父母，义深长。”这个“黄香扇枕温席，让父亲休息”的故事，世代相传，体现了中华民族的感恩情结。“谁言寸草心，报得三春晖”“投桃报李”“滴水之恩，当涌泉相报”，这些优良的道德文化世代传承，滋润和熏陶着我们的民族。感恩图报是中华民族的优良传统，是一个人最基本的道德品质。</w:t>
      </w:r>
      <w:r>
        <w:rPr>
          <w:lang w:eastAsia="zh-CN"/>
        </w:rPr>
        <w:br/>
      </w:r>
      <w:r>
        <w:rPr>
          <w:lang w:eastAsia="zh-CN"/>
        </w:rPr>
        <w:t>　　(二)感恩教育的内涵</w:t>
      </w:r>
      <w:r>
        <w:rPr>
          <w:lang w:eastAsia="zh-CN"/>
        </w:rPr>
        <w:br/>
      </w:r>
      <w:r>
        <w:rPr>
          <w:lang w:eastAsia="zh-CN"/>
        </w:rPr>
        <w:t>　　感恩教育就是教育者运用一定的手段和方法，对受教育者进行有目的，有步骤地实施的识恩、知恩、感恩、报恩以至于施恩的人文教育。它是一种“以情动情的情感教育”“以德报德”的道德教育，“以人性唤起人性”的人性教育。感恩教育包括三个层次：第一，认知层面，就是要认识和了解自身所获得的恩惠和方便，并在内心产生认可；第二，情感层面，就是要在认知的基础上，衍生出一种幸福和愉快的情感，从而转化为一种自觉的感恩意识，产生一种回报恩情的冲动。第三，实践层面，就是要把感恩意识转化为报恩乃至施恩的具体行为，并形成回报恩情，甘于奉献的习惯。</w:t>
      </w:r>
      <w:r>
        <w:rPr>
          <w:lang w:eastAsia="zh-CN"/>
        </w:rPr>
        <w:br/>
      </w:r>
      <w:r>
        <w:rPr>
          <w:lang w:eastAsia="zh-CN"/>
        </w:rPr>
        <w:t>　　二、幼儿没有感恩心态的表现及原因分析：</w:t>
      </w:r>
      <w:r>
        <w:rPr>
          <w:lang w:eastAsia="zh-CN"/>
        </w:rPr>
        <w:br/>
      </w:r>
      <w:r>
        <w:rPr>
          <w:lang w:eastAsia="zh-CN"/>
        </w:rPr>
        <w:t>　　(一)自我意识强烈</w:t>
      </w:r>
      <w:r>
        <w:rPr>
          <w:lang w:eastAsia="zh-CN"/>
        </w:rPr>
        <w:br/>
      </w:r>
      <w:r>
        <w:rPr>
          <w:lang w:eastAsia="zh-CN"/>
        </w:rPr>
        <w:t>　　无论在家还是在幼儿园，我们都可以看到这样的现象，很多幼儿都是衣来伸手，饭来张口，对父母，爷爷，奶奶颐指气使。究其原因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主要是，现在的孩子多数都是独生子女，他们是家中的“小皇帝”“小太阳”，一些家长对孩子样样给予呵护迁就，家庭中又缺乏小伙伴，所以导致幼儿合群性弱，加上有的家长怕孩子吃亏、受欺、学坏等，常常给予幼儿不正确的引导，这就强化了幼儿的自我中心心理，使幼儿以为世界是为“我”而存在的。他们的眼中，只有自己，没有他人，认为自己理所当然地应该拥有一切，别人为自己所做的一切都是应该的。</w:t>
      </w:r>
      <w:r>
        <w:rPr>
          <w:lang w:eastAsia="zh-CN"/>
        </w:rPr>
        <w:br/>
      </w:r>
      <w:r>
        <w:rPr>
          <w:lang w:eastAsia="zh-CN"/>
        </w:rPr>
        <w:t>　　(二)自私，对他人漠不关心</w:t>
      </w:r>
      <w:r>
        <w:rPr>
          <w:lang w:eastAsia="zh-CN"/>
        </w:rPr>
        <w:br/>
      </w:r>
      <w:r>
        <w:rPr>
          <w:lang w:eastAsia="zh-CN"/>
        </w:rPr>
        <w:t>　　这主要是由于改革开放使人们的社会消费观念逐渐改变，也使得人们的需求结构由单一、低层次向多样化和高层次发展，因此，一些父母千方百计满足独生子女的物质需求。致使幼儿的物质欲望高且小小年纪就养成与人攀比的习惯，造成一些孩子行为自私、不关心他人等不良倾向。</w:t>
      </w:r>
      <w:r>
        <w:rPr>
          <w:lang w:eastAsia="zh-CN"/>
        </w:rPr>
        <w:br/>
      </w:r>
      <w:r>
        <w:rPr>
          <w:lang w:eastAsia="zh-CN"/>
        </w:rPr>
        <w:t>　　(三)习惯于依赖，心理脆弱，敏感</w:t>
      </w:r>
      <w:r>
        <w:rPr>
          <w:lang w:eastAsia="zh-CN"/>
        </w:rPr>
        <w:br/>
      </w:r>
      <w:r>
        <w:rPr>
          <w:lang w:eastAsia="zh-CN"/>
        </w:rPr>
        <w:t>　　这主要是由于一些家长对幼儿十分溺爱，事事包办代替，样样安排妥贴，致使幼儿不用动手动脑，习惯于依赖别人，造成不少幼儿娇气，害怕困难，劳动观念淡薄，遇到较复杂的事情，不作努力就轻易地求助于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此外，幼儿所表现的冷漠、自私，在很大程度上与幼儿在幼儿园所受到的教育有关。随着教育学、心理学、生理学等各方面研究的新进展，人们的儿童观有了很大的改变，逐渐认识到儿童是一个独立的、完整的、有着独特思想的个体，应当尊重儿童。随之而来的便是教育观的改变，在幼儿园，儿童是中心，一切活动都要围绕儿童来展开，鼓励儿童的创造性，特别是受后现代思想的影响，主张个性的张扬，已经达到顶峰。我们不否认这些改变确实有它积极的一面，但是我们也应该看到它无形之中使幼儿形成一种优越感，唯我独尊。比如自己做了错事，就是不肯承认；有的小朋友把自己不喜欢吃的饭菜用盘子盖着，偷偷地往桶里一塞就走了；老师让大班小朋友关心小班的弟弟妹妹，有的小朋友却说：“我没有弟弟妹妹，我是独生子女。”这些问题，看起来都是些小事情，但如果不抓紧教育，久而久之，就会影响一代人的精神面貌，影响孩子们的健康成长，可见在幼儿园开展感恩教育势在必行，感恩教育应当走进幼儿园。</w:t>
      </w:r>
      <w:r>
        <w:rPr>
          <w:lang w:eastAsia="zh-CN"/>
        </w:rPr>
        <w:br/>
      </w:r>
      <w:r>
        <w:rPr>
          <w:lang w:eastAsia="zh-CN"/>
        </w:rPr>
        <w:t>　　三、让感恩教育走进幼儿园</w:t>
      </w:r>
      <w:r>
        <w:rPr>
          <w:lang w:eastAsia="zh-CN"/>
        </w:rPr>
        <w:br/>
      </w:r>
      <w:r>
        <w:rPr>
          <w:lang w:eastAsia="zh-CN"/>
        </w:rPr>
        <w:t>　　幼儿园是幼儿活动的另一片天地，是对幼儿进行启蒙教育的场</w:t>
      </w:r>
      <w:r>
        <w:rPr>
          <w:lang w:eastAsia="zh-CN"/>
        </w:rPr>
        <w:br/>
      </w:r>
      <w:r>
        <w:rPr>
          <w:lang w:eastAsia="zh-CN"/>
        </w:rPr>
        <w:t>　　所。幼儿教育是为人的一生打基础的教育。正如英国教育家洛克在他的教育名著《教育漫话》中所写道的：“我们幼小时所受的影响，哪怕极小极小，小到无法觉察出来，但对日后都有极大深远的作用。这正如江河的源头一样，水性极柔，一丁点人力就可以使它的方向发生根本的改变，正由于从源头上的一丁点引导，河流便有了不同的流向，最后流到十分遥远的地方。我认为少儿们的精神正像河流的源头一样容易引导到东或者西。”而感恩是中华民族的传统美德，因此应当引入幼儿园，那么幼儿园该如何开展感恩教育呢</w:t>
      </w:r>
      <w:r>
        <w:rPr>
          <w:lang w:eastAsia="zh-CN"/>
        </w:rPr>
        <w:br/>
      </w:r>
      <w:r>
        <w:rPr>
          <w:lang w:eastAsia="zh-CN"/>
        </w:rPr>
        <w:t>　　(一)教师应该以身作则，关爱幼儿，培养幼儿的感恩意识</w:t>
      </w:r>
      <w:r>
        <w:rPr>
          <w:lang w:eastAsia="zh-CN"/>
        </w:rPr>
        <w:br/>
      </w:r>
    </w:p>
    <w:p w:rsidR="001B1F19" w14:textId="27C3F48A">
      <w:pPr>
        <w:rPr>
          <w:rFonts w:hint="eastAsia"/>
          <w:lang w:eastAsia="zh-CN"/>
        </w:rPr>
      </w:pPr>
      <w:r>
        <w:rPr>
          <w:lang w:eastAsia="zh-CN"/>
        </w:rPr>
        <w:t>　　教师是孩子的第二父母，是孩子眼中无所不知的圣人。教师的言行对孩子有着潜移默化的作用。因此，教师在日常的学习生活中应该时刻关心幼儿。对于幼儿表现出的关爱行为，应该不吝惜地说声“谢谢”幼儿天性爱模仿，当我们对幼儿时时关爱，对他人的帮助时时怀有感激之心时，会给幼儿留下深刻的印象，说不定哪天他们也会有类似的行为。这就给孩子一种行为上的暗示，让幼儿意识到，原来生活中有这么值得感谢的人，无形中就培养了他们的感恩意识。</w:t>
      </w:r>
      <w:r>
        <w:rPr>
          <w:lang w:eastAsia="zh-CN"/>
        </w:rPr>
        <w:br/>
      </w:r>
      <w:r>
        <w:rPr>
          <w:lang w:eastAsia="zh-CN"/>
        </w:rPr>
        <w:t>　　(二)开展丰富多彩的活动，引导幼儿学会感恩</w:t>
      </w:r>
      <w:r>
        <w:rPr>
          <w:lang w:eastAsia="zh-CN"/>
        </w:rPr>
        <w:br/>
      </w:r>
      <w:r>
        <w:rPr>
          <w:lang w:eastAsia="zh-CN"/>
        </w:rPr>
        <w:t>　　1.收集一些与感恩有关的传统故事，如《羊羔跪乳》《乌鸦反哺》《陈毅探母》《吃水不忘挖井人》等在晨会、社会课中对幼儿进行春风化雨般的引导，唤醒幼儿心灵深处的感恩的善根，使幼儿在故事中受到熏陶，心灵得到净化，促使幼儿感恩心理的形成。</w:t>
      </w:r>
      <w:r>
        <w:rPr>
          <w:lang w:eastAsia="zh-CN"/>
        </w:rPr>
        <w:br/>
      </w:r>
      <w:r>
        <w:rPr>
          <w:lang w:eastAsia="zh-CN"/>
        </w:rPr>
        <w:t>　　2.可以充分利用一些节日，比如三八妇女节、重阳节等传统的节日组织各种感恩活动，可以利用教师、同伴、父辈的生日，指导幼儿亲自为自己的教师、同伴做一些生日卡片，以表达自己的感恩之情。除此之外，还可以给学生布置一些特殊的爱心作业。比如：为教师和同伴做一件好事，给父母、老人捶捶背等。通过这些具体而形象的活动，让幼儿学会正确地对待他人的无私和热心的帮助，学会感恩与回报。</w:t>
      </w:r>
      <w:r>
        <w:rPr>
          <w:lang w:eastAsia="zh-CN"/>
        </w:rPr>
        <w:br/>
      </w:r>
      <w:r>
        <w:rPr>
          <w:lang w:eastAsia="zh-CN"/>
        </w:rPr>
        <w:t>　　3.创设一些活动情境，指导幼儿用心理换位的方式积极参与感恩活动，体会父母呵护他们，养育他们的艰辛。比如，开展“我做小鸡的爸爸妈妈”的活动，要求幼儿亲自喂养刚出壳的小鸡，让幼儿通过活动感受到他们无忧无虑的生活，是和父母的无私奉献和关怀分不开。</w:t>
      </w:r>
      <w:r>
        <w:rPr>
          <w:lang w:eastAsia="zh-CN"/>
        </w:rPr>
        <w:br/>
      </w:r>
      <w:r>
        <w:rPr>
          <w:lang w:eastAsia="zh-CN"/>
        </w:rPr>
        <w:t xml:space="preserve">    2024幼儿园感恩节亲子活动个人总结 篇13 </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https://d.book118.com/435100101014011104</w:t>
        </w:r>
      </w:hyperlink>
    </w:p>
    <w:p w:rsidR="001B1F19">
      <w:pPr>
        <w:rPr>
          <w:rFonts w:hint="eastAsia"/>
          <w:lang w:eastAsia="zh-CN"/>
        </w:rPr>
      </w:pPr>
    </w:p>
    <w:sectPr>
      <w:type w:val="nextPage"/>
      <w:pgSz w:w="11906" w:h="16838"/>
      <w:pgMar w:top="1440" w:right="1800" w:bottom="1440" w:left="1800" w:header="851" w:footer="992" w:gutter="0"/>
      <w:pgNumType w:start="1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3510010101401110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