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2024年8月班主任工作总结（32篇）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2024年8月班主任工作总结（精选32篇）</w:t>
      </w:r>
      <w:r>
        <w:rPr>
          <w:lang w:eastAsia="zh-CN"/>
        </w:rPr>
        <w:br/>
      </w:r>
      <w:r>
        <w:rPr>
          <w:lang w:eastAsia="zh-CN"/>
        </w:rPr>
        <w:t xml:space="preserve">    2024年8月班主任工作总结 篇1 </w:t>
      </w:r>
      <w:r>
        <w:rPr>
          <w:lang w:eastAsia="zh-CN"/>
        </w:rPr>
        <w:br/>
      </w:r>
      <w:r>
        <w:rPr>
          <w:lang w:eastAsia="zh-CN"/>
        </w:rPr>
        <w:t>　　一个班级的班风、学风的好与坏，取决于班主任的工作方法是否得当，作为班主任，在班级的管理中，我始终坚持着一个信念：尊重学生，保护学生的合法权利；赏识学生，让每个学生在原有的基础上都有所提高；关心、爱护学生，让学生在一个充满爱的班集体里生活、学习。</w:t>
      </w:r>
      <w:r>
        <w:rPr>
          <w:lang w:eastAsia="zh-CN"/>
        </w:rPr>
        <w:br/>
      </w:r>
      <w:r>
        <w:rPr>
          <w:lang w:eastAsia="zh-CN"/>
        </w:rPr>
        <w:t>　　一、20__至20__学年度，我在乐业小学担任一年级班主任工作及一年级语文、数学的教学工作。</w:t>
      </w:r>
      <w:r>
        <w:rPr>
          <w:lang w:eastAsia="zh-CN"/>
        </w:rPr>
        <w:br/>
      </w:r>
      <w:r>
        <w:rPr>
          <w:lang w:eastAsia="zh-CN"/>
        </w:rPr>
        <w:t>　　一年级是基础教育的起始阶段，更是进行良好习惯培养的关键时期。习惯的好坏，不但影响生活、性格、行为等，还直接关系到今后的学习和工作，所以我就从以下几方面去开展工作：</w:t>
      </w:r>
      <w:r>
        <w:rPr>
          <w:lang w:eastAsia="zh-CN"/>
        </w:rPr>
        <w:br/>
      </w:r>
      <w:r>
        <w:rPr>
          <w:lang w:eastAsia="zh-CN"/>
        </w:rPr>
        <w:t>　　1、培养学生良好的习惯</w:t>
      </w:r>
      <w:r>
        <w:rPr>
          <w:lang w:eastAsia="zh-CN"/>
        </w:rPr>
        <w:br/>
      </w:r>
      <w:r>
        <w:rPr>
          <w:lang w:eastAsia="zh-CN"/>
        </w:rPr>
        <w:t>　　由于农村的孩子大都是留守儿童，平时不太注意个人卫生，我就经常教育学生勤洗澡、勤换衣服，女生还要勤洗头，做到饭前便后要洗手等等。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一年级学生年纪小，自控能力差，所以我每节课都提前走进教室，提醒学生做好上课准备工作。上课主要采用趣味教学，尽量吸引学生的注意力。注意调动学生学习的积极性，培养学生认真听课、认真作业的好习惯。平时主意观察学生的行为，根据学生的表现在班中树立好的榜样。教育学生课间不做危险的游戏，讲文明、讲礼貌。</w:t>
      </w:r>
      <w:r>
        <w:rPr>
          <w:lang w:eastAsia="zh-CN"/>
        </w:rPr>
        <w:br/>
      </w:r>
      <w:r>
        <w:rPr>
          <w:lang w:eastAsia="zh-CN"/>
        </w:rPr>
        <w:t>　　2、给予学生慈母般的爱</w:t>
      </w:r>
      <w:r>
        <w:rPr>
          <w:lang w:eastAsia="zh-CN"/>
        </w:rPr>
        <w:br/>
      </w:r>
      <w:r>
        <w:rPr>
          <w:lang w:eastAsia="zh-CN"/>
        </w:rPr>
        <w:t>　　爱是无声的语言，是教师沟通学生思想和感情最有效的手段，要想管理好班级，必须关心、了解每一位学生的性格特点。低年级的孩子对老师特别热情，经常会围着老师转。我也会把孩子叫到身边，和他们聊聊天，帮女孩子梳梳辫子，摸摸男孩子的头，在这种轻松的聊天氛围下，把握好时机，顺其自然的给孩子们提出一些要求，再鼓励鼓励鼓励鼓励他们，会收到意想不到的效果。留守儿童张曼宇的手指得了皮肤病，可能是痒的原因，他把手指抓得都出血了。我立即买来一支药膏给他擦上，没到一个星期就好了。由于我爱孩子们，所以孩子们跟我就特别亲，也特别愿意听我的课，20__年秋季学期期末考试期末考试，我任教的语文科获得了一等奖、数学科获得了二等奖；20__年春季学期期末考试，我任教的语文科、数学科都获得了一等奖。因为我的工作表现突出，还被授予二塘镇20__至20__年度优秀教师荣誉称号。</w:t>
      </w:r>
      <w:r>
        <w:rPr>
          <w:lang w:eastAsia="zh-CN"/>
        </w:rPr>
        <w:br/>
      </w:r>
      <w:r>
        <w:rPr>
          <w:lang w:eastAsia="zh-CN"/>
        </w:rPr>
        <w:t>　　二、20__至20__学年度，由于工作需要，我到二塘镇中心校担任六（7）班班主任及数学教学工作。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该校是一所寄宿制学校，孩子们第一次离开父母到该校读书，生活上、学习上有诸多的不习惯。我主要从以下几方面开展班主任工作：</w:t>
      </w:r>
      <w:r>
        <w:rPr>
          <w:lang w:eastAsia="zh-CN"/>
        </w:rPr>
        <w:br/>
      </w:r>
      <w:r>
        <w:rPr>
          <w:lang w:eastAsia="zh-CN"/>
        </w:rPr>
        <w:t>　　1、充分发挥班干部的职能作用和模范带头作用。</w:t>
      </w:r>
      <w:r>
        <w:rPr>
          <w:lang w:eastAsia="zh-CN"/>
        </w:rPr>
        <w:br/>
      </w:r>
      <w:r>
        <w:rPr>
          <w:lang w:eastAsia="zh-CN"/>
        </w:rPr>
        <w:t>　　创设有利于自主管理的氛围，培养学生自己管理自己的能力，使学校的规章制度，转化为学生的自觉行动，形成良好的班风。及时教育和培养有责任心、能力强、可以信任的，并且有一定组织能力和管理能力的学生干部，对他们进行不同的分工。例如：学生甘晓智在学习、纪律、劳动方面特别自觉、积极，在师生中威信很高。我就选他为班。无论自习课还是早、晚读班里学习气氛都很浓，纪律都很好，很少有人捣乱。我也要求其他班干也像他那样要敢管、善管班级的同学。在班委的模范带头作用下，我班的班风好、学风浓，多次获得流动红旗，得到值日领导、生活老师的好评。</w:t>
      </w:r>
      <w:r>
        <w:rPr>
          <w:lang w:eastAsia="zh-CN"/>
        </w:rPr>
        <w:br/>
      </w:r>
      <w:r>
        <w:rPr>
          <w:lang w:eastAsia="zh-CN"/>
        </w:rPr>
        <w:t>　　2、培养学生良好的日常行为习惯。</w:t>
      </w:r>
      <w:r>
        <w:rPr>
          <w:lang w:eastAsia="zh-CN"/>
        </w:rPr>
        <w:br/>
      </w:r>
      <w:r>
        <w:rPr>
          <w:lang w:eastAsia="zh-CN"/>
        </w:rPr>
        <w:t>　　秋季学期开学初，我先从学生的日常生活习惯抓起，每天天一亮就到学校，督促孩子们起床，教他们整理宿舍内务，督促他们进行早操锻炼；指导他们打扫教室、清洁区卫生；要排队打饭，并且把饭端到指定的餐厅就坐，要尽量把饭吃完；遵守午休和晚眠纪律等等。并且适时地对学生进行节约用水、用电、爱惜粮食以及文明礼仪的教育。通过三周的训练，学生就形成了良好的日常行为习惯。以后就由班干去督促、管理班级同学的日常行为。</w:t>
      </w:r>
      <w:r>
        <w:rPr>
          <w:lang w:eastAsia="zh-CN"/>
        </w:rPr>
        <w:br/>
      </w:r>
      <w:r>
        <w:rPr>
          <w:lang w:eastAsia="zh-CN"/>
        </w:rPr>
        <w:t>　　3、关心爱护每一位学生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在上课之余，我还经常进到学生的宿舍，与他们促膝谈心，倾听他们的心声，切实解决他们学习、生活中存在的问题。如陆任聪同学的银行卡不见了，我得知后，立即来到101宿舍，对每一个同学都进行了谈话，但是一点效果都没有。我想，是不是拿卡的同学怕丢面子不敢在老师面前承认呢？于是我就对同学们说：“老师知道，一些同学只是一时的糊涂，现在一定后悔死了。等会我把一个只留一个小缝的纸箱放在洗漱间，每个同学都进洗漱间一次，如果是谁拿了卡的，就悄悄地把卡放进纸箱。结果我不仅帮陆任聪找回了银行卡，还维护了拿卡的同学的自尊心。又如双桂村的学生廖桂香生病了，我带她去医院看病，帮她垫付医药费；樟村的学生黄芳蕾持续高烧不退，我给她买来水果，陪她在医院打点滴直至家长到来；梁金生、覃翠没有三角板、圆规，我掏钱帮他们买。</w:t>
      </w:r>
      <w:r>
        <w:rPr>
          <w:lang w:eastAsia="zh-CN"/>
        </w:rPr>
        <w:br/>
      </w:r>
      <w:r>
        <w:rPr>
          <w:lang w:eastAsia="zh-CN"/>
        </w:rPr>
        <w:t>　　4、组织学生积极参加学校举行的各种活动</w:t>
      </w:r>
      <w:r>
        <w:rPr>
          <w:lang w:eastAsia="zh-CN"/>
        </w:rPr>
        <w:br/>
      </w:r>
      <w:r>
        <w:rPr>
          <w:lang w:eastAsia="zh-CN"/>
        </w:rPr>
        <w:t>　　孩子的天性就是活泼、好动的，在学习之余，多参加一些有益的活动不仅不会影响到学习，反而会对学习起到一定的促进作用。我组织学生参加了学校举行红歌比赛；队列体操比赛；校运会、书画比赛以及文艺汇演等。学生在各项活动在表现的积极踊跃，均获得了好的名次。在活动的过程当中，学生不仅得到各种能力的锻炼，还丰富了自身的文化知识、拓宽自己的视野。</w:t>
      </w:r>
      <w:r>
        <w:rPr>
          <w:lang w:eastAsia="zh-CN"/>
        </w:rPr>
        <w:br/>
      </w:r>
      <w:r>
        <w:rPr>
          <w:lang w:eastAsia="zh-CN"/>
        </w:rPr>
        <w:t>　　5、努力上好每一节课，提高教学质量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在教学工作中，我认真钻研教材，把握好教学重难点，结合学生的实际情况，编写适合自己和学生的教案。认真组织课堂教学，关注全体学生，充分利用各种教学方法调动学生学习积极性。合理布置学生作业，精心批改，及时讲评，坚持给学生写鼓励性评语。对学困生的辅导讲究方法，努力帮他们找回自信心。如我班学生熊思思、谭金瑞等，五年级的数学学成绩都是60多70分，小考都考得90多分。在师生共同努力下，20__年小考我所带的班级取得了较好的成绩，其中我所任教的数学科平均分81.43分及格率88.24%，优秀率43.14%。优良率78.43%。</w:t>
      </w:r>
      <w:r>
        <w:rPr>
          <w:lang w:eastAsia="zh-CN"/>
        </w:rPr>
        <w:br/>
      </w:r>
      <w:r>
        <w:rPr>
          <w:lang w:eastAsia="zh-CN"/>
        </w:rPr>
        <w:t>　　总之，班级的管理是一件既辛苦又充满乐趣的工作。工作方法有成千上万，没有一个固定的模式，但只要我们班主任讲究方法，从爱护他们的角度出发，采取学生乐于接受的教育方式，晓之以理，动之以情，循循善诱，勤于管理，一定能水到渠成。</w:t>
      </w:r>
      <w:r>
        <w:rPr>
          <w:lang w:eastAsia="zh-CN"/>
        </w:rPr>
        <w:br/>
      </w:r>
      <w:r>
        <w:rPr>
          <w:lang w:eastAsia="zh-CN"/>
        </w:rPr>
        <w:t xml:space="preserve">    2024年8月班主任工作总结 篇2 </w:t>
      </w:r>
      <w:r>
        <w:rPr>
          <w:lang w:eastAsia="zh-CN"/>
        </w:rPr>
        <w:br/>
      </w:r>
      <w:r>
        <w:rPr>
          <w:lang w:eastAsia="zh-CN"/>
        </w:rPr>
        <w:t>　　作为一名班主任，总是希望能够把自己的学生教育得更好，让集体更有战斗力，所以现就如何成为一名优秀班主任工作总结一下：</w:t>
      </w:r>
      <w:r>
        <w:rPr>
          <w:lang w:eastAsia="zh-CN"/>
        </w:rPr>
        <w:br/>
      </w:r>
      <w:r>
        <w:rPr>
          <w:lang w:eastAsia="zh-CN"/>
        </w:rPr>
        <w:t>　　一，本学期我坚持每天进行网上学习，认真观看各个专题的文章和专家名师的经验之谈，通过学习，解决了在实际教学中遇到的很多疑难问题，使自己技能也有了很大的提高，同时更新了教育理论，丰富了教学经验。</w:t>
      </w:r>
      <w:r>
        <w:rPr>
          <w:lang w:eastAsia="zh-CN"/>
        </w:rPr>
        <w:br/>
      </w:r>
      <w:r>
        <w:rPr>
          <w:lang w:eastAsia="zh-CN"/>
        </w:rPr>
        <w:t>　　二，要经常性的参加各种研究讨论小组，要虚心吸取别人的老师对于他的教学成功与失败的经验之谈，敢于面对困难并进行不屈的努力。</w:t>
      </w:r>
      <w:r>
        <w:rPr>
          <w:lang w:eastAsia="zh-CN"/>
        </w:rPr>
        <w:br/>
      </w:r>
      <w:r>
        <w:rPr>
          <w:lang w:eastAsia="zh-CN"/>
        </w:rPr>
        <w:t>　　三，优秀班主任工作总结，是通过实践才能得出的工作总结，因此平时在教育教学工作着，要勇于开拓创新，可以适当做一些探索尝试，要有大胆的创新精神，不断努力改进教学质量。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四，选择适当的教学水平和专业素养，努力探索适合本地本校本班的新课改的教学模式，不断加强自我反思与其他同行教师之间的合作，交流与研讨，只有这样才能很好的胜任一名优秀班主任工作。</w:t>
      </w:r>
      <w:r>
        <w:rPr>
          <w:lang w:eastAsia="zh-CN"/>
        </w:rPr>
        <w:br/>
      </w:r>
      <w:r>
        <w:rPr>
          <w:lang w:eastAsia="zh-CN"/>
        </w:rPr>
        <w:t xml:space="preserve">    2024年8月班主任工作总结 篇3 </w:t>
      </w:r>
      <w:r>
        <w:rPr>
          <w:lang w:eastAsia="zh-CN"/>
        </w:rPr>
        <w:br/>
      </w:r>
      <w:r>
        <w:rPr>
          <w:lang w:eastAsia="zh-CN"/>
        </w:rPr>
        <w:t>　　在即将过去的学期里，__班在学校领导的关怀下，在领导的支持与帮助下，各项工作顺利开展，并取得了预期管理效果。现将本学期班级各项管理工作总结如下：</w:t>
      </w:r>
      <w:r>
        <w:rPr>
          <w:lang w:eastAsia="zh-CN"/>
        </w:rPr>
        <w:br/>
      </w:r>
      <w:r>
        <w:rPr>
          <w:lang w:eastAsia="zh-CN"/>
        </w:rPr>
        <w:t>　　一、端学风，树正气</w:t>
      </w:r>
      <w:r>
        <w:rPr>
          <w:lang w:eastAsia="zh-CN"/>
        </w:rPr>
        <w:br/>
      </w:r>
      <w:r>
        <w:rPr>
          <w:lang w:eastAsia="zh-CN"/>
        </w:rPr>
        <w:t>　　引导学生明确学生目的，制定专业学习计划，端正学习态度，遵守学习纪律，指导学生制定适合自己的学习方法，提高学生学习的自觉性，养成良好的学习习惯，不断提高学习成绩。在教育教学及生活各项活动中，根据一定的是非标准进行褒贬，该肯定的就肯定，并给予适当的表扬和奖励；该否定的就否定，并给予适合的批评和教育，在班形成一种能够扶持正气，伸张正义，制止错误思想，阻止不道德行为的班级良好风气和舆论氛围，借助集体的力量，不断从言语上激励学生，从行动上感化学生。此外，利用班会、座谈会等各种途径对学生进行思想政治教育，帮助他们树立起正确的人生观、价值观、荣辱观，从而不断提升班级班风学风质量。</w:t>
      </w:r>
      <w:r>
        <w:rPr>
          <w:lang w:eastAsia="zh-CN"/>
        </w:rPr>
        <w:br/>
      </w:r>
      <w:r>
        <w:rPr>
          <w:lang w:eastAsia="zh-CN"/>
        </w:rPr>
        <w:t>　　二、加强班干部队伍建设，做好学生自我管理工作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班级干部是班主任的助手，干部队伍健全，工作得力，班主任工作就会得心应手。本学期在原有班干部的基础上，通过改选，任用了一批品学兼优的学生担任班干。一个学期以来，他们都能够各尽其责，充分发挥学生骨干作用，使班级各项工作有序进行。由于他们年龄还小，谈不上工作经验，为了让他们发挥主力和辐射作用，及时对他们的工作责任心和工作热情给予肯定，时时要求他们以身作则，学会塑自身良好班干部形象和威信，经常性的召开班委会，明确纪律，严格要求，并指导他们工作方法，引导他们与同学们打成一片，协调好各方面的关系，使他们在班级中树立较高威望，从而在学生自我管理中更具有说服力，经过不断的锻炼，逐步成为班级的骨干力量。</w:t>
      </w:r>
      <w:r>
        <w:rPr>
          <w:lang w:eastAsia="zh-CN"/>
        </w:rPr>
        <w:br/>
      </w:r>
      <w:r>
        <w:rPr>
          <w:lang w:eastAsia="zh-CN"/>
        </w:rPr>
        <w:t>　　三、引导学生开展职业规划，及早确立人生奋斗目标</w:t>
      </w:r>
      <w:r>
        <w:rPr>
          <w:lang w:eastAsia="zh-CN"/>
        </w:rPr>
        <w:br/>
      </w:r>
      <w:r>
        <w:rPr>
          <w:lang w:eastAsia="zh-CN"/>
        </w:rPr>
        <w:t>　　进入二年级，学生将面临一个现实的问题那就是就业，而学生在面对就业这个问题时往往是不知所措的。为此，利用班会、团课及课外活动时间鼓励学生开展职业生涯规划设计，辅导学生制作个人简历，解答求职面试中遇到的难题等，使学生逐步对自己未来的职业定位和发展方向有了明确的自我认识，这也给来年的顶岗实习和后续的就业打好基础。</w:t>
      </w:r>
      <w:r>
        <w:rPr>
          <w:lang w:eastAsia="zh-CN"/>
        </w:rPr>
        <w:br/>
      </w:r>
      <w:r>
        <w:rPr>
          <w:lang w:eastAsia="zh-CN"/>
        </w:rPr>
        <w:t>　　四、层次分组，提高学生团队意识和竞争意识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根据学生成绩，个性差异，思想品质等各方面因素，把不同层次的学生划分为一个小组，小组之间进行学习、卫生、纪律等方面的评比。为提高小组成绩，小组内部互相帮助、提醒，形成良好的学习氛围和班组氛围。小组内部实行组长和班干部负责制，培养了学生自我管理的能力，同时层次划分与竞争并存局面使得每个小组成员之间既相互约束，又相互提高，极大地增强了学生团队合作意识，以及集体荣誉感，较好地实现了学生综合素质在提高过程中的实践运用。</w:t>
      </w:r>
      <w:r>
        <w:rPr>
          <w:lang w:eastAsia="zh-CN"/>
        </w:rPr>
        <w:br/>
      </w:r>
      <w:r>
        <w:rPr>
          <w:lang w:eastAsia="zh-CN"/>
        </w:rPr>
        <w:t>　　五、严格考勤，实行学生量化考试管理</w:t>
      </w:r>
      <w:r>
        <w:rPr>
          <w:lang w:eastAsia="zh-CN"/>
        </w:rPr>
        <w:br/>
      </w:r>
      <w:r>
        <w:rPr>
          <w:lang w:eastAsia="zh-CN"/>
        </w:rPr>
        <w:t>　　为强化班级各项管理，建立健全了一整套严格的班级管理办法，包括考勤制度，学习纪律条例，以及卫生包干制度，由分管班委具体监督执行，做到有记录，有反馈，有改进，从而鼓励先进，督促后进，使学生们的学习生活有张有弛，井然有序，条理分明。六、注重师生沟通，培养稳定师生情</w:t>
      </w:r>
      <w:r>
        <w:rPr>
          <w:lang w:eastAsia="zh-CN"/>
        </w:rPr>
        <w:br/>
      </w:r>
      <w:r>
        <w:rPr>
          <w:lang w:eastAsia="zh-CN"/>
        </w:rPr>
        <w:t>　　重视与学生的思想交流，细心关爱每一位学生，具体了解每一个学生的家庭情况，做到心中有数，利用课余时间与学生促膝谈心，倾听学生的心声与困惑，及时换位思考，设身处地站在学生的立场上，审视遇到的问题与挫折，尽为他们排忧解难，同时用自己做人做事的态度与风格，以及教师良好的人格魅力去感染每一位学生，让学生从谈、断、悟、决中不断完善提高，从而找到新的发展方面，也正因如此，我得到了班里每一位学生的信任，也荣幸的成为他们心中的良师益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班主任工作是我校教育和学生管理工作中的重要环节，既要有宏观的群体管理，又要有微观的个性发展；既要做到对学生管理工作有强烈的前瞻性；又要将工作细致的落实到位。总结这一年来所经历的班主任管理工作，虽然取得了一定的成绩，但查看自身工作环节中还在在很多不同程度的缺点与不足，我将在即将到来的__年里抓紧时间着力完善，力争在各项工作中取得更新更高的成绩。</w:t>
      </w:r>
      <w:r>
        <w:rPr>
          <w:lang w:eastAsia="zh-CN"/>
        </w:rPr>
        <w:br/>
      </w:r>
      <w:r>
        <w:rPr>
          <w:lang w:eastAsia="zh-CN"/>
        </w:rPr>
        <w:t xml:space="preserve">    2024年8月班主任工作总结 篇4 </w:t>
      </w:r>
      <w:r>
        <w:rPr>
          <w:lang w:eastAsia="zh-CN"/>
        </w:rPr>
        <w:br/>
      </w:r>
      <w:r>
        <w:rPr>
          <w:lang w:eastAsia="zh-CN"/>
        </w:rPr>
        <w:t>　　刚踏上工作岗位并接任了二年三班的班主任工作，面临着学生向老师角色的转变，面对新的同事，新的学生，新的环境，我深感压力和责任之大。为了建立良好的班风，把学生培养成为全面发展的人特制定此计划来更好的完成班主任工作。</w:t>
      </w:r>
      <w:r>
        <w:rPr>
          <w:lang w:eastAsia="zh-CN"/>
        </w:rPr>
        <w:br/>
      </w:r>
      <w:r>
        <w:rPr>
          <w:lang w:eastAsia="zh-CN"/>
        </w:rPr>
        <w:t>　　一、指导思想</w:t>
      </w:r>
      <w:r>
        <w:rPr>
          <w:lang w:eastAsia="zh-CN"/>
        </w:rPr>
        <w:br/>
      </w:r>
      <w:r>
        <w:rPr>
          <w:lang w:eastAsia="zh-CN"/>
        </w:rPr>
        <w:t>　　德高为范。教师为人有其育人的特殊功效，古人云其身正，不令而行;其身不正，虽令不从教师要有这样做人的威望，人格的力量，令学生所敬佩。教师又要以自身最佳的思想境界、精神状态和行为表现，积极的影响和教育学生，使他们健康地成长，在学生面前树起一座做人的丰碑。</w:t>
      </w:r>
      <w:r>
        <w:rPr>
          <w:lang w:eastAsia="zh-CN"/>
        </w:rPr>
        <w:br/>
      </w:r>
      <w:r>
        <w:rPr>
          <w:lang w:eastAsia="zh-CN"/>
        </w:rPr>
        <w:t>　　二、班级概况</w:t>
      </w:r>
      <w:r>
        <w:rPr>
          <w:lang w:eastAsia="zh-CN"/>
        </w:rPr>
        <w:br/>
      </w:r>
      <w:r>
        <w:rPr>
          <w:lang w:eastAsia="zh-CN"/>
        </w:rPr>
        <w:t>　　本班学生由于年龄还小，思维能力和行为能力尚未完全成熟。在学习方面，不能做到自觉、自学，对学习的重要性缺乏认识，从而整个班级的学习成绩及学习氛围不够理想。个别成绩好的学生能主动求学好上进，可以成为全班的学习榜样。在其他方面基本上能做到遵守校纪校规，热爱劳动等。</w:t>
      </w:r>
      <w:r>
        <w:rPr>
          <w:lang w:eastAsia="zh-CN"/>
        </w:rPr>
        <w:br/>
      </w:r>
      <w:r>
        <w:rPr>
          <w:lang w:eastAsia="zh-CN"/>
        </w:rPr>
        <w:t>　　三、主要目标</w:t>
      </w:r>
      <w:r>
        <w:rPr>
          <w:lang w:eastAsia="zh-CN"/>
        </w:rPr>
        <w:br/>
      </w:r>
      <w:r>
        <w:rPr>
          <w:lang w:eastAsia="zh-CN"/>
        </w:rPr>
        <w:t>　　1、织建立班集体，让学生有基本的集体荣誉感。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这一阶段的主要标志是每个成员都能以班集体的奋斗目标为导向，向着自我实现的目标奋斗。引导学生正确地认识和处理个人与集体的关系，坚持集体利益高于个人利益的道德标准，自觉地为集体建设贡献自己的力量;要培养学生的自我组织、管理能力，用集体的纪律去约束自己，积极参加集体活动，与集体中的每一位成员平等交往、友好合作，在建设集体的过程中，不断完善自身，形成良好的个性品质。</w:t>
      </w:r>
      <w:r>
        <w:rPr>
          <w:lang w:eastAsia="zh-CN"/>
        </w:rPr>
        <w:br/>
      </w:r>
      <w:r>
        <w:rPr>
          <w:lang w:eastAsia="zh-CN"/>
        </w:rPr>
        <w:t>　　2、培养学生养成良好的学习习惯和学习态度。</w:t>
      </w:r>
      <w:r>
        <w:rPr>
          <w:lang w:eastAsia="zh-CN"/>
        </w:rPr>
        <w:br/>
      </w:r>
      <w:r>
        <w:rPr>
          <w:lang w:eastAsia="zh-CN"/>
        </w:rPr>
        <w:t>　　这学期要通过各种方式，端正学生的学习动机和态度，指导他们掌握科学的学习方法和良好的学习习惯。利用水果栏，心情树等内容抓好学习方法和学习习惯。关键要抓好班级的纪律，因为纪律是成绩的保证指导本班学生的课外阅读，组织学生多讲故事，多听故事，培养他们良好的文化底蕴。经常与各门学科的任课教师进行沟通，了解学情，做好协调工作。力争做好每位学生的思想工作，使他们提高认识，不断上进。成绩、表现好的学生要经常鼓励，既要肯定成绩，也要不断督促，使他们不断取得进步。积极参加学校组织的各项活动，使学生在活动中受到教育。</w:t>
      </w:r>
      <w:r>
        <w:rPr>
          <w:lang w:eastAsia="zh-CN"/>
        </w:rPr>
        <w:br/>
      </w:r>
      <w:r>
        <w:rPr>
          <w:lang w:eastAsia="zh-CN"/>
        </w:rPr>
        <w:t>　　四、具体工作措施</w:t>
      </w:r>
      <w:r>
        <w:rPr>
          <w:lang w:eastAsia="zh-CN"/>
        </w:rPr>
        <w:br/>
      </w:r>
      <w:r>
        <w:rPr>
          <w:lang w:eastAsia="zh-CN"/>
        </w:rPr>
        <w:t>　　1、文明行为教育：</w:t>
      </w:r>
      <w:r>
        <w:rPr>
          <w:lang w:eastAsia="zh-CN"/>
        </w:rPr>
        <w:br/>
      </w:r>
      <w:r>
        <w:rPr>
          <w:lang w:eastAsia="zh-CN"/>
        </w:rPr>
        <w:t>　　行动口号新学期,新挑战,三好我行动(即:好品德,好习惯,好孩子)</w:t>
      </w:r>
      <w:r>
        <w:rPr>
          <w:lang w:eastAsia="zh-CN"/>
        </w:rPr>
        <w:br/>
      </w:r>
      <w:r>
        <w:rPr>
          <w:lang w:eastAsia="zh-CN"/>
        </w:rPr>
        <w:t>　　措施：</w:t>
      </w:r>
      <w:r>
        <w:rPr>
          <w:lang w:eastAsia="zh-CN"/>
        </w:rPr>
        <w:br/>
      </w:r>
      <w:r>
        <w:rPr>
          <w:lang w:eastAsia="zh-CN"/>
        </w:rPr>
        <w:t>　　(1)充分发挥学生的主体精神，结合学校实际，通过优化组建小队，讨论等多种活动形式，设立新一轮校级好习惯章。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(2)切实抓好行为规范教育，有内容、有计划、有效果安排晨间早读，语文、成语积累、英、数交替进行，根据班级的特点，落实每周一次晨会，午会的行为规范训练，使行为规范经常化。</w:t>
      </w:r>
      <w:r>
        <w:rPr>
          <w:lang w:eastAsia="zh-CN"/>
        </w:rPr>
        <w:br/>
      </w:r>
      <w:r>
        <w:rPr>
          <w:lang w:eastAsia="zh-CN"/>
        </w:rPr>
        <w:t>　　(3)认真抓好二分钟预备铃，班干部轮流值日。</w:t>
      </w:r>
      <w:r>
        <w:rPr>
          <w:lang w:eastAsia="zh-CN"/>
        </w:rPr>
        <w:br/>
      </w:r>
      <w:r>
        <w:rPr>
          <w:lang w:eastAsia="zh-CN"/>
        </w:rPr>
        <w:t>　　(4)以学生发展为本，挖掘学生自我管理，自我教育意识，以班级日常行为规范为抓手，找出上课课间、保洁、作业等不足之处，进行自我、小队考核，争创星级文明班。</w:t>
      </w:r>
      <w:r>
        <w:rPr>
          <w:lang w:eastAsia="zh-CN"/>
        </w:rPr>
        <w:br/>
      </w:r>
      <w:r>
        <w:rPr>
          <w:lang w:eastAsia="zh-CN"/>
        </w:rPr>
        <w:t>　　礼貌教育</w:t>
      </w:r>
      <w:r>
        <w:rPr>
          <w:lang w:eastAsia="zh-CN"/>
        </w:rPr>
        <w:br/>
      </w:r>
      <w:r>
        <w:rPr>
          <w:lang w:eastAsia="zh-CN"/>
        </w:rPr>
        <w:t>　　A 见师长热情问好，上下楼梯学会礼让。</w:t>
      </w:r>
      <w:r>
        <w:rPr>
          <w:lang w:eastAsia="zh-CN"/>
        </w:rPr>
        <w:br/>
      </w:r>
      <w:r>
        <w:rPr>
          <w:lang w:eastAsia="zh-CN"/>
        </w:rPr>
        <w:t>　　B.学习待人接物的基本礼仪。</w:t>
      </w:r>
      <w:r>
        <w:rPr>
          <w:lang w:eastAsia="zh-CN"/>
        </w:rPr>
        <w:br/>
      </w:r>
      <w:r>
        <w:rPr>
          <w:lang w:eastAsia="zh-CN"/>
        </w:rPr>
        <w:t>　　C利用语文课学的道歉、解释、答谢等基本离异运用在生活中。</w:t>
      </w:r>
      <w:r>
        <w:rPr>
          <w:lang w:eastAsia="zh-CN"/>
        </w:rPr>
        <w:br/>
      </w:r>
      <w:r>
        <w:rPr>
          <w:lang w:eastAsia="zh-CN"/>
        </w:rPr>
        <w:t>　　D.在家尊敬长辈，不发脾气，校内家里一个样。</w:t>
      </w:r>
      <w:r>
        <w:rPr>
          <w:lang w:eastAsia="zh-CN"/>
        </w:rPr>
        <w:br/>
      </w:r>
      <w:r>
        <w:rPr>
          <w:lang w:eastAsia="zh-CN"/>
        </w:rPr>
        <w:t>　　2、少先队工作：</w:t>
      </w:r>
      <w:r>
        <w:rPr>
          <w:lang w:eastAsia="zh-CN"/>
        </w:rPr>
        <w:br/>
      </w:r>
      <w:r>
        <w:rPr>
          <w:lang w:eastAsia="zh-CN"/>
        </w:rPr>
        <w:t>　　少先队工作围绕行为规范教育和行动口号，有效开展新学期，新挑战， 三好我行动系列活动使学生真正成为各项教育活动的主人。</w:t>
      </w:r>
      <w:r>
        <w:rPr>
          <w:lang w:eastAsia="zh-CN"/>
        </w:rPr>
        <w:br/>
      </w:r>
      <w:r>
        <w:rPr>
          <w:lang w:eastAsia="zh-CN"/>
        </w:rPr>
        <w:t>　　3、家长联谊会</w:t>
      </w:r>
      <w:r>
        <w:rPr>
          <w:lang w:eastAsia="zh-CN"/>
        </w:rPr>
        <w:br/>
      </w:r>
      <w:r>
        <w:rPr>
          <w:lang w:eastAsia="zh-CN"/>
        </w:rPr>
        <w:t>　　1) 继续探索学习型家庭的研究，定期开好家长联谊会，进行家庭教育的经验交流和辅导，努力使其成为教育教学的有益补充和好助手。</w:t>
      </w:r>
      <w:r>
        <w:rPr>
          <w:lang w:eastAsia="zh-CN"/>
        </w:rPr>
        <w:br/>
      </w:r>
      <w:r>
        <w:rPr>
          <w:lang w:eastAsia="zh-CN"/>
        </w:rPr>
        <w:t>　　2) 利用家长力量和社会力量，拓展教育阵地。</w:t>
      </w:r>
      <w:r>
        <w:rPr>
          <w:lang w:eastAsia="zh-CN"/>
        </w:rPr>
        <w:br/>
      </w:r>
      <w:r>
        <w:rPr>
          <w:lang w:eastAsia="zh-CN"/>
        </w:rPr>
        <w:t>　　3) 引导家长多关心子女的学习和心理健康，及时反馈学生学习习惯，以求双向了解。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4) 充分发挥家长联谊会的作用，让他们为学校工作献计献策，形成合力促进内化。</w:t>
      </w:r>
      <w:r>
        <w:rPr>
          <w:lang w:eastAsia="zh-CN"/>
        </w:rPr>
        <w:br/>
      </w:r>
      <w:r>
        <w:rPr>
          <w:lang w:eastAsia="zh-CN"/>
        </w:rPr>
        <w:t>　　4、 体育卫生工作</w:t>
      </w:r>
      <w:r>
        <w:rPr>
          <w:lang w:eastAsia="zh-CN"/>
        </w:rPr>
        <w:br/>
      </w:r>
      <w:r>
        <w:rPr>
          <w:lang w:eastAsia="zh-CN"/>
        </w:rPr>
        <w:t>　　1) 注意做好防近工作，认真做好眼保健操，使本学期近视新发病率控制在零，并通过家校联系取得家长配合，使每位近视学生制定落实防近措施。</w:t>
      </w:r>
      <w:r>
        <w:rPr>
          <w:lang w:eastAsia="zh-CN"/>
        </w:rPr>
        <w:br/>
      </w:r>
      <w:r>
        <w:rPr>
          <w:lang w:eastAsia="zh-CN"/>
        </w:rPr>
        <w:t>　　2) 认真参加早锻炼，提高班级的体育达标优秀率。</w:t>
      </w:r>
      <w:r>
        <w:rPr>
          <w:lang w:eastAsia="zh-CN"/>
        </w:rPr>
        <w:br/>
      </w:r>
      <w:r>
        <w:rPr>
          <w:lang w:eastAsia="zh-CN"/>
        </w:rPr>
        <w:t xml:space="preserve">    2024年8月班主任工作总结 篇5 </w:t>
      </w:r>
      <w:r>
        <w:rPr>
          <w:lang w:eastAsia="zh-CN"/>
        </w:rPr>
        <w:br/>
      </w:r>
      <w:r>
        <w:rPr>
          <w:lang w:eastAsia="zh-CN"/>
        </w:rPr>
        <w:t>　　一、实行班长负责制</w:t>
      </w:r>
      <w:r>
        <w:rPr>
          <w:lang w:eastAsia="zh-CN"/>
        </w:rPr>
        <w:br/>
      </w:r>
      <w:r>
        <w:rPr>
          <w:lang w:eastAsia="zh-CN"/>
        </w:rPr>
        <w:t>　　让学生自己管理好班级，是班主任工作的至高境界。学生都希望受到老师的赞赏和获得表现的机会，他们有很强的上进心和自尊心，现在的孩子又特别讲究，抓住学生的这些特点，我在班级中实行了轮流班长负责制，值日班长负责管理日常事务，包括学习、纪律、卫生等，给班长充分的权力，树立他们在班级的威信。这样，就确保了班级的纪律、卫生工作有条不紊。在班级的安全事故也就避免了。</w:t>
      </w:r>
      <w:r>
        <w:rPr>
          <w:lang w:eastAsia="zh-CN"/>
        </w:rPr>
        <w:br/>
      </w:r>
      <w:r>
        <w:rPr>
          <w:lang w:eastAsia="zh-CN"/>
        </w:rPr>
        <w:t>　　二、以身作则，为学生树立榜样</w:t>
      </w:r>
      <w:r>
        <w:rPr>
          <w:lang w:eastAsia="zh-CN"/>
        </w:rPr>
        <w:br/>
      </w:r>
      <w:r>
        <w:rPr>
          <w:lang w:eastAsia="zh-CN"/>
        </w:rPr>
        <w:t>　　老师的一言一行，都是学生最直接的教材，学生在很大程度上会模仿自己的老师，在言行举止上将老师与自己作对照。我就十分注重自己的一言一行，力求为学生树立榜样。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首先，我认真搞好教学工作。课余时间，我认真钻研教材教法，分析学生的学习基础状况，做到因材施教，有针对性地讲授知识点。并且多方查阅一些与教学相关的课外资料，充实课堂的内容，激发学生学习语文的兴趣。上课时，对所有的知识点做到了如指掌，传授时做到游刃有余，对学生的质疑清楚地予以解释。这样，学生在心里就会佩服你，就会喜欢你上你的课，上课时也才会认真听讲，课后才会细心思考。其次，在管理学生的同时，注重对自己的严格要求。我自己在早操、课间操、眼保健操，都坚持按时到位，从未有过迟到或不到现象学生看到老师都能这样严格要求自己，也就能更严格地要求自己，听从你的安排，遵守学校的有关规章制度。</w:t>
      </w:r>
      <w:r>
        <w:rPr>
          <w:lang w:eastAsia="zh-CN"/>
        </w:rPr>
        <w:br/>
      </w:r>
      <w:r>
        <w:rPr>
          <w:lang w:eastAsia="zh-CN"/>
        </w:rPr>
        <w:t>　　三、对学生一视同仁。</w:t>
      </w:r>
      <w:r>
        <w:rPr>
          <w:lang w:eastAsia="zh-CN"/>
        </w:rPr>
        <w:br/>
      </w:r>
      <w:r>
        <w:rPr>
          <w:lang w:eastAsia="zh-CN"/>
        </w:rPr>
        <w:t>　　在班上，我对所有同学都同等看待，鼓励成绩好的学生更加努力，争取成绩更进一步;对潜能生则维护他们的自尊，让他们发现自己的长处和优点，培养他们的自信，努力提高自己的文化成绩。是以，一直以来，班上非常地团结。另外，我大胆利用小班干，很多事情都让他们自己管理，如：出黑板报、组织班会、派值日等。这些干部在管理班级事务时，班上同学都能积极配合。正是这样，班委会成员为我分担了不少工作，他们在我的鼓励下，大胆地、独立地主持班上的一些活动，并且取得了很好的成绩。</w:t>
      </w:r>
      <w:r>
        <w:rPr>
          <w:lang w:eastAsia="zh-CN"/>
        </w:rPr>
        <w:br/>
      </w:r>
      <w:r>
        <w:rPr>
          <w:lang w:eastAsia="zh-CN"/>
        </w:rPr>
        <w:t>　　四、营造良好的班级气氛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一个良好的班风直接影响到一个班的整体素质。因此，在工作中，我始终把它作为重中之重，严格要求每一位学生。在各项活动中，该肯定的肯定，该否定的否定。如：在学习上，不仅叫学生上课好好听，积极回到问题，还鼓励学生多向老师提出问题。在卫生方面：我严格要求，每一个组长和组员，对主动帮助同学做值日的，给予表扬，让全班形成热爱劳动的好班风。</w:t>
      </w:r>
      <w:r>
        <w:rPr>
          <w:lang w:eastAsia="zh-CN"/>
        </w:rPr>
        <w:br/>
      </w:r>
      <w:r>
        <w:rPr>
          <w:lang w:eastAsia="zh-CN"/>
        </w:rPr>
        <w:t>　　五、配合家长和任课老师，教学生学会如何与人相处，如何培养学生的能力，做好学生的思想政治工作，解决他们的后顾之忧，协助他们提高学习成绩。</w:t>
      </w:r>
      <w:r>
        <w:rPr>
          <w:lang w:eastAsia="zh-CN"/>
        </w:rPr>
        <w:br/>
      </w:r>
      <w:r>
        <w:rPr>
          <w:lang w:eastAsia="zh-CN"/>
        </w:rPr>
        <w:t xml:space="preserve">    2024年8月班主任工作总结 篇6 </w:t>
      </w:r>
      <w:r>
        <w:rPr>
          <w:lang w:eastAsia="zh-CN"/>
        </w:rPr>
        <w:br/>
      </w:r>
      <w:r>
        <w:rPr>
          <w:lang w:eastAsia="zh-CN"/>
        </w:rPr>
        <w:t>　　转眼之间，又是一个学期结束，班主任带班，有苦有乐，有酸有甜。回头想想，带班还是件幸福的事情。我似乎有一种“校园情结”，喜欢这种工作。我们工作要善于总结和反思，这样才能进步，对于本学期，我总结如下：</w:t>
      </w:r>
      <w:r>
        <w:rPr>
          <w:lang w:eastAsia="zh-CN"/>
        </w:rPr>
        <w:br/>
      </w:r>
      <w:r>
        <w:rPr>
          <w:lang w:eastAsia="zh-CN"/>
        </w:rPr>
        <w:t>　　一、统一思想，形成合力。</w:t>
      </w:r>
      <w:r>
        <w:rPr>
          <w:lang w:eastAsia="zh-CN"/>
        </w:rPr>
        <w:br/>
      </w:r>
      <w:r>
        <w:rPr>
          <w:lang w:eastAsia="zh-CN"/>
        </w:rPr>
        <w:t>　　学生的思想品德要靠教师去陶冶，良好的年段风气主要靠教师去营造。这其中最重要的就是教师在思想品质方面要做好表率，以自己的人格力量去影响教育学生。</w:t>
      </w:r>
      <w:r>
        <w:rPr>
          <w:lang w:eastAsia="zh-CN"/>
        </w:rPr>
        <w:br/>
      </w:r>
      <w:r>
        <w:rPr>
          <w:lang w:eastAsia="zh-CN"/>
        </w:rPr>
        <w:t>　　首先，我凡事身体力行，表里如一，言行一致，各方面尽量起模范带头作用：其次，每个月定期召开年段教师座谈会，采用集中学习讲座的方式，共同学习和探讨教育教学新理论、新形式，共同探讨本年段教育教学中顾在的新现象、新问题及其解决之道从而保证对学生的教育教学工作的科学性和实效性。再次，积极配合学校的工作要求，根据每一位教师的能力、兴趣等，尽可能地创造条件，发挥每位教师的聪明才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第三，工作上的决策，通过各种民主方式，请教师参与，征求教师的建议和意见，努力创建宽松和谐的工作环境，让教师充分感受到自己是学校的主人，从而充分调动他们的积极性和创造性。</w:t>
      </w:r>
      <w:r>
        <w:rPr>
          <w:lang w:eastAsia="zh-CN"/>
        </w:rPr>
        <w:br/>
      </w:r>
      <w:r>
        <w:rPr>
          <w:lang w:eastAsia="zh-CN"/>
        </w:rPr>
        <w:t>　　第四，生活上，抓住各种细节和机会，真诚地关心和帮助每位教师生活中出现的各种困难，注意协调好教师间的各种关系，使年段形成互相关心、互相帮助的良好氛围。以上做法，使全年段同心协力，心往一处想，劲往一处使，成为一个有坚强战斗力的战斗集体。获得学校和社会的赞誉。</w:t>
      </w:r>
      <w:r>
        <w:rPr>
          <w:lang w:eastAsia="zh-CN"/>
        </w:rPr>
        <w:br/>
      </w:r>
      <w:r>
        <w:rPr>
          <w:lang w:eastAsia="zh-CN"/>
        </w:rPr>
        <w:t>　　当然，在应试教育的禁锢下，我们不得不顾及学生、老师、家长、社会都共同需要的那个考试分数。有的学生学习很认真，与老师同学相处也很好，可就是考试成绩总上不去。对于这种学生，作为班主任，我是喜欢的，因为我相信一种信念：这学生有正确的对人对事的态度!一旦抓住了机遇，他会发光!基于我的这种想法，在我的工作中，多了几分踏实和刻苦，少了几分浮躁与虚荣。</w:t>
      </w:r>
      <w:r>
        <w:rPr>
          <w:lang w:eastAsia="zh-CN"/>
        </w:rPr>
        <w:br/>
      </w:r>
      <w:r>
        <w:rPr>
          <w:lang w:eastAsia="zh-CN"/>
        </w:rPr>
        <w:t>　　二、确立以教学质量为年段工作中心的共识。</w:t>
      </w:r>
      <w:r>
        <w:rPr>
          <w:lang w:eastAsia="zh-CN"/>
        </w:rPr>
        <w:br/>
      </w:r>
      <w:r>
        <w:rPr>
          <w:lang w:eastAsia="zh-CN"/>
        </w:rPr>
        <w:t>　　期初即明确本学期的工作重心是：补缺补漏，杜绝偏科现象。为此，我们努力配合学校各教研室特别是本年段各教研组，定期、不定期地开展教研活动，特别是“月考、期中考试、期末考试”后，都要求及时进行商定对策，及时反馈学生的学习情况，并及时适当的调整原有的计划，及时补漏，以求取得最好的教学效果;鼓励积极钻研教学业务，进行课堂教学改革的尝试，寻求培养学生创新和实践能力的途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经常深入课堂调查研究，了解各学科的教学教育情况，通过召开各类型学生会议来了解情况，掌握新动向，研究新问题，制定新方案，拿出新办法，及时有效地解决存在的各种问题，力争教育教学水平以及学生的学习成绩都能不断地更上一层楼。</w:t>
      </w:r>
      <w:r>
        <w:rPr>
          <w:lang w:eastAsia="zh-CN"/>
        </w:rPr>
        <w:br/>
      </w:r>
      <w:r>
        <w:rPr>
          <w:lang w:eastAsia="zh-CN"/>
        </w:rPr>
        <w:t>　　三、面向全体学生，进一步健全和完善“家校共教”网络体系。</w:t>
      </w:r>
      <w:r>
        <w:rPr>
          <w:lang w:eastAsia="zh-CN"/>
        </w:rPr>
        <w:br/>
      </w:r>
      <w:r>
        <w:rPr>
          <w:lang w:eastAsia="zh-CN"/>
        </w:rPr>
        <w:t>　　本学期更加强同各村小学校长发及老人会的联系，从而大大增强了社会教育的功能。在学生的管理教育方面，继续努力探索新时期青少年的新情况、新总是努力学习先进的教育教学方式，积极探索和实践“素质教育”的有效途径，不断总结经验教训。</w:t>
      </w:r>
      <w:r>
        <w:rPr>
          <w:lang w:eastAsia="zh-CN"/>
        </w:rPr>
        <w:br/>
      </w:r>
      <w:r>
        <w:rPr>
          <w:lang w:eastAsia="zh-CN"/>
        </w:rPr>
        <w:t>　　本学期我们分别在期初、期中后、期末前召开年段全体或部分学生家长座谈会;每次“月考”后都召开了部分学生家长座谈会;班主任主动同家长优质经常性的联系。</w:t>
      </w:r>
      <w:r>
        <w:rPr>
          <w:lang w:eastAsia="zh-CN"/>
        </w:rPr>
        <w:br/>
      </w:r>
      <w:r>
        <w:rPr>
          <w:lang w:eastAsia="zh-CN"/>
        </w:rPr>
        <w:t>　　我们每月至少召开一次年段全体科任教师会议，商讨各科的教学与协调配合以及年段班级工作中存在的优点与不足;各科任教师对自己所负责的教学班中存在偏科现象的中、优生进行有针对性的加强课外辅导，并责任到人;年段或班级每月必分别召开一次优、中、差和座谈会;等等。以上措施的实行已见成效，年段学生的精神面貌和学习风气不断更上一层楼，获得学校和社会家长的好评。</w:t>
      </w:r>
      <w:r>
        <w:rPr>
          <w:lang w:eastAsia="zh-CN"/>
        </w:rPr>
        <w:br/>
      </w:r>
      <w:r>
        <w:rPr>
          <w:lang w:eastAsia="zh-CN"/>
        </w:rPr>
        <w:t>　　四、开展丰富多彩的第二课堂活动和社会实践活动。</w:t>
      </w:r>
      <w:r>
        <w:rPr>
          <w:lang w:eastAsia="zh-CN"/>
        </w:rPr>
        <w:br/>
      </w:r>
      <w:r>
        <w:rPr>
          <w:lang w:eastAsia="zh-CN"/>
        </w:rPr>
        <w:t>　　本学期成功地组织学生参加了学校第17届校动会、以及“纪念一二九爱国运动歌咏比赛”等活动，同时还配合各科备课级开展了许多小型即兴式比赛，寓教于乐;等等。采用“走出去”、“请进来”的方式开展第二课堂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这些活动的开展，既大大地丰富了学生的课余生活，使学生开阔了眼界，学以致用;同时也使学生得到了爱国主义教育、集体主义教育、革命教育、劳动教育以及科学世界观、人生观教育;使学生劳逸结合，取得良好的效果。</w:t>
      </w:r>
      <w:r>
        <w:rPr>
          <w:lang w:eastAsia="zh-CN"/>
        </w:rPr>
        <w:br/>
      </w:r>
      <w:r>
        <w:rPr>
          <w:lang w:eastAsia="zh-CN"/>
        </w:rPr>
        <w:t xml:space="preserve">    2024年8月班主任工作总结 篇7 </w:t>
      </w:r>
      <w:r>
        <w:rPr>
          <w:lang w:eastAsia="zh-CN"/>
        </w:rPr>
        <w:br/>
      </w:r>
      <w:r>
        <w:rPr>
          <w:lang w:eastAsia="zh-CN"/>
        </w:rPr>
        <w:t>　　在班级管理中，建立健全班委机构，正确选用班干部是一个非常重要的环节。正确选用班干部对班主任日后的班级管理工作有很大的帮助。在班干部们的引领和督促下，不仅可以让学生思想品德受到教育，好的学习风气得于养成，对学生的日常行为活动也有所监督和互相教育的作用。反之，就会对整个班级的管理目标相挬而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例如，我去年接的六年级的一个班，当我第一次走进教室时，教室内的场景真让我大吃一惊。同学们对我的出现不理不采，课桌和椅子零乱不堪，纸屑、果皮满地都是。再想想之前对他们各科成绩的了解，我的心不由自主的凉了半截。自问，我有能力把他们拉到积极向上的轨道上吗?但是最终坚强好胜的心不允许我退宿。我认为造成这样的消极局面是因为他们对学习没兴趣，学习成绩差。于是，我选了几个相对成绩好的当本班的班干部，想通过抓典型来影响他们，引领他们养成良好习惯。可两个星期过去了，这个局面不但没得到改观，反而比开学初更糟糕。迟到、旷课、不完成作业，练习等情况非常严重。经过观察了解，所选的班干部领导能力不够强，其他同学不服，所以我下定决心，改选班干部。由同学们自己选出他们心目中的领导人物。结果第二天马上就有见效，一早我推开教室的门，看到的场景让我欣喜若狂，课桌排得整整齐齐，地上干干净净，教室后门的角落里，扫把摆放得整整齐齐，同学们都在认真的读书。</w:t>
      </w:r>
      <w:r>
        <w:rPr>
          <w:lang w:eastAsia="zh-CN"/>
        </w:rPr>
        <w:br/>
      </w:r>
      <w:r>
        <w:rPr>
          <w:lang w:eastAsia="zh-CN"/>
        </w:rPr>
        <w:t>　　所以说，正确选用班干部对班主任班级管理有很大的帮助。</w:t>
      </w:r>
      <w:r>
        <w:rPr>
          <w:lang w:eastAsia="zh-CN"/>
        </w:rPr>
        <w:br/>
      </w:r>
      <w:r>
        <w:rPr>
          <w:lang w:eastAsia="zh-CN"/>
        </w:rPr>
        <w:t>　　二、教室布置</w:t>
      </w:r>
      <w:r>
        <w:rPr>
          <w:lang w:eastAsia="zh-CN"/>
        </w:rPr>
        <w:br/>
      </w:r>
      <w:r>
        <w:rPr>
          <w:lang w:eastAsia="zh-CN"/>
        </w:rPr>
        <w:t>　　环境作为人生活于其中，并能影响人的一切外部条件的综合，既包括人在社会生活中的条件和社会关系的综合，也包括人们赖以生存-------的自然条件的综合。我国古代墨子所谓：“染于苍则苍，染于黄则黄，所入者变，其色亦变”。所以说，教室布置也是非常重要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利用环境育人，就要努力创设良好的育人环境，因此每次教室布置时，我都非常用心。例如：每月让学生们设计一次学习园地，来培养他们对艺术的兴趣，了解外界环境和课外知识;教室内放置一块小黑板，让学生们每天都写给同学们的寄语，来培养同学之间的感情，提高他们的素养;为了时刻提醒和增强班干部们的责任心，在教室内张贴了“班委机构”;为了鼓励同学们多做好事，培养同学们乐于助人的精神，我设计了一栏“光荣榜”;为了激发同学们的学习积极性，让他们时刻知道自己的成绩提高还是退步，我设计了“成绩栏”，栏内不显示实际分数，只要“十?”号表示增加多少分，用“一?”号表示减少了多少分等。在这样的环境下，同学们的思想改变了不少，同学们责任心强了，学习积极性有所提高，班内也形成团结、向上的氛围。</w:t>
      </w:r>
      <w:r>
        <w:rPr>
          <w:lang w:eastAsia="zh-CN"/>
        </w:rPr>
        <w:br/>
      </w:r>
      <w:r>
        <w:rPr>
          <w:lang w:eastAsia="zh-CN"/>
        </w:rPr>
        <w:t>　　总之，一个好的环境可以造就一批品质好的人，可以使一个人在成长过程中得到好的教育，形成良好的道德习惯，习惯成自然，最终形成高尚的道德品质。</w:t>
      </w:r>
      <w:r>
        <w:rPr>
          <w:lang w:eastAsia="zh-CN"/>
        </w:rPr>
        <w:br/>
      </w:r>
      <w:r>
        <w:rPr>
          <w:lang w:eastAsia="zh-CN"/>
        </w:rPr>
        <w:t>　　三、制定班级管理制度</w:t>
      </w:r>
      <w:r>
        <w:rPr>
          <w:lang w:eastAsia="zh-CN"/>
        </w:rPr>
        <w:br/>
      </w:r>
      <w:r>
        <w:rPr>
          <w:lang w:eastAsia="zh-CN"/>
        </w:rPr>
        <w:t>　　俗话说得好，“没有规矩，不成方圆。”一个优秀的班集体，必然有良好的秩序，而井然有序的班级秩序是班级制度来保障的。因此，健全班级规范，完善班级制度文化，是班级文化建设的重要方面。</w:t>
      </w:r>
      <w:r>
        <w:rPr>
          <w:lang w:eastAsia="zh-CN"/>
        </w:rPr>
        <w:br/>
      </w:r>
      <w:r>
        <w:rPr>
          <w:lang w:eastAsia="zh-CN"/>
        </w:rPr>
        <w:t>　　班规的制定，我一直以来都认为是全班师生共同的事情。要由班级全体成员一起讨论，共同决定。首先让学生参照学校的规章制度，结合本班实际情况起草，然后小组讨论，拟出草案，再在班上通过，最后才定下来。学生自己制定班规，他们就会自觉地认真执行，把班规视为自己的行为准则。</w:t>
      </w:r>
      <w:r>
        <w:rPr>
          <w:lang w:eastAsia="zh-CN"/>
        </w:rPr>
        <w:br/>
      </w:r>
      <w:r>
        <w:rPr>
          <w:lang w:eastAsia="zh-CN"/>
        </w:rPr>
        <w:t>　　例如，迟到、旷课、早退、未佩戴红领巾等行为，不能超过多少次，如果超过规定的次数，应该怎样处罚，让大家讨论决定等。</w:t>
      </w:r>
      <w:r>
        <w:rPr>
          <w:lang w:eastAsia="zh-CN"/>
        </w:rPr>
        <w:br/>
      </w:r>
      <w:r>
        <w:rPr>
          <w:lang w:eastAsia="zh-CN"/>
        </w:rPr>
        <w:t>　　实践证明，这样的作法非常有效。学生们对自己共同所立之法，从始到终，心中都有他在，平日一举一动，都为大家自立的法律所影响。</w:t>
      </w:r>
      <w:r>
        <w:rPr>
          <w:lang w:eastAsia="zh-CN"/>
        </w:rPr>
        <w:br/>
      </w:r>
      <w:r>
        <w:rPr>
          <w:lang w:eastAsia="zh-CN"/>
        </w:rPr>
        <w:t>　　四、组织班级教师和家长共同管理班集体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想搞好班级管理，单单依靠班主任个人力量是很难的，必须依靠集体的力量，其中班级教师集体的力量和班级家长的力量是不可缺少的，必须有他们的配合和协作。</w:t>
      </w:r>
      <w:r>
        <w:rPr>
          <w:lang w:eastAsia="zh-CN"/>
        </w:rPr>
        <w:br/>
      </w:r>
      <w:r>
        <w:rPr>
          <w:lang w:eastAsia="zh-CN"/>
        </w:rPr>
        <w:t>　　例如，这个学期，我班的罗佳宁同学，由于迷上网络游戏，上课时心不在焉，成绩下降了不少，通过教师们孜孜不倦的教诲和家长的耐心开导与宽容，该同学慢慢地走出了这个困境。可见这种情况下，单靠班主任个人的力量是不够的，只有靠大家的共同努力，班级管理才能有成效。</w:t>
      </w:r>
      <w:r>
        <w:rPr>
          <w:lang w:eastAsia="zh-CN"/>
        </w:rPr>
        <w:br/>
      </w:r>
      <w:r>
        <w:rPr>
          <w:lang w:eastAsia="zh-CN"/>
        </w:rPr>
        <w:t>　　这是我高考后磨着父亲在同学录上写下的寄语。父亲虽过世了几年，但这条寄语时时鞭策着我，当我在生活中碰到困难时，总是激励我不要以伤残为借口。</w:t>
      </w:r>
      <w:r>
        <w:rPr>
          <w:lang w:eastAsia="zh-CN"/>
        </w:rPr>
        <w:br/>
      </w:r>
      <w:r>
        <w:rPr>
          <w:lang w:eastAsia="zh-CN"/>
        </w:rPr>
        <w:t>　　出生的那年冬天，一场小火让我的手脚落下了残疾，每一下地走路时便疼得直哭，母亲看着心疼不忍心让我学走路，一直到四岁我还是在摇蓝中成长。　　那年，父亲退伍回家，在度过自责的一段时间，父亲便着手以部队训练方式开始教我走路，每当我一迈步便疼得哇哇大哭，可无论我如何哭闹，母亲怎样劝阻、哥哥时时求情，父亲总是充耳不闻。在父亲近似残酷的训练下，我逐渐能像平常小孩一样走路了。在以后的生活中，只要是自己的事，无论如何困难，父亲都不允许母亲和哥哥给我帮助，并时刻叮咛我以后要学会自立，自己的事必须自己做，不要以伤残为借口，博取他人的同情及帮助。如今我在生活及工作中能完全自立，得益于父亲幼时严格的教导，每想起如山的父爱，便十分感动，禁不住潸然泪下。</w:t>
      </w:r>
      <w:r>
        <w:rPr>
          <w:lang w:eastAsia="zh-CN"/>
        </w:rPr>
        <w:br/>
      </w:r>
      <w:r>
        <w:rPr>
          <w:lang w:eastAsia="zh-CN"/>
        </w:rPr>
        <w:t>　　“别人能做的你一定也能做到”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哥哥初中三年一直与我同班，这是初中毕业时哥哥写下的寄语，哥哥也是一直这样要求我面对学习和生活的。</w:t>
      </w:r>
      <w:r>
        <w:rPr>
          <w:lang w:eastAsia="zh-CN"/>
        </w:rPr>
        <w:br/>
      </w:r>
      <w:r>
        <w:rPr>
          <w:lang w:eastAsia="zh-CN"/>
        </w:rPr>
        <w:t>　　小时候我只跟着哥哥玩。哥哥在家总是让着我，在外充当我的保护神，如有小伙伴欺负我，哥哥会有拳头教训对方，从不让我在外面受一点委屈。在读初一时，我虽然学习成绩很好，可体育成绩一团糟，也不参加任何户外活动。在期末宣布要体育考试时，老师考虑我的身体条件，通知我不用考试，我乐意地答应了，哥哥知道了跑到老师那里，说老师歧视学生，要求老师让我参加体育考试，并保证让弟弟一定通过，如不通过算他不及格。从此开始哥哥天天带着我跑步，全面制订锻炼计划，在哥哥严格的监管下，我身体素质逐渐变好，虽然第一个学期未通过考试，但在以后体育考试中，都能及格。哥哥总是对我说，相信自己，别人能做的只要你付出加倍努力，你就也能做到。</w:t>
      </w:r>
      <w:r>
        <w:rPr>
          <w:lang w:eastAsia="zh-CN"/>
        </w:rPr>
        <w:br/>
      </w:r>
      <w:r>
        <w:rPr>
          <w:lang w:eastAsia="zh-CN"/>
        </w:rPr>
        <w:t>　　“做生活中的强者”</w:t>
      </w:r>
      <w:r>
        <w:rPr>
          <w:lang w:eastAsia="zh-CN"/>
        </w:rPr>
        <w:br/>
      </w:r>
      <w:r>
        <w:rPr>
          <w:lang w:eastAsia="zh-CN"/>
        </w:rPr>
        <w:t>　　我很感激在我整个求学生涯中，一直都有很多优秀的老师给予我帮助和关爱，特别是小学班主任林老师。林老师与我母亲是同事，我读二年级那年，母亲去世了，林老师便一直如母亲般关爱着我成长。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高考那年，我因生病发挥失常，成绩不是很理想，本该录取重点大学却又因为身体缺陷调剂到较差的本科院校，专业又是我不喜欢且不适合我从事的机械制造与设计。在接到录取通知书那刻是我感到未来是一片黑暗，觉得天道不公，于是我开始自暴自弃，日日病酒。林老师得知消息，将我约到我就读的小学后面那条小溪旁，在一番安慰和鼓励后，指着小溪流水语重心长对我说：“你看这溪水不管诸多阻挠，它始终不折不挠奔向大海，可正因有了途中的阻挠，它才会激起千层浪花，留下美丽的痕迹，其实生活也是如此。”临走时，林老师送给我一个笔记本，本中留言：“面对挫折，做生活中的强者。”</w:t>
      </w:r>
      <w:r>
        <w:rPr>
          <w:lang w:eastAsia="zh-CN"/>
        </w:rPr>
        <w:br/>
      </w:r>
      <w:r>
        <w:rPr>
          <w:lang w:eastAsia="zh-CN"/>
        </w:rPr>
        <w:t>　　“今知昨非”</w:t>
      </w:r>
      <w:r>
        <w:rPr>
          <w:lang w:eastAsia="zh-CN"/>
        </w:rPr>
        <w:br/>
      </w:r>
      <w:r>
        <w:rPr>
          <w:lang w:eastAsia="zh-CN"/>
        </w:rPr>
        <w:t>　　正所谓自卑即自尊，强烈的自卑让我在以后的求学生涯和工作生活中变得十分自闭。当时自己最信奉的座右铭“为已所不能为也”，对同学和同事一些善意的帮助都拒之门外。然而去年参加公司青年团干培训班让我大有触动，记得参加野外拓展训练空中攀梯项目，要求两人一组同时攀至第五层，与我同组的王海波与我商量，让我站在他肩膀上攀梯，可我拒绝了，当我艰难地攀至第四层时，因左手不便从空中掉下，只得从头开始。王海波再次伸出善意的手，我们相互帮助很快就完成了任务。这个项目让我体会到团队精神主要内涵就是相互协助，发挥各自所长。我意识到原来自己许多想法太极端了，其实接受他人的帮助有时也是快乐的。从那时开始，我开始交往学会与他人交往，时不时接受他们的帮助，也发挥自己的长处，时不时帮助需要我帮助的朋友。正如一位可敬的领导对我的劝导：“扬已所长，避已所短”生活和工作着。</w:t>
      </w:r>
      <w:r>
        <w:rPr>
          <w:lang w:eastAsia="zh-CN"/>
        </w:rPr>
        <w:br/>
      </w:r>
      <w:r>
        <w:rPr>
          <w:lang w:eastAsia="zh-CN"/>
        </w:rPr>
        <w:t xml:space="preserve">    2024年8月班主任工作总结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高三补课阶段纪律比较涣散，活动懒于参加，常规工作不甚理想，学生学习成绩参差不齐。部分学生上进心、自信心不强，缺少核心人物，集体缺少凝聚力，但潜在的进取意识是有的，表现在学校的、班级的制度都能尚遵守，但要经常督促和提醒，还不能形成自觉行为。居于这种现状，我做了如下工作：</w:t>
      </w:r>
      <w:r>
        <w:rPr>
          <w:lang w:eastAsia="zh-CN"/>
        </w:rPr>
        <w:br/>
      </w:r>
      <w:r>
        <w:rPr>
          <w:lang w:eastAsia="zh-CN"/>
        </w:rPr>
        <w:t>　　具体管理措施</w:t>
      </w:r>
      <w:r>
        <w:rPr>
          <w:lang w:eastAsia="zh-CN"/>
        </w:rPr>
        <w:br/>
      </w:r>
      <w:r>
        <w:rPr>
          <w:lang w:eastAsia="zh-CN"/>
        </w:rPr>
        <w:t>　　（一）抓常规管理规范学生的行为习惯</w:t>
      </w:r>
      <w:r>
        <w:rPr>
          <w:lang w:eastAsia="zh-CN"/>
        </w:rPr>
        <w:br/>
      </w:r>
      <w:r>
        <w:rPr>
          <w:lang w:eastAsia="zh-CN"/>
        </w:rPr>
        <w:t>　　早到校、两操、打扫除、校各项活动的参加都认真组织，严格要求，让学生感到做人就要严谨、认真、一丝不苟。至今学生以习惯成自然。例如眼操时间一到不用老师强调，都主动自觉去做，赢得任课老师的好评。</w:t>
      </w:r>
      <w:r>
        <w:rPr>
          <w:lang w:eastAsia="zh-CN"/>
        </w:rPr>
        <w:br/>
      </w:r>
      <w:r>
        <w:rPr>
          <w:lang w:eastAsia="zh-CN"/>
        </w:rPr>
        <w:t>　　（二）选拔班干部</w:t>
      </w:r>
      <w:r>
        <w:rPr>
          <w:lang w:eastAsia="zh-CN"/>
        </w:rPr>
        <w:br/>
      </w:r>
      <w:r>
        <w:rPr>
          <w:lang w:eastAsia="zh-CN"/>
        </w:rPr>
        <w:t>　　班干部是班级和学生联系的桥梁，是学生的精英，是教师的助手，是自我管理体现最明显的一部分。在选择班干时，我遵循两个原则，首选那些责任心强，办事公正；有较强的组织能力和活动能力，易与他人沟通的学生。</w:t>
      </w:r>
      <w:r>
        <w:rPr>
          <w:lang w:eastAsia="zh-CN"/>
        </w:rPr>
        <w:br/>
      </w:r>
      <w:r>
        <w:rPr>
          <w:lang w:eastAsia="zh-CN"/>
        </w:rPr>
        <w:t xml:space="preserve">    2024年8月班主任工作总结 篇9 </w:t>
      </w:r>
      <w:r>
        <w:rPr>
          <w:lang w:eastAsia="zh-CN"/>
        </w:rPr>
        <w:br/>
      </w:r>
      <w:r>
        <w:rPr>
          <w:lang w:eastAsia="zh-CN"/>
        </w:rPr>
        <w:t>　　在班级管理中，建立健全班委机构，正确选用班干部是一个非常重要的环节。正确选用班干部对班主任日后的班级管理工作有很大的帮助。在班干部们的引领和督促下，不仅可以让学生思想品德受到教育，好的学习风气得于养成，对学生的日常行为活动也有所监督和互相教育的作用。反之，就会对整个班级的管理目标相挬而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例如，我去年接的六年级的一个班，当我第一次走进教室时，教室内的场景真让我大吃一惊。同学们对我的出现不理不采，课桌和椅子零乱不堪，纸屑、果皮满地都是。再想想之前对他们各科成绩的了解，我的心不由自主的凉了半截。自问，我有能力把他们拉到积极向上的轨道上吗?但是最终坚强好胜的心不允许我退宿。我认为造成这样的消极局面是因为他们对学习没兴趣，学习成绩差。于是，我选了几个相对成绩好的当本班的班干部，想通过抓典型来影响他们，引领他们养成良好习惯。可两个星期过去了，这个局面不但没得到改观，反而比开学初更糟糕。迟到、旷课、不完成作业，练习等情况非常严重。经过观察了解，所选的班干部领导能力不够强，其他同学不服，所以我下定决心，改选班干部。由同学们自己选出他们心目中的领导人物。结果第二天马上就有见效，一早我推开教室的门，看到的场景让我欣喜若狂，课桌排得整整齐齐，地上干干净净，教室后门的角落里，扫把摆放得整整齐齐，同学们都在认真的读书。</w:t>
      </w:r>
      <w:r>
        <w:rPr>
          <w:lang w:eastAsia="zh-CN"/>
        </w:rPr>
        <w:br/>
      </w:r>
      <w:r>
        <w:rPr>
          <w:lang w:eastAsia="zh-CN"/>
        </w:rPr>
        <w:t>　　所以说，正确选用班干部对班主任班级管理有很大的帮助。</w:t>
      </w:r>
      <w:r>
        <w:rPr>
          <w:lang w:eastAsia="zh-CN"/>
        </w:rPr>
        <w:br/>
      </w:r>
      <w:r>
        <w:rPr>
          <w:lang w:eastAsia="zh-CN"/>
        </w:rPr>
        <w:t>　　二、教室布置</w:t>
      </w:r>
      <w:r>
        <w:rPr>
          <w:lang w:eastAsia="zh-CN"/>
        </w:rPr>
        <w:br/>
      </w:r>
      <w:r>
        <w:rPr>
          <w:lang w:eastAsia="zh-CN"/>
        </w:rPr>
        <w:t>　　环境作为人生活于其中，并能影响人的一切外部条件的综合，既包括人在社会生活中的条件和社会关系的综合，也包括人们赖以生存-------的自然条件的综合。我国古代墨子所谓：染于苍则苍，染于黄则黄，所入者变，其色亦变。所以说，教室布置也是非常重要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利用环境育人，就要努力创设良好的育人环境，因此每次教室布置时，我都非常用心。例如：每月让学生们设计一次学习园地，来培养他们对艺术的兴趣，了解外界环境和课外知识;教室内放置一块小黑板，让学生们每天都写给同学们的寄语，来培养同学之间的感情，提高他们的素养;为了时刻提醒和增强班干部们的责任心，在教室内张贴了班委机构;为了鼓励同学们多做好事，培养同学们乐于助人的精神，我设计了一栏光荣榜;为了激发同学们的学习积极性，让他们时刻知道自己的成绩提高还是退步，我设计了成绩栏，栏内不显示实际分数，只要十?号表示增加多少分，用一?号表示减少了多少分等。在这样的环境下，同学们的思想改变了不少，同学们责任心强了，学习积极性有所提高，班内也形成团结、向上的氛围。</w:t>
      </w:r>
      <w:r>
        <w:rPr>
          <w:lang w:eastAsia="zh-CN"/>
        </w:rPr>
        <w:br/>
      </w:r>
      <w:r>
        <w:rPr>
          <w:lang w:eastAsia="zh-CN"/>
        </w:rPr>
        <w:t>　　总之，一个好的环境可以造就一批品质好的人，可以使一个人在成长过程中得到好的教育，形成良好的道德习惯，习惯成自然，最终形成高尚的道德品质。</w:t>
      </w:r>
      <w:r>
        <w:rPr>
          <w:lang w:eastAsia="zh-CN"/>
        </w:rPr>
        <w:br/>
      </w:r>
      <w:r>
        <w:rPr>
          <w:lang w:eastAsia="zh-CN"/>
        </w:rPr>
        <w:t>　　三、制定班级管理制度</w:t>
      </w:r>
      <w:r>
        <w:rPr>
          <w:lang w:eastAsia="zh-CN"/>
        </w:rPr>
        <w:br/>
      </w:r>
      <w:r>
        <w:rPr>
          <w:lang w:eastAsia="zh-CN"/>
        </w:rPr>
        <w:t>　　俗话说得好，没有规矩，不成方圆。一个优秀的班集体，必然有良好的秩序，而井然有序的班级秩序是班级制度来保障的。因此，健全班级规范，完善班级制度文化，是班级文化建设的重要方面。</w:t>
      </w:r>
      <w:r>
        <w:rPr>
          <w:lang w:eastAsia="zh-CN"/>
        </w:rPr>
        <w:br/>
      </w:r>
      <w:r>
        <w:rPr>
          <w:lang w:eastAsia="zh-CN"/>
        </w:rPr>
        <w:t>　　班规的制定，我一直以来都认为是全班师生共同的事情。要由班级全体成员一起讨论，共同决定。首先让学生参照学校的规章制度，结合本班实际情况起草，然后小组讨论，拟出草案，再在班上通过，最后才定下来。学生自己制定班规，他们就会自觉地认真执行，把班规视为自己的行为准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例如，迟到、旷课、早退、未佩戴红领巾等行为，不能超过多少次，如果超过规定的次数，应该怎样处罚，让大家讨论决定等。</w:t>
      </w:r>
      <w:r>
        <w:rPr>
          <w:lang w:eastAsia="zh-CN"/>
        </w:rPr>
        <w:br/>
      </w:r>
      <w:r>
        <w:rPr>
          <w:lang w:eastAsia="zh-CN"/>
        </w:rPr>
        <w:t>　　实践证明，这样的作法非常有效。学生们对自己共同所立之法，从始到终，心中都有他在，平日一举一动，都为大家自立的法律所影响。</w:t>
      </w:r>
      <w:r>
        <w:rPr>
          <w:lang w:eastAsia="zh-CN"/>
        </w:rPr>
        <w:br/>
      </w:r>
      <w:r>
        <w:rPr>
          <w:lang w:eastAsia="zh-CN"/>
        </w:rPr>
        <w:t>　　四、组织班级教师和家长共同管理班集体</w:t>
      </w:r>
      <w:r>
        <w:rPr>
          <w:lang w:eastAsia="zh-CN"/>
        </w:rPr>
        <w:br/>
      </w:r>
      <w:r>
        <w:rPr>
          <w:lang w:eastAsia="zh-CN"/>
        </w:rPr>
        <w:t>　　想搞好班级管理，单单依靠班主任个人力量是很难的，必须依靠集体的力量，其中班级教师集体的力量和班级家长的力量是不可缺少的，必须有他们的配合和协作。</w:t>
      </w:r>
      <w:r>
        <w:rPr>
          <w:lang w:eastAsia="zh-CN"/>
        </w:rPr>
        <w:br/>
      </w:r>
      <w:r>
        <w:rPr>
          <w:lang w:eastAsia="zh-CN"/>
        </w:rPr>
        <w:t>　　例如，这个学期，我班的罗佳宁同学，由于迷上网络游戏，上课时心不在焉，成绩下降了不少，通过教师们孜孜不倦的教诲和家长的耐心开导与宽容，该同学慢慢地走出了这个困境。可见这种情况下，单靠班主任个人的力量是不够的，只有靠大家的共同努力，班级管理才能有成效。</w:t>
      </w:r>
      <w:r>
        <w:rPr>
          <w:lang w:eastAsia="zh-CN"/>
        </w:rPr>
        <w:br/>
      </w:r>
      <w:r>
        <w:rPr>
          <w:lang w:eastAsia="zh-CN"/>
        </w:rPr>
        <w:t>　　这是我高考后磨着父亲在同学录上写下的寄语。父亲虽过世了几年，但这条寄语时时鞭策着我，当我在生活中碰到困难时，总是激励我不要以伤残为借口。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出生的那年冬天，一场小火让我的手脚落下了残疾，每一下地走路时便疼得直哭，母亲看着心疼不忍心让我学走路，一直到四岁我还是在摇蓝中成长。　　那年，父亲退伍回家，在度过自责的一段时间，父亲便着手以部队训练方式开始教我走路，每当我一迈步便疼得哇哇大哭，可无论我如何哭闹，母亲怎样劝阻、哥哥时时求情，父亲总是充耳不闻。在父亲近似残酷的训练下，我逐渐能像平常小孩一样走路了。在以后的生活中，只要是自己的事，无论如何困难，父亲都不允许母亲和哥哥给我帮助，并时刻叮咛我以后要学会自立，自己的事必须自己做，不要以伤残为借口，博取他人的同情及帮助。如今我在生活及工作中能完全自立，得益于父亲幼时严格的教导，每想起如山的父爱，便十分感动，禁不住潸然泪下。</w:t>
      </w:r>
      <w:r>
        <w:rPr>
          <w:lang w:eastAsia="zh-CN"/>
        </w:rPr>
        <w:br/>
      </w:r>
      <w:r>
        <w:rPr>
          <w:lang w:eastAsia="zh-CN"/>
        </w:rPr>
        <w:t>　　别人能做的你一定也能做到</w:t>
      </w:r>
      <w:r>
        <w:rPr>
          <w:lang w:eastAsia="zh-CN"/>
        </w:rPr>
        <w:br/>
      </w:r>
      <w:r>
        <w:rPr>
          <w:lang w:eastAsia="zh-CN"/>
        </w:rPr>
        <w:t>　　哥哥初中三年一直与我同班，这是初中毕业时哥哥写下的寄语，哥哥也是一直这样要求我面对学习和生活的。</w:t>
      </w:r>
      <w:r>
        <w:rPr>
          <w:lang w:eastAsia="zh-CN"/>
        </w:rPr>
        <w:br/>
      </w:r>
      <w:r>
        <w:rPr>
          <w:lang w:eastAsia="zh-CN"/>
        </w:rPr>
        <w:t>　　小时候我只跟着哥哥玩。哥哥在家总是让着我，在外充当我的保护神，如有小伙伴欺负我，哥哥会有拳头教训对方，从不让我在外面受一点委屈。在读初一时，我虽然学习成绩很好，可体育成绩一团糟，也不参加任何户外活动。在期末宣布要体育考试时，老师考虑我的身体条件，通知我不用考试，我乐意地答应了，哥哥知道了跑到老师那里，说老师歧视学生，要求老师让我参加体育考试，并保证让弟弟一定通过，如不通过算他不及格。从此开始哥哥天天带着我跑步，全面制订锻炼计划，在哥哥严格的监管下，我身体素质逐渐变好，虽然第一个学期未通过考试，但在以后体育考试中，都能及格。哥哥总是对我说，相信自己，别人能做的只要你付出加倍努力，你就也能做到。</w:t>
      </w:r>
      <w:r>
        <w:rPr>
          <w:lang w:eastAsia="zh-CN"/>
        </w:rPr>
        <w:br/>
      </w:r>
      <w:r>
        <w:rPr>
          <w:lang w:eastAsia="zh-CN"/>
        </w:rPr>
        <w:t>　　做生活中的强者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我很感激在我整个求学生涯中，一直都有很多优秀的老师给予我帮助和关爱，特别是小学班主任林老师。林老师与我母亲是同事，我读二年级那年，母亲去世了，林老师便一直如母亲般关爱着我成长。</w:t>
      </w:r>
      <w:r>
        <w:rPr>
          <w:lang w:eastAsia="zh-CN"/>
        </w:rPr>
        <w:br/>
      </w:r>
      <w:r>
        <w:rPr>
          <w:lang w:eastAsia="zh-CN"/>
        </w:rPr>
        <w:t>　　高考那年，我因生病发挥失常，成绩不是很理想，本该录取重点大学却又因为身体缺陷调剂到较差的本科院校，专业又是我不喜欢且不适合我从事的机械制造与设计。在接到录取通知书那刻是我感到未来是一片黑暗，觉得天道不公，于是我开始自暴自弃，日日病酒。林老师得知消息，将我约到我就读的小学后面那条小溪旁，在一番安慰和鼓励后，指着小溪流水语重心长对我说：你看这溪水不管诸多阻挠，它始终不折不挠奔向大海，可正因有了途中的阻挠，它才会激起千层浪花，留下美丽的痕迹，其实生活也是如此。临走时，林老师送给我一个笔记本，本中留言：面对挫折，做生活中的强者。</w:t>
      </w:r>
      <w:r>
        <w:rPr>
          <w:lang w:eastAsia="zh-CN"/>
        </w:rPr>
        <w:br/>
      </w:r>
      <w:r>
        <w:rPr>
          <w:lang w:eastAsia="zh-CN"/>
        </w:rPr>
        <w:t>　　今知昨非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正所谓自卑即自尊，强烈的自卑让我在以后的求学生涯和工作生活中变得十分自闭。当时自己最信奉的座右铭为已所不能为也，对同学和同事一些善意的帮助都拒之门外。然而去年参加公司青年团干培训班让我大有触动，记得参加野外拓展训练空中攀梯项目，要求两人一组同时攀至第五层，与我同组的王海波与我商量，让我站在他肩膀上攀梯，可我拒绝了，当我艰难地攀至第四层时，因左手不便从空中掉下，只得从头开始。王海波再次伸出善意的手，我们相互帮助很快就完成了任务。这个项目让我体会到团队精神主要内涵就是相互协助，发挥各自所长。我意识到原来自己许多想法太极端了，其实接受他人的帮助有时也是快乐的。从那时开始，我开始交往学会与他人交往，时不时接受他们的帮助，也发挥自己的长处，时不时帮助需要我帮助的朋友。正如一位可敬的领导对我的劝导：扬已所长，避已所短生活和工作着。</w:t>
      </w:r>
      <w:r>
        <w:rPr>
          <w:lang w:eastAsia="zh-CN"/>
        </w:rPr>
        <w:br/>
      </w:r>
      <w:r>
        <w:rPr>
          <w:lang w:eastAsia="zh-CN"/>
        </w:rPr>
        <w:t xml:space="preserve">    2024年8月班主任工作总结 篇10 </w:t>
      </w:r>
      <w:r>
        <w:rPr>
          <w:lang w:eastAsia="zh-CN"/>
        </w:rPr>
        <w:br/>
      </w:r>
      <w:r>
        <w:rPr>
          <w:lang w:eastAsia="zh-CN"/>
        </w:rPr>
        <w:t>　　级治理过程中的得失，与原班级“老干部”商讨更加切合实际的，更具有可行性、操作性的班规班约。最后，在原《班级公约》基础上，通过班委会、班会修订补充，最终产生了新的《班级公约》、《班级日常行为规范评比实施细则》等，并依据《公约》、《细则》设计了新的量化管理方案。之后，利用一次班会课组织全体学生学习其中规章制度，使规章制度深入人心，起到防范为主的作用，而不是仅仅停留于惩的层次上。这样就使许多管理有规可依，逐步由班主任管理过渡到班干部管理，再由班干部管理过渡到学生自我管理。强化了学生遵规守纪的意识，浓厚了班级学习氛围，营造了一个良好的班风。</w:t>
      </w:r>
      <w:r>
        <w:rPr>
          <w:lang w:eastAsia="zh-CN"/>
        </w:rPr>
        <w:br/>
      </w:r>
      <w:r>
        <w:rPr>
          <w:lang w:eastAsia="zh-CN"/>
        </w:rPr>
        <w:t>　　之后在日常工作中体现“狠抓思想政治教育，为班风学风开路”的思想。把思想政治工作放在班级工作的首位，把教育教学质量作为班级工作的生命线。加强集体主义教育，强化学生的集体荣誉感。提出班级目标：“要形成一个团结友爱、秩序、进取的集体。在集体中每位学生都要实践两件事：</w:t>
      </w:r>
      <w:r>
        <w:rPr>
          <w:lang w:eastAsia="zh-CN"/>
        </w:rPr>
        <w:br/>
      </w:r>
      <w:r>
        <w:rPr>
          <w:lang w:eastAsia="zh-CN"/>
        </w:rPr>
        <w:t xml:space="preserve">    2024年8月班主任工作总结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不经意间，四月已从我们身边悄悄划过，在短短的这一个月里，我们又一次经历了成长的快乐。本月我们开展了两个主题活动：《春天来了》。</w:t>
      </w:r>
      <w:r>
        <w:rPr>
          <w:lang w:eastAsia="zh-CN"/>
        </w:rPr>
        <w:br/>
      </w:r>
      <w:r>
        <w:rPr>
          <w:lang w:eastAsia="zh-CN"/>
        </w:rPr>
        <w:t>　　在本主题活动中，我们努力给幼儿创造条件，鼓励幼儿调动自己的多种感官，通过看看、摸摸、闻闻、听听、做做等途径与春天互动，让幼儿初步感受大自然的神奇，逐步亲近大自然和喜爱大自然。课余时间我们经常会组织孩子们去户外走走、看看，让幼儿以自己敏锐的目光去寻找春的脚步、去发现春的变化。通过亲身的体验，幼儿感受到了春天的美丽和绚丽多彩。为了让幼儿认识和了解动植物与季节变化之间的关系，我们在教室里开辟植物角动手播种花种，我们还饲养了小蝌蚪。孩子们每天会早早地来到班级观察自己的小种子，浇水、施肥，给小蝌蚪换水、喂食。当小种子钻出泥土，冒出小芽时，孩子们兴奋极了，在教室里奔走相告，传递着自己惊喜的发现。在这最真实的实践过程及情感体验中，孩子们最大的收获便是学会了观察、学会了发现问题、解决问题，他们会用自己的眼睛、手和大脑，领悟春天的奥秘，用自己的心和行动去表达自己对大自然的热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针对上个月存在的问题：课堂上纪律较差，有些小朋友不那么爱动脑筋了，课堂上缺少了精彩、丰富的回答声，针对这样的情况，首先从自我出发，针对每一节课我都做好充分的准备，特别是一些数学、科学活动我都能做到操作材料人手一份，给予每位孩子参与活动的机会，在课堂上，我用丰富的表情、多变的语气、形象的肢体语言添加活动内容的趣味性，而那些自控力差的幼儿，我有意更换位置，时刻提醒他们，一个月下来，我班的孩子爱积极回答问题了，又恢复了以往良好的学习氛围。</w:t>
      </w:r>
      <w:r>
        <w:rPr>
          <w:lang w:eastAsia="zh-CN"/>
        </w:rPr>
        <w:br/>
      </w:r>
      <w:r>
        <w:rPr>
          <w:lang w:eastAsia="zh-CN"/>
        </w:rPr>
        <w:t>　　在一日生活中，我还发现孩子们的洗手时的玩水现象比较多。我经常会发现有的小朋友将小手指戳到水龙头出水口里玩水，还有人将流淌出来的水故意溅湿到他人衣服上玩耍等等。显然孩子们还没有节约用水，保护水资源的意识。我会及时及时给予提醒，让幼儿即克服了自身的不良行。经过长期的督促，现在，每当洗手时小朋友们都会互相提醒把水笼头开小一点、不能玩水。这环保——节约用水方面我们做的比较好。</w:t>
      </w:r>
      <w:r>
        <w:rPr>
          <w:lang w:eastAsia="zh-CN"/>
        </w:rPr>
        <w:br/>
      </w:r>
      <w:r>
        <w:rPr>
          <w:lang w:eastAsia="zh-CN"/>
        </w:rPr>
        <w:t>　　本月我们还开展了家长半日活动，通过这次活动，家长们进一步了解了孩子在幼儿园的学习和生活情况。同时也得到了各位家长的一致好评。</w:t>
      </w:r>
      <w:r>
        <w:rPr>
          <w:lang w:eastAsia="zh-CN"/>
        </w:rPr>
        <w:br/>
      </w:r>
      <w:r>
        <w:rPr>
          <w:lang w:eastAsia="zh-CN"/>
        </w:rPr>
        <w:t xml:space="preserve">    2024年8月班主任工作总结 篇12 </w:t>
      </w:r>
      <w:r>
        <w:rPr>
          <w:lang w:eastAsia="zh-CN"/>
        </w:rPr>
        <w:br/>
      </w:r>
      <w:r>
        <w:rPr>
          <w:lang w:eastAsia="zh-CN"/>
        </w:rPr>
        <w:t>　　美丽的校园，仍然在大转轨时期如期的热闹和充满生气，到处看到的都是微笑、兴奋。这学期，有多年与我们一起奋斗的同志调任到其他工作岗位，也有一些新鲜的血液融汇到我们这个大集体中，本来休息了两年的我被胡亚林校长调任到班主任工作岗位上来。曾一度苦恼为什么要答应当班主任，也一度在平和的心情中调整自己的心情，既然接手了，就义无返顾的干下去，并力争能从班主任工作中收获一些管理与交际的经验，又何尝不是全新的一个课题呢？</w:t>
      </w:r>
      <w:r>
        <w:rPr>
          <w:lang w:eastAsia="zh-CN"/>
        </w:rPr>
        <w:br/>
      </w:r>
      <w:r>
        <w:rPr>
          <w:lang w:eastAsia="zh-CN"/>
        </w:rPr>
        <w:t>　　一、基本情况。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本班60人，男生37人，女生23人，片区内学生27人，无残疾学生和先天性心脏病史学生，少数离异家庭，多数家长以外出打工为主要收入来源，孩子以隔代托管为主。片区内的家长配合就餐工作的配合很好，做到有一餐在校就餐，当然这与年级组的要求还有很大的差距，片区外的基本都在学校就餐，吃泡面和垃圾食品的为数不少。感觉没有特别明显机灵和有特长的学生，学生普遍较沉闷，适应一初中生活和学习的节奏很慢，整体拖拉、爱讲废话，没什么礼节，但经过老师的引导和调动人人都有收获，都感觉进步了很多，班级卫生情况良好，纪律在逐渐好转，一部分学生有自主安排学习任务的意识。</w:t>
      </w:r>
      <w:r>
        <w:rPr>
          <w:lang w:eastAsia="zh-CN"/>
        </w:rPr>
        <w:br/>
      </w:r>
      <w:r>
        <w:rPr>
          <w:lang w:eastAsia="zh-CN"/>
        </w:rPr>
        <w:t>　　二、前期措施。</w:t>
      </w:r>
      <w:r>
        <w:rPr>
          <w:lang w:eastAsia="zh-CN"/>
        </w:rPr>
        <w:br/>
      </w:r>
      <w:r>
        <w:rPr>
          <w:lang w:eastAsia="zh-CN"/>
        </w:rPr>
        <w:t>　　1.服从安排，守时守点，认真履行班主任到岗职责，创造性开展班级管理与教育教学工作。</w:t>
      </w:r>
      <w:r>
        <w:rPr>
          <w:lang w:eastAsia="zh-CN"/>
        </w:rPr>
        <w:br/>
      </w:r>
      <w:r>
        <w:rPr>
          <w:lang w:eastAsia="zh-CN"/>
        </w:rPr>
        <w:t>　　2.构建班级委员会，制定班级积分细则和班级管理规定（罚则），实施区域长制度，管理区域内的纪律、卫生、学习、同学情绪等等，细化班级管理。</w:t>
      </w:r>
      <w:r>
        <w:rPr>
          <w:lang w:eastAsia="zh-CN"/>
        </w:rPr>
        <w:br/>
      </w:r>
      <w:r>
        <w:rPr>
          <w:lang w:eastAsia="zh-CN"/>
        </w:rPr>
        <w:t>　　3.根据学生视力与身高，性格与学生学习层次，贯彻搭配适当原则、最佳公平状态原则编定座位，并实施2周一滚动的措施，确保座位尽量公平。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4.开辟《家校联系本》与《每周评价本》原地，有效进行老师学生家长之间的沟通和交流，实施心灵的无缝沟通。建立QQ平台，让每一位学生家长分享学生的作品，赏识优秀学生成长经历，知晓自己孩子的学习表现，了解班主任的班级管理的策略，让家长增长教育孩子的智慧。为家长和班主任交流搭建平台。</w:t>
      </w:r>
      <w:r>
        <w:rPr>
          <w:lang w:eastAsia="zh-CN"/>
        </w:rPr>
        <w:br/>
      </w:r>
      <w:r>
        <w:rPr>
          <w:lang w:eastAsia="zh-CN"/>
        </w:rPr>
        <w:t>　　5.切实做好班科协调工作，密切配合老师和课代表，做好服务工作。让学生学习任务始终限制在底线内。</w:t>
      </w:r>
      <w:r>
        <w:rPr>
          <w:lang w:eastAsia="zh-CN"/>
        </w:rPr>
        <w:br/>
      </w:r>
      <w:r>
        <w:rPr>
          <w:lang w:eastAsia="zh-CN"/>
        </w:rPr>
        <w:t>　　6.正视领导含沙射影的批评与建议，蹲守班级，努力学习优秀班主任的有效经验和做法，增强自己班主任工作的艺术与实效，努力让每一名学生开心生活，愉快学习，健康成长。</w:t>
      </w:r>
      <w:r>
        <w:rPr>
          <w:lang w:eastAsia="zh-CN"/>
        </w:rPr>
        <w:br/>
      </w:r>
      <w:r>
        <w:rPr>
          <w:lang w:eastAsia="zh-CN"/>
        </w:rPr>
        <w:t>　　三、存在问题。</w:t>
      </w:r>
      <w:r>
        <w:rPr>
          <w:lang w:eastAsia="zh-CN"/>
        </w:rPr>
        <w:br/>
      </w:r>
      <w:r>
        <w:rPr>
          <w:lang w:eastAsia="zh-CN"/>
        </w:rPr>
        <w:t>　　1.班干部的责任意识与履职技能不强。</w:t>
      </w:r>
      <w:r>
        <w:rPr>
          <w:lang w:eastAsia="zh-CN"/>
        </w:rPr>
        <w:br/>
      </w:r>
      <w:r>
        <w:rPr>
          <w:lang w:eastAsia="zh-CN"/>
        </w:rPr>
        <w:t>　　2.个体自觉遵守纪律的意识很差，看网路小说和玩网络游戏的现象大量存在，学习没有目标性，无持续性，课前预习习惯有待进一步引导。</w:t>
      </w:r>
      <w:r>
        <w:rPr>
          <w:lang w:eastAsia="zh-CN"/>
        </w:rPr>
        <w:br/>
      </w:r>
      <w:r>
        <w:rPr>
          <w:lang w:eastAsia="zh-CN"/>
        </w:rPr>
        <w:t>　　3.避着老师吃零食，乱吐乱扔现象大量存在，班级卫生保持情况不是很好。</w:t>
      </w:r>
      <w:r>
        <w:rPr>
          <w:lang w:eastAsia="zh-CN"/>
        </w:rPr>
        <w:br/>
      </w:r>
      <w:r>
        <w:rPr>
          <w:lang w:eastAsia="zh-CN"/>
        </w:rPr>
        <w:t>　　4.多动症学生扰乱周边学习环境，不作为现象大量存在。</w:t>
      </w:r>
      <w:r>
        <w:rPr>
          <w:lang w:eastAsia="zh-CN"/>
        </w:rPr>
        <w:br/>
      </w:r>
      <w:r>
        <w:rPr>
          <w:lang w:eastAsia="zh-CN"/>
        </w:rPr>
        <w:t>　　5.教师的有效投入不是十分饱和，低起点，面向全体的质量观有待深化。</w:t>
      </w:r>
      <w:r>
        <w:rPr>
          <w:lang w:eastAsia="zh-CN"/>
        </w:rPr>
        <w:br/>
      </w:r>
      <w:r>
        <w:rPr>
          <w:lang w:eastAsia="zh-CN"/>
        </w:rPr>
        <w:t>　　6.就餐数虚高背后有隐患，食堂应该把握好主动权。</w:t>
      </w:r>
      <w:r>
        <w:rPr>
          <w:lang w:eastAsia="zh-CN"/>
        </w:rPr>
        <w:br/>
      </w:r>
      <w:r>
        <w:rPr>
          <w:lang w:eastAsia="zh-CN"/>
        </w:rPr>
        <w:t>　　7.住宿生的生活起居学习引导与疏导偏少。</w:t>
      </w:r>
      <w:r>
        <w:rPr>
          <w:lang w:eastAsia="zh-CN"/>
        </w:rPr>
        <w:br/>
      </w:r>
      <w:r>
        <w:rPr>
          <w:lang w:eastAsia="zh-CN"/>
        </w:rPr>
        <w:t>　　8.教室人文与科学文化的环境布置不够齐全。</w:t>
      </w:r>
      <w:r>
        <w:rPr>
          <w:lang w:eastAsia="zh-CN"/>
        </w:rPr>
        <w:br/>
      </w:r>
      <w:r>
        <w:rPr>
          <w:lang w:eastAsia="zh-CN"/>
        </w:rPr>
        <w:t>　　9.有特长学生，没有投入时间发展特长，基础薄学生家长补救心情平淡，主动要求老师家访的家长基本没有。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10.隔代抚养溺爱，监管无力，缺乏经验，家长的'自我提高和与时俱进形势迫在眉睫。</w:t>
      </w:r>
      <w:r>
        <w:rPr>
          <w:lang w:eastAsia="zh-CN"/>
        </w:rPr>
        <w:br/>
      </w:r>
      <w:r>
        <w:rPr>
          <w:lang w:eastAsia="zh-CN"/>
        </w:rPr>
        <w:t>　　四、后期打算。</w:t>
      </w:r>
      <w:r>
        <w:rPr>
          <w:lang w:eastAsia="zh-CN"/>
        </w:rPr>
        <w:br/>
      </w:r>
      <w:r>
        <w:rPr>
          <w:lang w:eastAsia="zh-CN"/>
        </w:rPr>
        <w:t>　　1.坚持蹲守班级，了解学生的心理、行为表现进行及时沟通与引导，把安全工作放在首位，同时做好班科协调工作加速和谐班风的形成。</w:t>
      </w:r>
      <w:r>
        <w:rPr>
          <w:lang w:eastAsia="zh-CN"/>
        </w:rPr>
        <w:br/>
      </w:r>
      <w:r>
        <w:rPr>
          <w:lang w:eastAsia="zh-CN"/>
        </w:rPr>
        <w:t>　　2.绘制班干部管理示意图，进一步强化班干部职责学习，提高干干部履职技能，让班主任最终从班级管理中解放出来。</w:t>
      </w:r>
      <w:r>
        <w:rPr>
          <w:lang w:eastAsia="zh-CN"/>
        </w:rPr>
        <w:br/>
      </w:r>
      <w:r>
        <w:rPr>
          <w:lang w:eastAsia="zh-CN"/>
        </w:rPr>
        <w:t>　　3.推进行为规范学习，巩固军训成果，继续加大学校就餐工作力度。</w:t>
      </w:r>
      <w:r>
        <w:rPr>
          <w:lang w:eastAsia="zh-CN"/>
        </w:rPr>
        <w:br/>
      </w:r>
      <w:r>
        <w:rPr>
          <w:lang w:eastAsia="zh-CN"/>
        </w:rPr>
        <w:t>　　4.布置教室环境（人文标语）和花卉，落实专人护理，启动我读一本书活动，同时疏导酷爱网络游戏呵喜好阅读网络小说的同学，引导这批孩子将精力转移到学习上来。</w:t>
      </w:r>
      <w:r>
        <w:rPr>
          <w:lang w:eastAsia="zh-CN"/>
        </w:rPr>
        <w:br/>
      </w:r>
      <w:r>
        <w:rPr>
          <w:lang w:eastAsia="zh-CN"/>
        </w:rPr>
        <w:t>　　5.启动区域长日常行为积分工作，全面实施积分激励制度和惩罚制度，强化班风学风，调动学生情绪与引导学生生活与学习行为。</w:t>
      </w:r>
      <w:r>
        <w:rPr>
          <w:lang w:eastAsia="zh-CN"/>
        </w:rPr>
        <w:br/>
      </w:r>
      <w:r>
        <w:rPr>
          <w:lang w:eastAsia="zh-CN"/>
        </w:rPr>
        <w:t>　　6.通过表扬榜，展示区的展示，引领大批学生学习的动力，逐渐培养学习的主动性，形成你追我干的学习氛围。</w:t>
      </w:r>
      <w:r>
        <w:rPr>
          <w:lang w:eastAsia="zh-CN"/>
        </w:rPr>
        <w:br/>
      </w:r>
      <w:r>
        <w:rPr>
          <w:lang w:eastAsia="zh-CN"/>
        </w:rPr>
        <w:t>　　7.开展富有实效性的培优补差工作，补习惯课、补方法课、补知识课相结合，争取家长的支持和投入，聘请家教。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8.继续推进家访工作，有必要的还要进行回访，及时做好《家校联系本》《每周评价本的》QQ交流平台信息交流，全方位，多渠道进行交流，给家长介绍家庭教育方式与策略，动员家长之间进行交流，互相增进育儿经验。</w:t>
      </w:r>
      <w:r>
        <w:rPr>
          <w:lang w:eastAsia="zh-CN"/>
        </w:rPr>
        <w:br/>
      </w:r>
      <w:r>
        <w:rPr>
          <w:lang w:eastAsia="zh-CN"/>
        </w:rPr>
        <w:t>　　10月时间紧，学习任务重，许多学生容易在这个月产生心理落差，班主任要心平气和开展工作，腿勤一点，心细一点，嘴甜一点，关心学生。并向学生渗透后一天要做得比前一天好一点点的目标意识，始终引领学生快乐生活，开心学习，健康成长。</w:t>
      </w:r>
      <w:r>
        <w:rPr>
          <w:lang w:eastAsia="zh-CN"/>
        </w:rPr>
        <w:br/>
      </w:r>
      <w:r>
        <w:rPr>
          <w:lang w:eastAsia="zh-CN"/>
        </w:rPr>
        <w:t xml:space="preserve">    2024年8月班主任工作总结 篇13 </w:t>
      </w:r>
      <w:r>
        <w:rPr>
          <w:lang w:eastAsia="zh-CN"/>
        </w:rPr>
        <w:br/>
      </w:r>
      <w:r>
        <w:rPr>
          <w:lang w:eastAsia="zh-CN"/>
        </w:rPr>
        <w:t>　　下面是我针对当班主任过程中出现的问题边反思边实践的过一些想法：</w:t>
      </w:r>
      <w:r>
        <w:rPr>
          <w:lang w:eastAsia="zh-CN"/>
        </w:rPr>
        <w:br/>
      </w:r>
      <w:r>
        <w:rPr>
          <w:lang w:eastAsia="zh-CN"/>
        </w:rPr>
        <w:t>　　一、多一点从头开始，少一点亡羊补牢。</w:t>
      </w:r>
      <w:r>
        <w:rPr>
          <w:lang w:eastAsia="zh-CN"/>
        </w:rPr>
        <w:br/>
      </w:r>
      <w:r>
        <w:rPr>
          <w:lang w:eastAsia="zh-CN"/>
        </w:rPr>
        <w:t>　　因为我带的是一年级，一年级的小朋友刚入学，对什么都感到好奇，陌生而又新鲜，所以刚入学时适当地要求他们什么时候做什么、该怎么做，这是最有效的。比如刚入学时我要求小朋友一到校就要在班级里坐着要早读，可是刚入学那几天没什么可读的，那时我就请了会背古诗、三字经的小朋友在讲台上带读，让他们有个印象，早上到校就是要读书的，这样，刚入学的孩子认定早上来就是要赶快早读的。当然在执行的过程中需要不断的监督，矫正的。</w:t>
      </w:r>
      <w:r>
        <w:rPr>
          <w:lang w:eastAsia="zh-CN"/>
        </w:rPr>
        <w:br/>
      </w:r>
      <w:r>
        <w:rPr>
          <w:lang w:eastAsia="zh-CN"/>
        </w:rPr>
        <w:t>　　另外，对一年级小朋友来说，做卫生也要及早要求和落实他们每人要负责的工作的。可以说刚入学时很少有人会拿扫把的，要让他们会扫、会做，首先要教他们用扫把畚斗，这过程中，还有桌椅的摆放，工具的整理都要有明确的要求和监督，慢慢地才可能把习惯养成。</w:t>
      </w:r>
      <w:r>
        <w:rPr>
          <w:lang w:eastAsia="zh-CN"/>
        </w:rPr>
        <w:br/>
      </w:r>
      <w:r>
        <w:rPr>
          <w:lang w:eastAsia="zh-CN"/>
        </w:rPr>
        <w:t>　　二、多一点配合支持，少一点分工明确。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班主任工作肯定离不开任课老师的支持，就象前面我讲的，我的搭档会主动处理一些突发事件，但在工作中也常会有不同的做法，拿早读说，刚开学我就指定了同学领读、带读，可后来语文可以读的内容多了，语文老师她就另外要求学生该怎么早读，而且效果也很好，为了让学生养成早读的习惯，我就按照语文老师的要求来监督学生遵守。如果我再要求学生按照我的要求去早读，那么，孩子一定会不知所措的。</w:t>
      </w:r>
      <w:r>
        <w:rPr>
          <w:lang w:eastAsia="zh-CN"/>
        </w:rPr>
        <w:br/>
      </w:r>
      <w:r>
        <w:rPr>
          <w:lang w:eastAsia="zh-CN"/>
        </w:rPr>
        <w:t>　　三、多一点糊涂的爱，少一点爱憎分明。</w:t>
      </w:r>
      <w:r>
        <w:rPr>
          <w:lang w:eastAsia="zh-CN"/>
        </w:rPr>
        <w:br/>
      </w:r>
      <w:r>
        <w:rPr>
          <w:lang w:eastAsia="zh-CN"/>
        </w:rPr>
        <w:t>　　一个班级就象一个家庭，每个同学都是这个家庭的成员，老师和同学都应该多包容一点，那些调皮的孩子，是很令人生气，但他们同样或许更应该得到老师的关爱，赞赏、同学的友爱。让每个孩子的心都有所归属。</w:t>
      </w:r>
      <w:r>
        <w:rPr>
          <w:lang w:eastAsia="zh-CN"/>
        </w:rPr>
        <w:br/>
      </w:r>
      <w:r>
        <w:rPr>
          <w:lang w:eastAsia="zh-CN"/>
        </w:rPr>
        <w:t>　　四、多一点尊重，少一点强制。</w:t>
      </w:r>
      <w:r>
        <w:rPr>
          <w:lang w:eastAsia="zh-CN"/>
        </w:rPr>
        <w:br/>
      </w:r>
      <w:r>
        <w:rPr>
          <w:lang w:eastAsia="zh-CN"/>
        </w:rPr>
        <w:t>　　一年级的小朋友也是很讲道理的，比如能够及时订正作业的，辅差课时可以自由活动；集会、做操遵守纪律，动作快、静、齐的，体育课可以增加活动内容；不用继续练习集队等。复习阶段把音体美的课改语数英的课进行复习，就象工人加班，农民抢收一样。理解张驰有度等等。</w:t>
      </w:r>
      <w:r>
        <w:rPr>
          <w:lang w:eastAsia="zh-CN"/>
        </w:rPr>
        <w:br/>
      </w:r>
      <w:r>
        <w:rPr>
          <w:lang w:eastAsia="zh-CN"/>
        </w:rPr>
        <w:t xml:space="preserve">    2024年8月班主任工作总结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本学期时间短，任务重，活动多。因此在开学之初，我就着力抓好学生的思想工作，和他们一起算时间，算任务，及时稳定了全班学生的心理，使每个同学都明白自己的奋斗目标，在心中有了一个大略的计划。</w:t>
      </w:r>
      <w:r>
        <w:rPr>
          <w:lang w:eastAsia="zh-CN"/>
        </w:rPr>
        <w:br/>
      </w:r>
      <w:r>
        <w:rPr>
          <w:lang w:eastAsia="zh-CN"/>
        </w:rPr>
        <w:t>　　抓好学生日常行为规范，及时发现并解决问题。到了九年级，许多学生开始在思想上出现较大的变化。不少学生已经进入青春反叛期，他们常常自认为已经长大，对条条框框的限制约束表示很反感，因而在思想上有很多的麻痹松懈。所以每每趁着召开主题班会的机会，让学生交流体会遵规守纪的重要性，从思想上给学生深刻的认识。</w:t>
      </w:r>
      <w:r>
        <w:rPr>
          <w:lang w:eastAsia="zh-CN"/>
        </w:rPr>
        <w:br/>
      </w:r>
      <w:r>
        <w:rPr>
          <w:lang w:eastAsia="zh-CN"/>
        </w:rPr>
        <w:t>　　注重创设良好的学习氛围。最后，给学生树立学习榜样，乌申斯基说过：教师个人的范例，对学生的心灵是任何东西都不能代替的最有用的阳光。班主任的自身素质、道德修养，客观上就是班级群体乃至班级中每一个体的楷模。因此，在班级工作中我时刻注重身教，为人师表，以良好的形象率先示范，潜移默化地影响和激励学生良好习惯的养成。</w:t>
      </w:r>
      <w:r>
        <w:rPr>
          <w:lang w:eastAsia="zh-CN"/>
        </w:rPr>
        <w:br/>
      </w:r>
      <w:r>
        <w:rPr>
          <w:lang w:eastAsia="zh-CN"/>
        </w:rPr>
        <w:t>　　重视班干部的工作，发挥他们的先锋模范作用。这一学期的班主任工作使我失去了许多休息和做私事的时间，但也得到了很多的生活充实和家长、学生及学校领导的认可。</w:t>
      </w:r>
      <w:r>
        <w:rPr>
          <w:lang w:eastAsia="zh-CN"/>
        </w:rPr>
        <w:br/>
      </w:r>
      <w:r>
        <w:rPr>
          <w:lang w:eastAsia="zh-CN"/>
        </w:rPr>
        <w:t xml:space="preserve">    2024年8月班主任工作总结 篇15 </w:t>
      </w:r>
      <w:r>
        <w:rPr>
          <w:lang w:eastAsia="zh-CN"/>
        </w:rPr>
        <w:br/>
      </w:r>
      <w:r>
        <w:rPr>
          <w:lang w:eastAsia="zh-CN"/>
        </w:rPr>
        <w:t>　　刚踏上工作岗位并接任了二年三班的班主任工作，面临着学生向老师角色的转变，面对新的同事，新的学生，新的环境，我深感压力和责任之大。为了建立良好的班风，把学生培养成为全面发展的人特制定此计划来更好的完成班主任工作。</w:t>
      </w:r>
      <w:r>
        <w:rPr>
          <w:lang w:eastAsia="zh-CN"/>
        </w:rPr>
        <w:br/>
      </w:r>
      <w:r>
        <w:rPr>
          <w:lang w:eastAsia="zh-CN"/>
        </w:rPr>
        <w:t>　　一、指导思想</w:t>
      </w:r>
      <w:r>
        <w:rPr>
          <w:lang w:eastAsia="zh-CN"/>
        </w:rPr>
        <w:br/>
      </w:r>
    </w:p>
    <w:p w:rsidR="001B1F19" w14:textId="27C3F48A">
      <w:pPr>
        <w:rPr>
          <w:rFonts w:hint="eastAsia"/>
          <w:lang w:eastAsia="zh-CN"/>
        </w:rPr>
      </w:pPr>
      <w:r>
        <w:rPr>
          <w:lang w:eastAsia="zh-CN"/>
        </w:rPr>
        <w:t>　　德高为范。教师为人有其“育人”的特殊功效，古人云“其身正，不令而行；其身不正，虽令不从”教师要有这样做人的威望，人格的力量，令学生所敬佩。教师又要以自身最佳的思想境界、精神状态和行为表现，积极的影响和教育学生，使他们健康地成长，在学生面前树起一座做人的丰碑。</w:t>
      </w:r>
      <w:r>
        <w:rPr>
          <w:lang w:eastAsia="zh-CN"/>
        </w:rPr>
        <w:br/>
      </w:r>
      <w:r>
        <w:rPr>
          <w:lang w:eastAsia="zh-CN"/>
        </w:rPr>
        <w:t>　　二、班级概况</w:t>
      </w:r>
      <w:r>
        <w:rPr>
          <w:lang w:eastAsia="zh-CN"/>
        </w:rPr>
        <w:br/>
      </w:r>
      <w:r>
        <w:rPr>
          <w:lang w:eastAsia="zh-CN"/>
        </w:rPr>
        <w:t>　　本班学生由于年龄还小，思维能力和行为能力尚未完全成熟。在学习方面，不能做到自觉、自学，对学习的重要性缺乏认识，从而整个班级的学习成绩及学习氛围不够理想。个别成绩好的学生能主动求学好上进，可以成为全班的学习榜样。在其他方面基本上能做到遵守校纪校规，热爱劳动等。</w:t>
      </w:r>
      <w:r>
        <w:rPr>
          <w:lang w:eastAsia="zh-CN"/>
        </w:rPr>
        <w:br/>
      </w:r>
      <w:r>
        <w:rPr>
          <w:lang w:eastAsia="zh-CN"/>
        </w:rPr>
        <w:t>　　三、主要目标</w:t>
      </w:r>
      <w:r>
        <w:rPr>
          <w:lang w:eastAsia="zh-CN"/>
        </w:rPr>
        <w:br/>
      </w:r>
      <w:r>
        <w:rPr>
          <w:lang w:eastAsia="zh-CN"/>
        </w:rPr>
        <w:t>　　1、织建立班集体，让学生有基本的集体荣誉感。</w:t>
      </w:r>
      <w:r>
        <w:rPr>
          <w:lang w:eastAsia="zh-CN"/>
        </w:rPr>
        <w:br/>
      </w:r>
      <w:r>
        <w:rPr>
          <w:lang w:eastAsia="zh-CN"/>
        </w:rPr>
        <w:t>　　这一阶段的主要标志是每个成员都能以班集体的奋斗目标为导向，向着自我实现的目标奋斗。引导学生正确地认识和处理个人与集体的关系，坚持集体利益高于个人利益的道德标准，自觉地为集体建设贡献自己的力量；要培养学生的自我组织、管理能力，用集体的纪律去约束自己，积极参加集体活动，与集体中的每一位成员平等交往、友好合作，在建设集体的过程中，不断完善自身，形成良好的个性品质。</w:t>
      </w:r>
      <w:r>
        <w:rPr>
          <w:lang w:eastAsia="zh-CN"/>
        </w:rPr>
        <w:br/>
      </w:r>
      <w:r>
        <w:rPr>
          <w:lang w:eastAsia="zh-CN"/>
        </w:rPr>
        <w:t>　　2、培养学生养成良好的学习习惯和学习态度。</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https://d.book118.com/435230203132011122</w:t>
        </w:r>
      </w:hyperlink>
    </w:p>
    <w:p w:rsidR="001B1F19">
      <w:pPr>
        <w:rPr>
          <w:rFonts w:hint="eastAsia"/>
          <w:lang w:eastAsia="zh-CN"/>
        </w:rPr>
      </w:pPr>
    </w:p>
    <w:sectPr>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3523020313201112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