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教师试用期总结（30篇）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教师试用期总结（精选30篇）</w:t>
      </w:r>
      <w:r>
        <w:rPr>
          <w:lang w:eastAsia="zh-CN"/>
        </w:rPr>
        <w:br/>
      </w:r>
      <w:r>
        <w:rPr>
          <w:lang w:eastAsia="zh-CN"/>
        </w:rPr>
        <w:t xml:space="preserve">    教师试用期总结 篇1 </w:t>
      </w:r>
      <w:r>
        <w:rPr>
          <w:lang w:eastAsia="zh-CN"/>
        </w:rPr>
        <w:br/>
      </w:r>
      <w:r>
        <w:rPr>
          <w:lang w:eastAsia="zh-CN"/>
        </w:rPr>
        <w:t>　　日月如梭，__高级中学从事教学工作已经快一年了。在这将近一年的工作中，我既体会到了，刚刚踏上工作岗位的那种新鲜感;又感觉到了教师工作的艰辛和劳累。在这一年里，在各位领导和老师的热心支持和帮助下，我认真做好通用技术的教学工作，积极完成学校布置的各项任务。下面我把本年度的工作做简要的汇报总结。</w:t>
      </w:r>
      <w:r>
        <w:rPr>
          <w:lang w:eastAsia="zh-CN"/>
        </w:rPr>
        <w:br/>
      </w:r>
      <w:r>
        <w:rPr>
          <w:lang w:eastAsia="zh-CN"/>
        </w:rPr>
        <w:t>　　在师德表现方面，我平时积极参加全校教职工大会，认真学习学校下达的上级文件，关心国内外大事，注重政治理论的学习，同时配合组里搞好教研活动。每周按时参加升旗仪式，从不缺勤。服从安排，人际关系融洽。另一方面，我本着要对学生负责的态度，认识到必须要正视自己的言行。以身作则，才能为人师表。要求学生做到的，自己必须先做到。我坚信拥有健康的人格品位，才能在学生中树立威信、得到敬重，起到榜样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教学方面，我所任教的是高一年级11—20班的通用技术教学工作。在新课标的模式下，我根据他们各自不同的特征因材施教。首先深入细致的备好每一节课。在备课中,我认真研究教材，力求准确把握重难点，并注重参阅各种资料，制定符合学生认知规律的教学方法及教学形式。注意弱化难点强调重点。教案编写认真，并不断归纳总结以提高教学水平。其次认真上好每一节课。</w:t>
      </w:r>
      <w:r>
        <w:rPr>
          <w:lang w:eastAsia="zh-CN"/>
        </w:rPr>
        <w:br/>
      </w:r>
      <w:r>
        <w:rPr>
          <w:lang w:eastAsia="zh-CN"/>
        </w:rPr>
        <w:t>　　我在课堂采用多样化活动教学，利用多媒体课件，众多比较新鲜的素材案例可以激发学生的求知欲，活跃课堂气氛，限度地让学生在轻松自主的学习氛围中快乐求知，轻松学习，不断地鼓励自己。再次我能认真及时批改作业，注意听取学生的意见。平时我会坚持听课，认真记录，积极参与评课，学习各组教师的教学经验,努力探索适合自己的教学模式，并抓住每次外出学习的机会，取长补短，收获不少。通过开公开课,使自己的.教学水平得到很大的提高，但也使我意识到了自己在教学方面的不足之处,一年教龄公开课受到各位老师的好评。</w:t>
      </w:r>
      <w:r>
        <w:rPr>
          <w:lang w:eastAsia="zh-CN"/>
        </w:rPr>
        <w:br/>
      </w:r>
      <w:r>
        <w:rPr>
          <w:lang w:eastAsia="zh-CN"/>
        </w:rPr>
        <w:t>　　总体上来说，我感觉从大学校园走进高中校园，不仅仅是环境的变化，更多的是角色的变化，从一个被教育者变成了教育工作者。在这样一个变化的过程中有苦有甜，但是我知道所有的付出一定会有回报的。以上是我这一年见习期的工作总结,不足之处请各位领导及老师指正，我一定会再接再厉，继续努力工作。</w:t>
      </w:r>
      <w:r>
        <w:rPr>
          <w:lang w:eastAsia="zh-CN"/>
        </w:rPr>
        <w:br/>
      </w:r>
      <w:r>
        <w:rPr>
          <w:lang w:eastAsia="zh-CN"/>
        </w:rPr>
        <w:t xml:space="preserve">    教师试用期总结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短暂的试用期里无论在工作还是生活中都已经适应了，为此做一份总结这试用期的收获感想，一起来学习。转眼间，一年的试用期到了。经过一年的努力工作和认真学习，我获益良多。在这一年里,我逐渐适应了从学生到教师的角色转变，____学校这个大家庭。一年来，在学校领导和同事的帮助下，我无论是学习能力、教学能力还是专业水平都得到明显的提升。现将工作总结如下：</w:t>
      </w:r>
      <w:r>
        <w:rPr>
          <w:lang w:eastAsia="zh-CN"/>
        </w:rPr>
        <w:br/>
      </w:r>
      <w:r>
        <w:rPr>
          <w:lang w:eastAsia="zh-CN"/>
        </w:rPr>
        <w:t>　　一、思想方面：</w:t>
      </w:r>
      <w:r>
        <w:rPr>
          <w:lang w:eastAsia="zh-CN"/>
        </w:rPr>
        <w:br/>
      </w:r>
      <w:r>
        <w:rPr>
          <w:lang w:eastAsia="zh-CN"/>
        </w:rPr>
        <w:t>　　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r>
        <w:rPr>
          <w:lang w:eastAsia="zh-CN"/>
        </w:rPr>
        <w:br/>
      </w:r>
      <w:r>
        <w:rPr>
          <w:lang w:eastAsia="zh-CN"/>
        </w:rPr>
        <w:t>　　二、教学方面</w:t>
      </w:r>
      <w:r>
        <w:rPr>
          <w:lang w:eastAsia="zh-CN"/>
        </w:rPr>
        <w:br/>
      </w:r>
      <w:r>
        <w:rPr>
          <w:lang w:eastAsia="zh-CN"/>
        </w:rPr>
        <w:t>　　1、备课。开学初，积极参加教研组组织的教研活动，然后根据要求，提前备好课，写好教案，平时做到周前备课。备课时认真钻研教材、教参，学习新课标。力求吃透教材，找准重点、难点。为了上好一节课，我上网查资料，集中别人的优点确定自己的教学思路，常常工作到深夜。为了学生能更直观地感受所学的知识内容，我积极查找课件，制作课件，准备、制作教具，复习阶段，我把每一单元重点内容用电脑打印出来，为的就是让学生有个清晰的复习印象。每次，当我工作完的时候，脖子就已经感到十分僵硬而疼痛。</w:t>
      </w:r>
      <w:r>
        <w:rPr>
          <w:lang w:eastAsia="zh-CN"/>
        </w:rPr>
        <w:br/>
      </w:r>
      <w:r>
        <w:rPr>
          <w:lang w:eastAsia="zh-CN"/>
        </w:rPr>
        <w:t>　　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3、辅导。我利用课余时间对学生进行辅导，不明白的耐心讲解，不会写字就手把手地教，及时查缺补漏。并与家长联系，及时沟通情况，使家长了解情况，以便在家里对孩子进行辅导。</w:t>
      </w:r>
      <w:r>
        <w:rPr>
          <w:lang w:eastAsia="zh-CN"/>
        </w:rPr>
        <w:br/>
      </w:r>
      <w:r>
        <w:rPr>
          <w:lang w:eastAsia="zh-CN"/>
        </w:rPr>
        <w:t>　　4、作业。根据减负的要求，我把每天的作业经过精心地挑选，适当地留一些有利于学生能力发展的、发挥主动性和创造性的作业。</w:t>
      </w:r>
      <w:r>
        <w:rPr>
          <w:lang w:eastAsia="zh-CN"/>
        </w:rPr>
        <w:br/>
      </w:r>
      <w:r>
        <w:rPr>
          <w:lang w:eastAsia="zh-CN"/>
        </w:rPr>
        <w:t>　　三、德育工作：</w:t>
      </w:r>
      <w:r>
        <w:rPr>
          <w:lang w:eastAsia="zh-CN"/>
        </w:rPr>
        <w:br/>
      </w:r>
      <w:r>
        <w:rPr>
          <w:lang w:eastAsia="zh-CN"/>
        </w:rPr>
        <w:t>　　德育是学校工作中的重中之重，而班主任德育工作的秘诀就是爱。师爱是伟大的、神圣的。师爱是人类复杂情感中尚的情感，它凝结着教师无私奉献的精神，师爱是超凡脱俗的爱。这种爱没有血源和亲情，没有私利与目的，然而这种爱却有一种巨大的力量。</w:t>
      </w:r>
      <w:r>
        <w:rPr>
          <w:lang w:eastAsia="zh-CN"/>
        </w:rPr>
        <w:br/>
      </w:r>
      <w:r>
        <w:rPr>
          <w:lang w:eastAsia="zh-CN"/>
        </w:rPr>
        <w:t xml:space="preserve">    教师试用期总结 篇3 </w:t>
      </w:r>
      <w:r>
        <w:rPr>
          <w:lang w:eastAsia="zh-CN"/>
        </w:rPr>
        <w:br/>
      </w:r>
      <w:r>
        <w:rPr>
          <w:lang w:eastAsia="zh-CN"/>
        </w:rPr>
        <w:t>　　我是白城师范学院初等教育系07级02班实习生张玲玲，从20__年3月到5月30日在榆树市第四小学进行了为期三个月的实习。在实习期间深受校领导的照顾和关怀，并在指导老师的带领下，认真负责做好各项业务工作，完成任务要求。在实习过程中，认真备课积极参与各项活动，指导老师和校领导给予了帮助和指导，指出不足和学习经验。</w:t>
      </w:r>
      <w:r>
        <w:rPr>
          <w:lang w:eastAsia="zh-CN"/>
        </w:rPr>
        <w:br/>
      </w:r>
      <w:r>
        <w:rPr>
          <w:lang w:eastAsia="zh-CN"/>
        </w:rPr>
        <w:t>　　光阴似箭，岁月如梭。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晃几个月的实习生活已经过去了，在几个月的实习过程中，我有着许多收获和欢乐，但也有着苦涩和教训。这些成功的经历将激励着我在以后的人生路上取得更大成绩，失败的经历将使我努力去改变自己不完美的地方，让自己在以后的日子里做好，这一切将成为我生命中最宝贵的财富。</w:t>
      </w:r>
      <w:r>
        <w:rPr>
          <w:lang w:eastAsia="zh-CN"/>
        </w:rPr>
        <w:br/>
      </w:r>
      <w:r>
        <w:rPr>
          <w:lang w:eastAsia="zh-CN"/>
        </w:rPr>
        <w:t>　　我的实习生活是从3月1日开始，到4月中旬，我所在班级的班主任老师，由于个人原因请假一个月，这使我有机会在刚进入学校的初期基本了解学生的情况及学校的管理模式外，能进一步接触班主任的班级管理工作，能更多地走进教学的课堂，丰富了我的实习工作。</w:t>
      </w:r>
      <w:r>
        <w:rPr>
          <w:lang w:eastAsia="zh-CN"/>
        </w:rPr>
        <w:br/>
      </w:r>
      <w:r>
        <w:rPr>
          <w:lang w:eastAsia="zh-CN"/>
        </w:rPr>
        <w:t>　　刚开始我所讲的课都是指导老师给安排的，语文讲解一些比较简单的古诗、词及说理、写景的文章，数学讲讲基础课和一些练习课。由于是进入了一所较好的小学，老师都有着丰富的教学经验，刚进去有些不悦，压力好大，备课感觉不知如何更好的安排教学环节，为了保证第二天上课的质量，学课到10点。在一开始的几周内，备课都要到10点，真的很辛苦。</w:t>
      </w:r>
      <w:r>
        <w:rPr>
          <w:lang w:eastAsia="zh-CN"/>
        </w:rPr>
        <w:br/>
      </w:r>
      <w:r>
        <w:rPr>
          <w:lang w:eastAsia="zh-CN"/>
        </w:rPr>
        <w:t>　　就这样通过近两周紧张而充实的适应，我逐渐学习和适应了学校工作的节奏，熟悉了学校的作息时间。另外，通过大量的与学生接触，逐渐地认识了他们，了解了他们的学习情况以及家庭状况，使自己的工作效率和上保质量也提高了，也使自己在指导老师的心目中的地位得到了极大的提升，得到指导老师的肯定与认可，自己非常开心。这一切让我深深体会到做任何事情都必须尽自己最大的努力，也只有尽了自己最大的努力，才能将工作做好，做扎实，才会收获成功的喜悦。</w:t>
      </w:r>
      <w:r>
        <w:rPr>
          <w:lang w:eastAsia="zh-CN"/>
        </w:rPr>
        <w:br/>
      </w:r>
      <w:r>
        <w:rPr>
          <w:lang w:eastAsia="zh-CN"/>
        </w:rPr>
        <w:t xml:space="preserve">    教师试用期总结 篇4 </w:t>
      </w:r>
      <w:r>
        <w:rPr>
          <w:lang w:eastAsia="zh-CN"/>
        </w:rPr>
        <w:br/>
      </w:r>
      <w:r>
        <w:rPr>
          <w:lang w:eastAsia="zh-CN"/>
        </w:rPr>
        <w:t>　　一、幼师班主任的工作艰辛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以前在其他幼儿园带过，有着过硬的教学经验，虽然我还很年轻，但是在工作上我却从来不会让人不放心，我来幼儿园面试的时候，园长告诉我正好缺一个班主任的职业，不过这个班的学生太能闹腾了，做起工作来会比较麻烦，不知道我愿不愿意试一试，我也想挑战下自己，我以前虽说有过工作经验，但是班主任我还从来没当过，老师眼中的坏孩子?这不禁让我提起了兴趣和干劲，我认为没有教不好的孩子，他们现在才多大，很容易就能改变他们的心性和习惯的，如果你觉得艰难，那只能说你没有找对方法。后面经过一个月的相处，我才发现，当幼儿园班主任真的对我来说真的是一项极大的挑战，这群孩子不是一般的不听话，我现在才知道园长最初给我的忠告一点也没掺杂夸张的成分，我以前的幼教工作只是在我上课的那45分钟里面管着他们，现在当了班主任，就意味着我要对我班上每一个孩子负责，一整天都关注着他们的动态，下了班还要跟家长们沟通孩子一天在学校的情况，突如其来的庞大工作量差点没让我言弃，向园长提出辞职!不过我最终还是坚持下来了。</w:t>
      </w:r>
      <w:r>
        <w:rPr>
          <w:lang w:eastAsia="zh-CN"/>
        </w:rPr>
        <w:br/>
      </w:r>
      <w:r>
        <w:rPr>
          <w:lang w:eastAsia="zh-CN"/>
        </w:rPr>
        <w:t>　　二、工作的开展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我带的是太阳_班，这班一共有26个小朋友，第一天见到我，连“老师好”都喊不整齐，甚至有许多孩子直接无视我，头都没抬一下，我就知道这群“问题学生”够我忙活的了。时间长了你会发现，孩子们的心里是藏不住事的，他们的开心不开心全会写在脸上，只要你够细心，够耐心的去进近他，让他对你卸下防备，他们比温顺的小绵羊还要听话，例如：有个孩子他故意惹事生非，但是好像看起来他也不会因为自己的“诡计”得逞而开心，我就多次轻言细语的问他为什么，是不是有什么不开心的想发泄出来，慢慢的多问几次，有次放学的时候，他在我耳朵边上用悄悄话告诉我：“我多惹麻烦，老师就能打电话让爸爸妈妈来幼儿园了，我好久没看到他们了，总是是奶奶一个人带我在家，又不会教我写作业，也不会陪我玩，我想爸爸妈妈”。每个孩子的行为都有他们的道理，只不过他们也不知道这样对不对，这就需要我这个当老师的来引导。</w:t>
      </w:r>
      <w:r>
        <w:rPr>
          <w:lang w:eastAsia="zh-CN"/>
        </w:rPr>
        <w:br/>
      </w:r>
      <w:r>
        <w:rPr>
          <w:lang w:eastAsia="zh-CN"/>
        </w:rPr>
        <w:t>　　三、工作上存在的不足和总结</w:t>
      </w:r>
      <w:r>
        <w:rPr>
          <w:lang w:eastAsia="zh-CN"/>
        </w:rPr>
        <w:br/>
      </w:r>
      <w:r>
        <w:rPr>
          <w:lang w:eastAsia="zh-CN"/>
        </w:rPr>
        <w:t>　　因为第一次当班主任，许多地方肯定还是不成熟的，我现在还是无法做到，关心到每个孩子，给予每个孩子平均相等的关爱，在跟家长沟通方面不能占主导状态，总是被家长委员会牵着鼻子走，每个孩子的身心健康，我没能顾及周全，这也是我今后工作要努力的方向，我也相信以我的能力能当好_班的班主任的!</w:t>
      </w:r>
      <w:r>
        <w:rPr>
          <w:lang w:eastAsia="zh-CN"/>
        </w:rPr>
        <w:br/>
      </w:r>
      <w:r>
        <w:rPr>
          <w:lang w:eastAsia="zh-CN"/>
        </w:rPr>
        <w:t xml:space="preserve">    教师试用期总结 篇5 </w:t>
      </w:r>
      <w:r>
        <w:rPr>
          <w:lang w:eastAsia="zh-CN"/>
        </w:rPr>
        <w:br/>
      </w:r>
      <w:r>
        <w:rPr>
          <w:lang w:eastAsia="zh-CN"/>
        </w:rPr>
        <w:t>　　在这一年的工作、学习和生活中，本人取得了长足的进步，但也还有很多需要改进的地方。</w:t>
      </w:r>
      <w:r>
        <w:rPr>
          <w:lang w:eastAsia="zh-CN"/>
        </w:rPr>
        <w:br/>
      </w:r>
      <w:r>
        <w:rPr>
          <w:lang w:eastAsia="zh-CN"/>
        </w:rPr>
        <w:t>　　一年来，本人一直遵守各项法律法规，忠诚拥护中国共产党的领导，切实贯彻党的教育方针政策，尊敬领导，团结同事，热心助人，在生活中严格要求自己，以美好的道德情操为幼儿做好表率。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r>
        <w:rPr>
          <w:lang w:eastAsia="zh-CN"/>
        </w:rPr>
        <w:br/>
      </w:r>
      <w:r>
        <w:rPr>
          <w:lang w:eastAsia="zh-CN"/>
        </w:rPr>
        <w:t>　　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r>
        <w:rPr>
          <w:lang w:eastAsia="zh-CN"/>
        </w:rPr>
        <w:br/>
      </w:r>
      <w:r>
        <w:rPr>
          <w:lang w:eastAsia="zh-CN"/>
        </w:rPr>
        <w:t>　　一年来，本人从未有旷工、迟到、早退、缺课现象，全年出满勤。</w:t>
      </w:r>
      <w:r>
        <w:rPr>
          <w:lang w:eastAsia="zh-CN"/>
        </w:rPr>
        <w:br/>
      </w:r>
      <w:r>
        <w:rPr>
          <w:lang w:eastAsia="zh-CN"/>
        </w:rPr>
        <w:t>　　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r>
        <w:rPr>
          <w:lang w:eastAsia="zh-CN"/>
        </w:rPr>
        <w:br/>
      </w:r>
      <w:r>
        <w:rPr>
          <w:lang w:eastAsia="zh-CN"/>
        </w:rPr>
        <w:t>　　虽然取得了一定的成绩，但本人清楚地认识到本人还有很多不足，既然已走上了教师路，在今后的工作学习中，本人要继续发扬优点，改进不足，为祖国的教育事业增砖添瓦!</w:t>
      </w:r>
      <w:r>
        <w:rPr>
          <w:lang w:eastAsia="zh-CN"/>
        </w:rPr>
        <w:br/>
      </w:r>
      <w:r>
        <w:rPr>
          <w:lang w:eastAsia="zh-CN"/>
        </w:rPr>
        <w:t xml:space="preserve">    教师试用期总结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年的教育教学工作已接近尾声，为了更好地做好今后的工作，经验、吸取教训，本人特就20__年的工作如下：</w:t>
      </w:r>
      <w:r>
        <w:rPr>
          <w:lang w:eastAsia="zh-CN"/>
        </w:rPr>
        <w:br/>
      </w:r>
      <w:r>
        <w:rPr>
          <w:lang w:eastAsia="zh-CN"/>
        </w:rPr>
        <w:t>　　一、政治思想方面：</w:t>
      </w:r>
      <w:r>
        <w:rPr>
          <w:lang w:eastAsia="zh-CN"/>
        </w:rPr>
        <w:br/>
      </w:r>
      <w:r>
        <w:rPr>
          <w:lang w:eastAsia="zh-CN"/>
        </w:rPr>
        <w:t>　　本人热爱党，热爱人民，坚持党的教育方针，忠诚党的教育事业：能认真学习“三个代表”重要思想、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r>
        <w:rPr>
          <w:lang w:eastAsia="zh-CN"/>
        </w:rPr>
        <w:br/>
      </w:r>
      <w:r>
        <w:rPr>
          <w:lang w:eastAsia="zh-CN"/>
        </w:rPr>
        <w:t>　　二、教育教学工作：</w:t>
      </w:r>
      <w:r>
        <w:rPr>
          <w:lang w:eastAsia="zh-CN"/>
        </w:rPr>
        <w:br/>
      </w:r>
      <w:r>
        <w:rPr>
          <w:lang w:eastAsia="zh-CN"/>
        </w:rPr>
        <w:t>　　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r>
        <w:rPr>
          <w:lang w:eastAsia="zh-CN"/>
        </w:rPr>
        <w:br/>
      </w:r>
      <w:r>
        <w:rPr>
          <w:lang w:eastAsia="zh-CN"/>
        </w:rPr>
        <w:t>　　第二，能把握学生的认知水平和能力。重视对已学知识的巩固和新、旧知识的联系，达到帮助学生学会求知、不断发展的目的。</w:t>
      </w:r>
      <w:r>
        <w:rPr>
          <w:lang w:eastAsia="zh-CN"/>
        </w:rPr>
        <w:br/>
      </w:r>
      <w:r>
        <w:rPr>
          <w:lang w:eastAsia="zh-CN"/>
        </w:rPr>
        <w:t>　　第三，尊重学生。重视与学生之间的情感交流和培养，在严格管理的同时能尊重学生的学习热情和认知能力，提出与学生自身水平相当的问题，鼓励他们大胆探索，共同提高。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三、其他方面：</w:t>
      </w:r>
      <w:r>
        <w:rPr>
          <w:lang w:eastAsia="zh-CN"/>
        </w:rPr>
        <w:br/>
      </w:r>
      <w:r>
        <w:rPr>
          <w:lang w:eastAsia="zh-CN"/>
        </w:rPr>
        <w:t>　　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小学校长高级研修班的学习，每次学习都能提前安排好工作，做到学习、工作两不误;创建博客，把平时的教学得失、听课感受、培训心得、教学困惑和生活随想等内容上传和同行交流分享，丰富业余生活，记录教育人生;个人撰写的《数据的“力量”》发表于《小学数学教学》、九年级(上)《“解决问题的策略”教学设计》发表于《小学教学设计》。</w:t>
      </w:r>
      <w:r>
        <w:rPr>
          <w:lang w:eastAsia="zh-CN"/>
        </w:rPr>
        <w:br/>
      </w:r>
      <w:r>
        <w:rPr>
          <w:lang w:eastAsia="zh-CN"/>
        </w:rPr>
        <w:t>　　九、努力方向：</w:t>
      </w:r>
      <w:r>
        <w:rPr>
          <w:lang w:eastAsia="zh-CN"/>
        </w:rPr>
        <w:br/>
      </w:r>
      <w:r>
        <w:rPr>
          <w:lang w:eastAsia="zh-CN"/>
        </w:rPr>
        <w:t>　　在新的一年中，我将以优秀同行为榜样，加强自身政治学习、业务锤炼，不断提高教育教学水平和学校管理能力，为学校的发展作出更大的贡献。</w:t>
      </w:r>
      <w:r>
        <w:rPr>
          <w:lang w:eastAsia="zh-CN"/>
        </w:rPr>
        <w:br/>
      </w:r>
      <w:r>
        <w:rPr>
          <w:lang w:eastAsia="zh-CN"/>
        </w:rPr>
        <w:t xml:space="preserve">    教师试用期总结 篇7 </w:t>
      </w:r>
      <w:r>
        <w:rPr>
          <w:lang w:eastAsia="zh-CN"/>
        </w:rPr>
        <w:br/>
      </w:r>
      <w:r>
        <w:rPr>
          <w:lang w:eastAsia="zh-CN"/>
        </w:rPr>
        <w:t>　　本年度，本人认真履行教师职责，努力完成学校下达的任务，下面从德能勤绩等方面进行考核。</w:t>
      </w:r>
      <w:r>
        <w:rPr>
          <w:lang w:eastAsia="zh-CN"/>
        </w:rPr>
        <w:br/>
      </w:r>
      <w:r>
        <w:rPr>
          <w:lang w:eastAsia="zh-CN"/>
        </w:rPr>
        <w:t>　　(一)德：</w:t>
      </w:r>
      <w:r>
        <w:rPr>
          <w:lang w:eastAsia="zh-CN"/>
        </w:rPr>
        <w:br/>
      </w:r>
      <w:r>
        <w:rPr>
          <w:lang w:eastAsia="zh-CN"/>
        </w:rPr>
        <w:t>　　(1)政治立场坚定，方向明确，有共产主义理想信念和辩证唯物主义世界观。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(2)教育思想端正，有高尚的职业道德：①忠诚并献身于党和人民的教育事业。②治学严谨，精心育人。③热爱学生，诲人不倦。④以身作则，为人师表。⑤锐意进取，勇于创新。⑥严已宽人，团结协作。</w:t>
      </w:r>
      <w:r>
        <w:rPr>
          <w:lang w:eastAsia="zh-CN"/>
        </w:rPr>
        <w:br/>
      </w:r>
      <w:r>
        <w:rPr>
          <w:lang w:eastAsia="zh-CN"/>
        </w:rPr>
        <w:t>　　(3)遵纪守法，具有良好的社会公德和家庭美德，外塑人民教师的良好形象。</w:t>
      </w:r>
      <w:r>
        <w:rPr>
          <w:lang w:eastAsia="zh-CN"/>
        </w:rPr>
        <w:br/>
      </w:r>
      <w:r>
        <w:rPr>
          <w:lang w:eastAsia="zh-CN"/>
        </w:rPr>
        <w:t>　　(4)注意加强自身修养，具备良好的个性心理品质。</w:t>
      </w:r>
      <w:r>
        <w:rPr>
          <w:lang w:eastAsia="zh-CN"/>
        </w:rPr>
        <w:br/>
      </w:r>
      <w:r>
        <w:rPr>
          <w:lang w:eastAsia="zh-CN"/>
        </w:rPr>
        <w:t>　　(二)能：</w:t>
      </w:r>
      <w:r>
        <w:rPr>
          <w:lang w:eastAsia="zh-CN"/>
        </w:rPr>
        <w:br/>
      </w:r>
      <w:r>
        <w:rPr>
          <w:lang w:eastAsia="zh-CN"/>
        </w:rPr>
        <w:t>　　(1)本岗位专业知识及基本功扎实过硬，工作中具有独立思考、不断创新的能力。</w:t>
      </w:r>
      <w:r>
        <w:rPr>
          <w:lang w:eastAsia="zh-CN"/>
        </w:rPr>
        <w:br/>
      </w:r>
      <w:r>
        <w:rPr>
          <w:lang w:eastAsia="zh-CN"/>
        </w:rPr>
        <w:t>　　(2)与时俱进，知识更新，主动汲取新知识、新信息，不断完善知识结构，掌握运用现代化教学或办公手段的能力。</w:t>
      </w:r>
      <w:r>
        <w:rPr>
          <w:lang w:eastAsia="zh-CN"/>
        </w:rPr>
        <w:br/>
      </w:r>
      <w:r>
        <w:rPr>
          <w:lang w:eastAsia="zh-CN"/>
        </w:rPr>
        <w:t>　　(3)具有很强的语言表达能力和文字表达能力，善于做思想政治工作。</w:t>
      </w:r>
      <w:r>
        <w:rPr>
          <w:lang w:eastAsia="zh-CN"/>
        </w:rPr>
        <w:br/>
      </w:r>
      <w:r>
        <w:rPr>
          <w:lang w:eastAsia="zh-CN"/>
        </w:rPr>
        <w:t>　　(4)有很强对学校、班级、学科工作组织、管理、协调能力。</w:t>
      </w:r>
      <w:r>
        <w:rPr>
          <w:lang w:eastAsia="zh-CN"/>
        </w:rPr>
        <w:br/>
      </w:r>
      <w:r>
        <w:rPr>
          <w:lang w:eastAsia="zh-CN"/>
        </w:rPr>
        <w:t>　　(5)具有教改实践、教学评价、教研科研的能力。</w:t>
      </w:r>
      <w:r>
        <w:rPr>
          <w:lang w:eastAsia="zh-CN"/>
        </w:rPr>
        <w:br/>
      </w:r>
      <w:r>
        <w:rPr>
          <w:lang w:eastAsia="zh-CN"/>
        </w:rPr>
        <w:t>　　(三)勤：</w:t>
      </w:r>
      <w:r>
        <w:rPr>
          <w:lang w:eastAsia="zh-CN"/>
        </w:rPr>
        <w:br/>
      </w:r>
      <w:r>
        <w:rPr>
          <w:lang w:eastAsia="zh-CN"/>
        </w:rPr>
        <w:t>　　(1)工作态度端正，对工作有高度的事业心和责任感，积极主动工作，认真履行自己的职责。</w:t>
      </w:r>
      <w:r>
        <w:rPr>
          <w:lang w:eastAsia="zh-CN"/>
        </w:rPr>
        <w:br/>
      </w:r>
      <w:r>
        <w:rPr>
          <w:lang w:eastAsia="zh-CN"/>
        </w:rPr>
        <w:t>　　(2)关爱学生，面向全体学生，注重学生的全面发展，有强烈的服务意识。</w:t>
      </w:r>
      <w:r>
        <w:rPr>
          <w:lang w:eastAsia="zh-CN"/>
        </w:rPr>
        <w:br/>
      </w:r>
      <w:r>
        <w:rPr>
          <w:lang w:eastAsia="zh-CN"/>
        </w:rPr>
        <w:t>　　(3)严守学校的作息时间和劳动纪律，出满勤、干满点，身体健康，全身心地投入工作。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(四)绩：</w:t>
      </w:r>
      <w:r>
        <w:rPr>
          <w:lang w:eastAsia="zh-CN"/>
        </w:rPr>
        <w:br/>
      </w:r>
      <w:r>
        <w:rPr>
          <w:lang w:eastAsia="zh-CN"/>
        </w:rPr>
        <w:t>　　(1)认真履行现任教师职务(职称)职责，达到任职要求的业务条件。</w:t>
      </w:r>
      <w:r>
        <w:rPr>
          <w:lang w:eastAsia="zh-CN"/>
        </w:rPr>
        <w:br/>
      </w:r>
      <w:r>
        <w:rPr>
          <w:lang w:eastAsia="zh-CN"/>
        </w:rPr>
        <w:t>　　(2)认真履行现任岗位职责，完全胜任并出色完成所担的教育教学工作任务。</w:t>
      </w:r>
      <w:r>
        <w:rPr>
          <w:lang w:eastAsia="zh-CN"/>
        </w:rPr>
        <w:br/>
      </w:r>
      <w:r>
        <w:rPr>
          <w:lang w:eastAsia="zh-CN"/>
        </w:rPr>
        <w:t>　　(3)工作数量饱满，工作质量好，工作效率高，服务对象满意。</w:t>
      </w:r>
      <w:r>
        <w:rPr>
          <w:lang w:eastAsia="zh-CN"/>
        </w:rPr>
        <w:br/>
      </w:r>
      <w:r>
        <w:rPr>
          <w:lang w:eastAsia="zh-CN"/>
        </w:rPr>
        <w:t xml:space="preserve">    教师试用期总结 篇8 </w:t>
      </w:r>
      <w:r>
        <w:rPr>
          <w:lang w:eastAsia="zh-CN"/>
        </w:rPr>
        <w:br/>
      </w:r>
      <w:r>
        <w:rPr>
          <w:lang w:eastAsia="zh-CN"/>
        </w:rPr>
        <w:t>　　20_年夏天，我成为_市_县特岗队伍中的一员来到了_中学，时间过得真快，我来_中学工作已经一年了，在这365个日子里，让我感同身受的是来自每一位领导和老师给予我的信任、关心、支持和帮助，我也在_中学这个优秀的大家庭中慢慢成长，古语说：滴水之恩，涌泉相报，我先借此机会向各位领导，同事们表示最衷心的感谢。为了更好地做好今后的工作，总结经验、吸取教训，本人从德能勤绩四方面作工作小结如下：</w:t>
      </w:r>
      <w:r>
        <w:rPr>
          <w:lang w:eastAsia="zh-CN"/>
        </w:rPr>
        <w:br/>
      </w:r>
      <w:r>
        <w:rPr>
          <w:lang w:eastAsia="zh-CN"/>
        </w:rPr>
        <w:t>　　一、思想品德方面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一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r>
        <w:rPr>
          <w:lang w:eastAsia="zh-CN"/>
        </w:rPr>
        <w:br/>
      </w:r>
      <w:r>
        <w:rPr>
          <w:lang w:eastAsia="zh-CN"/>
        </w:rPr>
        <w:t>　　二、业务知识和工作能力方面</w:t>
      </w:r>
      <w:r>
        <w:rPr>
          <w:lang w:eastAsia="zh-CN"/>
        </w:rPr>
        <w:br/>
      </w:r>
      <w:r>
        <w:rPr>
          <w:lang w:eastAsia="zh-CN"/>
        </w:rPr>
        <w:t>　　一年来，我主要担任了两个班级的数学教学工作，由于我们使用的是新课标版本的教材，因此在上岗之前县里特地请了县里省里的名师对我们进行培训，从这次培训里我学到了很多东西，给我在实际教学中提供了很大的帮助。上个学期到现在一直担任两个班级的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r>
        <w:rPr>
          <w:lang w:eastAsia="zh-CN"/>
        </w:rPr>
        <w:br/>
      </w:r>
      <w:r>
        <w:rPr>
          <w:lang w:eastAsia="zh-CN"/>
        </w:rPr>
        <w:t>　　三、工作态度勤奋敬业方面</w:t>
      </w:r>
      <w:r>
        <w:rPr>
          <w:lang w:eastAsia="zh-CN"/>
        </w:rPr>
        <w:br/>
      </w:r>
      <w:r>
        <w:rPr>
          <w:lang w:eastAsia="zh-CN"/>
        </w:rPr>
        <w:t>　　一年时间里从未无故缺席，第一学期我带两个班的数学教学工作，每周分别为16课时，第二学期每周16课时，准时到校上班，上课时精神饱满，积极参加各种会议，认真听课。</w:t>
      </w:r>
      <w:r>
        <w:rPr>
          <w:lang w:eastAsia="zh-CN"/>
        </w:rPr>
        <w:br/>
      </w:r>
      <w:r>
        <w:rPr>
          <w:lang w:eastAsia="zh-CN"/>
        </w:rPr>
        <w:t>　　四、工作业绩方面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刚开始踏上工作岗位的时候由于我由于教学经验不足，我带的班级成绩不是很理想，后来在各位同事的帮助下，我努力提高自己的教学水平，积极听优秀老师的课，找到自己的差距和不足，不断学习改正，针对一些学生信心不足的问题，经常找他们谈话，及时了解他们在学习数学中的感触，不断鼓励他们，经过两个学期的努力，培养了一批数学学科的尖子生，并在不断扩大这个队伍，让大家对学习数学始终充满信心。在今后的工作中，本人将会更加努力，争取做得更好。短暂的试用期里无论在工作还是生活中都已经适应了，为此做一份总结这试用期的收获感想，一起来学习。</w:t>
      </w:r>
      <w:r>
        <w:rPr>
          <w:lang w:eastAsia="zh-CN"/>
        </w:rPr>
        <w:br/>
      </w:r>
      <w:r>
        <w:rPr>
          <w:lang w:eastAsia="zh-CN"/>
        </w:rPr>
        <w:t xml:space="preserve">    教师试用期总结 篇9 </w:t>
      </w:r>
      <w:r>
        <w:rPr>
          <w:lang w:eastAsia="zh-CN"/>
        </w:rPr>
        <w:br/>
      </w:r>
      <w:r>
        <w:rPr>
          <w:lang w:eastAsia="zh-CN"/>
        </w:rPr>
        <w:t>　　我于20年_月入职于北师大大同附中，担任高一年级的政治教学工作。转眼间，我在新教师岗位上工作已将近一年。在这关键的一年时间里，我在学校领导以及教研组长赵东霞老师的细心指导和帮助下，实现了由学生向教师角色的重大转变，真正适应了学校的正常教育教学生活，也融入了北师大大同附中教师集体的大家庭中。</w:t>
      </w:r>
      <w:r>
        <w:rPr>
          <w:lang w:eastAsia="zh-CN"/>
        </w:rPr>
        <w:br/>
      </w:r>
      <w:r>
        <w:rPr>
          <w:lang w:eastAsia="zh-CN"/>
        </w:rPr>
        <w:t>　　我在学校领导的关心和支持下，我的教学工作已经逐渐步入了正轨，并且在教学成长之路上收获了一个又一个可喜的进步，教学能力、学习能力和专业水平都得到了，明显地提升。在第二学期，我担任了高一(2)班的副班主任工作,协助班主任邢立栋老师管理班级。在这一年的成长历程中，我收获颇丰，但也存在一定的不足。现将一年以来的工作总结如下：</w:t>
      </w:r>
      <w:r>
        <w:rPr>
          <w:lang w:eastAsia="zh-CN"/>
        </w:rPr>
        <w:br/>
      </w:r>
      <w:r>
        <w:rPr>
          <w:lang w:eastAsia="zh-CN"/>
        </w:rPr>
        <w:t>　　一、主要工作和成绩</w:t>
      </w:r>
      <w:r>
        <w:rPr>
          <w:lang w:eastAsia="zh-CN"/>
        </w:rPr>
        <w:br/>
      </w:r>
      <w:r>
        <w:rPr>
          <w:lang w:eastAsia="zh-CN"/>
        </w:rPr>
        <w:t>　　在教学中，我始终注意培养学生养成良好的学习习惯，虚心向有经验的教师学习，切实做好一切教育教学常规工作。</w:t>
      </w:r>
      <w:r>
        <w:rPr>
          <w:lang w:eastAsia="zh-CN"/>
        </w:rPr>
        <w:br/>
      </w:r>
      <w:r>
        <w:rPr>
          <w:lang w:eastAsia="zh-CN"/>
        </w:rPr>
        <w:t>　　1.做好本职工作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作为科任教师的我，一直以来不敢懈怠，从一开始就认真制定教学计划，注重研究中学教学理论，认真备课和教学，积极参加教研活动和备课组活动，经常听各老师的课，尤其是赵东霞老师的课，从中吸取教学经验，取长补短，提高自己的教学的业务水平。每节课都以最佳的精神状态站在教台上，以轻松、认真的形象去面对学生。在实施教育教学中，我始终坚持按照《高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层层善诱，多方面、多角度去培养，创造条件使学生创造力和潜能得以开发，形成良好的人格品质。</w:t>
      </w:r>
      <w:r>
        <w:rPr>
          <w:lang w:eastAsia="zh-CN"/>
        </w:rPr>
        <w:br/>
      </w:r>
      <w:r>
        <w:rPr>
          <w:lang w:eastAsia="zh-CN"/>
        </w:rPr>
        <w:t>　　2.注重学生的均衡发展</w:t>
      </w:r>
      <w:r>
        <w:rPr>
          <w:lang w:eastAsia="zh-CN"/>
        </w:rPr>
        <w:br/>
      </w:r>
      <w:r>
        <w:rPr>
          <w:lang w:eastAsia="zh-CN"/>
        </w:rPr>
        <w:t>　　教育是爱心事业，为培养高素质的下一代，我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r>
        <w:rPr>
          <w:lang w:eastAsia="zh-CN"/>
        </w:rPr>
        <w:br/>
      </w:r>
      <w:r>
        <w:rPr>
          <w:lang w:eastAsia="zh-CN"/>
        </w:rPr>
        <w:t>　　3.努力提升自己素质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r>
        <w:rPr>
          <w:lang w:eastAsia="zh-CN"/>
        </w:rPr>
        <w:br/>
      </w:r>
      <w:r>
        <w:rPr>
          <w:lang w:eastAsia="zh-CN"/>
        </w:rPr>
        <w:t>　　4.努力开发教学资源</w:t>
      </w:r>
      <w:r>
        <w:rPr>
          <w:lang w:eastAsia="zh-CN"/>
        </w:rPr>
        <w:br/>
      </w:r>
      <w:r>
        <w:rPr>
          <w:lang w:eastAsia="zh-CN"/>
        </w:rPr>
        <w:t>　　作为教高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r>
        <w:rPr>
          <w:lang w:eastAsia="zh-CN"/>
        </w:rPr>
        <w:br/>
      </w:r>
      <w:r>
        <w:rPr>
          <w:lang w:eastAsia="zh-CN"/>
        </w:rPr>
        <w:t>　　5.充分发挥副班主任的作用</w:t>
      </w:r>
      <w:r>
        <w:rPr>
          <w:lang w:eastAsia="zh-CN"/>
        </w:rPr>
        <w:br/>
      </w:r>
      <w:r>
        <w:rPr>
          <w:lang w:eastAsia="zh-CN"/>
        </w:rPr>
        <w:t>　　几个月的副班主任工作，我积极配合班主任做好班级管理工作，认真完成学校安排的副班主任工作，认真参加每次会议并做好记录，以备为以后的班主任工作奠定基础。在日常的教学与管理过程中及时发现问题，并努力解决问题，努力培养学生良好的学习习惯和认真踏实的学习态度，为进入高二的学习打下扎实的基础。</w:t>
      </w:r>
      <w:r>
        <w:rPr>
          <w:lang w:eastAsia="zh-CN"/>
        </w:rPr>
        <w:br/>
      </w:r>
      <w:r>
        <w:rPr>
          <w:lang w:eastAsia="zh-CN"/>
        </w:rPr>
        <w:t xml:space="preserve">    教师试用期总结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时光如流星般转瞬即逝。随着时间的推移，一学年仅剩期末考试的尾巴。回顾这一学年的工作，我感到万分的快乐与充实，因为我就是这样一路塌实的走来并从中体会到快乐与神圣的责任感!</w:t>
      </w:r>
      <w:r>
        <w:rPr>
          <w:lang w:eastAsia="zh-CN"/>
        </w:rPr>
        <w:br/>
      </w:r>
      <w:r>
        <w:rPr>
          <w:lang w:eastAsia="zh-CN"/>
        </w:rPr>
        <w:t>　　这半年的教学工作让我深刻体会到了做老师的艰辛与快乐，我把自己的青春倾注于我所钟爱的教育事业上，倾注于每一个学生身上。一个学年的工作已经结束，收获不少，下面我对一学年的工作作一个总结，发扬好的地方改进不足的地方，回顾走过的路可以更好的看清前面的路，为新学年的工作确立新的目标。</w:t>
      </w:r>
      <w:r>
        <w:rPr>
          <w:lang w:eastAsia="zh-CN"/>
        </w:rPr>
        <w:br/>
      </w:r>
      <w:r>
        <w:rPr>
          <w:lang w:eastAsia="zh-CN"/>
        </w:rPr>
        <w:t>　　一、政治思想方面：</w:t>
      </w:r>
      <w:r>
        <w:rPr>
          <w:lang w:eastAsia="zh-CN"/>
        </w:rPr>
        <w:br/>
      </w:r>
      <w:r>
        <w:rPr>
          <w:lang w:eastAsia="zh-CN"/>
        </w:rPr>
        <w:t>　　本人坚持准时参加学校组织的政治学习，认真做好笔记。并学习一些报刊杂志，从上面了解一些信息便于自己的不断进步。为了能迅速完成从师范生到教师的角色转变、走好入行的第一步，积极参加区教育局精心组织的师德教育作为重要内容的06年新教师岗前培训活动。同时积极参加学校组织的“校本课程研究”活动，使自己在教育科研、教育理论上都有所成长和进步。教育目的明确，态度端正，钻研业务，勤奋刻苦。热爱自己的事业，团结同事，虚心求教，遵守劳动纪律。关心学生，为人师表。</w:t>
      </w:r>
      <w:r>
        <w:rPr>
          <w:lang w:eastAsia="zh-CN"/>
        </w:rPr>
        <w:br/>
      </w:r>
      <w:r>
        <w:rPr>
          <w:lang w:eastAsia="zh-CN"/>
        </w:rPr>
        <w:t>　　二、师德方面</w:t>
      </w:r>
      <w:r>
        <w:rPr>
          <w:lang w:eastAsia="zh-CN"/>
        </w:rPr>
        <w:br/>
      </w:r>
      <w:r>
        <w:rPr>
          <w:lang w:eastAsia="zh-CN"/>
        </w:rPr>
        <w:t>　　作为一名教师，我始终认为应把“师德”放在一个极其重要的位置。在这一学年的时间里，我由一名普通教师转化成了班主任，身上肩负的责任更大了，对于刚接触教学，刚接触班主任工作的我来说，一切都是那么陌生，需要我不断完善、提高自己的教学水平，不断地了解、掌握学情，用细心、耐心、爱心这“三心”对待学生，不断加强自身师德修养，提高自己的教学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三、教学方面</w:t>
      </w:r>
      <w:r>
        <w:rPr>
          <w:lang w:eastAsia="zh-CN"/>
        </w:rPr>
        <w:br/>
      </w:r>
      <w:r>
        <w:rPr>
          <w:lang w:eastAsia="zh-CN"/>
        </w:rPr>
        <w:t>　　在教学准备上，新教师面临的最大问题是不熟悉教材，对教学的重难点把握不准，对于平时的教学也比较陌生。</w:t>
      </w:r>
      <w:r>
        <w:rPr>
          <w:lang w:eastAsia="zh-CN"/>
        </w:rPr>
        <w:br/>
      </w:r>
      <w:r>
        <w:rPr>
          <w:lang w:eastAsia="zh-CN"/>
        </w:rPr>
        <w:t>　　针对上述问题，我首先做到进一步熟悉教材，课前备好课备好学生，然后我多向有经验的教师请教，多挺有经验的教师的课，自己在教学上把握不准的地方多学多问，为了提高自己的教学水平，我还经</w:t>
      </w:r>
      <w:r>
        <w:rPr>
          <w:lang w:eastAsia="zh-CN"/>
        </w:rPr>
        <w:br/>
      </w:r>
      <w:r>
        <w:rPr>
          <w:lang w:eastAsia="zh-CN"/>
        </w:rPr>
        <w:t>　　常上网观看优秀的教学实录，下载优秀的教学资源充实自己的课堂生活，提高学生语文学习的积极性，除此之外，我还争取机会多外出听课，学习别人的长处，学习优秀教师好的教学方法和经验。</w:t>
      </w:r>
      <w:r>
        <w:rPr>
          <w:lang w:eastAsia="zh-CN"/>
        </w:rPr>
        <w:br/>
      </w:r>
      <w:r>
        <w:rPr>
          <w:lang w:eastAsia="zh-CN"/>
        </w:rPr>
        <w:t>　　四、考勤方面</w:t>
      </w:r>
      <w:r>
        <w:rPr>
          <w:lang w:eastAsia="zh-CN"/>
        </w:rPr>
        <w:br/>
      </w:r>
      <w:r>
        <w:rPr>
          <w:lang w:eastAsia="zh-CN"/>
        </w:rPr>
        <w:t>　　我热爱自己的事业，在做好各项教育教学工作的同时，严格遵守学校的各项规章制度。积极运用有效的工作时间做好自己分内的工作，处理好学校工作与个人之间的关系，一个学年里没有缺席过一次，一边完成学校的各项任务，一边准备教材和学习自己的专业知识。 在今后的教育教学工作中，我将立足实际，认真分析和研究好教材、大纲，研究好学生，争取学校领导、师生的支持，创造性地搞好教学，使我们的工作有所开拓，有所进取，更加严格要求自己，努力工作，发扬优点，改正缺点，开拓前进，为美好的明天奉献自己的力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教育工作，是一项常做常新、永无止境的工作。一份春华，一份秋实，让我把一份矢志教育的心愿化为热爱学生的一团火，将自己最珍贵的爱奉献给孩子们，相信今日含苞欲放的花蕾，明日一定能盛开绚丽的花朵。</w:t>
      </w:r>
      <w:r>
        <w:rPr>
          <w:lang w:eastAsia="zh-CN"/>
        </w:rPr>
        <w:br/>
      </w:r>
      <w:r>
        <w:rPr>
          <w:lang w:eastAsia="zh-CN"/>
        </w:rPr>
        <w:t xml:space="preserve">    教师试用期总结 篇11 </w:t>
      </w:r>
      <w:r>
        <w:rPr>
          <w:lang w:eastAsia="zh-CN"/>
        </w:rPr>
        <w:br/>
      </w:r>
      <w:r>
        <w:rPr>
          <w:lang w:eastAsia="zh-CN"/>
        </w:rPr>
        <w:t>　　我于20__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r>
        <w:rPr>
          <w:lang w:eastAsia="zh-CN"/>
        </w:rPr>
        <w:br/>
      </w:r>
      <w:r>
        <w:rPr>
          <w:lang w:eastAsia="zh-CN"/>
        </w:rPr>
        <w:t>　　一、教学方面</w:t>
      </w:r>
      <w:r>
        <w:rPr>
          <w:lang w:eastAsia="zh-CN"/>
        </w:rPr>
        <w:br/>
      </w:r>
      <w:r>
        <w:rPr>
          <w:lang w:eastAsia="zh-CN"/>
        </w:rPr>
        <w:t>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r>
        <w:rPr>
          <w:lang w:eastAsia="zh-CN"/>
        </w:rPr>
        <w:br/>
      </w:r>
      <w:r>
        <w:rPr>
          <w:lang w:eastAsia="zh-CN"/>
        </w:rPr>
        <w:t>　　二、个人素养方面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r>
        <w:rPr>
          <w:lang w:eastAsia="zh-CN"/>
        </w:rPr>
        <w:br/>
      </w:r>
      <w:r>
        <w:rPr>
          <w:lang w:eastAsia="zh-CN"/>
        </w:rPr>
        <w:t>　　三、在生活方面</w:t>
      </w:r>
      <w:r>
        <w:rPr>
          <w:lang w:eastAsia="zh-CN"/>
        </w:rPr>
        <w:br/>
      </w:r>
      <w:r>
        <w:rPr>
          <w:lang w:eastAsia="zh-CN"/>
        </w:rPr>
        <w:t>　　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r>
        <w:rPr>
          <w:lang w:eastAsia="zh-CN"/>
        </w:rPr>
        <w:br/>
      </w:r>
      <w:r>
        <w:rPr>
          <w:lang w:eastAsia="zh-CN"/>
        </w:rPr>
        <w:t>　　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w:t>
      </w:r>
      <w:r>
        <w:rPr>
          <w:lang w:eastAsia="zh-CN"/>
        </w:rPr>
        <w:br/>
      </w:r>
      <w:r>
        <w:rPr>
          <w:lang w:eastAsia="zh-CN"/>
        </w:rPr>
        <w:t xml:space="preserve">    教师试用期总结 篇12 </w:t>
      </w:r>
      <w:r>
        <w:rPr>
          <w:lang w:eastAsia="zh-CN"/>
        </w:rPr>
        <w:br/>
      </w:r>
      <w:r>
        <w:rPr>
          <w:lang w:eastAsia="zh-CN"/>
        </w:rPr>
        <w:t>　　尊敬的领导：</w:t>
      </w:r>
      <w:r>
        <w:rPr>
          <w:lang w:eastAsia="zh-CN"/>
        </w:rPr>
        <w:br/>
      </w:r>
      <w:r>
        <w:rPr>
          <w:lang w:eastAsia="zh-CN"/>
        </w:rPr>
        <w:t>　　您好!</w:t>
      </w:r>
      <w:r>
        <w:rPr>
          <w:lang w:eastAsia="zh-CN"/>
        </w:rPr>
        <w:br/>
      </w:r>
      <w:r>
        <w:rPr>
          <w:lang w:eastAsia="zh-CN"/>
        </w:rPr>
        <w:t>　　我因为诸多个人原因，经过深刻冷静的思考后，郑重的向学校领导提出辞职要求。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在过去的三个月试用期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r>
        <w:rPr>
          <w:lang w:eastAsia="zh-CN"/>
        </w:rPr>
        <w:br/>
      </w:r>
      <w:r>
        <w:rPr>
          <w:lang w:eastAsia="zh-CN"/>
        </w:rPr>
        <w:t>　　所有的前续工作在学校上下极力重视下一步步推进。也正是考虑到学校今后推进的合理性，本着对学校负责的态度，为了不让学校因我而造成的决策失误，我郑重向学校提出辞职，望学校给予批准。</w:t>
      </w:r>
      <w:r>
        <w:rPr>
          <w:lang w:eastAsia="zh-CN"/>
        </w:rPr>
        <w:br/>
      </w:r>
      <w:r>
        <w:rPr>
          <w:lang w:eastAsia="zh-CN"/>
        </w:rPr>
        <w:t>　　辞职人：</w:t>
      </w:r>
      <w:r>
        <w:rPr>
          <w:lang w:eastAsia="zh-CN"/>
        </w:rPr>
        <w:br/>
      </w:r>
      <w:r>
        <w:rPr>
          <w:lang w:eastAsia="zh-CN"/>
        </w:rPr>
        <w:t>　　20年月日</w:t>
      </w:r>
      <w:r>
        <w:rPr>
          <w:lang w:eastAsia="zh-CN"/>
        </w:rPr>
        <w:br/>
      </w:r>
      <w:r>
        <w:rPr>
          <w:lang w:eastAsia="zh-CN"/>
        </w:rPr>
        <w:t xml:space="preserve">    教师试用期总结 篇13 </w:t>
      </w:r>
      <w:r>
        <w:rPr>
          <w:lang w:eastAsia="zh-CN"/>
        </w:rPr>
        <w:br/>
      </w:r>
      <w:r>
        <w:rPr>
          <w:lang w:eastAsia="zh-CN"/>
        </w:rPr>
        <w:t>　　通过这次培训学习，让我对教师这个职业有了更加深入的认识。作为一名刚刚上岗的新教师，我要向那些长年在教育战线上辛勤工作的老教师学习，学习他们那种吃苦耐劳、甘心奉献的精神，把自己的全部青春和才智都奉献给教育事业。</w:t>
      </w:r>
      <w:r>
        <w:rPr>
          <w:lang w:eastAsia="zh-CN"/>
        </w:rPr>
        <w:br/>
      </w:r>
      <w:r>
        <w:rPr>
          <w:lang w:eastAsia="zh-CN"/>
        </w:rPr>
        <w:t>　　在这次培训学习中我学到了优秀教师应具备的素质和思想境界。在这里我谈一点自己的认识和感受。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首先，因为自己刚从校园中走出来，我从一个学生转变为一个教师的角色，对于教学工作也只是纸上谈兵，如果想要成为一名优秀的人民教师，就要在以后的工作中多向老教师学习，不断充实自己，本着对每一位学生负责的态度和严谨的工作作风，认认真真备好每一节课、上好每一节课，保质保量地完成教学工作任务。在这次培训中我感觉高老师的关于班级常规管理的讲座我印象最深。很多时候我都看到了自己班里存在的一些问题，我也时常在请教一些有经验的老师，在向他们学习，在仿效他们的一些做法。但班级与班级之间还是存在很大差异的，而且很多行为习惯也并不是一朝一夕形成和能够改变的，于是我自己也一直在想方设法改变班级的一些不好现象，但自己摸索的脚步始终做不快。现在为我们新教师提供了“新教师培训”这个学习的平台，我想这对于我们的帮助是非常大的，这次麦老师从班级常规管理这个最贴近我们班主任工作的实际出发，谈了很多的经验，我们真的受益匪浅，我也在努力学习、仿效，争取在班级管理中能有所进步。</w:t>
      </w:r>
      <w:r>
        <w:rPr>
          <w:lang w:eastAsia="zh-CN"/>
        </w:rPr>
        <w:br/>
      </w:r>
      <w:r>
        <w:rPr>
          <w:lang w:eastAsia="zh-CN"/>
        </w:rPr>
        <w:t>　　我觉得有一句话说的特别好“我们不但是教育工作者，更是心育工作者。”我们不但要教育学生，成为他们的老师，更要和他们成为朋友，成为他们倾诉的对象，我想要做到这样不容易，需要老师付出慈父般的爱。我也时刻注意与学生的沟通，有时和他们开开玩笑，我想这样会更好地处理好老师与学生或者说朋友与朋友之间的关系，严的时候我不会手软，学生做得好了，我也绝不会吝啬我的表扬。我的老师说的都是非常细小但确实非常重要的一些事情与方法，听了以后我也在尝试做，感觉很好，真的很感谢这位老师，也感谢学校为我们提供这样好的学习的机会。让我们取其精华，弃其糟粕，把学到的一些适合自己班学生，或者适合自己的东西逐渐变成自己的东西，在学习中进步，在工作中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其次，树立正确的教学质量观，努力提高自己的课堂上的教学质量和效率。课堂上激发学生的兴趣，兴趣是最好的老师。根据学科的特点，要提高学生的参与积极性，把学生学习变“被动”为“主动”、变“强迫”为“自愿”。教课书的内容新颖丰富，包罗了社会百态和人生哲理，在讲课过程中要注意教学方式的多样化，可引起学生的新鲜和好奇，使学生获得精神的满足而产生学习的兴趣。特别是教学方式的多样化，最能吸引学生的兴趣。要求学生在掌握基本理论知识的基础上，突出技能训练。上课努力保持一种轻松、自由的思维方式，对上课内容有一种有意与无意地都会吸引学生到课堂中来，并且有一种凝聚到课堂中的无形的力量，使学生把学习当成一种乐趣，变“要我学”为“我要学”、“我爱学”。作为一名新教师，我不仅要向书本学习，而且要向周围的许多同行学习。对教师来说最为重要的是向学生学习，中国有句古话“弟子不必不如师，师不必贤于弟子”，是的，学生给我们提供的不是一个岗位，而是一个学习的机会，我想这大概也就是教学相长的道理吧。长期以来，不平等的师生关系造就了教师高高在上，学生惟命是从的局面，有多少教师能放下架子向学生学习呢?答案是几乎没有。所以，要真正做到向学生学习，我认为我们新教师首先要摆平心态，重新审视师生关系，这样教师和学生才能得到更大的发展。这也是我在这次培训中深刻认识到的一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最后，从培训中我也学到了有关新教师的心理卫生和保健方面的知识，对于我们新教师在工作中遇到的问题作了一些反思和探讨，也为我们提供了很好的参照，要培养好学生，首先教师必须要有良好的素质和心态，这样才能为学生提供榜样。教学目的不仅仅是学生记住了哪些字词、会背诵多少首古诗，更重要的是教学的过程同样也是德育的过程，要让学生从这些优秀的文章中、从这些伟大的文学家身上学到做人的道理，人生的真谛。所以教师的心态和素质是非常重要的。</w:t>
      </w:r>
      <w:r>
        <w:rPr>
          <w:lang w:eastAsia="zh-CN"/>
        </w:rPr>
        <w:br/>
      </w:r>
      <w:r>
        <w:rPr>
          <w:lang w:eastAsia="zh-CN"/>
        </w:rPr>
        <w:t>　　培训的时光，不知不觉间就过去了。 感悟很多，思考很多，收获很多。老师的教育总是有限的，我会多向老教师请教，踏踏实实地做好每一件事情，我们总是在不断的实践中逐步成长的。我们未来的路还很长，我们学习的东西还很多，我们的责任真的很重大!</w:t>
      </w:r>
      <w:r>
        <w:rPr>
          <w:lang w:eastAsia="zh-CN"/>
        </w:rPr>
        <w:br/>
      </w:r>
      <w:r>
        <w:rPr>
          <w:lang w:eastAsia="zh-CN"/>
        </w:rPr>
        <w:t xml:space="preserve">    教师试用期总结 篇14 </w:t>
      </w:r>
      <w:r>
        <w:rPr>
          <w:lang w:eastAsia="zh-CN"/>
        </w:rPr>
        <w:br/>
      </w:r>
      <w:r>
        <w:rPr>
          <w:lang w:eastAsia="zh-CN"/>
        </w:rPr>
        <w:t>　　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r>
        <w:rPr>
          <w:lang w:eastAsia="zh-CN"/>
        </w:rPr>
        <w:br/>
      </w:r>
      <w:r>
        <w:rPr>
          <w:lang w:eastAsia="zh-CN"/>
        </w:rPr>
        <w:t>　　一、 思想方面： 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二、教学方面：对于一名教育工作者来说，加强自身业务水平，提高教学质量无疑是至关重要的。总结教学经验，改进教学方法，努力创设良好的课堂情境，激发学生的学习热情，提高教育教学质量，我在这些方面也做了不少努力：</w:t>
      </w:r>
      <w:r>
        <w:rPr>
          <w:lang w:eastAsia="zh-CN"/>
        </w:rPr>
        <w:br/>
      </w:r>
      <w:r>
        <w:rPr>
          <w:lang w:eastAsia="zh-CN"/>
        </w:rPr>
        <w:t>　　(1)课前准备：我积极参加教研组的教研活动。备课时认真钻研教材、教参，学习好课程标准，虚心向老老师学习、请教。力求吃透教材，找准重点、难点。为了上好一节课，我上网查资料，集中别人的优点，确定自己的教学思路。</w:t>
      </w:r>
      <w:r>
        <w:rPr>
          <w:lang w:eastAsia="zh-CN"/>
        </w:rPr>
        <w:br/>
      </w:r>
      <w:r>
        <w:rPr>
          <w:lang w:eastAsia="zh-CN"/>
        </w:rPr>
        <w:t>　　(2)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r>
        <w:rPr>
          <w:lang w:eastAsia="zh-CN"/>
        </w:rPr>
        <w:br/>
      </w:r>
      <w:r>
        <w:rPr>
          <w:lang w:eastAsia="zh-CN"/>
        </w:rPr>
        <w:t>　　(3)课后：认真及时批改作业，注意听取学生的意见，及时了解学生的学习情况和思想状况，对学习中存在的问题及时处理，我相信，只要我和学生共同努力，每天进步一点点，最终一定会取得不错的成绩的。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(4)其他方面：坚持听课，注意学习组里老师的教学经验，努力探索适合自己的教学模式。本年我参加了“民族贫困地区教师综合素质培训成果交流竞赛”，很幸运的拿到了一等奖。高兴、兴奋的同时也学到了很多东西，增长了很多见识，更学到了很多与别的老师一起交流、一起探讨教学上存在的一些问题，对自己的教学促进很大。不仅如此，还抓住每次学习和锻炼的机会，积极参加各种竞赛活动，取长补短，收获不少。注重教育理论的学习，注意把一些先进的理论应用于课堂，做到学有所用。</w:t>
      </w:r>
      <w:r>
        <w:rPr>
          <w:lang w:eastAsia="zh-CN"/>
        </w:rPr>
        <w:br/>
      </w:r>
      <w:r>
        <w:rPr>
          <w:lang w:eastAsia="zh-CN"/>
        </w:rPr>
        <w:t xml:space="preserve">    教师试用期总结 篇15 </w:t>
      </w:r>
      <w:r>
        <w:rPr>
          <w:lang w:eastAsia="zh-CN"/>
        </w:rPr>
        <w:br/>
      </w:r>
      <w:r>
        <w:rPr>
          <w:lang w:eastAsia="zh-CN"/>
        </w:rPr>
        <w:t>　　一眨眼功夫，一年见习期满了。在这初为人师的一年里，我庆幸自己能走上向往已久的三尺讲台，实现了由学生向教师过度的角色转变，真正适应了学校正常的教育教学生活，融入了侨心小学这个小学教师集体的大家庭中，从中感悟到了师风师德的重要，体会到了做教师的滋味，懂得了教师的责任，同时也促使我无论是学习能力、教学能力还是专业水平都得到较明显的提升。</w:t>
      </w:r>
      <w:r>
        <w:rPr>
          <w:lang w:eastAsia="zh-CN"/>
        </w:rPr>
        <w:br/>
      </w:r>
      <w:r>
        <w:rPr>
          <w:lang w:eastAsia="zh-CN"/>
        </w:rPr>
        <w:t>　　一年下来与学生朝夕相处，小学生天真无暇，渴望求知，使我更加增加了坚守小学教师岗位的信心，便暗暗给自己加油，决心以师德、师爱、师智、师能来要求自己，以爱播撒，用爱耕耘，让孩子身心健康发展。现将一年以来工作总结如下：</w:t>
      </w:r>
      <w:r>
        <w:rPr>
          <w:lang w:eastAsia="zh-CN"/>
        </w:rPr>
        <w:br/>
      </w:r>
      <w:r>
        <w:rPr>
          <w:lang w:eastAsia="zh-CN"/>
        </w:rPr>
        <w:t>　　一、为师者德为先</w:t>
      </w:r>
      <w:r>
        <w:rPr>
          <w:lang w:eastAsia="zh-CN"/>
        </w:rPr>
        <w:br/>
      </w:r>
      <w:r>
        <w:rPr>
          <w:lang w:eastAsia="zh-CN"/>
        </w:rPr>
        <w:t>　　“无德不成师，德高才为范”，德是教师的灵魂，是教师的生命，作为一名教师，不仅要有渊博知识，精湛技艺，更重要的是要有高尚的德。我知道作为一名新教师，师德的修养，不能靠一朝一夕而就，也不能挂在嘴上，夸夸其谈，要善于学习，用心修炼，从小事做起，从现在做起，从我做起，坚持不懈，持之以恒，我心里是这样想的，也试图这样去做。一年下来我除了积极参加校内外各种学习和培训外，在工作中，我严格遵守学校各项规章制度，团结同事，及时完成学校布置的各项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同时，在语文组里，我积极配合组长和其它老师搞好教研活动，并积极争取机会提升自身素质。我也时刻严格要求自己，我坚持阅读教育类书籍和期刊以拓展自己的视野，指导自己的行为，力求自己的一言一行对学生起到表率作用。</w:t>
      </w:r>
      <w:r>
        <w:rPr>
          <w:lang w:eastAsia="zh-CN"/>
        </w:rPr>
        <w:br/>
      </w:r>
      <w:r>
        <w:rPr>
          <w:lang w:eastAsia="zh-CN"/>
        </w:rPr>
        <w:t>　　二、为师者能为重</w:t>
      </w:r>
      <w:r>
        <w:rPr>
          <w:lang w:eastAsia="zh-CN"/>
        </w:rPr>
        <w:br/>
      </w:r>
      <w:r>
        <w:rPr>
          <w:lang w:eastAsia="zh-CN"/>
        </w:rPr>
        <w:t>　　学校要发展，教师是关键。人力资源是学校发展的第一资源，人力资源就是教师的专业素质和教师专业化程度，所以教师教育教学能力薄弱直接关系到学校办学的兴衰。作为新教师我以名师为目标，立足教学常规，做足做优，不断充实自己的基础，尽全能向名师目标进发。</w:t>
      </w:r>
      <w:r>
        <w:rPr>
          <w:lang w:eastAsia="zh-CN"/>
        </w:rPr>
        <w:br/>
      </w:r>
      <w:r>
        <w:rPr>
          <w:lang w:eastAsia="zh-CN"/>
        </w:rPr>
        <w:t>　　首先通过学习来提升自己。为什么要学习，理由很简单，因为教育的地位和作用在变，教学目标在变，课堂在变，师生关系在变，没有及时转变角色，没有足够理论支撑，一切都难以应付，尤其是作为一名新教师。因此我力求从以下几方面来实现。</w:t>
      </w:r>
      <w:r>
        <w:rPr>
          <w:lang w:eastAsia="zh-CN"/>
        </w:rPr>
        <w:br/>
      </w:r>
      <w:r>
        <w:rPr>
          <w:lang w:eastAsia="zh-CN"/>
        </w:rPr>
        <w:t>　　一是读书，“读书会让我们的教师更加善于思考，更加远离浮躁，从而让我们的教师更加有教育的智慧，让我们的教育更加美丽”，我深受朱永新教授的真知灼见教导，于是我曾经为自己规划了一个读书计划。初步掌握了教学设计、教学评价、说课和教学反思结构框架，明白了其中编写意图和方式方法。</w:t>
      </w:r>
      <w:r>
        <w:rPr>
          <w:lang w:eastAsia="zh-CN"/>
        </w:rPr>
        <w:br/>
      </w:r>
    </w:p>
    <w:p w:rsidR="001B1F19" w14:textId="27C3F48A">
      <w:pPr>
        <w:rPr>
          <w:rFonts w:hint="eastAsia"/>
          <w:lang w:eastAsia="zh-CN"/>
        </w:rPr>
      </w:pPr>
      <w:r>
        <w:rPr>
          <w:lang w:eastAsia="zh-CN"/>
        </w:rPr>
        <w:t>　　二是听课，听指导师的课，每次开公开课前，都认真向指导师的请教，并听其的示范课，指导师的驾驭课堂教学能力、调控能力、教学设计等，我羡慕之极，是我学习的榜样。还听了优质课参评课，教研活动示范课，教师们娴熟的教学技能，流畅的教学程序，互动的教学氛围，都深深烙印在我心中。我不断加以取长补短，缩短教学成熟期。最后还听了校内同学科和不同学科教师的课，吸纳课堂教学的精髓，丰富自己教学风格，提高自己课堂教学水平。</w:t>
      </w:r>
      <w:r>
        <w:rPr>
          <w:lang w:eastAsia="zh-CN"/>
        </w:rPr>
        <w:br/>
      </w:r>
      <w:r>
        <w:rPr>
          <w:lang w:eastAsia="zh-CN"/>
        </w:rPr>
        <w:t>　　其次通过实践来成就自己。教育是一门艺术，教学本质上更是一门实践的艺术。所以教好书是教师专业成长的第一步。如何教好书，作为新教师我首先上好每一节平常课，能根据本校学生实际来制定教学目标，预设解决重难点的方法手段和途径，基本完成每课的教学任务，也逐步培养学生的学习兴趣。</w:t>
      </w:r>
      <w:r>
        <w:rPr>
          <w:lang w:eastAsia="zh-CN"/>
        </w:rPr>
        <w:br/>
      </w:r>
      <w:r>
        <w:rPr>
          <w:lang w:eastAsia="zh-CN"/>
        </w:rPr>
        <w:t>　　第二，努力上好公开课，不管是校级还是片级公开课，我都十分重视，每次都请指导老师指导，郭老师从目标制定、教法选择、教学流程甚至课的导入和课的结束，都一一作了研究和指导，使我受益匪浅，进步颇大。第三，不断总结教学经验，积极参加论文撰写，每次开公开课后，都写好说课稿，每次听了示范课后，都写好评课稿，试图通过反复的练习，来加快专业发展。另外，我还开了博客，利用博客这个手段，把自己的点滴感悟在网上进行交流来提升自己。</w:t>
      </w:r>
      <w:r>
        <w:rPr>
          <w:lang w:eastAsia="zh-CN"/>
        </w:rPr>
        <w:br/>
      </w:r>
      <w:r>
        <w:rPr>
          <w:lang w:eastAsia="zh-CN"/>
        </w:rPr>
        <w:t>　　再次通过反思来加快自己成长。语文教师教学能力的提高是一个积累过程，而教学反思是教师积累教育教学经验、提高教学素质的有效方法。我注重每节课后反思编写外，更注重公开课的教后反思、教学后记，并能从自我评价、他人评价、评价学生中进行自我反思，不断总结、积累自己在教学过程中的所得、所思、所感，使自己不断的</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https://d.book118.com/435233140140011114</w:t>
        </w:r>
      </w:hyperlink>
    </w:p>
    <w:p w:rsidR="001B1F19">
      <w:pPr>
        <w:rPr>
          <w:rFonts w:hint="eastAsia"/>
          <w:lang w:eastAsia="zh-CN"/>
        </w:rPr>
      </w:pPr>
    </w:p>
    <w:sectPr>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3523314014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