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教师期中考试后总结（35篇）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教师期中考试后总结（通用35篇）</w:t>
      </w:r>
      <w:r>
        <w:rPr>
          <w:lang w:eastAsia="zh-CN"/>
        </w:rPr>
        <w:br/>
      </w:r>
      <w:r>
        <w:rPr>
          <w:lang w:eastAsia="zh-CN"/>
        </w:rPr>
        <w:t xml:space="preserve">    教师期中考试后总结 篇1 </w:t>
      </w:r>
      <w:r>
        <w:rPr>
          <w:lang w:eastAsia="zh-CN"/>
        </w:rPr>
        <w:br/>
      </w:r>
      <w:r>
        <w:rPr>
          <w:lang w:eastAsia="zh-CN"/>
        </w:rPr>
        <w:t>　　一、综合评价与建议。</w:t>
      </w:r>
      <w:r>
        <w:rPr>
          <w:lang w:eastAsia="zh-CN"/>
        </w:rPr>
        <w:br/>
      </w:r>
      <w:r>
        <w:rPr>
          <w:lang w:eastAsia="zh-CN"/>
        </w:rPr>
        <w:t>　　本次试卷涉及的内容较多，基础性知识也占了大多数，试卷安排也比较合理，而且今年的考试最后都有一道附加题，这是对学生解决问题能力的一种考验，也拉开了优等生和中等生之间的差距。</w:t>
      </w:r>
      <w:r>
        <w:rPr>
          <w:lang w:eastAsia="zh-CN"/>
        </w:rPr>
        <w:br/>
      </w:r>
      <w:r>
        <w:rPr>
          <w:lang w:eastAsia="zh-CN"/>
        </w:rPr>
        <w:t>　　二、学生考试总体情况分析与教学反思。</w:t>
      </w:r>
      <w:r>
        <w:rPr>
          <w:lang w:eastAsia="zh-CN"/>
        </w:rPr>
        <w:br/>
      </w:r>
    </w:p>
    <w:p w:rsidR="001B1F19" w14:textId="0AE8485B">
      <w:pPr>
        <w:pStyle w:val="Heading1"/>
        <w:jc w:val="center"/>
        <w:rPr>
          <w:rFonts w:hint="eastAsia"/>
          <w:lang w:eastAsia="zh-CN"/>
        </w:rPr>
      </w:pPr>
      <w:r>
        <w:rPr>
          <w:sz w:val="44"/>
          <w:lang w:eastAsia="zh-CN"/>
        </w:rPr>
        <w:t>教师期中考试后总结（35篇）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教师期中考试后总结（通用35篇）</w:t>
      </w:r>
      <w:r>
        <w:rPr>
          <w:lang w:eastAsia="zh-CN"/>
        </w:rPr>
        <w:br/>
      </w:r>
      <w:r>
        <w:rPr>
          <w:lang w:eastAsia="zh-CN"/>
        </w:rPr>
        <w:t xml:space="preserve">    教师期中考试后总结 篇1 </w:t>
      </w:r>
      <w:r>
        <w:rPr>
          <w:lang w:eastAsia="zh-CN"/>
        </w:rPr>
        <w:br/>
      </w:r>
      <w:r>
        <w:rPr>
          <w:lang w:eastAsia="zh-CN"/>
        </w:rPr>
        <w:t>　　一、综合评价与建议。</w:t>
      </w:r>
      <w:r>
        <w:rPr>
          <w:lang w:eastAsia="zh-CN"/>
        </w:rPr>
        <w:br/>
      </w:r>
      <w:r>
        <w:rPr>
          <w:lang w:eastAsia="zh-CN"/>
        </w:rPr>
        <w:t>　　本次试卷涉及的内容较多，基础性知识也占了大多数，试卷安排也比较合理，而且今年的考试最后都有一道附加题，这是对学生解决问题能力的一种考验，也拉开了优等生和中等生之间的差距。</w:t>
      </w:r>
      <w:r>
        <w:rPr>
          <w:lang w:eastAsia="zh-CN"/>
        </w:rPr>
        <w:br/>
      </w:r>
      <w:r>
        <w:rPr>
          <w:lang w:eastAsia="zh-CN"/>
        </w:rPr>
        <w:t>　　二、学生考试总体情况分析与教学反思。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次考试，因为有附加分，所以我们班学生的成绩都在90分以上的，没有不及格的学生，优秀率是100%，及格率也是100%。这次考试中，我们班失分较多的是：填空题中的图形的拼组，拼正方形;判断题中一个两位数的十位上的数和个位上的数表示的意义是否一样，还有长方形和正方形的四条边是否都一样长;解决问题：“一一班有36人，如果每人一根跳绳，还差6根。一一班有多少根跳绳?”往往孩子在拼图形的时候，容易把正方形和正方体搞混，出现这样的情况是由于孩子没有掌握好图形的认识，缺乏动手实践的能力。判断题是学生没有理解题意，没有掌握好一个两位数的十位上的数和个位上的数表示的意义。出现这样的情况是由于学生对这方面的知识没有完全理解，还有教师在数位表示的意义这方面没有多强调。解决问题也是学生没有理解题意，没有动脑子去分析问题，才导致算式列错。今后教师应该在这些方面的题多加讲解和训练，培养学生灵活运用知识来解决问题的能力。</w:t>
      </w:r>
      <w:r>
        <w:rPr>
          <w:lang w:eastAsia="zh-CN"/>
        </w:rPr>
        <w:br/>
      </w:r>
      <w:r>
        <w:rPr>
          <w:lang w:eastAsia="zh-CN"/>
        </w:rPr>
        <w:t>　　三、对后进生原因分析与补进措施。</w:t>
      </w:r>
      <w:r>
        <w:rPr>
          <w:lang w:eastAsia="zh-CN"/>
        </w:rPr>
        <w:br/>
      </w:r>
      <w:r>
        <w:rPr>
          <w:lang w:eastAsia="zh-CN"/>
        </w:rPr>
        <w:t>　　经过前几次的辅导后进生已经有了很大的进步了，但由于学生基础不太扎实，有几个小学生学习习惯还不好，对题目的理解能力太差，还需要加大对个别后进生的辅导的强度，我现在采用组长帮组员的学习方式，并采取一定的奖励措施，进行多鼓励、多激励的.手段，慢慢让小学生把被动学习变为主动学习。</w:t>
      </w:r>
      <w:r>
        <w:rPr>
          <w:lang w:eastAsia="zh-CN"/>
        </w:rPr>
        <w:br/>
      </w:r>
      <w:r>
        <w:rPr>
          <w:lang w:eastAsia="zh-CN"/>
        </w:rPr>
        <w:t>　　有的学生考试时不够仔细，很多题目都会做，但由于不细心，便做错了。要逐步培养学生的检查习惯。</w:t>
      </w:r>
      <w:r>
        <w:rPr>
          <w:lang w:eastAsia="zh-CN"/>
        </w:rPr>
        <w:br/>
      </w:r>
      <w:r>
        <w:rPr>
          <w:lang w:eastAsia="zh-CN"/>
        </w:rPr>
        <w:t>　　四、优等生情况分析与培养措施。</w:t>
      </w:r>
      <w:r>
        <w:rPr>
          <w:lang w:eastAsia="zh-CN"/>
        </w:rPr>
        <w:br/>
      </w:r>
      <w:r>
        <w:rPr>
          <w:lang w:eastAsia="zh-CN"/>
        </w:rPr>
        <w:t>　　在优秀生的培养中，要注意教学的层次性，给优生布置一些提高性的作业，希望他们有更大的进步!</w:t>
      </w:r>
      <w:r>
        <w:rPr>
          <w:lang w:eastAsia="zh-CN"/>
        </w:rPr>
        <w:br/>
      </w:r>
      <w:r>
        <w:rPr>
          <w:lang w:eastAsia="zh-CN"/>
        </w:rPr>
        <w:t>　　通过这次期中考试，让我认识到自己在教学中的一些不足，今后我会改进我的教学方法和教学方式，让学生能够积极主动地学习，扎扎实实地学好知识，争取下次考试取得更好的成</w:t>
      </w:r>
      <w:r>
        <w:rPr>
          <w:lang w:eastAsia="zh-CN"/>
        </w:rPr>
        <w:br/>
      </w:r>
      <w:r>
        <w:rPr>
          <w:lang w:eastAsia="zh-CN"/>
        </w:rPr>
        <w:t xml:space="preserve">    教师期中考试后总结 篇2 </w:t>
      </w:r>
      <w:r>
        <w:rPr>
          <w:lang w:eastAsia="zh-CN"/>
        </w:rPr>
        <w:br/>
      </w:r>
      <w:r>
        <w:rPr>
          <w:lang w:eastAsia="zh-CN"/>
        </w:rPr>
        <w:t>　　让学生紧张的期中考试已经结束了，通过考试中反映出来的问题，特对近两个月的教学工作反思如下：</w:t>
      </w:r>
      <w:r>
        <w:rPr>
          <w:lang w:eastAsia="zh-CN"/>
        </w:rPr>
        <w:br/>
      </w:r>
      <w:r>
        <w:rPr>
          <w:lang w:eastAsia="zh-CN"/>
        </w:rPr>
        <w:t>　　1.从数学角度分析本次考试学生存在问题：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(1).本次考试由于教学进度安排的比较紧，教学中没来得及全面复习，所以中等偏下的学生的考试成绩并不理想。</w:t>
      </w:r>
      <w:r>
        <w:rPr>
          <w:lang w:eastAsia="zh-CN"/>
        </w:rPr>
        <w:br/>
      </w:r>
      <w:r>
        <w:rPr>
          <w:lang w:eastAsia="zh-CN"/>
        </w:rPr>
        <w:t>　　(2).从学生答题情况来看，有的学生基础知识掌握不牢固，计算题的准确率较低 ，部分学生对于理解性的题目学生分析能力较差，得分不高。</w:t>
      </w:r>
      <w:r>
        <w:rPr>
          <w:lang w:eastAsia="zh-CN"/>
        </w:rPr>
        <w:br/>
      </w:r>
      <w:r>
        <w:rPr>
          <w:lang w:eastAsia="zh-CN"/>
        </w:rPr>
        <w:t>　　2.从学生成绩分析：</w:t>
      </w:r>
      <w:r>
        <w:rPr>
          <w:lang w:eastAsia="zh-CN"/>
        </w:rPr>
        <w:br/>
      </w:r>
      <w:r>
        <w:rPr>
          <w:lang w:eastAsia="zh-CN"/>
        </w:rPr>
        <w:t>　　(1).本次考试中，不少题目都是平时经常练习的题目，但学生掌握的水平参差不齐，导致成绩不均衡。</w:t>
      </w:r>
      <w:r>
        <w:rPr>
          <w:lang w:eastAsia="zh-CN"/>
        </w:rPr>
        <w:br/>
      </w:r>
      <w:r>
        <w:rPr>
          <w:lang w:eastAsia="zh-CN"/>
        </w:rPr>
        <w:t>　　(2).这次考试中，从优生来看，三班成绩还可以，但与优秀的班级相比还是有差距的，而四班的与三班相比，就有点差距，同时，两个班的良好生和合格生成绩还是比较理想理想。</w:t>
      </w:r>
      <w:r>
        <w:rPr>
          <w:lang w:eastAsia="zh-CN"/>
        </w:rPr>
        <w:br/>
      </w:r>
      <w:r>
        <w:rPr>
          <w:lang w:eastAsia="zh-CN"/>
        </w:rPr>
        <w:t>　　3.从审题角度分析学生知识掌握的灵活程度：本次考试中，不少题目都是学生已经学习题目的变式题，但改变了要求，但是，学生对平时所学内容学的死，分析能力较差，发现不了题目中的本质联系。</w:t>
      </w:r>
      <w:r>
        <w:rPr>
          <w:lang w:eastAsia="zh-CN"/>
        </w:rPr>
        <w:br/>
      </w:r>
      <w:r>
        <w:rPr>
          <w:lang w:eastAsia="zh-CN"/>
        </w:rPr>
        <w:t>　　4.从策略辅导方面分析：</w:t>
      </w:r>
      <w:r>
        <w:rPr>
          <w:lang w:eastAsia="zh-CN"/>
        </w:rPr>
        <w:br/>
      </w:r>
      <w:r>
        <w:rPr>
          <w:lang w:eastAsia="zh-CN"/>
        </w:rPr>
        <w:t>　　(1).在课堂上进行分层递进教学，最大限度的提高每一位学生的学习成绩。尤其注重优生的培养与辅导，给他们一定量的综合性的题目，培养学生的综合分析问题的能力。在教学中抓住基本知识，重视基础知识的巩固，通过基础练习和类型题训练进行巩固强化。能力。在教学中抓住基本知识，重视基础知识的巩固，通过基础练习和类型题训练进行巩固强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(2).经常与学生谈心，建立融洽的师生关系，掌握以激励为主的教学艺术，最大限度的调动</w:t>
      </w:r>
      <w:r>
        <w:rPr>
          <w:lang w:eastAsia="zh-CN"/>
        </w:rPr>
        <w:br/>
      </w:r>
      <w:r>
        <w:rPr>
          <w:lang w:eastAsia="zh-CN"/>
        </w:rPr>
        <w:t>　　学生的主动性，培养学生的兴趣，树立学生学习数学的信心。</w:t>
      </w:r>
      <w:r>
        <w:rPr>
          <w:lang w:eastAsia="zh-CN"/>
        </w:rPr>
        <w:br/>
      </w:r>
      <w:r>
        <w:rPr>
          <w:lang w:eastAsia="zh-CN"/>
        </w:rPr>
        <w:t>　　(3).教给学生学习的方法，结合数学特点，最大限度的提高学生知识迁移的能力。教学中，重视当堂内容的达标率，设计一定的学案引导，学生进行学习，巩固当堂内容，并通过当堂达标测试，以检测学生的掌握情况，同时，教学中，多让学生回顾与反思，培养学生分析问题的能力。</w:t>
      </w:r>
      <w:r>
        <w:rPr>
          <w:lang w:eastAsia="zh-CN"/>
        </w:rPr>
        <w:br/>
      </w:r>
      <w:r>
        <w:rPr>
          <w:lang w:eastAsia="zh-CN"/>
        </w:rPr>
        <w:t>　　总之，在今后的工作中，我要用教师的热情唤起学生学习的动力，潜心钻研，热心辅导，使学生的数学成绩有较大幅度的提高。</w:t>
      </w:r>
      <w:r>
        <w:rPr>
          <w:lang w:eastAsia="zh-CN"/>
        </w:rPr>
        <w:br/>
      </w:r>
      <w:r>
        <w:rPr>
          <w:lang w:eastAsia="zh-CN"/>
        </w:rPr>
        <w:t>　　本学期，本人担任八年级(3)(4)班的英语教学。从期中试卷分析的情况表明，主要是由于学生灵活运用综合英语知识的能力较差，听力水平和写作能力都有待进一步提高，从学生试卷来看，发现了这半学期来教学的不足和学生存在的知识、能力的问题，主要体现在以下四个方面：</w:t>
      </w:r>
      <w:r>
        <w:rPr>
          <w:lang w:eastAsia="zh-CN"/>
        </w:rPr>
        <w:br/>
      </w:r>
      <w:r>
        <w:rPr>
          <w:lang w:eastAsia="zh-CN"/>
        </w:rPr>
        <w:t>　　1、听力能力方面：部分学生平时知识装备不够，又缺乏答听力题应有的答题技巧，导致成绩非常差，另外平时只顾讲课听力练习不足，也是听力成绩普遍平平的主要原因。</w:t>
      </w:r>
      <w:r>
        <w:rPr>
          <w:lang w:eastAsia="zh-CN"/>
        </w:rPr>
        <w:br/>
      </w:r>
      <w:r>
        <w:rPr>
          <w:lang w:eastAsia="zh-CN"/>
        </w:rPr>
        <w:t>　　2、语法方面：语法知识掌握不牢固也不全面，句子结构不清，造成综合运用能力和分析句子结构能力差。</w:t>
      </w:r>
      <w:r>
        <w:rPr>
          <w:lang w:eastAsia="zh-CN"/>
        </w:rPr>
        <w:br/>
      </w:r>
      <w:r>
        <w:rPr>
          <w:lang w:eastAsia="zh-CN"/>
        </w:rPr>
        <w:t>　　3、阅读方面：对短文的整篇理解能力差，特别是归纳短文的寓意和标题的确立上。</w:t>
      </w:r>
      <w:r>
        <w:rPr>
          <w:lang w:eastAsia="zh-CN"/>
        </w:rPr>
        <w:br/>
      </w:r>
      <w:r>
        <w:rPr>
          <w:lang w:eastAsia="zh-CN"/>
        </w:rPr>
        <w:t>　　4、写作方面：表达句子的能力较差，汉语式表达还比较常见。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根据存在的问题，本人认为在今后教学和复习中，应在以下几点予以重视和加强：</w:t>
      </w:r>
      <w:r>
        <w:rPr>
          <w:lang w:eastAsia="zh-CN"/>
        </w:rPr>
        <w:br/>
      </w:r>
      <w:r>
        <w:rPr>
          <w:lang w:eastAsia="zh-CN"/>
        </w:rPr>
        <w:t>　　(1)、在听力训练上，要采用好课本上听力训练材料，要相信学生。针对部分学生答题技巧预见性差，今后在听短文时，可告诉学生对短文中出现的连读和不完全爆破语句要有猜测能力，不能因为没听清楚就一无所思。要注意听，可在听后相互交流;可采取“听对话后，不提供问题，请学生自创问题和答案;之后，再现材料中问题和答案，让学生自悟并培养答题技巧”的教学策略;</w:t>
      </w:r>
      <w:r>
        <w:rPr>
          <w:lang w:eastAsia="zh-CN"/>
        </w:rPr>
        <w:br/>
      </w:r>
      <w:r>
        <w:rPr>
          <w:lang w:eastAsia="zh-CN"/>
        </w:rPr>
        <w:t>　　(2)、在语法教学中，对语法进行一次完整的梳理，并选择一套练习对学生进行考查，并对学生存在的问题、缺漏，记录在错题本上，在期中和期末复习中予以强化和综合;由于大部分学生分析句子结构能力差，在语法教学中，要加强“词汇辨析、句子成分、句子类型及部分典型句型的归纳”等内容的讲授、巩固和考查过关。</w:t>
      </w:r>
      <w:r>
        <w:rPr>
          <w:lang w:eastAsia="zh-CN"/>
        </w:rPr>
        <w:br/>
      </w:r>
      <w:r>
        <w:rPr>
          <w:lang w:eastAsia="zh-CN"/>
        </w:rPr>
        <w:t>　　(3)、在阅读方面：随着阅读题分值和难度的加大，且学生对短文的整体理解能力差，在训练中，①要对部分短文进行“英译汉”训练;②要对个别长句和难句、中心句进行分析;③要划出短文中新词汇，要有猜想的意识和能力。</w:t>
      </w:r>
      <w:r>
        <w:rPr>
          <w:lang w:eastAsia="zh-CN"/>
        </w:rPr>
        <w:br/>
      </w:r>
      <w:r>
        <w:rPr>
          <w:lang w:eastAsia="zh-CN"/>
        </w:rPr>
        <w:t>　　(4)、在写作方面：在写作训练中，针对学生表达子句能力差，要引导学生从辨析英汉句子表达方式差异上，进行长句变多个短简单句和短句变长句的训练，以切实提高写作水平。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(5)、在身体心理方面：在教学中，要多关爱高强度训练中的学生的身体健康，引导学生合理作息;多深入学生，引导学生树立正确的人生观和人才观，重视学生的心理健康，适时进行心理辅导，提高学生的应试心理素质。</w:t>
      </w:r>
      <w:r>
        <w:rPr>
          <w:lang w:eastAsia="zh-CN"/>
        </w:rPr>
        <w:br/>
      </w:r>
      <w:r>
        <w:rPr>
          <w:lang w:eastAsia="zh-CN"/>
        </w:rPr>
        <w:t>　　反思过去，展望未来，新课程教学必须要理论与实践相结合，我将努力学习，积极进取，积极参与课程改革，在课改中不断学习，不断实践，不断反思，才能与新课程、学生的发展共同成长。</w:t>
      </w:r>
      <w:r>
        <w:rPr>
          <w:lang w:eastAsia="zh-CN"/>
        </w:rPr>
        <w:br/>
      </w:r>
      <w:r>
        <w:rPr>
          <w:lang w:eastAsia="zh-CN"/>
        </w:rPr>
        <w:t xml:space="preserve">    教师期中考试后总结 篇3 </w:t>
      </w:r>
      <w:r>
        <w:rPr>
          <w:lang w:eastAsia="zh-CN"/>
        </w:rPr>
        <w:br/>
      </w:r>
      <w:r>
        <w:rPr>
          <w:lang w:eastAsia="zh-CN"/>
        </w:rPr>
        <w:t>　　让学生紧张的期中考试已经结束了，通过考试中反映出来的问题，特对近两个月的教学工作反思如下：</w:t>
      </w:r>
      <w:r>
        <w:rPr>
          <w:lang w:eastAsia="zh-CN"/>
        </w:rPr>
        <w:br/>
      </w:r>
      <w:r>
        <w:rPr>
          <w:lang w:eastAsia="zh-CN"/>
        </w:rPr>
        <w:t>　　1.从数学角度分析本次考试学生存在问题：</w:t>
      </w:r>
      <w:r>
        <w:rPr>
          <w:lang w:eastAsia="zh-CN"/>
        </w:rPr>
        <w:br/>
      </w:r>
      <w:r>
        <w:rPr>
          <w:lang w:eastAsia="zh-CN"/>
        </w:rPr>
        <w:t>　　(1).本次考试由于教学进度安排的比较紧，教学中没来得及全面复习，所以中等偏下的学生的考试成绩并不理想。</w:t>
      </w:r>
      <w:r>
        <w:rPr>
          <w:lang w:eastAsia="zh-CN"/>
        </w:rPr>
        <w:br/>
      </w:r>
      <w:r>
        <w:rPr>
          <w:lang w:eastAsia="zh-CN"/>
        </w:rPr>
        <w:t>　　(2).从学生答题情况来看，有的学生基础知识掌握不牢固，计算题的准确率较低，部分学生对于理解性的题目学生分析能力较差，得分不高。</w:t>
      </w:r>
      <w:r>
        <w:rPr>
          <w:lang w:eastAsia="zh-CN"/>
        </w:rPr>
        <w:br/>
      </w:r>
      <w:r>
        <w:rPr>
          <w:lang w:eastAsia="zh-CN"/>
        </w:rPr>
        <w:t>　　2.从学生成绩分析：</w:t>
      </w:r>
      <w:r>
        <w:rPr>
          <w:lang w:eastAsia="zh-CN"/>
        </w:rPr>
        <w:br/>
      </w:r>
      <w:r>
        <w:rPr>
          <w:lang w:eastAsia="zh-CN"/>
        </w:rPr>
        <w:t>　　(1).本次考试中，不少题目都是平时经常练习的题目，但学生掌握的水平参差不齐，导致成绩不均衡。</w:t>
      </w:r>
      <w:r>
        <w:rPr>
          <w:lang w:eastAsia="zh-CN"/>
        </w:rPr>
        <w:br/>
      </w:r>
      <w:r>
        <w:rPr>
          <w:lang w:eastAsia="zh-CN"/>
        </w:rPr>
        <w:t>　　(2).这次考试中，从优生来看，三班成绩还可以，但与优秀的班级相比还是有差距的，而四班的与三班相比，就有点差距，同时，两个班的良好生和合格生成绩还是比较理想理想。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3.从审题角度分析学生知识掌握的灵活程度：本次考试中，不少题目都是学生已经学习题目的变式题，但改变了要求，但是，学生对平时所学内容学的死，分析能力较差，发现不了题目中的本质联系。</w:t>
      </w:r>
      <w:r>
        <w:rPr>
          <w:lang w:eastAsia="zh-CN"/>
        </w:rPr>
        <w:br/>
      </w:r>
      <w:r>
        <w:rPr>
          <w:lang w:eastAsia="zh-CN"/>
        </w:rPr>
        <w:t>　　4.从策略辅导方面分析：</w:t>
      </w:r>
      <w:r>
        <w:rPr>
          <w:lang w:eastAsia="zh-CN"/>
        </w:rPr>
        <w:br/>
      </w:r>
      <w:r>
        <w:rPr>
          <w:lang w:eastAsia="zh-CN"/>
        </w:rPr>
        <w:t>　　(1).在课堂上进行分层递进教学，最大限度的提高每一位学生的学习成绩。尤其注重优生的培养与辅导，给他们一定量的综合性的题目，培养学生的综合分析问题的能力。在教学中抓住基本知识，重视基础知识的巩固，通过基础练习和类型题训练进行巩固强化。能力。在教学中抓住基本知识，重视基础知识的巩固，通过基础练习和类型题训练进行巩固强化。</w:t>
      </w:r>
      <w:r>
        <w:rPr>
          <w:lang w:eastAsia="zh-CN"/>
        </w:rPr>
        <w:br/>
      </w:r>
      <w:r>
        <w:rPr>
          <w:lang w:eastAsia="zh-CN"/>
        </w:rPr>
        <w:t>　　(2).经常与学生谈心，建立融洽的师生关系，掌握以激励为主的教学艺术，最大限度的调动学生的主动性，培养学生的兴趣，树立学生学习数学的信心。</w:t>
      </w:r>
      <w:r>
        <w:rPr>
          <w:lang w:eastAsia="zh-CN"/>
        </w:rPr>
        <w:br/>
      </w:r>
      <w:r>
        <w:rPr>
          <w:lang w:eastAsia="zh-CN"/>
        </w:rPr>
        <w:t>　　(3).教给学生学习的方法，结合数学特点，最大限度的提高学生知识迁移的能力。教学中，重视当堂内容的达标率，设计一定的学案引导，学生进行学习，巩固当堂内容，并通过当堂达标测试，以检测学生的掌握情况，同时，教学中，多让学生回顾与反思，培养学生分析问题的能力。</w:t>
      </w:r>
      <w:r>
        <w:rPr>
          <w:lang w:eastAsia="zh-CN"/>
        </w:rPr>
        <w:br/>
      </w:r>
      <w:r>
        <w:rPr>
          <w:lang w:eastAsia="zh-CN"/>
        </w:rPr>
        <w:t>　　总之，在今后的工作中，我要用教师的热情唤起学生学习的动力，潜心钻研，热心辅导，使学生的数学成绩有较大幅度的.提高。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本学期，本人担任八年级(3)(4)班的英语教学。从期中试卷分析的情况表明，主要是由于学生灵活运用综合英语知识的能力较差，听力水平和写作能力都有待进一步提高，从学生试卷来看，发现了这半学期来教学的不足和学生存在的知识、能力的问题，主要体现在以下四个方面：</w:t>
      </w:r>
      <w:r>
        <w:rPr>
          <w:lang w:eastAsia="zh-CN"/>
        </w:rPr>
        <w:br/>
      </w:r>
      <w:r>
        <w:rPr>
          <w:lang w:eastAsia="zh-CN"/>
        </w:rPr>
        <w:t>　　1、听力能力方面：部分学生平时知识装备不够，又缺乏答听力题应有的答题技巧，导致成绩非常差，另外平时只顾讲课听力练习不足，也是听力成绩普遍平平的主要原因。</w:t>
      </w:r>
      <w:r>
        <w:rPr>
          <w:lang w:eastAsia="zh-CN"/>
        </w:rPr>
        <w:br/>
      </w:r>
      <w:r>
        <w:rPr>
          <w:lang w:eastAsia="zh-CN"/>
        </w:rPr>
        <w:t>　　2、语法方面：语法知识掌握不牢固也不全面，句子结构不清，造成综合运用能力和分析句子结构能力差。</w:t>
      </w:r>
      <w:r>
        <w:rPr>
          <w:lang w:eastAsia="zh-CN"/>
        </w:rPr>
        <w:br/>
      </w:r>
      <w:r>
        <w:rPr>
          <w:lang w:eastAsia="zh-CN"/>
        </w:rPr>
        <w:t>　　3、阅读方面：对短文的整篇理解能力差，特别是归纳短文的寓意和标题的确立上。</w:t>
      </w:r>
      <w:r>
        <w:rPr>
          <w:lang w:eastAsia="zh-CN"/>
        </w:rPr>
        <w:br/>
      </w:r>
      <w:r>
        <w:rPr>
          <w:lang w:eastAsia="zh-CN"/>
        </w:rPr>
        <w:t xml:space="preserve">    教师期中考试后总结 篇4 </w:t>
      </w:r>
      <w:r>
        <w:rPr>
          <w:lang w:eastAsia="zh-CN"/>
        </w:rPr>
        <w:br/>
      </w:r>
      <w:r>
        <w:rPr>
          <w:lang w:eastAsia="zh-CN"/>
        </w:rPr>
        <w:t>　　尊敬的各位领导、老师、各位家长，亲爱的同学们：</w:t>
      </w:r>
      <w:r>
        <w:rPr>
          <w:lang w:eastAsia="zh-CN"/>
        </w:rPr>
        <w:br/>
      </w:r>
      <w:r>
        <w:rPr>
          <w:lang w:eastAsia="zh-CN"/>
        </w:rPr>
        <w:t>　　大家好!</w:t>
      </w:r>
      <w:r>
        <w:rPr>
          <w:lang w:eastAsia="zh-CN"/>
        </w:rPr>
        <w:br/>
      </w:r>
      <w:r>
        <w:rPr>
          <w:lang w:eastAsia="zh-CN"/>
        </w:rPr>
        <w:t>　　今天，我作为教师代表在这样隆重的表彰大会上发言深感荣幸。借此机会，向关心我们，领导，老师，家长，表示衷心的感谢。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是八年级的物理老师，我身感责任重大。一直以来我兢兢业业的工作，取得了一定的成绩，但我知道这些成绩的取得离不开学校领导的支持和关心，离不开同事们的关爱和帮助，更离不开各位家长的理解与支持，在此请让我对您的关爱和支持说一声谢谢。作为一名青年教师，我深知自己在起步阶段存在诸多不足，我们的业务水平有待提高，教学经验有待丰富，知识领域有待拓宽。在工作中我们总会碰到各种各样的困难，但作为一名新教师，现在正是学习的时候，我会在学习的过程中变得成熟，早日成为一名优秀的教师。为此，我决心做到以下几点：</w:t>
      </w:r>
      <w:r>
        <w:rPr>
          <w:lang w:eastAsia="zh-CN"/>
        </w:rPr>
        <w:br/>
      </w:r>
      <w:r>
        <w:rPr>
          <w:lang w:eastAsia="zh-CN"/>
        </w:rPr>
        <w:t>　　第一，爱岗敬业，无私奉献。我们要继承和发扬老教师那种爱岗敬业，埋头苦干的工作精神，教书育人，严谨治学的教学态度，成为一名富有爱心、耐心、上进心的教师。</w:t>
      </w:r>
      <w:r>
        <w:rPr>
          <w:lang w:eastAsia="zh-CN"/>
        </w:rPr>
        <w:br/>
      </w:r>
      <w:r>
        <w:rPr>
          <w:lang w:eastAsia="zh-CN"/>
        </w:rPr>
        <w:t>　　第二，虚心学习，认真请教。我们一定会虚心地向老教师学习，真诚地向老教师请教，学习他们精湛的教学艺术，丰富的教学理念，吸收消化并形成了自己独特的教学风格，我会抓住一切学习机会，进行听课，课后及时写反思，吸取经验，总结方法，尽快提高自己的业务水平。</w:t>
      </w:r>
      <w:r>
        <w:rPr>
          <w:lang w:eastAsia="zh-CN"/>
        </w:rPr>
        <w:br/>
      </w:r>
      <w:r>
        <w:rPr>
          <w:lang w:eastAsia="zh-CN"/>
        </w:rPr>
        <w:t>　　第三，精心钻研，不断提高。我们要仔细地研究教法，钻研课程标准，提高自己的教学能力，在备课过程中，我们一定要做到精心，一定要精心备好每一堂课，认真倾听老教师的指导，修改后再上，争取做到每一次备课都有提高，每一次上课都有进步，每一次反思都有成效。我们还要诚心请各位领导，各位老教师去听我们的课，给我们进行指导，纠正错误，让我们在指导中不断成长，不断完善。</w:t>
      </w:r>
      <w:r>
        <w:rPr>
          <w:lang w:eastAsia="zh-CN"/>
        </w:rPr>
        <w:br/>
      </w:r>
      <w:r>
        <w:rPr>
          <w:lang w:eastAsia="zh-CN"/>
        </w:rPr>
        <w:t>　　第四，为人师表，注重细节。在教学上我们要求进步，但我们还要注意一些细节，我们要培养学生的口头和书面表达能力，我们要做到真正的为人师表，自己的语言就要正确、通俗、简练、有感染力，书写要工整等;我们要有观察课堂的能力，观察学生的学习状态;要学会聆听，耐心倾听学生的表达与心声，走进学生内心世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第五，言传身教，富有爱心。作为新教师，尤其是班主任，要做好学生的榜样，要培养学生良好的生活、学习习惯。我们要爱学生如自己的弟弟妹妹，会把更多的责任心、爱心，投入到我们的工作中去，以平等的心态、欣赏的目光、发展的眼光去对待每一位学生，真正的发自内心的关心爱护他们，发现并发扬他们的优点，多鼓励少批评，培养他们的自信与勇气。我们会成为学生学习上良师，生活上的益友。</w:t>
      </w:r>
      <w:r>
        <w:rPr>
          <w:lang w:eastAsia="zh-CN"/>
        </w:rPr>
        <w:br/>
      </w:r>
      <w:r>
        <w:rPr>
          <w:lang w:eastAsia="zh-CN"/>
        </w:rPr>
        <w:t>　　我相信，有各位领导关心，同事们的言传身教，各位家长的理解与支持我的教学水平一定会提高，我们的学生一定会考出更好的成绩。</w:t>
      </w:r>
      <w:r>
        <w:rPr>
          <w:lang w:eastAsia="zh-CN"/>
        </w:rPr>
        <w:br/>
      </w:r>
      <w:r>
        <w:rPr>
          <w:lang w:eastAsia="zh-CN"/>
        </w:rPr>
        <w:t>　　谢谢大家。</w:t>
      </w:r>
      <w:r>
        <w:rPr>
          <w:lang w:eastAsia="zh-CN"/>
        </w:rPr>
        <w:br/>
      </w:r>
      <w:r>
        <w:rPr>
          <w:lang w:eastAsia="zh-CN"/>
        </w:rPr>
        <w:t xml:space="preserve">    教师期中考试后总结 篇5 </w:t>
      </w:r>
      <w:r>
        <w:rPr>
          <w:lang w:eastAsia="zh-CN"/>
        </w:rPr>
        <w:br/>
      </w:r>
      <w:r>
        <w:rPr>
          <w:lang w:eastAsia="zh-CN"/>
        </w:rPr>
        <w:t>　　尊敬的领导老师们：</w:t>
      </w:r>
      <w:r>
        <w:rPr>
          <w:lang w:eastAsia="zh-CN"/>
        </w:rPr>
        <w:br/>
      </w:r>
      <w:r>
        <w:rPr>
          <w:lang w:eastAsia="zh-CN"/>
        </w:rPr>
        <w:t>　　大家晚上好：</w:t>
      </w:r>
      <w:r>
        <w:rPr>
          <w:lang w:eastAsia="zh-CN"/>
        </w:rPr>
        <w:br/>
      </w:r>
      <w:r>
        <w:rPr>
          <w:lang w:eastAsia="zh-CN"/>
        </w:rPr>
        <w:t>　　今天我交流的题目是：《温暖·鼓掌·领航》，有不当之处还望大家批评指正。</w:t>
      </w:r>
      <w:r>
        <w:rPr>
          <w:lang w:eastAsia="zh-CN"/>
        </w:rPr>
        <w:br/>
      </w:r>
      <w:r>
        <w:rPr>
          <w:lang w:eastAsia="zh-CN"/>
        </w:rPr>
        <w:t>　　电视剧《虎妈猫爸》，相信大家都已看过，里面所涉及到的有关当代教育观念的问题，实在是引发了我们的众多反思。</w:t>
      </w:r>
      <w:r>
        <w:rPr>
          <w:lang w:eastAsia="zh-CN"/>
        </w:rPr>
        <w:br/>
      </w:r>
      <w:r>
        <w:rPr>
          <w:lang w:eastAsia="zh-CN"/>
        </w:rPr>
        <w:t>　　敞开怀抱给孩子们温暖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毕大千是一位优秀的高中物理老师，他用了极端严厉的方法将那么多的孩子送入了重点大学，他收藏当年孩子们的成绩单和作业作为自己的骄傲，可是这些当年的优秀学生在毕大千要与他们见面时却一个个躲了起来，在举行同学聚会时故意不请他。为什么？老师当年的付出学生不领情。这就是爱这颗子弹射了出去，由于子弹的力度太大，因此虽然很准，却穿透了靶子，靶子上留下了一个永远的洞。我在反思：那么，什么样的教育才是既会教好孩子又不会对孩子们造成伤害的教育？我在想，从参加工作以来，我又伤害了哪些孩子呢，但愿他们在心里能够慢慢地原谅我，也会像毕大千的学生们一样，在理解了老师的良苦用心后也会感激我们。不同的孩子会有不同的需要，如果我们真的要对孩子们一个标准，一个要求，也许真的会伤害了他们。学习之路本就很苦很难，虽说“忠言逆耳利于行，良药苦口利于病”，但是，让孩子们吃苦药的时候，他们不想吃，可我们想尽一切办法非逼他们吃，他们肯定会恨我们。我们可否在这苦药中掺点儿蜜进去，让它既能治病又能让孩子们不恨我们。在班里少去指责，不断地发现做得好的孩子，多表扬他们，将他们的优点放大，让大家有了模仿的对象，而不去强化做得不好的孩子的错误。可是这蜜掺得多少真得拿捏得合适，这难度的确不小，要根据不同的孩子，不同的情况灵活地选择。</w:t>
      </w:r>
      <w:r>
        <w:rPr>
          <w:lang w:eastAsia="zh-CN"/>
        </w:rPr>
        <w:br/>
      </w:r>
      <w:r>
        <w:rPr>
          <w:lang w:eastAsia="zh-CN"/>
        </w:rPr>
        <w:t>　　伸出双手为孩子们鼓掌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花节期间，在科技广场，观看当红的网络原创歌手王璐的现场演唱会，主持人在不停地向观众煽情，要大家配合着让王璐多唱几首歌，观众的掌声雷动，呼声震天，王璐的热情瞬间被点燃。主持人说：“大家知道观众的掌声对演员有多么的重要吗？他们的成长就是受了观众的认可与鼓励。”我想：我们的孩子们不正像是成长中的演员吗？他们需要我们的鼓励。我在听崔燕老师开家长会时，说道：“孩子们不需要指责，而是需要我们为他们伸出自己的双手，为他们鼓掌。”</w:t>
      </w:r>
      <w:r>
        <w:rPr>
          <w:lang w:eastAsia="zh-CN"/>
        </w:rPr>
        <w:br/>
      </w:r>
      <w:r>
        <w:rPr>
          <w:lang w:eastAsia="zh-CN"/>
        </w:rPr>
        <w:t>　　我想：当学生的作文遇到瓶颈时，多么希望老师能够肯定地告诉他：“孩子，你的作文细节描写真生动，修辞用得多准确。这个开头不仅用词恰当而且直接点题。”当学生的书写不好时，多么希望老师能够从众多潦草的字中找出一个稍好点的，或是从中找出一个还不错的笔画告诉他：“如果每个字都像这个字，每一笔都像这一笔，我想，你的书写一定是满分。”当学生做阅读题可以得满分时，多么希望老师能够当着全班同学的面，向他伸出大拇指，为他点赞，告诉大家：“孩子，真棒，阅读技巧掌握得很扎实，运用得很灵活，审题很准确，考虑的要点很全面。”当学生做文言文阅读不是很顺利时，多么希望老师能够告诉他：“不要着急，把课内的文言文实虚词重点掌握，把它迁移到课外文言文的翻译中，字字对译，试着调整语序，注意字句的通顺。”</w:t>
      </w:r>
      <w:r>
        <w:rPr>
          <w:lang w:eastAsia="zh-CN"/>
        </w:rPr>
        <w:br/>
      </w:r>
      <w:r>
        <w:rPr>
          <w:lang w:eastAsia="zh-CN"/>
        </w:rPr>
        <w:t>　　阅读经典为孩子们领航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们学校的图书室真是个宝库，里面的藏书多，内容广。从进入文峰的那天起，我就时常出入我们的图书室，认真尽责的韩老师、徐老师总是不厌其烦地给我找来各种书籍，各种名家散文，我找出他们写法中的共同点与不同点，做好记录，给学生在写作引领时，拿出来做借鉴。现在我自己采用了一种方法去选择书籍，专门找学生各册语文课本下的课文出处去读原著，这样在讲授课文的时候，相信会有一种总览全局的效果。前几年，我用了九个月的课余时间，将初一到初四的全部课文先自己读，然后查找各种资料，每篇文章，精读的，略读的，我都进行了精心地备课批注，因为一直教初四，所以对初一至初四的文章不熟悉，用这种方法，我对于学生在语文学习上的指导就会有方法。每篇课文中的每个字我都仔仔细细地读了一遍，只要有读不准的字音我就马上查字典，那个过程是枯燥而单调的，但是真正地做完了，却感到了一种莫大的成就感。我用了半年的时间读初一至初四的名著，有的名著，我在自己读的时候也不会被吸引，我就想，如果让学生读如何激发他们的兴趣，在学生读的时候我就会采取措施。我现在在读初四课文的原著《资治通鉴》、《四书五经》，刚开始读时，文白对照着读，慢慢地可以尝试着只读文言文，也许只有量变才会引起质变，读的东西必须到了一定的量，才会引起自己内心世界，大的改变。读到《易经》时发现，原来自己以前对它有着太多的误解，本来以为它只是一些卦相，真正读了才发现，里面是一些哲学，我们的前辈是在教我们如何做人，如何做事。现在进行中考的备战阶段，与学生共做文言文题，可以给学生一些读文言文时自己的切实感受和做法，让学生少走不少的弯路。</w:t>
      </w:r>
      <w:r>
        <w:rPr>
          <w:lang w:eastAsia="zh-CN"/>
        </w:rPr>
        <w:br/>
      </w:r>
      <w:r>
        <w:rPr>
          <w:lang w:eastAsia="zh-CN"/>
        </w:rPr>
        <w:t>　　其实，我的教学体会就是这样的三句话：敞开怀抱给孩子们温暖——先让他们接受我；伸出双手为孩子们鼓掌——再让我欣赏他们；学习指导为孩子们领航——让我们共同前行。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虎妈猫爸》中唐琳有一句经典的台词：“中国的教育一爱就乱，一管就死”，我们不想让它死，想让它活，而且要好好地活，那么就要学会爱，想要爱，就要自己先学习，做好孩子们成长中的领航者，幸福地欣赏他们成长，而不是拽着他们的手逼着他们成长。认可、欣赏、共赢，就是教学的三部曲，互动的最高境界即为共赢。</w:t>
      </w:r>
      <w:r>
        <w:rPr>
          <w:lang w:eastAsia="zh-CN"/>
        </w:rPr>
        <w:br/>
      </w:r>
      <w:r>
        <w:rPr>
          <w:lang w:eastAsia="zh-CN"/>
        </w:rPr>
        <w:t>　　我的交流结束，谢谢大家！</w:t>
      </w:r>
      <w:r>
        <w:rPr>
          <w:lang w:eastAsia="zh-CN"/>
        </w:rPr>
        <w:br/>
      </w:r>
      <w:r>
        <w:rPr>
          <w:lang w:eastAsia="zh-CN"/>
        </w:rPr>
        <w:t xml:space="preserve">    教师期中考试后总结 篇6 </w:t>
      </w:r>
      <w:r>
        <w:rPr>
          <w:lang w:eastAsia="zh-CN"/>
        </w:rPr>
        <w:br/>
      </w:r>
      <w:r>
        <w:rPr>
          <w:lang w:eastAsia="zh-CN"/>
        </w:rPr>
        <w:t>　　1、熟练度不够</w:t>
      </w:r>
      <w:r>
        <w:rPr>
          <w:lang w:eastAsia="zh-CN"/>
        </w:rPr>
        <w:br/>
      </w:r>
      <w:r>
        <w:rPr>
          <w:lang w:eastAsia="zh-CN"/>
        </w:rPr>
        <w:t>　　所谓熟练度，能够想象一下我们成年人，做小学一年级的计算题，每一题其实对我们来说都很简单。可是当我们在计时的情景下完成1000题，并不必须全对。如果平时经常做计算类的工作，很可能做的又快又准;如果平时疏于做简单计算的人，很可能又慢又错误百出。</w:t>
      </w:r>
      <w:r>
        <w:rPr>
          <w:lang w:eastAsia="zh-CN"/>
        </w:rPr>
        <w:br/>
      </w:r>
      <w:r>
        <w:rPr>
          <w:lang w:eastAsia="zh-CN"/>
        </w:rPr>
        <w:t>　　解决方法</w:t>
      </w:r>
      <w:r>
        <w:rPr>
          <w:lang w:eastAsia="zh-CN"/>
        </w:rPr>
        <w:br/>
      </w:r>
      <w:r>
        <w:rPr>
          <w:lang w:eastAsia="zh-CN"/>
        </w:rPr>
        <w:t>　　一道题目，反复接触至少要六次以上，并且每次都在思考，才会熟悉并产生记忆。这样才会在考试中能做对。</w:t>
      </w:r>
      <w:r>
        <w:rPr>
          <w:lang w:eastAsia="zh-CN"/>
        </w:rPr>
        <w:br/>
      </w:r>
      <w:r>
        <w:rPr>
          <w:lang w:eastAsia="zh-CN"/>
        </w:rPr>
        <w:t>　　2、基本概念不清</w:t>
      </w:r>
      <w:r>
        <w:rPr>
          <w:lang w:eastAsia="zh-CN"/>
        </w:rPr>
        <w:br/>
      </w:r>
      <w:r>
        <w:rPr>
          <w:lang w:eastAsia="zh-CN"/>
        </w:rPr>
        <w:t>　　还有一些题目，学生们认为自我是会做的，因为平时做对过，只是考试错了。但很可能是他们只看过1-2次，有一个模糊的概念，很多概念的细节到底是什么?之间的关联是什么?能够有哪些变化?并未深究。</w:t>
      </w:r>
      <w:r>
        <w:rPr>
          <w:lang w:eastAsia="zh-CN"/>
        </w:rPr>
        <w:br/>
      </w:r>
      <w:r>
        <w:rPr>
          <w:lang w:eastAsia="zh-CN"/>
        </w:rPr>
        <w:t>　　在考试有时间限制和压力的情景下，人通常本能的选择自我大脑中最先搜素到的记忆存储，而这个记忆和认知很可能是错误和疏漏的。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所以考试订正时，这类题目，不妨再变形或者深究一下，举一反三，这时会发现同学们又疑惑或者糊涂了。所以，学过，并不等于是学会，更不等于融会贯通。</w:t>
      </w:r>
      <w:r>
        <w:rPr>
          <w:lang w:eastAsia="zh-CN"/>
        </w:rPr>
        <w:br/>
      </w:r>
      <w:r>
        <w:rPr>
          <w:lang w:eastAsia="zh-CN"/>
        </w:rPr>
        <w:t>　　解决方法</w:t>
      </w:r>
      <w:r>
        <w:rPr>
          <w:lang w:eastAsia="zh-CN"/>
        </w:rPr>
        <w:br/>
      </w:r>
      <w:r>
        <w:rPr>
          <w:lang w:eastAsia="zh-CN"/>
        </w:rPr>
        <w:t>　　试着去讲解题目，如果做到能讲解题目，表示确实理解了。通常在讲解过程中，也会不断发现自我知识上的漏洞。这也是教学相长的意思。学然后知不足，教然后知困。知不足然后能自反也，知困然后能自强也。故曰教学相长也。</w:t>
      </w:r>
      <w:r>
        <w:rPr>
          <w:lang w:eastAsia="zh-CN"/>
        </w:rPr>
        <w:br/>
      </w:r>
      <w:r>
        <w:rPr>
          <w:lang w:eastAsia="zh-CN"/>
        </w:rPr>
        <w:t>　　3、准确率不高</w:t>
      </w:r>
      <w:r>
        <w:rPr>
          <w:lang w:eastAsia="zh-CN"/>
        </w:rPr>
        <w:br/>
      </w:r>
      <w:r>
        <w:rPr>
          <w:lang w:eastAsia="zh-CN"/>
        </w:rPr>
        <w:t>　　家长能够回想一下自我打字时，你是每个词是一次输入正确，还是不断删除修改?这个也是准确率的`问题。</w:t>
      </w:r>
      <w:r>
        <w:rPr>
          <w:lang w:eastAsia="zh-CN"/>
        </w:rPr>
        <w:br/>
      </w:r>
      <w:r>
        <w:rPr>
          <w:lang w:eastAsia="zh-CN"/>
        </w:rPr>
        <w:t>　　如果平时做事力求“一遍做对”，“每遍都提升”，关键时刻才有可能一次做对。这需要用心投入和沉稳，还需要刻意自我要求，反复多次后才能成为本能。</w:t>
      </w:r>
      <w:r>
        <w:rPr>
          <w:lang w:eastAsia="zh-CN"/>
        </w:rPr>
        <w:br/>
      </w:r>
      <w:r>
        <w:rPr>
          <w:lang w:eastAsia="zh-CN"/>
        </w:rPr>
        <w:t>　　如果做错了，觉得“没关系，以后还有机会”，常常会造成多次也无法做到比较好的状态。另外，准确率还和“做题量”以及“题目类型”有关。</w:t>
      </w:r>
      <w:r>
        <w:rPr>
          <w:lang w:eastAsia="zh-CN"/>
        </w:rPr>
        <w:br/>
      </w:r>
      <w:r>
        <w:rPr>
          <w:lang w:eastAsia="zh-CN"/>
        </w:rPr>
        <w:t>　　所以如果平时单元的作业100题总要错3-5题，考试的出错率基本会翻2-3倍。而概率因素导致平时错误率越高，考试时失分率越成倍增大。因为考试时题目的类型更加宽泛和变化多端。</w:t>
      </w:r>
      <w:r>
        <w:rPr>
          <w:lang w:eastAsia="zh-CN"/>
        </w:rPr>
        <w:br/>
      </w:r>
      <w:r>
        <w:rPr>
          <w:lang w:eastAsia="zh-CN"/>
        </w:rPr>
        <w:t>　　4、解决方法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每次做题都认真对待，提高准确率，争取会的做题，建立错题本。</w:t>
      </w:r>
      <w:r>
        <w:rPr>
          <w:lang w:eastAsia="zh-CN"/>
        </w:rPr>
        <w:br/>
      </w:r>
      <w:r>
        <w:rPr>
          <w:lang w:eastAsia="zh-CN"/>
        </w:rPr>
        <w:t>　　好吧，我们再回到那位跳水运动员这儿----如果半年后他参加比赛，他此刻就需要各项体能的训练，基本动作的反复练-每次都要力求完美，整套动作也需要练得无比熟悉犹如本能，然后才有可能走上赛场。即使这样，也不是万无一失的。</w:t>
      </w:r>
      <w:r>
        <w:rPr>
          <w:lang w:eastAsia="zh-CN"/>
        </w:rPr>
        <w:br/>
      </w:r>
      <w:r>
        <w:rPr>
          <w:lang w:eastAsia="zh-CN"/>
        </w:rPr>
        <w:t>　　所以放弃“粗心”这样的说法吧，放弃“粗心”这个观点之后我们才有可能认真查找原因，制定训练的计划，获得真正提升。</w:t>
      </w:r>
      <w:r>
        <w:rPr>
          <w:lang w:eastAsia="zh-CN"/>
        </w:rPr>
        <w:br/>
      </w:r>
      <w:r>
        <w:rPr>
          <w:lang w:eastAsia="zh-CN"/>
        </w:rPr>
        <w:t>　　获得提升的，决不仅仅是成绩，还包括审视问题的角度，解决问题的策略，行动力，意志力。</w:t>
      </w:r>
      <w:r>
        <w:rPr>
          <w:lang w:eastAsia="zh-CN"/>
        </w:rPr>
        <w:br/>
      </w:r>
      <w:r>
        <w:rPr>
          <w:lang w:eastAsia="zh-CN"/>
        </w:rPr>
        <w:t xml:space="preserve">    教师期中考试后总结 篇7 </w:t>
      </w:r>
      <w:r>
        <w:rPr>
          <w:lang w:eastAsia="zh-CN"/>
        </w:rPr>
        <w:br/>
      </w:r>
      <w:r>
        <w:rPr>
          <w:lang w:eastAsia="zh-CN"/>
        </w:rPr>
        <w:t>　　一、试题分析：</w:t>
      </w:r>
      <w:r>
        <w:rPr>
          <w:lang w:eastAsia="zh-CN"/>
        </w:rPr>
        <w:br/>
      </w:r>
      <w:r>
        <w:rPr>
          <w:lang w:eastAsia="zh-CN"/>
        </w:rPr>
        <w:t>　　从整体上看，本次试题有一定的难度，试题注重基础，内容紧密联系生活实际，注重了趣味性、实践性和创新性。有利于考察数学基础和基本技能的掌握程度，有利于教学方法和学法的引导和培养。</w:t>
      </w:r>
      <w:r>
        <w:rPr>
          <w:lang w:eastAsia="zh-CN"/>
        </w:rPr>
        <w:br/>
      </w:r>
      <w:r>
        <w:rPr>
          <w:lang w:eastAsia="zh-CN"/>
        </w:rPr>
        <w:t>　　（1）强化知识体系，突出主干内容。</w:t>
      </w:r>
      <w:r>
        <w:rPr>
          <w:lang w:eastAsia="zh-CN"/>
        </w:rPr>
        <w:br/>
      </w:r>
      <w:r>
        <w:rPr>
          <w:lang w:eastAsia="zh-CN"/>
        </w:rPr>
        <w:t>　　本学期的重点内容，在试卷中通过填空、判断、选择、口算、笔算、动手操作，解决问题等形式得到了广泛的考察。</w:t>
      </w:r>
      <w:r>
        <w:rPr>
          <w:lang w:eastAsia="zh-CN"/>
        </w:rPr>
        <w:br/>
      </w:r>
      <w:r>
        <w:rPr>
          <w:lang w:eastAsia="zh-CN"/>
        </w:rPr>
        <w:t>　　（2）贴近生活实际，体现应用价值。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本次试题依据新课标的要求，从学生熟悉的生活索取题材，把枯燥的知识生活化、情景化，通过填空、选择、判断、动手操作、解决问题等形式让学生从中体验、感受学习数学知识的必要性、实用性和应用价值。</w:t>
      </w:r>
      <w:r>
        <w:rPr>
          <w:lang w:eastAsia="zh-CN"/>
        </w:rPr>
        <w:br/>
      </w:r>
      <w:r>
        <w:rPr>
          <w:lang w:eastAsia="zh-CN"/>
        </w:rPr>
        <w:t>　　（3）重视各种能力的考查。</w:t>
      </w:r>
      <w:r>
        <w:rPr>
          <w:lang w:eastAsia="zh-CN"/>
        </w:rPr>
        <w:br/>
      </w:r>
      <w:r>
        <w:rPr>
          <w:lang w:eastAsia="zh-CN"/>
        </w:rPr>
        <w:t>　　本次试题通过不同的数学知识载体，全面考查了学生的计算能力，观察能力和判断能力以及运用知识解决生活问题的能力。</w:t>
      </w:r>
      <w:r>
        <w:rPr>
          <w:lang w:eastAsia="zh-CN"/>
        </w:rPr>
        <w:br/>
      </w:r>
      <w:r>
        <w:rPr>
          <w:lang w:eastAsia="zh-CN"/>
        </w:rPr>
        <w:t>　　二、学生答题情况分析：</w:t>
      </w:r>
      <w:r>
        <w:rPr>
          <w:lang w:eastAsia="zh-CN"/>
        </w:rPr>
        <w:br/>
      </w:r>
      <w:r>
        <w:rPr>
          <w:lang w:eastAsia="zh-CN"/>
        </w:rPr>
        <w:t>　　1、填空题：</w:t>
      </w:r>
      <w:r>
        <w:rPr>
          <w:lang w:eastAsia="zh-CN"/>
        </w:rPr>
        <w:br/>
      </w:r>
      <w:r>
        <w:rPr>
          <w:lang w:eastAsia="zh-CN"/>
        </w:rPr>
        <w:t>　　本题有13个小题。面广量大，分数约占全卷的1/3。本题主要考察学生对基本概念的掌握情况。很多学生不能根据书本上知识灵活处理问题。错的较多的题是第3、5、8小题。这几个题都比较灵活，考察知识点主要有读写数、求近似数等，本题学生失分在6-8分之间。</w:t>
      </w:r>
      <w:r>
        <w:rPr>
          <w:lang w:eastAsia="zh-CN"/>
        </w:rPr>
        <w:br/>
      </w:r>
      <w:r>
        <w:rPr>
          <w:lang w:eastAsia="zh-CN"/>
        </w:rPr>
        <w:t>　　2、判断题：</w:t>
      </w:r>
      <w:r>
        <w:rPr>
          <w:lang w:eastAsia="zh-CN"/>
        </w:rPr>
        <w:br/>
      </w:r>
      <w:r>
        <w:rPr>
          <w:lang w:eastAsia="zh-CN"/>
        </w:rPr>
        <w:t>　　本题共7小题，共14分。其中2、5小题出错最多。主要是对土地面积单位公顷、平方千米区分不够清楚。对积的.变化规律理解肤浅。因此很多学生做错。本题学生失分在2-4分之间。</w:t>
      </w:r>
      <w:r>
        <w:rPr>
          <w:lang w:eastAsia="zh-CN"/>
        </w:rPr>
        <w:br/>
      </w:r>
      <w:r>
        <w:rPr>
          <w:lang w:eastAsia="zh-CN"/>
        </w:rPr>
        <w:t>　　3、选择题：</w:t>
      </w:r>
      <w:r>
        <w:rPr>
          <w:lang w:eastAsia="zh-CN"/>
        </w:rPr>
        <w:br/>
      </w:r>
      <w:r>
        <w:rPr>
          <w:lang w:eastAsia="zh-CN"/>
        </w:rPr>
        <w:t>　　本题5小题，共10分。出现问题较多的是第4、5小题。学生对角的有关知识学得不灵活，不太爱动脑子、不认真读题，导致一些简单的题也能出错。</w:t>
      </w:r>
      <w:r>
        <w:rPr>
          <w:lang w:eastAsia="zh-CN"/>
        </w:rPr>
        <w:br/>
      </w:r>
      <w:r>
        <w:rPr>
          <w:lang w:eastAsia="zh-CN"/>
        </w:rPr>
        <w:t>　　4、第四题计算题：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口算8个小题，列竖式计算3个小题，本题学生答题较好，都是最基本的运算，只要细心的同学都能答对，出现问题较多的是竖式计算第3小题，学生对末尾有0的乘法积末尾补0容易忘记，再这方面还需加强指导理解。</w:t>
      </w:r>
      <w:r>
        <w:rPr>
          <w:lang w:eastAsia="zh-CN"/>
        </w:rPr>
        <w:br/>
      </w:r>
      <w:r>
        <w:rPr>
          <w:lang w:eastAsia="zh-CN"/>
        </w:rPr>
        <w:t>　　5、解决问题。</w:t>
      </w:r>
      <w:r>
        <w:rPr>
          <w:lang w:eastAsia="zh-CN"/>
        </w:rPr>
        <w:br/>
      </w:r>
      <w:r>
        <w:rPr>
          <w:lang w:eastAsia="zh-CN"/>
        </w:rPr>
        <w:t>　　共5题，其中第3、4两题错误率达40%以上。第3小题有些同学把面积单位和长度单位混淆，计算的是面积，使用的是长度单位，平方米和公顷之间的进率不熟。第4小题出错的学生最多，对题意理解不透，要求扩大后苗圃的面积，必须要知道什么学生不会分析。</w:t>
      </w:r>
      <w:r>
        <w:rPr>
          <w:lang w:eastAsia="zh-CN"/>
        </w:rPr>
        <w:br/>
      </w:r>
      <w:r>
        <w:rPr>
          <w:lang w:eastAsia="zh-CN"/>
        </w:rPr>
        <w:t>　　从本次检测来看，我们教师关注较少的方面，失分还是比较严重的。主要体现在：</w:t>
      </w:r>
      <w:r>
        <w:rPr>
          <w:lang w:eastAsia="zh-CN"/>
        </w:rPr>
        <w:br/>
      </w:r>
      <w:r>
        <w:rPr>
          <w:lang w:eastAsia="zh-CN"/>
        </w:rPr>
        <w:t>　　（1）我们注重了概念的教学，注重了概念的记忆，把概念渗透到变换题型的练习中较少。</w:t>
      </w:r>
      <w:r>
        <w:rPr>
          <w:lang w:eastAsia="zh-CN"/>
        </w:rPr>
        <w:br/>
      </w:r>
      <w:r>
        <w:rPr>
          <w:lang w:eastAsia="zh-CN"/>
        </w:rPr>
        <w:t>　　（2）学生的计算能力训练力度还需加强。</w:t>
      </w:r>
      <w:r>
        <w:rPr>
          <w:lang w:eastAsia="zh-CN"/>
        </w:rPr>
        <w:br/>
      </w:r>
      <w:r>
        <w:rPr>
          <w:lang w:eastAsia="zh-CN"/>
        </w:rPr>
        <w:t>　　（3）教学还没有贴近学生生活，课本知识与学生生活结合得少。</w:t>
      </w:r>
      <w:r>
        <w:rPr>
          <w:lang w:eastAsia="zh-CN"/>
        </w:rPr>
        <w:br/>
      </w:r>
      <w:r>
        <w:rPr>
          <w:lang w:eastAsia="zh-CN"/>
        </w:rPr>
        <w:t>　　三、在今后的教学中，要注意从这些方面加以改进：</w:t>
      </w:r>
      <w:r>
        <w:rPr>
          <w:lang w:eastAsia="zh-CN"/>
        </w:rPr>
        <w:br/>
      </w:r>
      <w:r>
        <w:rPr>
          <w:lang w:eastAsia="zh-CN"/>
        </w:rPr>
        <w:t>　　（1）立足教材，扎根生活。认真钻研教材，从生活数学做起，努力提高学生对数学的自信心和兴趣。</w:t>
      </w:r>
      <w:r>
        <w:rPr>
          <w:lang w:eastAsia="zh-CN"/>
        </w:rPr>
        <w:br/>
      </w:r>
      <w:r>
        <w:rPr>
          <w:lang w:eastAsia="zh-CN"/>
        </w:rPr>
        <w:t>　　（2）重视过程，培养能力。在平时的教学中，作为教师应尽可能为学生提供学习材料，创造自主学习的机会。针对弱势群体制定切实可行的方案，低进高出利用数学的魅力吸引他们。</w:t>
      </w:r>
      <w:r>
        <w:rPr>
          <w:lang w:eastAsia="zh-CN"/>
        </w:rPr>
        <w:br/>
      </w:r>
      <w:r>
        <w:rPr>
          <w:lang w:eastAsia="zh-CN"/>
        </w:rPr>
        <w:t>　　（3）具体学生，因材施教。具体问题重点解决，强化训练争取突破。</w:t>
      </w:r>
      <w:r>
        <w:rPr>
          <w:lang w:eastAsia="zh-CN"/>
        </w:rPr>
        <w:br/>
      </w:r>
      <w:r>
        <w:rPr>
          <w:lang w:eastAsia="zh-CN"/>
        </w:rPr>
        <w:t xml:space="preserve">    教师期中考试后总结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我们在母校的日子已经屈指可数了，希望我的学习经验能帮助现在比我成绩差一点的同学取得更好的成绩。让我们用优异的中考成绩作为对母校最好的礼物！</w:t>
      </w:r>
      <w:r>
        <w:rPr>
          <w:lang w:eastAsia="zh-CN"/>
        </w:rPr>
        <w:br/>
      </w:r>
      <w:r>
        <w:rPr>
          <w:lang w:eastAsia="zh-CN"/>
        </w:rPr>
        <w:t>　　经过两个多月的九年级物理教学，期中考试也已经结束，学生成绩已经揭晓,在学生拿到物理试卷的同时，我也拿到了试卷，看过后感觉整体情况不是很难，学生应该能做，但考下来的情况却不尽人意，为此对我在物理教学过程进行认真地反思为今后能更好进行教学。</w:t>
      </w:r>
      <w:r>
        <w:rPr>
          <w:lang w:eastAsia="zh-CN"/>
        </w:rPr>
        <w:br/>
      </w:r>
      <w:r>
        <w:rPr>
          <w:lang w:eastAsia="zh-CN"/>
        </w:rPr>
        <w:t>　　在备课方面，在备每节课时，总是先对整个一章，以及它在整个初中物理教学和中考中的地位作通盘考虑，然后在具体到每一节内容的重点和难点，使得在教学中做到心中有数，对重点和难点内容，分析学生已有的知识和程度，注意在教学中分散难点，循序渐进，逐步达到教学要求和目标，应该说在教学、备课中作了较详细和充分的准备。 上课方面，平时在教学中，认认真真，注意知识的导入，上课的衔接，重基础知识的传授、基本技能的训练，在科学探究的教学过程中让学生能经历探究的过程和为什么这么做的原因。作业布置不多，课后也认真作了批改，要求学生把做错的作业要求订正，在教师上课这方面应该说是没有大问题。</w:t>
      </w:r>
      <w:r>
        <w:rPr>
          <w:lang w:eastAsia="zh-CN"/>
        </w:rPr>
        <w:br/>
      </w:r>
      <w:r>
        <w:rPr>
          <w:lang w:eastAsia="zh-CN"/>
        </w:rPr>
        <w:t>　　在这次期中测试中，班级学生出现好坏两极分化很严重，班级最高分和最低分相差有50分，本来在学生成绩应该是中间大，头尾较小分布，现在变成尾很大的不正常分布，造成班级平均分不高，究其原因有以下几个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一、由于本班学生来自不同的学校，学习基础不同，学习的态度和行为习惯参差不齐。具体可从学生作业的态度上反应出来，有的学生字迹潦草，连自己的名字多写得连自己都不认识，所做的作业就像是草稿，为了作业的字迹问题，也单独找过学生进行了解和谈心，说了学生自己也知道这样做不好，但仍然在作业上一如既往没有改观，上课听课时的坐姿一看就不舒服，居然有个别学生在上课能睡觉，发现他们睡觉时也采取了教师常用的方法提醒，课后找他们了解原因，回答是我想大家都明白。还说：反正我有不上高中吃这个苦干嘛？就这些问题我也给学生做了思想工作，学生也明白这样做不对，但收效甚微，想改，但无法控制自己的行为，还有部分学生找借口说：我八年级物理没有学好，现在我学不好了。一句话就是偷懒怕苦。为此也找他们进行了思想交流，说九年级物理的内容与八年级内容不同，就相当于大家又站在同一起跑线上一起跑，对于一部分思想上想学的学生，通过这半个学期的'教学学习习惯和学习成绩有了较大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学生对课堂学习知识的巩固情况不容乐观：具体表现在作业完成情况看，尽管作业不多，但三个班都有部分学生是抄袭或不做，造成所学内容没有巩固，课堂上听懂了，但不巩固，知识掌握情况就不好；从试卷上看基础部分得分情况也只有70~80%，对于能力部分得分也只有50~60%，还有就是作图，知识迁移能力较弱，可从实验探究得分率只有40%多，尽管课堂上对于实验探究过程以及为什么要这样做带领学生一起寻找到了原因，但从学生答题来看，在探究“自由落体运动快慢”试验时应怎样去设计实验，发现掌握情况只有50%，所以在下阶段的教学中任务艰巨，怎样提高学生对知识掌握成为迫切需要解决的问题。</w:t>
      </w:r>
      <w:r>
        <w:rPr>
          <w:lang w:eastAsia="zh-CN"/>
        </w:rPr>
        <w:br/>
      </w:r>
      <w:r>
        <w:rPr>
          <w:lang w:eastAsia="zh-CN"/>
        </w:rPr>
        <w:t>　　下阶段准备的做法：</w:t>
      </w:r>
      <w:r>
        <w:rPr>
          <w:lang w:eastAsia="zh-CN"/>
        </w:rPr>
        <w:br/>
      </w:r>
      <w:r>
        <w:rPr>
          <w:lang w:eastAsia="zh-CN"/>
        </w:rPr>
        <w:t>　　1、继续保持以前好的做法，课后在作业问题上下功夫，从学生字迹上和学生作业完成情况上和杜绝超作业上入手，课堂上多做一些与基础知识相关的练习，加强默写和抽查，以期来督促学生对基础知识的巩固。</w:t>
      </w:r>
      <w:r>
        <w:rPr>
          <w:lang w:eastAsia="zh-CN"/>
        </w:rPr>
        <w:br/>
      </w:r>
      <w:r>
        <w:rPr>
          <w:lang w:eastAsia="zh-CN"/>
        </w:rPr>
        <w:t>　　2、对于一些程度相对来说较好的学生和想学的学生，在课堂上加以引导和能力的训练，以期提高他们的解题能力使他们的成绩有所提高，能让他们在中考中取得较好的成绩，进入自己满意的高中。</w:t>
      </w:r>
      <w:r>
        <w:rPr>
          <w:lang w:eastAsia="zh-CN"/>
        </w:rPr>
        <w:br/>
      </w:r>
      <w:r>
        <w:rPr>
          <w:lang w:eastAsia="zh-CN"/>
        </w:rPr>
        <w:t>　　3、课后加强辅导来帮助一些理解上不是较好的而又想学的学生，使他们的成绩有所突破。</w:t>
      </w:r>
      <w:r>
        <w:rPr>
          <w:lang w:eastAsia="zh-CN"/>
        </w:rPr>
        <w:br/>
      </w:r>
      <w:r>
        <w:rPr>
          <w:lang w:eastAsia="zh-CN"/>
        </w:rPr>
        <w:t xml:space="preserve">    教师期中考试后总结 篇9 </w:t>
      </w:r>
      <w:r>
        <w:rPr>
          <w:lang w:eastAsia="zh-CN"/>
        </w:rPr>
        <w:br/>
      </w:r>
      <w:r>
        <w:rPr>
          <w:lang w:eastAsia="zh-CN"/>
        </w:rPr>
        <w:t>　　作为六年级的英语教师我必须做好充分的准备，既要促进每个学生身心健康的发展，培养学生良好的品质的终身学习的能力，又要注重科学探究的学习，关注体验性学习，提倡交流与合作、自主创新学习。从半学期的学习及考试来看，许多方面还做得不够。下面简单地回顾一下上半学期六年级英语教学工作，好好分析一下期中</w:t>
      </w:r>
      <w:r>
        <w:rPr>
          <w:lang w:eastAsia="zh-CN"/>
        </w:rPr>
        <w:br/>
      </w:r>
      <w:r>
        <w:rPr>
          <w:lang w:eastAsia="zh-CN"/>
        </w:rPr>
        <w:t>　　一、基本情况：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这次考试总的来说,成绩比较正常,六年级是个两极分化比较严重的年级,但这种情况似乎在这届六年级身上还不是很明显,每次考试的成绩比较平稳，只是平均分还不是很好,处于中间的那部分学生还是挺多的,努力一下,还是很有发展的空间的.，还要争取每个同学都能及格。</w:t>
      </w:r>
      <w:r>
        <w:rPr>
          <w:lang w:eastAsia="zh-CN"/>
        </w:rPr>
        <w:br/>
      </w:r>
      <w:r>
        <w:rPr>
          <w:lang w:eastAsia="zh-CN"/>
        </w:rPr>
        <w:t>　　二、试卷分析：</w:t>
      </w:r>
      <w:r>
        <w:rPr>
          <w:lang w:eastAsia="zh-CN"/>
        </w:rPr>
        <w:br/>
      </w:r>
      <w:r>
        <w:rPr>
          <w:lang w:eastAsia="zh-CN"/>
        </w:rPr>
        <w:t>　　这次考试的试卷共分为两部分:听力部分和笔试部分,题型比较全面,题量适中,比较综合的考查了学生的听说读写能力。</w:t>
      </w:r>
      <w:r>
        <w:rPr>
          <w:lang w:eastAsia="zh-CN"/>
        </w:rPr>
        <w:br/>
      </w:r>
      <w:r>
        <w:rPr>
          <w:lang w:eastAsia="zh-CN"/>
        </w:rPr>
        <w:t>　　三、主要成绩:</w:t>
      </w:r>
      <w:r>
        <w:rPr>
          <w:lang w:eastAsia="zh-CN"/>
        </w:rPr>
        <w:br/>
      </w:r>
      <w:r>
        <w:rPr>
          <w:lang w:eastAsia="zh-CN"/>
        </w:rPr>
        <w:t>　　1、笔试部分三四题。学生答得比较理想,失分较少。我想其根本原因就是,学生的学习态度,学习状态还是比较好的,能不失分的绝不失分。</w:t>
      </w:r>
      <w:r>
        <w:rPr>
          <w:lang w:eastAsia="zh-CN"/>
        </w:rPr>
        <w:br/>
      </w:r>
      <w:r>
        <w:rPr>
          <w:lang w:eastAsia="zh-CN"/>
        </w:rPr>
        <w:t>　　2、听力部分做的比较好,扣分现象比较少,可见这与平时非常重视学生听和想的能力,学生发展也比较均衡。</w:t>
      </w:r>
      <w:r>
        <w:rPr>
          <w:lang w:eastAsia="zh-CN"/>
        </w:rPr>
        <w:br/>
      </w:r>
      <w:r>
        <w:rPr>
          <w:lang w:eastAsia="zh-CN"/>
        </w:rPr>
        <w:t>　　四、存在的问题</w:t>
      </w:r>
      <w:r>
        <w:rPr>
          <w:lang w:eastAsia="zh-CN"/>
        </w:rPr>
        <w:br/>
      </w:r>
      <w:r>
        <w:rPr>
          <w:lang w:eastAsia="zh-CN"/>
        </w:rPr>
        <w:t>　　1、部分学生缺乏解题技巧，需要培养和进步;</w:t>
      </w:r>
      <w:r>
        <w:rPr>
          <w:lang w:eastAsia="zh-CN"/>
        </w:rPr>
        <w:br/>
      </w:r>
      <w:r>
        <w:rPr>
          <w:lang w:eastAsia="zh-CN"/>
        </w:rPr>
        <w:t>　　2、少数学生没有全面把握所学知识，丢分较多，成绩不理想;</w:t>
      </w:r>
      <w:r>
        <w:rPr>
          <w:lang w:eastAsia="zh-CN"/>
        </w:rPr>
        <w:br/>
      </w:r>
      <w:r>
        <w:rPr>
          <w:lang w:eastAsia="zh-CN"/>
        </w:rPr>
        <w:t>　　3、句型的训练不足。小学英语较注重句型的应用，但从卷面上学生没有注重应用句式。</w:t>
      </w:r>
      <w:r>
        <w:rPr>
          <w:lang w:eastAsia="zh-CN"/>
        </w:rPr>
        <w:br/>
      </w:r>
      <w:r>
        <w:rPr>
          <w:lang w:eastAsia="zh-CN"/>
        </w:rPr>
        <w:t>　　4、单词的认读、识记个别学生不过关。有的学生单词的认读、识记能力不是很准，尽管是学过的单词，但学生用的时候不是很多，时隔一久，学生自然也容易遗忘。</w:t>
      </w:r>
      <w:r>
        <w:rPr>
          <w:lang w:eastAsia="zh-CN"/>
        </w:rPr>
        <w:br/>
      </w:r>
      <w:r>
        <w:rPr>
          <w:lang w:eastAsia="zh-CN"/>
        </w:rPr>
        <w:t>　　五、采取的措施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1.加强英语的专题的专项的训练,提高学生的答题能力和应用能力,切记训练要抓反复,反复抓,防止夹生饭.</w:t>
      </w:r>
      <w:r>
        <w:rPr>
          <w:lang w:eastAsia="zh-CN"/>
        </w:rPr>
        <w:br/>
      </w:r>
      <w:r>
        <w:rPr>
          <w:lang w:eastAsia="zh-CN"/>
        </w:rPr>
        <w:t>　　2.六年级最难对付的就是时态,因此要多做与时态相关的练习题，通过不同形式的习题加强、加深对不同时态的记忆与理解。</w:t>
      </w:r>
      <w:r>
        <w:rPr>
          <w:lang w:eastAsia="zh-CN"/>
        </w:rPr>
        <w:br/>
      </w:r>
      <w:r>
        <w:rPr>
          <w:lang w:eastAsia="zh-CN"/>
        </w:rPr>
        <w:t>　　3.加大对学生阅读理解能力的培养,既要能阅读,还要能理解,能分析,能答题,我想我们最近发放的那本听说与理解正好可以派上用场.</w:t>
      </w:r>
      <w:r>
        <w:rPr>
          <w:lang w:eastAsia="zh-CN"/>
        </w:rPr>
        <w:br/>
      </w:r>
      <w:r>
        <w:rPr>
          <w:lang w:eastAsia="zh-CN"/>
        </w:rPr>
        <w:t>　　4.加强对中等生的辅导力度，多培优,当然也少不了要补差.以提高全体学生的平均分。</w:t>
      </w:r>
      <w:r>
        <w:rPr>
          <w:lang w:eastAsia="zh-CN"/>
        </w:rPr>
        <w:br/>
      </w:r>
      <w:r>
        <w:rPr>
          <w:lang w:eastAsia="zh-CN"/>
        </w:rPr>
        <w:t>　　5.继续用鼓励和赞美维持学生学习的饱满热情和兴趣。增设更多的游戏和趣味教学。</w:t>
      </w:r>
      <w:r>
        <w:rPr>
          <w:lang w:eastAsia="zh-CN"/>
        </w:rPr>
        <w:br/>
      </w:r>
      <w:r>
        <w:rPr>
          <w:lang w:eastAsia="zh-CN"/>
        </w:rPr>
        <w:t>　　6.继续狠抓晨读，做到人人都开口读书，狠抓学生诵读，有些要求学生背诵，人人过关。</w:t>
      </w:r>
      <w:r>
        <w:rPr>
          <w:lang w:eastAsia="zh-CN"/>
        </w:rPr>
        <w:br/>
      </w:r>
      <w:r>
        <w:rPr>
          <w:lang w:eastAsia="zh-CN"/>
        </w:rPr>
        <w:t>　　7.书写要求规范，注意大小写。</w:t>
      </w:r>
      <w:r>
        <w:rPr>
          <w:lang w:eastAsia="zh-CN"/>
        </w:rPr>
        <w:br/>
      </w:r>
      <w:r>
        <w:rPr>
          <w:lang w:eastAsia="zh-CN"/>
        </w:rPr>
        <w:t>　　英语教学工作任重道远，但我相信，只要我们努力就一定会有进步。</w:t>
      </w:r>
      <w:r>
        <w:rPr>
          <w:lang w:eastAsia="zh-CN"/>
        </w:rPr>
        <w:br/>
      </w:r>
      <w:r>
        <w:rPr>
          <w:lang w:eastAsia="zh-CN"/>
        </w:rPr>
        <w:t xml:space="preserve">    教师期中考试后总结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时光荏苒，开学已二月有余，面对从陌生到熟悉的学生，我所教授的班级教学井然有序，较好的完成了学校的教学任务。本次期中考试监考严格，比较真实的考查了学生的知识掌握和教师平时的教学水平。考试及时的检测学生的学习情况和教师的教学情况，帮助教师查缺补漏，补救自己在过去教学上的失误。为了今后更好的开展教学工作，发挥优势，改正缺点，现对期中考试英语试卷进行分析如下：</w:t>
      </w:r>
      <w:r>
        <w:rPr>
          <w:lang w:eastAsia="zh-CN"/>
        </w:rPr>
        <w:br/>
      </w:r>
      <w:r>
        <w:rPr>
          <w:lang w:eastAsia="zh-CN"/>
        </w:rPr>
        <w:t>　　一、试题的特点：</w:t>
      </w:r>
      <w:r>
        <w:rPr>
          <w:lang w:eastAsia="zh-CN"/>
        </w:rPr>
        <w:br/>
      </w:r>
      <w:r>
        <w:rPr>
          <w:lang w:eastAsia="zh-CN"/>
        </w:rPr>
        <w:t>　　试题考察的范围较为全面，涉及的知识面较广，基本覆盖了一至三单元学习的知识点，题目具有典型性和代表性，题型灵活多样，注重基础知识的考察，符合英语课标的精神，注重听说读写各方面的能力。</w:t>
      </w:r>
      <w:r>
        <w:rPr>
          <w:lang w:eastAsia="zh-CN"/>
        </w:rPr>
        <w:br/>
      </w:r>
      <w:r>
        <w:rPr>
          <w:lang w:eastAsia="zh-CN"/>
        </w:rPr>
        <w:t>　　1、注重了基础知识的考查</w:t>
      </w:r>
      <w:r>
        <w:rPr>
          <w:lang w:eastAsia="zh-CN"/>
        </w:rPr>
        <w:br/>
      </w:r>
      <w:r>
        <w:rPr>
          <w:lang w:eastAsia="zh-CN"/>
        </w:rPr>
        <w:t>　　试卷中能充分体现考查学生以基础知识为主要目标的命题原则，坚持依据于课本，但又避免教材中机械的知识，对于一些学生必须掌握的基础知识作为重点考查的内容（四会单词、重点短语等)，因为这些知识的掌握能更好地为今后的学习打下坚实的基础。</w:t>
      </w:r>
      <w:r>
        <w:rPr>
          <w:lang w:eastAsia="zh-CN"/>
        </w:rPr>
        <w:br/>
      </w:r>
      <w:r>
        <w:rPr>
          <w:lang w:eastAsia="zh-CN"/>
        </w:rPr>
        <w:t>　　2、渗透了能力考查的要求</w:t>
      </w:r>
      <w:r>
        <w:rPr>
          <w:lang w:eastAsia="zh-CN"/>
        </w:rPr>
        <w:br/>
      </w:r>
      <w:r>
        <w:rPr>
          <w:lang w:eastAsia="zh-CN"/>
        </w:rPr>
        <w:t>　　学习语言是为了交际。小学英语教学不仅要教给学生一些最基本的语言知识，而且要教给学生运用语言的方法和能力。在试卷的问题设计上，增加了对学生阅读理解能力和活用语言能力的考查。</w:t>
      </w:r>
      <w:r>
        <w:rPr>
          <w:lang w:eastAsia="zh-CN"/>
        </w:rPr>
        <w:br/>
      </w:r>
      <w:r>
        <w:rPr>
          <w:lang w:eastAsia="zh-CN"/>
        </w:rPr>
        <w:t>　　二、下面就试卷的总体情况分析如下：</w:t>
      </w:r>
      <w:r>
        <w:rPr>
          <w:lang w:eastAsia="zh-CN"/>
        </w:rPr>
        <w:br/>
      </w:r>
      <w:r>
        <w:rPr>
          <w:lang w:eastAsia="zh-CN"/>
        </w:rPr>
        <w:t>　　本次试题分为听力和笔试两部分，满分100分。</w:t>
      </w:r>
      <w:r>
        <w:rPr>
          <w:lang w:eastAsia="zh-CN"/>
        </w:rPr>
        <w:br/>
      </w:r>
      <w:r>
        <w:rPr>
          <w:lang w:eastAsia="zh-CN"/>
        </w:rPr>
        <w:t>　　（一）、听力</w:t>
      </w:r>
      <w:r>
        <w:rPr>
          <w:lang w:eastAsia="zh-CN"/>
        </w:rPr>
        <w:br/>
      </w:r>
      <w:r>
        <w:rPr>
          <w:lang w:eastAsia="zh-CN"/>
        </w:rPr>
        <w:t>　　1、第1题是听音选词，正确率95％。此题短语都是课文中的,所以准确率很高。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2、第2题是听问句选答语，正确率90％。此题型做过多次练习而且都是课文中的重点句型，学生不陌生。</w:t>
      </w:r>
      <w:r>
        <w:rPr>
          <w:lang w:eastAsia="zh-CN"/>
        </w:rPr>
        <w:br/>
      </w:r>
      <w:r>
        <w:rPr>
          <w:lang w:eastAsia="zh-CN"/>
        </w:rPr>
        <w:t>　　3、第3题是听音填空，正确率85％。此题型是书上原文,学生已基本背会，但仍有一部分学生答非所问。</w:t>
      </w:r>
      <w:r>
        <w:rPr>
          <w:lang w:eastAsia="zh-CN"/>
        </w:rPr>
        <w:br/>
      </w:r>
      <w:r>
        <w:rPr>
          <w:lang w:eastAsia="zh-CN"/>
        </w:rPr>
        <w:t>　　（二）、笔试</w:t>
      </w:r>
      <w:r>
        <w:rPr>
          <w:lang w:eastAsia="zh-CN"/>
        </w:rPr>
        <w:br/>
      </w:r>
      <w:r>
        <w:rPr>
          <w:lang w:eastAsia="zh-CN"/>
        </w:rPr>
        <w:t>　　1、单项选择题,本题型考试中多次出现,多次练习,但仍有学生掌握不牢.</w:t>
      </w:r>
      <w:r>
        <w:rPr>
          <w:lang w:eastAsia="zh-CN"/>
        </w:rPr>
        <w:br/>
      </w:r>
      <w:r>
        <w:rPr>
          <w:lang w:eastAsia="zh-CN"/>
        </w:rPr>
        <w:t>　　2、词组搭配题,本题型是课本中的重点短语,学生基本掌握.</w:t>
      </w:r>
      <w:r>
        <w:rPr>
          <w:lang w:eastAsia="zh-CN"/>
        </w:rPr>
        <w:br/>
      </w:r>
      <w:r>
        <w:rPr>
          <w:lang w:eastAsia="zh-CN"/>
        </w:rPr>
        <w:t>　　3、连词成句题,本题型考的不理想,尽管练过但仍有学生不明白题意,而且书写脏、乱.</w:t>
      </w:r>
      <w:r>
        <w:rPr>
          <w:lang w:eastAsia="zh-CN"/>
        </w:rPr>
        <w:br/>
      </w:r>
      <w:r>
        <w:rPr>
          <w:lang w:eastAsia="zh-CN"/>
        </w:rPr>
        <w:t>　　4、阅读理解题，本题要求学生必须通过阅读短文，掌握其大意，综合运用所学的词汇、语法、句型等知识。判断下面所给的句子内容是否与短文意思相同，相同的用“T”表示，不相同的用“F”表示，只有三个学生没能用“T、F”表示。本短文是练习册上的原文，对于多数学生而言，理解短文的大致意思并不困难。</w:t>
      </w:r>
      <w:r>
        <w:rPr>
          <w:lang w:eastAsia="zh-CN"/>
        </w:rPr>
        <w:br/>
      </w:r>
      <w:r>
        <w:rPr>
          <w:lang w:eastAsia="zh-CN"/>
        </w:rPr>
        <w:t>　　三、改进的具体建议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1、加强词汇教学。包括单词拼写，词义记忆，语用功能的训练，在平常的教学中一定要常抓不懈。词汇是文章、句子的基本单位，词汇量的大小，将直接关系到学生能否流利地运用英语进行交际；能否熟练地用英语读和写；能否顺利地用英语思考。从阅卷所反映的问题看，在今后的教学中，在加强拼读与拼写的同时，应帮助学生进行有意识记，应加强对词的用法及内在含义的理解，要培养学生用英语解释单词的能力，逐步启发引导学生用英语思考。单词教学一定要做到词不离句，这样，学生在学会了单词的同时，也学会了词的一些基本用法。</w:t>
      </w:r>
      <w:r>
        <w:rPr>
          <w:lang w:eastAsia="zh-CN"/>
        </w:rPr>
        <w:br/>
      </w:r>
      <w:r>
        <w:rPr>
          <w:lang w:eastAsia="zh-CN"/>
        </w:rPr>
        <w:t>　　2、要加强对学生听说读写能力和交际运用能力的培养，特别是综合运用能力的培养。</w:t>
      </w:r>
      <w:r>
        <w:rPr>
          <w:lang w:eastAsia="zh-CN"/>
        </w:rPr>
        <w:br/>
      </w:r>
      <w:r>
        <w:rPr>
          <w:lang w:eastAsia="zh-CN"/>
        </w:rPr>
        <w:t>　　3、要加强对教材的钻研，要切实转变教学观念和教学行为，努力提高课堂教学效果。</w:t>
      </w:r>
      <w:r>
        <w:rPr>
          <w:lang w:eastAsia="zh-CN"/>
        </w:rPr>
        <w:br/>
      </w:r>
      <w:r>
        <w:rPr>
          <w:lang w:eastAsia="zh-CN"/>
        </w:rPr>
        <w:t>　　4、要抓好、抓实基础知识，强化复习教学和试题研究。</w:t>
      </w:r>
      <w:r>
        <w:rPr>
          <w:lang w:eastAsia="zh-CN"/>
        </w:rPr>
        <w:br/>
      </w:r>
      <w:r>
        <w:rPr>
          <w:lang w:eastAsia="zh-CN"/>
        </w:rPr>
        <w:t>　　5、要抓好全体学生的进步，并从源头抓起，做好补差工作，防止两极分化。</w:t>
      </w:r>
      <w:r>
        <w:rPr>
          <w:lang w:eastAsia="zh-CN"/>
        </w:rPr>
        <w:br/>
      </w:r>
      <w:r>
        <w:rPr>
          <w:lang w:eastAsia="zh-CN"/>
        </w:rPr>
        <w:t>　　6、进一步培养阅读能力。阅读能力的培养是英语教学的又一重点。《课标》规定“学生应达到一定量的课外阅读量”。其实，试卷上每一题都要求学生阅读。我们常说，“这类题目已讲过_遍,y个学生不会做。”这不是因为学生没有听懂老师所讲的题目，而是因为学生不会阅读试卷上的题目，对不上适用的语法结构。阅读能力的培养在于平时。教师在平时讲解阅读理解题时，应着力帮助学生分析语言材料，而不是核对答案。</w:t>
      </w:r>
      <w:r>
        <w:rPr>
          <w:lang w:eastAsia="zh-CN"/>
        </w:rPr>
        <w:br/>
      </w:r>
      <w:r>
        <w:rPr>
          <w:lang w:eastAsia="zh-CN"/>
        </w:rPr>
        <w:t xml:space="preserve">    教师期中考试后总结 篇11 </w:t>
      </w:r>
      <w:r>
        <w:rPr>
          <w:lang w:eastAsia="zh-CN"/>
        </w:rPr>
        <w:br/>
      </w:r>
      <w:r>
        <w:rPr>
          <w:lang w:eastAsia="zh-CN"/>
        </w:rPr>
        <w:t>　　从摸底考试到期中考试的两个半月间，我从成绩上看到了自己的进步，究其原因，有以下四点对此至关重要：目标、冷静、自信、实践</w:t>
      </w:r>
      <w:r>
        <w:rPr>
          <w:lang w:eastAsia="zh-CN"/>
        </w:rPr>
        <w:br/>
      </w:r>
      <w:r>
        <w:rPr>
          <w:lang w:eastAsia="zh-CN"/>
        </w:rPr>
        <w:t>　　1.目标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准确的说是“梦想”，也就是一个长久的目标。我个人的目标不仅仅是一个职业，而是我这个人在一生中要为世界及人类带来什么。不仅仅是“我要做什么”，还是“我做的事有什么样的意义、影响”——我认为拥有这样的目标会使人的心里充满爱、希望及责任，从而：</w:t>
      </w:r>
      <w:r>
        <w:rPr>
          <w:lang w:eastAsia="zh-CN"/>
        </w:rPr>
        <w:br/>
      </w:r>
      <w:r>
        <w:rPr>
          <w:lang w:eastAsia="zh-CN"/>
        </w:rPr>
        <w:t>　　1.拥有自信。</w:t>
      </w:r>
      <w:r>
        <w:rPr>
          <w:lang w:eastAsia="zh-CN"/>
        </w:rPr>
        <w:br/>
      </w:r>
      <w:r>
        <w:rPr>
          <w:lang w:eastAsia="zh-CN"/>
        </w:rPr>
        <w:t>　　2.将会进一步思考当下学习的目的，不是“超越某人”“上某中学”等，而是发挥自己的作用等，这种动力会比分数上的动力要强很多。</w:t>
      </w:r>
      <w:r>
        <w:rPr>
          <w:lang w:eastAsia="zh-CN"/>
        </w:rPr>
        <w:br/>
      </w:r>
      <w:r>
        <w:rPr>
          <w:lang w:eastAsia="zh-CN"/>
        </w:rPr>
        <w:t>　　2.冷静</w:t>
      </w:r>
      <w:r>
        <w:rPr>
          <w:lang w:eastAsia="zh-CN"/>
        </w:rPr>
        <w:br/>
      </w:r>
      <w:r>
        <w:rPr>
          <w:lang w:eastAsia="zh-CN"/>
        </w:rPr>
        <w:t>　　这是一种处事方式、思维方式，我个人经常刻意地提醒自己：</w:t>
      </w:r>
      <w:r>
        <w:rPr>
          <w:lang w:eastAsia="zh-CN"/>
        </w:rPr>
        <w:br/>
      </w:r>
      <w:r>
        <w:rPr>
          <w:lang w:eastAsia="zh-CN"/>
        </w:rPr>
        <w:t>　　1.胜不骄，败不馁。</w:t>
      </w:r>
      <w:r>
        <w:rPr>
          <w:lang w:eastAsia="zh-CN"/>
        </w:rPr>
        <w:br/>
      </w:r>
      <w:r>
        <w:rPr>
          <w:lang w:eastAsia="zh-CN"/>
        </w:rPr>
        <w:t>　　2.任何时候都要保持冷静，不能被负面情绪控制。</w:t>
      </w:r>
      <w:r>
        <w:rPr>
          <w:lang w:eastAsia="zh-CN"/>
        </w:rPr>
        <w:br/>
      </w:r>
      <w:r>
        <w:rPr>
          <w:lang w:eastAsia="zh-CN"/>
        </w:rPr>
        <w:t>　　3.同时分析事情发展到现在的原因。刚开始的时候我把这些话写在手机里、桌子上、门上等等各种抬眼可及的地方，用以时刻提醒自己，现在它正逐渐的成为我的思维习惯。在遇到各种或悲或喜的事物时，我会立刻调节自己的情绪，并冷静地分析这些事物（以及自己产生这种情绪的原因，这有益于我今后更好地控制自己的情绪），这不仅会得到处事的方法，也会使人更快的走出心中的阴霾。具体在学习上，我会注重几点：1.强项弱项2.回顾近期自己的做法，总结进步或退步的原因。3.今后怎样做</w:t>
      </w:r>
      <w:r>
        <w:rPr>
          <w:lang w:eastAsia="zh-CN"/>
        </w:rPr>
        <w:br/>
      </w:r>
      <w:r>
        <w:rPr>
          <w:lang w:eastAsia="zh-CN"/>
        </w:rPr>
        <w:t>　　3.自信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自信来源于上述的“冷静”。只要看清自己及当下形势，不管现在的成绩有多糟糕，自信就随之不请自来了。有了自信就有了动力。</w:t>
      </w:r>
      <w:r>
        <w:rPr>
          <w:lang w:eastAsia="zh-CN"/>
        </w:rPr>
        <w:br/>
      </w:r>
      <w:r>
        <w:rPr>
          <w:lang w:eastAsia="zh-CN"/>
        </w:rPr>
        <w:t>　　4.实践</w:t>
      </w:r>
      <w:r>
        <w:rPr>
          <w:lang w:eastAsia="zh-CN"/>
        </w:rPr>
        <w:br/>
      </w:r>
      <w:r>
        <w:rPr>
          <w:lang w:eastAsia="zh-CN"/>
        </w:rPr>
        <w:t>　　永不放弃。一次考不好并没有关系，重整旗鼓继续努力。拥有人生目标i会让人更容易坚持。</w:t>
      </w:r>
      <w:r>
        <w:rPr>
          <w:lang w:eastAsia="zh-CN"/>
        </w:rPr>
        <w:br/>
      </w:r>
      <w:r>
        <w:rPr>
          <w:lang w:eastAsia="zh-CN"/>
        </w:rPr>
        <w:t>　　以上是我个人对自己现状的分析，我认为我进步的原因更多地在于心灵的成长，是心灵的成长带动了做事的成长。但是，我的方法主要是个人的思考，缺陷在于没有与老师、同学交流，仅一个人的思考有时可能会得到错误的答案。但是我会与自己的家长深入交流，所以家长是我的灯塔。</w:t>
      </w:r>
      <w:r>
        <w:rPr>
          <w:lang w:eastAsia="zh-CN"/>
        </w:rPr>
        <w:br/>
      </w:r>
      <w:r>
        <w:rPr>
          <w:lang w:eastAsia="zh-CN"/>
        </w:rPr>
        <w:t xml:space="preserve">    教师期中考试后总结 篇12 </w:t>
      </w:r>
      <w:r>
        <w:rPr>
          <w:lang w:eastAsia="zh-CN"/>
        </w:rPr>
        <w:br/>
      </w:r>
      <w:r>
        <w:rPr>
          <w:lang w:eastAsia="zh-CN"/>
        </w:rPr>
        <w:t>　　本次期中检测，通过和学生课下交流及我们对试卷的认真分析研究，得知学生对已学知识掌握的很不扎实，遗忘现象严重；语法知识分词的用法，掌握欠扎实、一知半解；语篇整体理解能力差、书面表达中语言贫乏、语法错误较多等等。通过这次考试中暴漏出的问题，我们制定以下改进措施。</w:t>
      </w:r>
      <w:r>
        <w:rPr>
          <w:lang w:eastAsia="zh-CN"/>
        </w:rPr>
        <w:br/>
      </w:r>
      <w:r>
        <w:rPr>
          <w:lang w:eastAsia="zh-CN"/>
        </w:rPr>
        <w:t>　　1、搞好集体备课与学案的制作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每周我们进行一次集体备课，主要是总结上周的教学情况并为下周的教学工作做好打算，主要形式就是老师们在一起讨论上周学案的使用情况、学案中存在的问题、下周要用的学案注意事项及英语考试中的问题等。每个单元我们打算制定五个学案（预习学案、讲授学案、语法学案、巩固学案和检测学案）。争取提前一周制做好学案，然后老师可以依据学案并根据自己及自己的学生状况进行个人备课。学案的制作我们本着细致、准确、实用性强的原则并力求有我们自己的特点。</w:t>
      </w:r>
      <w:r>
        <w:rPr>
          <w:lang w:eastAsia="zh-CN"/>
        </w:rPr>
        <w:br/>
      </w:r>
      <w:r>
        <w:rPr>
          <w:lang w:eastAsia="zh-CN"/>
        </w:rPr>
        <w:t>　　2、巩固基础、加大训练量</w:t>
      </w:r>
      <w:r>
        <w:rPr>
          <w:lang w:eastAsia="zh-CN"/>
        </w:rPr>
        <w:br/>
      </w:r>
      <w:r>
        <w:rPr>
          <w:lang w:eastAsia="zh-CN"/>
        </w:rPr>
        <w:t>　　根据英语学科的特点，在控制好进度，打牢英语基础知识点的基础上，进行尽可能多的训练以提高做题的速度及准确率。</w:t>
      </w:r>
      <w:r>
        <w:rPr>
          <w:lang w:eastAsia="zh-CN"/>
        </w:rPr>
        <w:br/>
      </w:r>
      <w:r>
        <w:rPr>
          <w:lang w:eastAsia="zh-CN"/>
        </w:rPr>
        <w:t>　　1)利用每周周四自习课进行一次阅读周测（50分钟），题型以完形填空、阅读理解、阅读表达为主，加大学生的阅读训练量，从而培养学生的阅读能力。</w:t>
      </w:r>
      <w:r>
        <w:rPr>
          <w:lang w:eastAsia="zh-CN"/>
        </w:rPr>
        <w:br/>
      </w:r>
      <w:r>
        <w:rPr>
          <w:lang w:eastAsia="zh-CN"/>
        </w:rPr>
        <w:t>　　2)借鉴去年的做法，每单元进行一次单词拼写的滚动检测，单词检测以本单元单词为主，同时对以前所学单词也一并进行考查。</w:t>
      </w:r>
      <w:r>
        <w:rPr>
          <w:lang w:eastAsia="zh-CN"/>
        </w:rPr>
        <w:br/>
      </w:r>
      <w:r>
        <w:rPr>
          <w:lang w:eastAsia="zh-CN"/>
        </w:rPr>
        <w:t>　　3)每周进行一次考试，做到认真阅卷、评卷、对每班前十名及个别同学要做到面批，发现的问题做到及时解决。</w:t>
      </w:r>
      <w:r>
        <w:rPr>
          <w:lang w:eastAsia="zh-CN"/>
        </w:rPr>
        <w:br/>
      </w:r>
      <w:r>
        <w:rPr>
          <w:lang w:eastAsia="zh-CN"/>
        </w:rPr>
        <w:t>　　3、组织年级英语口语比赛，促进英语学习氛围</w:t>
      </w:r>
      <w:r>
        <w:rPr>
          <w:lang w:eastAsia="zh-CN"/>
        </w:rPr>
        <w:br/>
      </w:r>
      <w:r>
        <w:rPr>
          <w:lang w:eastAsia="zh-CN"/>
        </w:rPr>
        <w:t>　　以口语竞赛为锲机，一来营造学习英语的良好氛围，二来为市口语大赛选拔苗子。</w:t>
      </w:r>
      <w:r>
        <w:rPr>
          <w:lang w:eastAsia="zh-CN"/>
        </w:rPr>
        <w:br/>
      </w:r>
      <w:r>
        <w:rPr>
          <w:lang w:eastAsia="zh-CN"/>
        </w:rPr>
        <w:t>　　4、重视作业的布置及错题本的整理</w:t>
      </w:r>
      <w:r>
        <w:rPr>
          <w:lang w:eastAsia="zh-CN"/>
        </w:rPr>
        <w:br/>
      </w:r>
      <w:r>
        <w:rPr>
          <w:lang w:eastAsia="zh-CN"/>
        </w:rPr>
        <w:t>　　作业的内容主要是本单元的重、难点、易错点、并认真、及时为学生批阅讲评。同时对学生的错题本整理要进行必要的指导和检查。</w:t>
      </w:r>
      <w:r>
        <w:rPr>
          <w:lang w:eastAsia="zh-CN"/>
        </w:rPr>
        <w:br/>
      </w:r>
      <w:r>
        <w:rPr>
          <w:lang w:eastAsia="zh-CN"/>
        </w:rPr>
        <w:t>　　5、注重平日落实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要本着利用有限的课时得到最有效的教学效果的原则，每节课布置的作业要及时检测，要重视检测，要注意变换检测的形式，检测的面一定要大并使检测的方式方法灵活多样并卓有成效。真正使学生觉得每次作业老师都有可能检查，绝不能让学生有侥幸心理，绝不能让学生觉得有空子可钻、有机可乘，更不能让学生摸着老师检测的规律，要让学生觉得只能好好准备，别无他法。</w:t>
      </w:r>
      <w:r>
        <w:rPr>
          <w:lang w:eastAsia="zh-CN"/>
        </w:rPr>
        <w:br/>
      </w:r>
      <w:r>
        <w:rPr>
          <w:lang w:eastAsia="zh-CN"/>
        </w:rPr>
        <w:t>　　6、注重与学生交流</w:t>
      </w:r>
      <w:r>
        <w:rPr>
          <w:lang w:eastAsia="zh-CN"/>
        </w:rPr>
        <w:br/>
      </w:r>
      <w:r>
        <w:rPr>
          <w:lang w:eastAsia="zh-CN"/>
        </w:rPr>
        <w:t>　　利用作业、考试、自习等时机，随时随地与学生进行交流，及时解决教学中出现的问题，加强和学生之间的感情交流，让学生真正的做到乐学英语。</w:t>
      </w:r>
      <w:r>
        <w:rPr>
          <w:lang w:eastAsia="zh-CN"/>
        </w:rPr>
        <w:br/>
      </w:r>
      <w:r>
        <w:rPr>
          <w:lang w:eastAsia="zh-CN"/>
        </w:rPr>
        <w:t>　　7、注重课堂重、难、易错、易混点的讲解</w:t>
      </w:r>
      <w:r>
        <w:rPr>
          <w:lang w:eastAsia="zh-CN"/>
        </w:rPr>
        <w:br/>
      </w:r>
      <w:r>
        <w:rPr>
          <w:lang w:eastAsia="zh-CN"/>
        </w:rPr>
        <w:t>　　特别是对于重、难、易错、易混点，在集体备课的基础上，结合学生实际情况，进行详细解释，通过变式等训练，让学生真正弄懂。</w:t>
      </w:r>
      <w:r>
        <w:rPr>
          <w:lang w:eastAsia="zh-CN"/>
        </w:rPr>
        <w:br/>
      </w:r>
      <w:r>
        <w:rPr>
          <w:lang w:eastAsia="zh-CN"/>
        </w:rPr>
        <w:t>　　8、在组题上下功夫</w:t>
      </w:r>
      <w:r>
        <w:rPr>
          <w:lang w:eastAsia="zh-CN"/>
        </w:rPr>
        <w:br/>
      </w:r>
      <w:r>
        <w:rPr>
          <w:lang w:eastAsia="zh-CN"/>
        </w:rPr>
        <w:t>　　组题时，认真研究课程标准对于本单元或本阶段知识点的目标要求及考纲要求，强调对易考点的变式、循环滚动检测。另外注重题目的'时效性、新颖性，通过考试资源网等提供的最新材料加以整合，此外每组好一份题目，再整合集体的智慧，放到集体备课中加以讨论、整改，最后定稿，力求每道题目精致、合理。</w:t>
      </w:r>
      <w:r>
        <w:rPr>
          <w:lang w:eastAsia="zh-CN"/>
        </w:rPr>
        <w:br/>
      </w:r>
      <w:r>
        <w:rPr>
          <w:lang w:eastAsia="zh-CN"/>
        </w:rPr>
        <w:t xml:space="preserve">    教师期中考试后总结 篇13 </w:t>
      </w:r>
      <w:r>
        <w:rPr>
          <w:lang w:eastAsia="zh-CN"/>
        </w:rPr>
        <w:br/>
      </w:r>
      <w:r>
        <w:rPr>
          <w:lang w:eastAsia="zh-CN"/>
        </w:rPr>
        <w:t>　　一、对高二年级教师队伍的认识</w:t>
      </w:r>
      <w:r>
        <w:rPr>
          <w:lang w:eastAsia="zh-CN"/>
        </w:rPr>
        <w:br/>
      </w:r>
      <w:r>
        <w:rPr>
          <w:lang w:eastAsia="zh-CN"/>
        </w:rPr>
        <w:t>　　1、队伍精、素质好。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大半个学期过去了，与老师们相处融洽，工作得到了老师们的大力支持，感觉我这个组长当的很轻松，很多事情都不需要我操心。这得益于我们高二年级有一支高素质的教师队伍，人数少，任务重，但敢于挑重担，挑得好重担。如理科综合组7名老师挑起了6个班的理、化、生教学任务，李绍富老师不仅代着3个班的物理教学，还肩负205班班主任，还要一个人照顾小孩，困难可想而知；向光模老师顶着压力接受教学安排，工作积极主动，也发挥了在理科综合组的示范作用；许晶老师班级管理有方法，效果好，团结带领备课组一班人提高年级组整体英语水平，并提出了文科英语再获高考质量奖的目标。我们的11名班主任已经成为七中一道亮丽的风景，很多人还在睡梦中时，他们已早早来到教室组织学生早读。</w:t>
      </w:r>
      <w:r>
        <w:rPr>
          <w:lang w:eastAsia="zh-CN"/>
        </w:rPr>
        <w:br/>
      </w:r>
      <w:r>
        <w:rPr>
          <w:lang w:eastAsia="zh-CN"/>
        </w:rPr>
        <w:t>　　2、顾大局、讲奉献。</w:t>
      </w:r>
      <w:r>
        <w:rPr>
          <w:lang w:eastAsia="zh-CN"/>
        </w:rPr>
        <w:br/>
      </w:r>
      <w:r>
        <w:rPr>
          <w:lang w:eastAsia="zh-CN"/>
        </w:rPr>
        <w:t>　　谭文华老师已经成为年级组的第12名班主任，9月调考后，他看到自己所带的班级生物成绩稍差一些，之后的`很多个早晨，我们都可以在教室看到谭老师的身影，具有高度的责任心和事业心；王军科老师在胡老师生病住院后，接受学校安排，担任209班班主任，克服家庭困难，与一帮小鬼斗智斗勇。在各班的自习课上，都有我们科任老师的身影，但没有一个老师要报酬、要待遇。一句话，高二年级的老师苦并快乐着，累并坚忍着。</w:t>
      </w:r>
      <w:r>
        <w:rPr>
          <w:lang w:eastAsia="zh-CN"/>
        </w:rPr>
        <w:br/>
      </w:r>
      <w:r>
        <w:rPr>
          <w:lang w:eastAsia="zh-CN"/>
        </w:rPr>
        <w:t>　　二、期中考试成绩分析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期中考试结束后，按照刘校长要求，学科老师以备课组为单位、科任老师以班主任为中心进行了学情与成绩分析。结合各班级、各学科组分析情况小结如下：</w:t>
      </w:r>
      <w:r>
        <w:rPr>
          <w:lang w:eastAsia="zh-CN"/>
        </w:rPr>
        <w:br/>
      </w:r>
      <w:r>
        <w:rPr>
          <w:lang w:eastAsia="zh-CN"/>
        </w:rPr>
        <w:t>　　成绩：</w:t>
      </w:r>
      <w:r>
        <w:rPr>
          <w:lang w:eastAsia="zh-CN"/>
        </w:rPr>
        <w:br/>
      </w:r>
      <w:r>
        <w:rPr>
          <w:lang w:eastAsia="zh-CN"/>
        </w:rPr>
        <w:t>　　1、理科4、5、6班并进态势良好。9月调考后我说过平行班4、5、6班成绩不平行，相关班级班主任高度重视，现在看来，进步明显。</w:t>
      </w:r>
      <w:r>
        <w:rPr>
          <w:lang w:eastAsia="zh-CN"/>
        </w:rPr>
        <w:br/>
      </w:r>
      <w:r>
        <w:rPr>
          <w:lang w:eastAsia="zh-CN"/>
        </w:rPr>
        <w:t>　　2、理科2班异军突起。刘圆圆老师付出了艰辛的努力，也想了很多办法。希望能继续前进，不要昙花一现。</w:t>
      </w:r>
      <w:r>
        <w:rPr>
          <w:lang w:eastAsia="zh-CN"/>
        </w:rPr>
        <w:br/>
      </w:r>
      <w:r>
        <w:rPr>
          <w:lang w:eastAsia="zh-CN"/>
        </w:rPr>
        <w:t>　　3、文科英语差距缩小，特别是207班英语有很大进步，感谢尤新红老师。理科英语整体有进步，一些重点学生成绩有提高。</w:t>
      </w:r>
      <w:r>
        <w:rPr>
          <w:lang w:eastAsia="zh-CN"/>
        </w:rPr>
        <w:br/>
      </w:r>
      <w:r>
        <w:rPr>
          <w:lang w:eastAsia="zh-CN"/>
        </w:rPr>
        <w:t>　　4、文科数学均分、及格人数都有提高。可能是降低了试题难度，但我们应该看到，及格的人数越多，学生学习数学的兴趣会越高。数学组的老师做出了贡献，还要进一步统一思想，坚持搞好每周检测。</w:t>
      </w:r>
      <w:r>
        <w:rPr>
          <w:lang w:eastAsia="zh-CN"/>
        </w:rPr>
        <w:br/>
      </w:r>
      <w:r>
        <w:rPr>
          <w:lang w:eastAsia="zh-CN"/>
        </w:rPr>
        <w:t>　　5、诚信考场考风好，下次考试继续推行这种制度，扩大覆盖面。</w:t>
      </w:r>
      <w:r>
        <w:rPr>
          <w:lang w:eastAsia="zh-CN"/>
        </w:rPr>
        <w:br/>
      </w:r>
      <w:r>
        <w:rPr>
          <w:lang w:eastAsia="zh-CN"/>
        </w:rPr>
        <w:t>　　问题：</w:t>
      </w:r>
      <w:r>
        <w:rPr>
          <w:lang w:eastAsia="zh-CN"/>
        </w:rPr>
        <w:br/>
      </w:r>
      <w:r>
        <w:rPr>
          <w:lang w:eastAsia="zh-CN"/>
        </w:rPr>
        <w:t>　　1、老问题有改进，但依然存在。理科班班主任及英语老师在照顾整体基础上，要做好重点学生的思想工作，包括家长的工作。</w:t>
      </w:r>
      <w:r>
        <w:rPr>
          <w:lang w:eastAsia="zh-CN"/>
        </w:rPr>
        <w:br/>
      </w:r>
      <w:r>
        <w:rPr>
          <w:lang w:eastAsia="zh-CN"/>
        </w:rPr>
        <w:t>　　2、一些学科成绩班级相比悬殊很大，分析出了原因，重在落实。学生学习的自觉性很差，要多督促，多检查。</w:t>
      </w:r>
      <w:r>
        <w:rPr>
          <w:lang w:eastAsia="zh-CN"/>
        </w:rPr>
        <w:br/>
      </w:r>
      <w:r>
        <w:rPr>
          <w:lang w:eastAsia="zh-CN"/>
        </w:rPr>
        <w:t>　　3、考试监考部分老师迟到，要注意。语、数、外3门学科统分、登分出现差错，提出批评。</w:t>
      </w:r>
      <w:r>
        <w:rPr>
          <w:lang w:eastAsia="zh-CN"/>
        </w:rPr>
        <w:br/>
      </w:r>
      <w:r>
        <w:rPr>
          <w:lang w:eastAsia="zh-CN"/>
        </w:rPr>
        <w:t>　　想法：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1、每位班主任、任课老师要找准自己的工作重点和突破点，有目的有计划的工作，有思想有研究的工作，突出工作的时效性。班主任不要陷入管理泥潭，只管常规，每日身心疲惫，学习“许晶工作法”，担当班级组的当然责任人，保证班级各门学科均衡发展。</w:t>
      </w:r>
      <w:r>
        <w:rPr>
          <w:lang w:eastAsia="zh-CN"/>
        </w:rPr>
        <w:br/>
      </w:r>
      <w:r>
        <w:rPr>
          <w:lang w:eastAsia="zh-CN"/>
        </w:rPr>
        <w:t>　　2、教师的投入会与产出成正比。经验和方法能事半功倍，辛勤和汗水也会提高我们的教学成绩。</w:t>
      </w:r>
      <w:r>
        <w:rPr>
          <w:lang w:eastAsia="zh-CN"/>
        </w:rPr>
        <w:br/>
      </w:r>
      <w:r>
        <w:rPr>
          <w:lang w:eastAsia="zh-CN"/>
        </w:rPr>
        <w:t>　　3、消极的生源观会使我们的工作大打折扣。一个学校是什么样的生源状况不是个人主观愿望所能确定的。学校状况在很大程度上决定了生源状况，生源差已是一个不可改变的事实，我们应正视现实，不要一味地抱怨、责备。</w:t>
      </w:r>
      <w:r>
        <w:rPr>
          <w:lang w:eastAsia="zh-CN"/>
        </w:rPr>
        <w:br/>
      </w:r>
      <w:r>
        <w:rPr>
          <w:lang w:eastAsia="zh-CN"/>
        </w:rPr>
        <w:t>　　4、备课组要形成合力，不要各行其是。备课组始终跟踪于一个年级的研究，应该说更具体、更实在，更有针对性，通过备课组的形式将同一年级的学科任课教师组织在一起，形成一股合力，弥补个体的不足，这也是学校现有教学资源最简单、最有成效的整合。</w:t>
      </w:r>
      <w:r>
        <w:rPr>
          <w:lang w:eastAsia="zh-CN"/>
        </w:rPr>
        <w:br/>
      </w:r>
      <w:r>
        <w:rPr>
          <w:lang w:eastAsia="zh-CN"/>
        </w:rPr>
        <w:t>　　5、希望全组老师继续发挥团队精神，集众人之长，整体创优；不断自我反思，建立高质量、高效率的课堂，把小事做精彩，把平凡事做经典。</w:t>
      </w:r>
      <w:r>
        <w:rPr>
          <w:lang w:eastAsia="zh-CN"/>
        </w:rPr>
        <w:br/>
      </w:r>
      <w:r>
        <w:rPr>
          <w:lang w:eastAsia="zh-CN"/>
        </w:rPr>
        <w:t>　　大家的辛苦换来了我的轻松，人辛苦了，心情要愉快，要学会调节，如果有可能，希望每周星期二下午第4节课开设成高二年级组的教师体育课，每一位老师都能放下其他工作，出现在球场上，出现在体育馆里。</w:t>
      </w:r>
      <w:r>
        <w:rPr>
          <w:lang w:eastAsia="zh-CN"/>
        </w:rPr>
        <w:br/>
      </w:r>
      <w:r>
        <w:rPr>
          <w:lang w:eastAsia="zh-CN"/>
        </w:rPr>
        <w:t xml:space="preserve">    教师期中考试后总结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按教务工作计划，本学期的期中考试于第十周星期四、五如期举行。针对前期取得的成绩和存在的不足，教务处特作以下小结，以促进后期教育教学工作更加顺利进行。</w:t>
      </w:r>
      <w:r>
        <w:rPr>
          <w:lang w:eastAsia="zh-CN"/>
        </w:rPr>
        <w:br/>
      </w:r>
      <w:r>
        <w:rPr>
          <w:lang w:eastAsia="zh-CN"/>
        </w:rPr>
        <w:t>　　一、本次考试的主要目的：</w:t>
      </w:r>
      <w:r>
        <w:rPr>
          <w:lang w:eastAsia="zh-CN"/>
        </w:rPr>
        <w:br/>
      </w:r>
      <w:r>
        <w:rPr>
          <w:lang w:eastAsia="zh-CN"/>
        </w:rPr>
        <w:t>　　1、检验初一新生入学后对初中学习生活的适应情况，让师、生、教导处做到心中有数。</w:t>
      </w:r>
      <w:r>
        <w:rPr>
          <w:lang w:eastAsia="zh-CN"/>
        </w:rPr>
        <w:br/>
      </w:r>
      <w:r>
        <w:rPr>
          <w:lang w:eastAsia="zh-CN"/>
        </w:rPr>
        <w:t>　　2、对初全校总体教学状况做一个摸底。</w:t>
      </w:r>
      <w:r>
        <w:rPr>
          <w:lang w:eastAsia="zh-CN"/>
        </w:rPr>
        <w:br/>
      </w:r>
      <w:r>
        <w:rPr>
          <w:lang w:eastAsia="zh-CN"/>
        </w:rPr>
        <w:t>　　3、对我校教师的年级搭配及教学成果进行检测。</w:t>
      </w:r>
      <w:r>
        <w:rPr>
          <w:lang w:eastAsia="zh-CN"/>
        </w:rPr>
        <w:br/>
      </w:r>
      <w:r>
        <w:rPr>
          <w:lang w:eastAsia="zh-CN"/>
        </w:rPr>
        <w:t>　　4、通过考试发现教学中存在的问题及时总结，并指导下一步工作，促进教学质量的提高。</w:t>
      </w:r>
      <w:r>
        <w:rPr>
          <w:lang w:eastAsia="zh-CN"/>
        </w:rPr>
        <w:br/>
      </w:r>
      <w:r>
        <w:rPr>
          <w:lang w:eastAsia="zh-CN"/>
        </w:rPr>
        <w:t>　　二、题目及试卷制作情况</w:t>
      </w:r>
      <w:r>
        <w:rPr>
          <w:lang w:eastAsia="zh-CN"/>
        </w:rPr>
        <w:br/>
      </w:r>
      <w:r>
        <w:rPr>
          <w:lang w:eastAsia="zh-CN"/>
        </w:rPr>
        <w:t>　　这次考试教导处基本上采取部分题目校内非本年级教师教师命题和外乡镇兄弟学校题目相结合，目的是想促进教师教学思想的交流，学习兄弟学校的经验，同时也保证此次考试的真实性和时效性。由于教导室工作的疏忽，部分试卷印制不够清楚及背面未印内容。</w:t>
      </w:r>
      <w:r>
        <w:rPr>
          <w:lang w:eastAsia="zh-CN"/>
        </w:rPr>
        <w:br/>
      </w:r>
      <w:r>
        <w:rPr>
          <w:lang w:eastAsia="zh-CN"/>
        </w:rPr>
        <w:t>　　三、考试过程</w:t>
      </w:r>
      <w:r>
        <w:rPr>
          <w:lang w:eastAsia="zh-CN"/>
        </w:rPr>
        <w:br/>
      </w:r>
      <w:r>
        <w:rPr>
          <w:lang w:eastAsia="zh-CN"/>
        </w:rPr>
        <w:t>　　本次考试前，在周前会上教导处对全校师生进行了充分的考前动员，并鼓励全校师生以真实的成绩对开学以来教师的教和学生的学做全面的检测，要把本次考试作为对学生进行诚信教育的有利契机，为此，教导处把全校七、八、九三个年级的学生进行了交叉编排。当然，这样安排，增加了老师们的工作量。有极少数监考教师将试卷顺序收错，密封线位置订错，也出现了部分试卷收掉的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考试前，各班主任在教导处的指导下对学生做了较为深刻的思想动员，使得全校同学精神振奋，心态平和，抱着强有力的集体荣誉感投入到考试中。在整个考试过程中，秩序井然，监考老师对整个监考过程认真负责，纪律严明，自始至终很少有作弊现象发生。</w:t>
      </w:r>
      <w:r>
        <w:rPr>
          <w:lang w:eastAsia="zh-CN"/>
        </w:rPr>
        <w:br/>
      </w:r>
      <w:r>
        <w:rPr>
          <w:lang w:eastAsia="zh-CN"/>
        </w:rPr>
        <w:t>　　四、考试分析</w:t>
      </w:r>
      <w:r>
        <w:rPr>
          <w:lang w:eastAsia="zh-CN"/>
        </w:rPr>
        <w:br/>
      </w:r>
      <w:r>
        <w:rPr>
          <w:lang w:eastAsia="zh-CN"/>
        </w:rPr>
        <w:t>　　这次考试组织严密，基本达到了预期的效果，考试结果真实有效。为了及时对考试进行总结，教导处及彭乾飞副校长在全校教师会上对本次考试也作了较为深入细致的总结，并要求各班级和所有老师组写出学科考试分析，并组织各班召开了科任教师会，部分班级还召开了师生面对面的期中小结班会。</w:t>
      </w:r>
      <w:r>
        <w:rPr>
          <w:lang w:eastAsia="zh-CN"/>
        </w:rPr>
        <w:br/>
      </w:r>
      <w:r>
        <w:rPr>
          <w:lang w:eastAsia="zh-CN"/>
        </w:rPr>
        <w:t>　　从上交的学科考试分析来看，老师对本次考题较满意，认为出题者作了较深入地研究才出题的，有一定的交流和参考价值。当然也了极少数题目命题教师在命题过程中校对不够严谨，如该画线的未画线，该打点的未打点或者一题有多个答案的。或有的卷面不清楚，出题意图不够明确，教学进度不一致等。介于这一问题，部分考题作了调整，主要是初二语语文、英语和初一地理。</w:t>
      </w:r>
      <w:r>
        <w:rPr>
          <w:lang w:eastAsia="zh-CN"/>
        </w:rPr>
        <w:br/>
      </w:r>
      <w:r>
        <w:rPr>
          <w:lang w:eastAsia="zh-CN"/>
        </w:rPr>
        <w:t>　　从考试的结果分析，初一各班成绩没有较大差异，但总体成绩不容乐观。原因在于：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1、尖子生明显不如往届，尤其是服务范围内学生。如小考语、数成绩在180分(小考全镇前37名)以上者，不少学生成绩都未能进入年级前50名。从考试成绩来看，年级前50名学生分布情况基本均衡，703班11人、704班13人，较基四个班略多，但以上两班进入前50名的学生均有3-5人来自务工外回学生，在分班时属于不确定因素)，从整体状况来看，702、703、704班发展状况良好，期中考试过后701、705、706三个班的班主任均表示不甘落后，综上所述，七年级六个班虽部分学科暂时存在细微差距，但整体发展势头良好。</w:t>
      </w:r>
      <w:r>
        <w:rPr>
          <w:lang w:eastAsia="zh-CN"/>
        </w:rPr>
        <w:br/>
      </w:r>
      <w:r>
        <w:rPr>
          <w:lang w:eastAsia="zh-CN"/>
        </w:rPr>
        <w:t>　　2、个别教师教学中存在粗心意识;七年级数学、英语仍有大部分学生偏科;八年级六班与上期相比有一定的滑坡。(针对这一情况，新接任班主任钟孝平老师和科任老师一起在校长办公室召开了科任教师会，分析了原因，通过班会对学生进行有针对性的教育。)八年级数学、英语、生物、历史等学科应该引起重视，年级差距均不小。</w:t>
      </w:r>
      <w:r>
        <w:rPr>
          <w:lang w:eastAsia="zh-CN"/>
        </w:rPr>
        <w:br/>
      </w:r>
      <w:r>
        <w:rPr>
          <w:lang w:eastAsia="zh-CN"/>
        </w:rPr>
        <w:t>　　3、九年级各科成绩较为均衡，特别是902、904班语文、英语等学科进步较为明显。但从年级30名-70名的学生来看，仍然存在偏科现象，希望各班主任协调相应学生薄弱学科的科任教师，做好“监界生”的培养工作。</w:t>
      </w:r>
      <w:r>
        <w:rPr>
          <w:lang w:eastAsia="zh-CN"/>
        </w:rPr>
        <w:br/>
      </w:r>
      <w:r>
        <w:rPr>
          <w:lang w:eastAsia="zh-CN"/>
        </w:rPr>
        <w:t>　　五、今后的打算下一步</w:t>
      </w:r>
      <w:r>
        <w:rPr>
          <w:lang w:eastAsia="zh-CN"/>
        </w:rPr>
        <w:br/>
      </w:r>
      <w:r>
        <w:rPr>
          <w:lang w:eastAsia="zh-CN"/>
        </w:rPr>
        <w:t>　　教导室将认真总结前段工作中存在的不足，努力搞好教育教学服务工作，提高服务意识，搞好教学管理。一方面要加强课堂教学的力度，努力打造高效课堂，加强课后辅导工作，特别是对潜能生的教育。二要促进教师教育观念的转变，努力打造新型的师生关系。三是尽量配合学校完善考评机制，充分调动大家工作的积极性。</w:t>
      </w:r>
      <w:r>
        <w:rPr>
          <w:lang w:eastAsia="zh-CN"/>
        </w:rPr>
        <w:br/>
      </w:r>
      <w:r>
        <w:rPr>
          <w:lang w:eastAsia="zh-CN"/>
        </w:rPr>
        <w:t xml:space="preserve">    教师期中考试后总结 篇15 </w:t>
      </w:r>
      <w:r>
        <w:rPr>
          <w:lang w:eastAsia="zh-CN"/>
        </w:rPr>
        <w:br/>
      </w:r>
      <w:r>
        <w:rPr>
          <w:lang w:eastAsia="zh-CN"/>
        </w:rPr>
        <w:t>　　老师们，同学们：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下午好！</w:t>
      </w:r>
      <w:r>
        <w:rPr>
          <w:lang w:eastAsia="zh-CN"/>
        </w:rPr>
        <w:br/>
      </w:r>
      <w:r>
        <w:rPr>
          <w:lang w:eastAsia="zh-CN"/>
        </w:rPr>
        <w:t>　　看着你们这么饱满的精神状态，我站在台上感到很振奋，和你们相处的日子，是我最为开心的日子。今天老师不讲大的理论，只讲学习语文的几个小细节，与同学们分享。</w:t>
      </w:r>
      <w:r>
        <w:rPr>
          <w:lang w:eastAsia="zh-CN"/>
        </w:rPr>
        <w:br/>
      </w:r>
      <w:r>
        <w:rPr>
          <w:lang w:eastAsia="zh-CN"/>
        </w:rPr>
        <w:t>　　1、规范书写。</w:t>
      </w:r>
      <w:r>
        <w:rPr>
          <w:lang w:eastAsia="zh-CN"/>
        </w:rPr>
        <w:br/>
      </w:r>
      <w:r>
        <w:rPr>
          <w:lang w:eastAsia="zh-CN"/>
        </w:rPr>
        <w:t>　　通过与同学们的相处，我认为书写是我们目前要做的当务之急，我经常在二班强调一点，我允许回答问题不准确，但我不允许书写潦草。写不好字，学好语文几乎是空谈，我观察了一下，语文分数高的同学都是书写非常工整的;反之，语文分数低的，99%都得不到高分。字如其人，希望从今天开始，请你认认真真写好每一个字。</w:t>
      </w:r>
      <w:r>
        <w:rPr>
          <w:lang w:eastAsia="zh-CN"/>
        </w:rPr>
        <w:br/>
      </w:r>
      <w:r>
        <w:rPr>
          <w:lang w:eastAsia="zh-CN"/>
        </w:rPr>
        <w:t>　　2、狠抓基础。</w:t>
      </w:r>
      <w:r>
        <w:rPr>
          <w:lang w:eastAsia="zh-CN"/>
        </w:rPr>
        <w:br/>
      </w:r>
      <w:r>
        <w:rPr>
          <w:lang w:eastAsia="zh-CN"/>
        </w:rPr>
        <w:t>　　什么是基础，简言之，试卷上的字词部分，古诗文背诵部分，文学常识部分，翻译部分。这些不能丢分的地方坚决不能丢分。我分析了这一次八(2)班的期中语文试卷，拿十分古诗背诵题为例，八(2)班竟然只有八个同学得满分。少的扣一分，多的竟然扣六分，非常可惜。一班也是如此，如果连这些基础分都不能全拿，想考高分，难上加难。但我始终认为，如果按照老师要求，一步一个脚印，扎扎实实地背诵、默写，十分默写题犹如囊中取物，轻而易举。特别是语文基础差的同学，在基础方面更要下苦工，如果你还没有一本现代汉语词典，你算不上一个合格的中学生。</w:t>
      </w:r>
      <w:r>
        <w:rPr>
          <w:lang w:eastAsia="zh-CN"/>
        </w:rPr>
        <w:br/>
      </w:r>
      <w:r>
        <w:rPr>
          <w:lang w:eastAsia="zh-CN"/>
        </w:rPr>
        <w:t>　　3、学会预习。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预习的重要性我相信大家都知道，预习的方法我相信老师们都讲到了，但真正做到的有几人呢?我在(2)班举过一个九年级学生的例子，当时八年级的时候是我带的，他每次都走在我的前面，每当我讲新课之前，他都在语文书本上做满了记号，该背诵的早就会背诵了。今天我特意带了他的语文书，你再对照你的语文书，你做到了吗?我认为谁的语文书本越脏谁就能学好语文，谁的语文书本越赶紧越学不好语文。当然这个脏不是叫你将书本放在地上踩几脚。</w:t>
      </w:r>
      <w:r>
        <w:rPr>
          <w:lang w:eastAsia="zh-CN"/>
        </w:rPr>
        <w:br/>
      </w:r>
      <w:r>
        <w:rPr>
          <w:lang w:eastAsia="zh-CN"/>
        </w:rPr>
        <w:t>　　4、坚持阅读。</w:t>
      </w:r>
      <w:r>
        <w:rPr>
          <w:lang w:eastAsia="zh-CN"/>
        </w:rPr>
        <w:br/>
      </w:r>
      <w:r>
        <w:rPr>
          <w:lang w:eastAsia="zh-CN"/>
        </w:rPr>
        <w:t>　　做到以上三点，你已经成功了一半，最重要的一点就是坚持阅读，学习语文是一个积累的过程，我很高兴我们八年级的图书角摆满了书籍，我很高兴课间看到很多同学沉浸在书的海洋中。学习语文没有捷径可走，读书破万卷下笔如有神绝不是一句口号，书读百遍其义自见可谓真知灼见。同学们，希望从今天起，拿起书本，走进书的海洋，想不学好语文都难！我对你们充满信息！</w:t>
      </w:r>
      <w:r>
        <w:rPr>
          <w:lang w:eastAsia="zh-CN"/>
        </w:rPr>
        <w:br/>
      </w:r>
      <w:r>
        <w:rPr>
          <w:lang w:eastAsia="zh-CN"/>
        </w:rPr>
        <w:t xml:space="preserve">    教师期中考试后总结 篇16 </w:t>
      </w:r>
      <w:r>
        <w:rPr>
          <w:lang w:eastAsia="zh-CN"/>
        </w:rPr>
        <w:br/>
      </w:r>
      <w:r>
        <w:rPr>
          <w:lang w:eastAsia="zh-CN"/>
        </w:rPr>
        <w:t>　　尊敬的各位家长：</w:t>
      </w:r>
      <w:r>
        <w:rPr>
          <w:lang w:eastAsia="zh-CN"/>
        </w:rPr>
        <w:br/>
      </w:r>
      <w:r>
        <w:rPr>
          <w:lang w:eastAsia="zh-CN"/>
        </w:rPr>
        <w:t>　　大家好!</w:t>
      </w:r>
      <w:r>
        <w:rPr>
          <w:lang w:eastAsia="zh-CN"/>
        </w:rPr>
        <w:br/>
      </w:r>
    </w:p>
    <w:p w:rsidR="001B1F19" w14:textId="27C3F48A">
      <w:pPr>
        <w:rPr>
          <w:rFonts w:hint="eastAsia"/>
          <w:lang w:eastAsia="zh-CN"/>
        </w:rPr>
      </w:pPr>
      <w:r>
        <w:rPr>
          <w:lang w:eastAsia="zh-CN"/>
        </w:rPr>
        <w:t>　　首先，请允许我代表所有老师向各位家长的到来表示热烈的欢迎和衷心的感谢。感谢你们对我们班学生的关心和爱护，感谢你们对我们班级工作的大力支持。孩子入学一晃已经二年级了，我们又有这样的机会坐在一起，共同地讨论和交流一些关于我们孩子的学习和生活，作为孩子的班主任，在交流之前我想先以我个人的名义，向今天所有到来的或者没有到来的家长表达我深深的谢意，感谢大家这一年多来对我工作的支持，对学校工作的支持。如果没有你们这样的支持，孩子们不可能有这么大的进步。借此机会呢，我就先把我个人的一些想法先来跟大家分享一下，在坐的各位呢有些家长我们是接触的机会比较多，所以可能就对我和孩子的了解也就多一些，但也有一些家长可能因为工作的忙碌我们接触的就比较少一些，相对来说对我和孩子的了解就少一些。</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https://d.book118.com/436030013104010100</w:t>
        </w:r>
      </w:hyperlink>
    </w:p>
    <w:p w:rsidR="001B1F19">
      <w:pPr>
        <w:rPr>
          <w:rFonts w:hint="eastAsia"/>
          <w:lang w:eastAsia="zh-CN"/>
        </w:rPr>
      </w:pPr>
    </w:p>
    <w:sectPr>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36030013104010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