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中学英语老师工作总结（32篇）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中学英语老师工作总结（精选32篇）</w:t>
      </w:r>
      <w:r>
        <w:rPr>
          <w:lang w:eastAsia="zh-CN"/>
        </w:rPr>
        <w:br/>
      </w:r>
      <w:r>
        <w:rPr>
          <w:lang w:eastAsia="zh-CN"/>
        </w:rPr>
        <w:t xml:space="preserve">    中学英语老师工作总结 篇1 </w:t>
      </w:r>
      <w:r>
        <w:rPr>
          <w:lang w:eastAsia="zh-CN"/>
        </w:rPr>
        <w:br/>
      </w:r>
      <w:r>
        <w:rPr>
          <w:lang w:eastAsia="zh-CN"/>
        </w:rPr>
        <w:t>　　岁月如梭，一学期的教育教学工作已经结束，本期担任初168班和162班的英语教学任务，留给我的将是新的思考和更大的努力。在这一学期的教学工作中，我注重自己思想水平的提高，努力把自己塑造好，提高自己的理性认知能力。我在教育教学的各个方面取得了一定的成绩，但也有许多不足之处，现对一学年以来在教育教学工作中的各个方面作一个全面的总结。</w:t>
      </w:r>
      <w:r>
        <w:rPr>
          <w:lang w:eastAsia="zh-CN"/>
        </w:rPr>
        <w:br/>
      </w:r>
      <w:r>
        <w:rPr>
          <w:lang w:eastAsia="zh-CN"/>
        </w:rPr>
        <w:t>　　1、本人较注意抓常规教学，注意培养学生的听说读写的能力，充分利用早读时间，要求学生大声朗读课文并带读</w:t>
      </w:r>
      <w:r>
        <w:rPr>
          <w:lang w:eastAsia="zh-CN"/>
        </w:rPr>
        <w:br/>
      </w:r>
      <w:r>
        <w:rPr>
          <w:lang w:eastAsia="zh-CN"/>
        </w:rPr>
        <w:t>　　2、抓词汇和句型学习，经常进行听写训练，提高学生对记忆单词和句型的能力;</w:t>
      </w:r>
      <w:r>
        <w:rPr>
          <w:lang w:eastAsia="zh-CN"/>
        </w:rPr>
        <w:br/>
      </w:r>
      <w:r>
        <w:rPr>
          <w:lang w:eastAsia="zh-CN"/>
        </w:rPr>
        <w:t>　　3、课堂内外多听多说英语。老师上课时尽量用英语讲课，这样能使学生更多地接触英语。每堂课要用一定的时间让学生用所学过的日常用语和课堂用语进行不同的形式进行对话。也可以结合实物、图片等用英语进行简单的描术，培养学生的语感;</w:t>
      </w:r>
      <w:r>
        <w:rPr>
          <w:lang w:eastAsia="zh-CN"/>
        </w:rPr>
        <w:br/>
      </w:r>
      <w:r>
        <w:rPr>
          <w:lang w:eastAsia="zh-CN"/>
        </w:rPr>
        <w:t>　　4、抓小测验、单元测试过关;</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充分发挥学生的主体作用。上课时千方百计令学生投入，不让其分心，充分发挥他们的主体作用，使他们能在轻松、愉快、合作、交流中学到知识。</w:t>
      </w:r>
      <w:r>
        <w:rPr>
          <w:lang w:eastAsia="zh-CN"/>
        </w:rPr>
        <w:br/>
      </w:r>
      <w:r>
        <w:rPr>
          <w:lang w:eastAsia="zh-CN"/>
        </w:rPr>
        <w:t>　　教学方面的经验、存在问题及今后的做法：</w:t>
      </w:r>
      <w:r>
        <w:rPr>
          <w:lang w:eastAsia="zh-CN"/>
        </w:rPr>
        <w:br/>
      </w:r>
      <w:r>
        <w:rPr>
          <w:lang w:eastAsia="zh-CN"/>
        </w:rPr>
        <w:t>　　1、教的方面：</w:t>
      </w:r>
      <w:r>
        <w:rPr>
          <w:lang w:eastAsia="zh-CN"/>
        </w:rPr>
        <w:br/>
      </w:r>
      <w:r>
        <w:rPr>
          <w:lang w:eastAsia="zh-CN"/>
        </w:rPr>
        <w:t>　　深入了解和分析学生情况，有针对地教学，由于对每单元的单词和词组进行了多次强化训练，所以第二卷的得分率比第一卷高。虽然我们也进行了英语阅读训练，但学生阅读能力的提高不大。单选、完成句子的得分率还过得去，但综合知识未来得及操练其他项目得分率就较低。今后，应该加强完型填空、阅读理解和综合填空的训练。</w:t>
      </w:r>
      <w:r>
        <w:rPr>
          <w:lang w:eastAsia="zh-CN"/>
        </w:rPr>
        <w:br/>
      </w:r>
      <w:r>
        <w:rPr>
          <w:lang w:eastAsia="zh-CN"/>
        </w:rPr>
        <w:t>　　2、学的方面</w:t>
      </w:r>
      <w:r>
        <w:rPr>
          <w:lang w:eastAsia="zh-CN"/>
        </w:rPr>
        <w:br/>
      </w:r>
      <w:r>
        <w:rPr>
          <w:lang w:eastAsia="zh-CN"/>
        </w:rPr>
        <w:t>　　只要学生对英语学习有兴趣，坚持常年不断地、自觉得、随时随地接触英语、运用英语知识，英语成绩就会不断提高。</w:t>
      </w:r>
      <w:r>
        <w:rPr>
          <w:lang w:eastAsia="zh-CN"/>
        </w:rPr>
        <w:br/>
      </w:r>
      <w:r>
        <w:rPr>
          <w:lang w:eastAsia="zh-CN"/>
        </w:rPr>
        <w:t>　　如果只是为了应付考试，临时抱佛脚地补习，即使可以应付一时，但掌握的知识都是不牢固的。新旧知识就会顾此失彼。</w:t>
      </w:r>
      <w:r>
        <w:rPr>
          <w:lang w:eastAsia="zh-CN"/>
        </w:rPr>
        <w:br/>
      </w:r>
      <w:r>
        <w:rPr>
          <w:lang w:eastAsia="zh-CN"/>
        </w:rPr>
        <w:t>　　总之，在这一学期的教育教学工作中，我爱岗敬业，尽职尽责地完成了自己的本职工作，在教学工作中取得了一定的成绩。但由于经验不足，教学工作还有待于改进，在以后的教学工作，我将不断总结，虚心学习，努力提高自己的思想道德素质和教育教学水平。</w:t>
      </w:r>
      <w:r>
        <w:rPr>
          <w:lang w:eastAsia="zh-CN"/>
        </w:rPr>
        <w:br/>
      </w:r>
      <w:r>
        <w:rPr>
          <w:lang w:eastAsia="zh-CN"/>
        </w:rPr>
        <w:t xml:space="preserve">    中学英语老师工作总结 篇2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这雪花飞舞的时节，放飞的是希望，收获的是充实，看时光匆匆的溜走，忙碌的20__年也飞快的离我们而去。幼儿教育事业是一份需要用爱去耕耘的事业。在全社会呼唤师德的形式下，我有一份这样以爱为主题的工作，我快乐，我爱我身边的事业。回顾这学期，忙碌而愉快的工作在我班三位老师的团结协作下，取得了较好的成绩。本学期我认真做好各项工作，积极完成园里布置的各项任务。下面我把这学期的工作做一个总结。</w:t>
      </w:r>
      <w:r>
        <w:rPr>
          <w:lang w:eastAsia="zh-CN"/>
        </w:rPr>
        <w:br/>
      </w:r>
      <w:r>
        <w:rPr>
          <w:lang w:eastAsia="zh-CN"/>
        </w:rPr>
        <w:t>　　一、思想政治方面</w:t>
      </w:r>
      <w:r>
        <w:rPr>
          <w:lang w:eastAsia="zh-CN"/>
        </w:rPr>
        <w:br/>
      </w:r>
      <w:r>
        <w:rPr>
          <w:lang w:eastAsia="zh-CN"/>
        </w:rPr>
        <w:t>　　认真学习有关政治文件，保持正确的思想政治和方向。关心国家大事，经常和老师们一起探讨学习体会，以便更快的提高自己的政治思想觉悟。热爱自己的事业，无论是面对孩子还是面对家长，始终保持微笑，树立起良好的教师形象，用老师和“妈妈”的双重身份去关爱每一位幼儿，滋润每一颗童心。对幼儿一视同仁，并且要时刻告诫自己，一切要从孩子的角度出发，让每一个幼儿在幼儿园中都能健康快乐的成长。时刻注意自己的言谈举止，严格要求自己。</w:t>
      </w:r>
      <w:r>
        <w:rPr>
          <w:lang w:eastAsia="zh-CN"/>
        </w:rPr>
        <w:br/>
      </w:r>
      <w:r>
        <w:rPr>
          <w:lang w:eastAsia="zh-CN"/>
        </w:rPr>
        <w:t>　　二、教育教学方面</w:t>
      </w:r>
      <w:r>
        <w:rPr>
          <w:lang w:eastAsia="zh-CN"/>
        </w:rPr>
        <w:br/>
      </w:r>
      <w:r>
        <w:rPr>
          <w:lang w:eastAsia="zh-CN"/>
        </w:rPr>
        <w:t>　　在诸位前辈毫无保留的指导和帮助下，我教学能力增强了，在教学中克服了紧张感，能够进行教态自然亲切的有个人风格的教学活动，并能达到一定的教学效果。我着力于培养小班幼儿敢于表现自己的能力，所以在活动时注意营造活泼自然的氛围，认真在活动中贯彻《纲要》的要求，多给孩子表现的机会，多多给予孩子鼓励和表扬，帮助孩子从小树立自信。很多家长都反映：原本内向的孩子活泼、开朗多了。</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我非常感谢幼儿园给了年轻的我一个机会，让我担任本班英语教学工作，我的教学有计划，有准备，及时小结，定期总结反思，在活动中融入了我自己的`思考和创新，做到了新生也爱说英语。</w:t>
      </w:r>
      <w:r>
        <w:rPr>
          <w:lang w:eastAsia="zh-CN"/>
        </w:rPr>
        <w:br/>
      </w:r>
      <w:r>
        <w:rPr>
          <w:lang w:eastAsia="zh-CN"/>
        </w:rPr>
        <w:t>　　本学期的活动比较多，儿歌朗诵比赛、元旦联欢等活动的开展，使小朋友在身心等各方面都得到了很大的进步。儿歌朗诵时他们个个都是小明星，为孩子们创造了一个充分展示和表现的大舞台，连从不喜欢开口的一迪、雅如也能大方的给小朋友表演儿歌了。小小运动会，使孩子们从害怕困难到克服困难，磨炼了意志，充满了自信，增强了集体观念和责任感、表现力。我们还根据小班刚入学孩子的年龄特点，结合生活常规开展设计了主题活动“我是小能手”，让幼儿通过平时的学习和实践，自己动手穿衣、穿袜、穿鞋、叠被子等活动，并在元旦联欢时向家长进行了展示，在平时活动中，有趣的游戏吸引了小朋友，小朋友在玩中学、学中玩。活动中孩子们建立了良好的生活、学习常规，老师们也充分发挥自身的优势，在美术及音乐相结合的艺术领域进行了探讨和研究，给孩子们创设了一个温馨、优美的环境，并成功地多次进行开放教学观摩活动。</w:t>
      </w:r>
      <w:r>
        <w:rPr>
          <w:lang w:eastAsia="zh-CN"/>
        </w:rPr>
        <w:br/>
      </w:r>
      <w:r>
        <w:rPr>
          <w:lang w:eastAsia="zh-CN"/>
        </w:rPr>
        <w:t>　　三、家长方面</w:t>
      </w:r>
      <w:r>
        <w:rPr>
          <w:lang w:eastAsia="zh-CN"/>
        </w:rPr>
        <w:br/>
      </w:r>
      <w:r>
        <w:rPr>
          <w:lang w:eastAsia="zh-CN"/>
        </w:rPr>
        <w:t>　　多与家长沟通，与家长建立良好的关系，认真听取家长的意见或建议，满足家长的合理需求，努力缩短家长和老师之间的距离。</w:t>
      </w:r>
      <w:r>
        <w:rPr>
          <w:lang w:eastAsia="zh-CN"/>
        </w:rPr>
        <w:br/>
      </w:r>
      <w:r>
        <w:rPr>
          <w:lang w:eastAsia="zh-CN"/>
        </w:rPr>
        <w:t>　　四、其他方面</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为提高自身的素质修养，我认真学习幼教理论，作到理论指导实践，实践充实理论，把一些好的教育教学理论方法运用到具体实践中。多读书、多看报，不断充实自我，不断提高自身的业务能力，认真钻研教材，精心设计教案、制作教具，充分利用现代化的设备，认真上好每一节课。</w:t>
      </w:r>
      <w:r>
        <w:rPr>
          <w:lang w:eastAsia="zh-CN"/>
        </w:rPr>
        <w:br/>
      </w:r>
      <w:r>
        <w:rPr>
          <w:lang w:eastAsia="zh-CN"/>
        </w:rPr>
        <w:t>　　我积极参加园内外的各项活动，认真地接受并完成园领导交予的任务。利用业余时间进行函授和自学学习。</w:t>
      </w:r>
      <w:r>
        <w:rPr>
          <w:lang w:eastAsia="zh-CN"/>
        </w:rPr>
        <w:br/>
      </w:r>
      <w:r>
        <w:rPr>
          <w:lang w:eastAsia="zh-CN"/>
        </w:rPr>
        <w:t>　　当然，“金无足赤，人无完人”，我的身上还存在很多缺点，在以后的工作中我会有针对性地改正。我要着眼于未来，在接下来的日子里，不断地充实自己，对自己提出新的要求，勇敢地迎接挑战并取得佳绩，为幼儿园尽自己的一分力量，并愿我们的幼儿园会越来越好！</w:t>
      </w:r>
      <w:r>
        <w:rPr>
          <w:lang w:eastAsia="zh-CN"/>
        </w:rPr>
        <w:br/>
      </w:r>
      <w:r>
        <w:rPr>
          <w:lang w:eastAsia="zh-CN"/>
        </w:rPr>
        <w:t xml:space="preserve">    中学英语老师工作总结 篇3 </w:t>
      </w:r>
      <w:r>
        <w:rPr>
          <w:lang w:eastAsia="zh-CN"/>
        </w:rPr>
        <w:br/>
      </w:r>
      <w:r>
        <w:rPr>
          <w:lang w:eastAsia="zh-CN"/>
        </w:rPr>
        <w:t>　　一、基本情况</w:t>
      </w:r>
      <w:r>
        <w:rPr>
          <w:lang w:eastAsia="zh-CN"/>
        </w:rPr>
        <w:br/>
      </w:r>
      <w:r>
        <w:rPr>
          <w:lang w:eastAsia="zh-CN"/>
        </w:rPr>
        <w:t>　　作为一名教育工作者，从教3年来一直担任英语科教学工作，在不断地提高自身专业水平和能力的同时，面对教育改革和创新需要新突破的新形势，不断探索，整体优化，创造性的进行工作，取得了较好的效果，得到学生的认可。但是学生水平高低差距大，使教师在授课中难以兼顾,教材的词汇量大、内容多、语法较零碎，操作难度大。</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以新课程改革为指导，着眼于教育教学实践中出现的问题，通过校本研修，不断改进教学行为，提高自身的专业素质和教学质量，以全面实施素质教育为目标，以推进课程改革为重点，转变教学观念、深化教学改革、优化教学方式，提高自身的专业发展水平。坚持理论与实践相结合，并及时发现、解决教学中的存在问题，以教研促教改。同时利用共同研究这个平台，互相学习，为提高教学质量而努力。</w:t>
      </w:r>
      <w:r>
        <w:rPr>
          <w:lang w:eastAsia="zh-CN"/>
        </w:rPr>
        <w:br/>
      </w:r>
      <w:r>
        <w:rPr>
          <w:lang w:eastAsia="zh-CN"/>
        </w:rPr>
        <w:t>　　二、研修目标</w:t>
      </w:r>
      <w:r>
        <w:rPr>
          <w:lang w:eastAsia="zh-CN"/>
        </w:rPr>
        <w:br/>
      </w:r>
      <w:r>
        <w:rPr>
          <w:lang w:eastAsia="zh-CN"/>
        </w:rPr>
        <w:t>　　1、利用共同研究这个平台，积极参修。使自己由学习型向研究型转变，不断进行教学研究，努力探索和研究适合学生特点、能促进学生全面发展的教学方法，推动教学质量稳步提升。</w:t>
      </w:r>
      <w:r>
        <w:rPr>
          <w:lang w:eastAsia="zh-CN"/>
        </w:rPr>
        <w:br/>
      </w:r>
      <w:r>
        <w:rPr>
          <w:lang w:eastAsia="zh-CN"/>
        </w:rPr>
        <w:t>　　2、以人为本，以关注人的全面发展为目标。</w:t>
      </w:r>
      <w:r>
        <w:rPr>
          <w:lang w:eastAsia="zh-CN"/>
        </w:rPr>
        <w:br/>
      </w:r>
      <w:r>
        <w:rPr>
          <w:lang w:eastAsia="zh-CN"/>
        </w:rPr>
        <w:t>　　3、以新的教育理念为指导，以课程改革重点，以促进师生共同发展为目的，以改革课堂教学为突破口。把立足点放在解决教学改革和实验中所遇到的实际问题上;着眼点放在理论与实践的结合上;切入点放在教师教学方式和学生学习方式的转变上。</w:t>
      </w:r>
      <w:r>
        <w:rPr>
          <w:lang w:eastAsia="zh-CN"/>
        </w:rPr>
        <w:br/>
      </w:r>
      <w:r>
        <w:rPr>
          <w:lang w:eastAsia="zh-CN"/>
        </w:rPr>
        <w:t>　　4、加强教育教学研究，寻找适合自己学生的分层教学方式和方法，努力提高课堂教学效率。</w:t>
      </w:r>
      <w:r>
        <w:rPr>
          <w:lang w:eastAsia="zh-CN"/>
        </w:rPr>
        <w:br/>
      </w:r>
      <w:r>
        <w:rPr>
          <w:lang w:eastAsia="zh-CN"/>
        </w:rPr>
        <w:t>　　5、树立终身学习的理念，不断学习，不断提高自己的文化底蕴、理论水平和实践能力。</w:t>
      </w:r>
      <w:r>
        <w:rPr>
          <w:lang w:eastAsia="zh-CN"/>
        </w:rPr>
        <w:br/>
      </w:r>
      <w:r>
        <w:rPr>
          <w:lang w:eastAsia="zh-CN"/>
        </w:rPr>
        <w:t>　　6、结合教学实践，把个人校本研修工作做好，从而为整个学校的校本研修而努力。</w:t>
      </w:r>
      <w:r>
        <w:rPr>
          <w:lang w:eastAsia="zh-CN"/>
        </w:rPr>
        <w:br/>
      </w:r>
      <w:r>
        <w:rPr>
          <w:lang w:eastAsia="zh-CN"/>
        </w:rPr>
        <w:t>　　三、研修内容</w:t>
      </w:r>
      <w:r>
        <w:rPr>
          <w:lang w:eastAsia="zh-CN"/>
        </w:rPr>
        <w:br/>
      </w:r>
      <w:r>
        <w:rPr>
          <w:lang w:eastAsia="zh-CN"/>
        </w:rPr>
        <w:t>　　1、英语教学研究的最新动态与成果。</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2、英语新课程标准。以“分层教学”为具体研修内容，积极与同事交流研讨，力争在提高自己教学能力的同时也大面积提高学生的成绩。</w:t>
      </w:r>
      <w:r>
        <w:rPr>
          <w:lang w:eastAsia="zh-CN"/>
        </w:rPr>
        <w:br/>
      </w:r>
      <w:r>
        <w:rPr>
          <w:lang w:eastAsia="zh-CN"/>
        </w:rPr>
        <w:t>　　3、精读一本教育教学专著，写好个人读后感并发表在个人博客。在学校有计划地安排下认真听课、评课。</w:t>
      </w:r>
      <w:r>
        <w:rPr>
          <w:lang w:eastAsia="zh-CN"/>
        </w:rPr>
        <w:br/>
      </w:r>
      <w:r>
        <w:rPr>
          <w:lang w:eastAsia="zh-CN"/>
        </w:rPr>
        <w:t>　　4、认真研究教材教法，认真写好教学设计。</w:t>
      </w:r>
      <w:r>
        <w:rPr>
          <w:lang w:eastAsia="zh-CN"/>
        </w:rPr>
        <w:br/>
      </w:r>
      <w:r>
        <w:rPr>
          <w:lang w:eastAsia="zh-CN"/>
        </w:rPr>
        <w:t>　　5、每月撰写个人教学故事。</w:t>
      </w:r>
      <w:r>
        <w:rPr>
          <w:lang w:eastAsia="zh-CN"/>
        </w:rPr>
        <w:br/>
      </w:r>
      <w:r>
        <w:rPr>
          <w:lang w:eastAsia="zh-CN"/>
        </w:rPr>
        <w:t>　　四、活动与实施</w:t>
      </w:r>
      <w:r>
        <w:rPr>
          <w:lang w:eastAsia="zh-CN"/>
        </w:rPr>
        <w:br/>
      </w:r>
      <w:r>
        <w:rPr>
          <w:lang w:eastAsia="zh-CN"/>
        </w:rPr>
        <w:t>　　1、以学校、教研组开展的校本教研活动为主，适时进行自主研修。在学校有计划地安排下认真听课、评课。</w:t>
      </w:r>
      <w:r>
        <w:rPr>
          <w:lang w:eastAsia="zh-CN"/>
        </w:rPr>
        <w:br/>
      </w:r>
      <w:r>
        <w:rPr>
          <w:lang w:eastAsia="zh-CN"/>
        </w:rPr>
        <w:t>　　2、认真参加“小组学习研讨”活动，将在培训学习中所得的，在具体的教学实践中尝试，使自己的教学水平逐步提高，寻找出一条适合本地，适合自己的发展之路，争取逐步形成自己的教学特色.设计出富有个性的教案。</w:t>
      </w:r>
      <w:r>
        <w:rPr>
          <w:lang w:eastAsia="zh-CN"/>
        </w:rPr>
        <w:br/>
      </w:r>
      <w:r>
        <w:rPr>
          <w:lang w:eastAsia="zh-CN"/>
        </w:rPr>
        <w:t>　　3、利用网络进行学习与交流。</w:t>
      </w:r>
      <w:r>
        <w:rPr>
          <w:lang w:eastAsia="zh-CN"/>
        </w:rPr>
        <w:br/>
      </w:r>
      <w:r>
        <w:rPr>
          <w:lang w:eastAsia="zh-CN"/>
        </w:rPr>
        <w:t>　　4、广泛地阅读各类有益的书籍，利用网络学习现代信息科技，不断构建、丰富自己的知识结构和理路水平。</w:t>
      </w:r>
      <w:r>
        <w:rPr>
          <w:lang w:eastAsia="zh-CN"/>
        </w:rPr>
        <w:br/>
      </w:r>
      <w:r>
        <w:rPr>
          <w:lang w:eastAsia="zh-CN"/>
        </w:rPr>
        <w:t>　　5、教研并进：课前认真钻研教材和课标，备课注重教法，更注重学法指导。努力提高课堂教学效率。课堂上尊重个体发展，并鼓励创新。课后认真反思，不断提高，用心辅导，让每位学生都能有程度的发展。</w:t>
      </w:r>
      <w:r>
        <w:rPr>
          <w:lang w:eastAsia="zh-CN"/>
        </w:rPr>
        <w:br/>
      </w:r>
      <w:r>
        <w:rPr>
          <w:lang w:eastAsia="zh-CN"/>
        </w:rPr>
        <w:t>　　6、积极参加学习，认真的读一本有关教育的书籍，并及时反思，做好笔记。并精选2篇教案存入个人培训档案。</w:t>
      </w:r>
      <w:r>
        <w:rPr>
          <w:lang w:eastAsia="zh-CN"/>
        </w:rPr>
        <w:br/>
      </w:r>
      <w:r>
        <w:rPr>
          <w:lang w:eastAsia="zh-CN"/>
        </w:rPr>
        <w:t>　　7、认真做好每天的教学后反思，得出成功经验和存在问题。</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8、认真研究教材教法，认真写好教学设计。</w:t>
      </w:r>
      <w:r>
        <w:rPr>
          <w:lang w:eastAsia="zh-CN"/>
        </w:rPr>
        <w:br/>
      </w:r>
      <w:r>
        <w:rPr>
          <w:lang w:eastAsia="zh-CN"/>
        </w:rPr>
        <w:t>　　9、每月撰写个人教学故事。</w:t>
      </w:r>
      <w:r>
        <w:rPr>
          <w:lang w:eastAsia="zh-CN"/>
        </w:rPr>
        <w:br/>
      </w:r>
      <w:r>
        <w:rPr>
          <w:lang w:eastAsia="zh-CN"/>
        </w:rPr>
        <w:t xml:space="preserve">    中学英语老师工作总结 篇4 </w:t>
      </w:r>
      <w:r>
        <w:rPr>
          <w:lang w:eastAsia="zh-CN"/>
        </w:rPr>
        <w:br/>
      </w:r>
      <w:r>
        <w:rPr>
          <w:lang w:eastAsia="zh-CN"/>
        </w:rPr>
        <w:t>　　本学期我担任小学的三、四、五年级英语教学工作，因为我是学习英语专业的，再加上一直很喜欢和孩子相处，所以本学期的教学工作开展还算顺利。学生对英语的学习兴趣也相应提高了，同时也为以后学习英语奠定基础。现将本学期的教学工作总结如下：</w:t>
      </w:r>
      <w:r>
        <w:rPr>
          <w:lang w:eastAsia="zh-CN"/>
        </w:rPr>
        <w:br/>
      </w:r>
      <w:r>
        <w:rPr>
          <w:lang w:eastAsia="zh-CN"/>
        </w:rPr>
        <w:t>　　一.师德方面：</w:t>
      </w:r>
      <w:r>
        <w:rPr>
          <w:lang w:eastAsia="zh-CN"/>
        </w:rPr>
        <w:br/>
      </w:r>
      <w:r>
        <w:rPr>
          <w:lang w:eastAsia="zh-CN"/>
        </w:rPr>
        <w:t>　　从古至今，教师享有了无尽的美誉。如“渡人的小船、辛勤的园丁、人类灵魂的工程师、师者传道授业解惑也”无穷的美誉彰所以无数的教师博得到了人显了教师职业对于社会发展的重要性</w:t>
      </w:r>
      <w:r>
        <w:rPr>
          <w:lang w:eastAsia="zh-CN"/>
        </w:rPr>
        <w:br/>
      </w:r>
      <w:r>
        <w:rPr>
          <w:lang w:eastAsia="zh-CN"/>
        </w:rPr>
        <w:t>　　们的敬仰。而今天我成为了一名普通的人民教师,对去年刚参加工作的我来说我知道我离“让人民满意的教师”这个称号很远要努力。 恰巧此时我受益匪浅自己还需我校组织了《教师职业道德规范》的学习。让教师队伍是我国教育事业改革与发展的主导力量和决定因素。要办好教育，要稳步推进素质教育和新课程改革，必须坚定不移地建设和造就一支师德优、业务精、作风正、能够让人民群众满意的高素质教师队伍。“学高为师，身正为范”，良好的职业道德是教师职业活动最基本的要求，教师是学生增长知识和思想进步的导师。我必须以身作则，从小事做起，从身边做起。给孩子们传播正能量。</w:t>
      </w:r>
      <w:r>
        <w:rPr>
          <w:lang w:eastAsia="zh-CN"/>
        </w:rPr>
        <w:br/>
      </w:r>
      <w:r>
        <w:rPr>
          <w:lang w:eastAsia="zh-CN"/>
        </w:rPr>
        <w:t>　　二.教育教学方面：</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要提高教学质量，关键是上好课。为了上好课，我注重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英语的兴趣，每节课努力创设一个情境，同学生在课堂上同游戏，同歌唱。热爱学生，平等的对待每一个学生，让他们都感受到老师的关心，良好的师生关系促进了学生的学习。比如，握握他的手，摸摸他的头等。从赞美着手，所有的人都渴望得到别人的理解和尊重，所以，和差生交谈时，对他的处境、想法表示深刻的理解和尊重。</w:t>
      </w:r>
      <w:r>
        <w:rPr>
          <w:lang w:eastAsia="zh-CN"/>
        </w:rPr>
        <w:br/>
      </w:r>
      <w:r>
        <w:rPr>
          <w:lang w:eastAsia="zh-CN"/>
        </w:rPr>
        <w:t>　　三.学生管理方面。</w:t>
      </w:r>
      <w:r>
        <w:rPr>
          <w:lang w:eastAsia="zh-CN"/>
        </w:rPr>
        <w:br/>
      </w:r>
      <w:r>
        <w:rPr>
          <w:lang w:eastAsia="zh-CN"/>
        </w:rPr>
        <w:t>　　虽然我不是班主任，但是平时也很注重对孩子们的管理，特别是课堂管理。课堂中的纪律状况往往与教师给学生的形象、威信及处理问题的方式等密切相关。别看小学生年龄小，可“心眼”还挺大，为了维持纪律和进行课堂管理，教师要不断提高自己在思想方面的素养水平，热爱本职工作，对工作充满信心，情</w:t>
      </w:r>
      <w:r>
        <w:rPr>
          <w:lang w:eastAsia="zh-CN"/>
        </w:rPr>
        <w:t xml:space="preserve"> 绪饱满地投入教学，热爱学生，与学生建立融洽师生的关系，并注意有时应站在</w:t>
      </w:r>
      <w:r>
        <w:rPr>
          <w:lang w:eastAsia="zh-CN"/>
        </w:rPr>
        <w:t xml:space="preserve"> 学生的角度看待问题，</w:t>
      </w:r>
      <w:r>
        <w:rPr>
          <w:lang w:eastAsia="zh-CN"/>
        </w:rPr>
        <w:t xml:space="preserve"> 妥善处理违纪行为和进行课堂管理，</w:t>
      </w:r>
      <w:r>
        <w:rPr>
          <w:lang w:eastAsia="zh-CN"/>
        </w:rPr>
        <w:t xml:space="preserve"> 营造和谐的课堂气氛。</w:t>
      </w:r>
      <w:r>
        <w:rPr>
          <w:lang w:eastAsia="zh-CN"/>
        </w:rPr>
        <w:t xml:space="preserve"> 首先，教师要精心设计教学结构，这是管理课堂纪律的一种有效方法。教师要花</w:t>
      </w:r>
      <w:r>
        <w:rPr>
          <w:lang w:eastAsia="zh-CN"/>
        </w:rPr>
        <w:t xml:space="preserve"> 大力气认真细致地进行教学设计，有条不紊地进行教学，情绪稳定，安全感强，</w:t>
      </w:r>
      <w:r>
        <w:rPr>
          <w:lang w:eastAsia="zh-CN"/>
        </w:rPr>
        <w:t xml:space="preserve"> 教师要用学生喜欢的方法，教学艺术性和愉快的情绪，良好的心理状态去感染学</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生，减少学生的背离性，避免课堂秩序的混乱。教师还应该用富有吸引力的语言和神情吸引学生，</w:t>
      </w:r>
      <w:r>
        <w:rPr>
          <w:lang w:eastAsia="zh-CN"/>
        </w:rPr>
        <w:t xml:space="preserve"> 激发学生的学习兴趣，</w:t>
      </w:r>
      <w:r>
        <w:rPr>
          <w:lang w:eastAsia="zh-CN"/>
        </w:rPr>
        <w:t xml:space="preserve"> 尤其是低年级学生,更应该靠老师合理的丰富多采的教学方法，</w:t>
      </w:r>
      <w:r>
        <w:rPr>
          <w:lang w:eastAsia="zh-CN"/>
        </w:rPr>
        <w:t xml:space="preserve"> 采用快乐教学法，</w:t>
      </w:r>
      <w:r>
        <w:rPr>
          <w:lang w:eastAsia="zh-CN"/>
        </w:rPr>
        <w:t xml:space="preserve"> 吸引学生的注意力，让学生尽可能地参与到课堂中来。</w:t>
      </w:r>
      <w:r>
        <w:rPr>
          <w:lang w:eastAsia="zh-CN"/>
        </w:rPr>
        <w:t xml:space="preserve"> 总之，我们要关注每个孩子，运用不同的方法让自己的课堂纪律调控自如，让学</w:t>
      </w:r>
      <w:r>
        <w:rPr>
          <w:lang w:eastAsia="zh-CN"/>
        </w:rPr>
        <w:t xml:space="preserve"> 生从小养成自觉遵守纪律的习惯和意识。那么，纪律的外延和内涵就做到了</w:t>
      </w:r>
      <w:r>
        <w:rPr>
          <w:lang w:eastAsia="zh-CN"/>
        </w:rPr>
        <w:br/>
      </w:r>
      <w:r>
        <w:rPr>
          <w:lang w:eastAsia="zh-CN"/>
        </w:rPr>
        <w:t>　　教育工作，是一项常做常新、永无止境的工作。在教书育人的道路上我付出的是汗水和泪水，然而我收获的却是那一份份充实，那一份份沉甸甸的情感。我对未来充满了信心，也期待下学期的工作到来。</w:t>
      </w:r>
      <w:r>
        <w:rPr>
          <w:lang w:eastAsia="zh-CN"/>
        </w:rPr>
        <w:br/>
      </w:r>
      <w:r>
        <w:rPr>
          <w:lang w:eastAsia="zh-CN"/>
        </w:rPr>
        <w:t xml:space="preserve">    中学英语老师工作总结 篇5 </w:t>
      </w:r>
      <w:r>
        <w:rPr>
          <w:lang w:eastAsia="zh-CN"/>
        </w:rPr>
        <w:br/>
      </w:r>
      <w:r>
        <w:rPr>
          <w:lang w:eastAsia="zh-CN"/>
        </w:rPr>
        <w:t>　　时光匆匆，转眼间又到了期末。回顾这学期的工作，忙碌中感受充实，辛苦中体验干甜。在校领导的关心和支持下，在同事的互相帮助下，期初的各项目标都井然有序地完成了。本学期统考的是四年级，就成绩而言，不是很满意，差生面</w:t>
      </w:r>
      <w:r>
        <w:rPr>
          <w:lang w:eastAsia="zh-CN"/>
        </w:rPr>
        <w:br/>
      </w:r>
      <w:r>
        <w:rPr>
          <w:lang w:eastAsia="zh-CN"/>
        </w:rPr>
        <w:t>　　还是太大，优生面还不够广，今后我们要就培优辅差方面多做些工作，全面提高学生的成绩。现我就将这学期的工作做如下总结：</w:t>
      </w:r>
      <w:r>
        <w:rPr>
          <w:lang w:eastAsia="zh-CN"/>
        </w:rPr>
        <w:br/>
      </w:r>
      <w:r>
        <w:rPr>
          <w:lang w:eastAsia="zh-CN"/>
        </w:rPr>
        <w:t>　　本学期我担任四到六年级的英语教学工作。</w:t>
      </w:r>
      <w:r>
        <w:rPr>
          <w:lang w:eastAsia="zh-CN"/>
        </w:rPr>
        <w:br/>
      </w:r>
      <w:r>
        <w:rPr>
          <w:lang w:eastAsia="zh-CN"/>
        </w:rPr>
        <w:t>　　一、思想方面的培优补差。</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做好学生的思想工作，经常和学生谈心，关心他们，关爱他们，让学生觉得老师是重视他们的，激发他们学习的积极性。了解学生们的学习态度、学习习惯、学习方法等。从而根据学生的思想心态进行相应的辅导。</w:t>
      </w:r>
      <w:r>
        <w:rPr>
          <w:lang w:eastAsia="zh-CN"/>
        </w:rPr>
        <w:br/>
      </w:r>
      <w:r>
        <w:rPr>
          <w:lang w:eastAsia="zh-CN"/>
        </w:rPr>
        <w:t>　　2、定期与学生家长、科任老师联系，进一步了解学生的家庭、生活、思想、课堂等各方面的情况。</w:t>
      </w:r>
      <w:r>
        <w:rPr>
          <w:lang w:eastAsia="zh-CN"/>
        </w:rPr>
        <w:br/>
      </w:r>
      <w:r>
        <w:rPr>
          <w:lang w:eastAsia="zh-CN"/>
        </w:rPr>
        <w:t>　　二、采取有效培优补差措施</w:t>
      </w:r>
      <w:r>
        <w:rPr>
          <w:lang w:eastAsia="zh-CN"/>
        </w:rPr>
        <w:br/>
      </w:r>
      <w:r>
        <w:rPr>
          <w:lang w:eastAsia="zh-CN"/>
        </w:rPr>
        <w:t>　　采用各种措施，做好抓两头促中间的工作，取得较好的效果。</w:t>
      </w:r>
      <w:r>
        <w:rPr>
          <w:lang w:eastAsia="zh-CN"/>
        </w:rPr>
        <w:br/>
      </w:r>
      <w:r>
        <w:rPr>
          <w:lang w:eastAsia="zh-CN"/>
        </w:rPr>
        <w:t>　　1、课上多给差生展示的机会，多创造机会让他们品尝跳一跳摘果子的乐趣。</w:t>
      </w:r>
      <w:r>
        <w:rPr>
          <w:lang w:eastAsia="zh-CN"/>
        </w:rPr>
        <w:br/>
      </w:r>
      <w:r>
        <w:rPr>
          <w:lang w:eastAsia="zh-CN"/>
        </w:rPr>
        <w:t>　　2、安排座位时坚持“好差同桌”结为学习对子。即“兵教兵”。</w:t>
      </w:r>
      <w:r>
        <w:rPr>
          <w:lang w:eastAsia="zh-CN"/>
        </w:rPr>
        <w:br/>
      </w:r>
      <w:r>
        <w:rPr>
          <w:lang w:eastAsia="zh-CN"/>
        </w:rPr>
        <w:t>　　3、着力提高四十分钟的教学质量。在备好学生、备好教材、备好练习，上好课的基础上，精编习题。习题设计(或选编习题)紧扣重点、难点、疑点和热点，面向大多数学生，符合学生的认知规律，有利于巩固“双基”，有利于启发学生思维;习题讲评注意增加信息程度，围绕重点，增加强度，引到学生高度注意，有利于学生学会解答;解题训练注意“精”，精选构思巧妙，新颖灵活的典型题，有代表性和针对性的题，练不在数量而在质量，训练多样化。因此各种不同程度的学生都能获得不同的发展。</w:t>
      </w:r>
      <w:r>
        <w:rPr>
          <w:lang w:eastAsia="zh-CN"/>
        </w:rPr>
        <w:br/>
      </w:r>
      <w:r>
        <w:rPr>
          <w:lang w:eastAsia="zh-CN"/>
        </w:rPr>
        <w:t>　　三、培优补差的具体做法：</w:t>
      </w:r>
      <w:r>
        <w:rPr>
          <w:lang w:eastAsia="zh-CN"/>
        </w:rPr>
        <w:br/>
      </w:r>
      <w:r>
        <w:rPr>
          <w:lang w:eastAsia="zh-CN"/>
        </w:rPr>
        <w:t>　　1、在培优补差的过程中能做到不歧视学习有困难的学生，不纵容优秀的学生，一视同仁。首先我做到真诚，做到言出必行;其次做到宽容，即能从差生的角度去分析他们的行为对不对。</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2、根据优差生的实际情况制定学习方案，多给优秀生一些有一定难度的题目让他们进行练习，学困生则根据他们的程度给与相应的题目进行练习和讲解，以达到循序渐进的目的。</w:t>
      </w:r>
      <w:r>
        <w:rPr>
          <w:lang w:eastAsia="zh-CN"/>
        </w:rPr>
        <w:br/>
      </w:r>
      <w:r>
        <w:rPr>
          <w:lang w:eastAsia="zh-CN"/>
        </w:rPr>
        <w:t>　　3、经常与家长联系，相互了解学生在家与在校的.一些情况，共同促进学生的作业情况，培养学习兴趣，树立对学习的信心。</w:t>
      </w:r>
      <w:r>
        <w:rPr>
          <w:lang w:eastAsia="zh-CN"/>
        </w:rPr>
        <w:br/>
      </w:r>
      <w:r>
        <w:rPr>
          <w:lang w:eastAsia="zh-CN"/>
        </w:rPr>
        <w:t>　　4、对于优秀生学习的主要目标放在提高分析和解决问题的能力方面，而学困生的主要目标是放在课本知识的掌握和运用上。</w:t>
      </w:r>
      <w:r>
        <w:rPr>
          <w:lang w:eastAsia="zh-CN"/>
        </w:rPr>
        <w:br/>
      </w:r>
      <w:r>
        <w:rPr>
          <w:lang w:eastAsia="zh-CN"/>
        </w:rPr>
        <w:t>　　5、对于学生的作业完成情况及时地检查，并做出评价。差生经常会出现作业没做好的情况。我能耐心的询问原因，“对症下药”让学生感受到老师的关爱，让学生主动参与学习。</w:t>
      </w:r>
      <w:r>
        <w:rPr>
          <w:lang w:eastAsia="zh-CN"/>
        </w:rPr>
        <w:br/>
      </w:r>
      <w:r>
        <w:rPr>
          <w:lang w:eastAsia="zh-CN"/>
        </w:rPr>
        <w:t>　　就成绩而言我们还与其它兄弟学校有很大的差距，下学期我将以此为起点，继续努力，争取让每一位学生都能有不同程度的提高!</w:t>
      </w:r>
      <w:r>
        <w:rPr>
          <w:lang w:eastAsia="zh-CN"/>
        </w:rPr>
        <w:br/>
      </w:r>
      <w:r>
        <w:rPr>
          <w:lang w:eastAsia="zh-CN"/>
        </w:rPr>
        <w:t xml:space="preserve">    中学英语老师工作总结 篇6 </w:t>
      </w:r>
      <w:r>
        <w:rPr>
          <w:lang w:eastAsia="zh-CN"/>
        </w:rPr>
        <w:br/>
      </w:r>
      <w:r>
        <w:rPr>
          <w:lang w:eastAsia="zh-CN"/>
        </w:rPr>
        <w:t>　　任教以来，我一贯坚持党的四项基本原则，坚持开放，热爱党的教育事业，积极投身于教改，始终保持兢兢业业，勤勤恳恳的工作作风，始终保持旺盛的学习热情和进取欲望，不断汲取现代教育理论的精华，无私奉献，师德高尚。一学期终于结束了。下面简单地回顾一下开学以来所做的一些英语教学工作。</w:t>
      </w:r>
      <w:r>
        <w:rPr>
          <w:lang w:eastAsia="zh-CN"/>
        </w:rPr>
        <w:br/>
      </w:r>
      <w:r>
        <w:rPr>
          <w:lang w:eastAsia="zh-CN"/>
        </w:rPr>
        <w:t>　　一、面向全体学生，为学生全面发展和终身发展奠定基础。</w:t>
      </w:r>
      <w:r>
        <w:rPr>
          <w:lang w:eastAsia="zh-CN"/>
        </w:rPr>
        <w:br/>
      </w:r>
      <w:r>
        <w:rPr>
          <w:lang w:eastAsia="zh-CN"/>
        </w:rPr>
        <w:t>　　1、创设各种情景，鼓励学生胆地使用英语，对他们在学习过程中的失误和错误采取宽容的态度。</w:t>
      </w:r>
      <w:r>
        <w:rPr>
          <w:lang w:eastAsia="zh-CN"/>
        </w:rPr>
        <w:br/>
      </w:r>
      <w:r>
        <w:rPr>
          <w:lang w:eastAsia="zh-CN"/>
        </w:rPr>
        <w:t>　　2、为学生提供自主学习和直接交流的机会，以及充分表现和自我发展的一个空间。</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3、鼓励学生通过体验、实践、合作、探索等方式，发展听、说、读、写的综合能力。</w:t>
      </w:r>
      <w:r>
        <w:rPr>
          <w:lang w:eastAsia="zh-CN"/>
        </w:rPr>
        <w:br/>
      </w:r>
      <w:r>
        <w:rPr>
          <w:lang w:eastAsia="zh-CN"/>
        </w:rPr>
        <w:t>　　4、创造条件让学生能够探究他们自己的一些问题，并自主解决问题。发展学生自主学习的能力，培养学生自主学习的习惯。</w:t>
      </w:r>
      <w:r>
        <w:rPr>
          <w:lang w:eastAsia="zh-CN"/>
        </w:rPr>
        <w:br/>
      </w:r>
      <w:r>
        <w:rPr>
          <w:lang w:eastAsia="zh-CN"/>
        </w:rPr>
        <w:t>　　二、关注学生情感，创造、和谐的教学气氛。</w:t>
      </w:r>
      <w:r>
        <w:rPr>
          <w:lang w:eastAsia="zh-CN"/>
        </w:rPr>
        <w:br/>
      </w:r>
      <w:r>
        <w:rPr>
          <w:lang w:eastAsia="zh-CN"/>
        </w:rPr>
        <w:t>　　学生只有对自己、对英语及其文化有积极的情态，才能保持英语学习的动力并取得成绩，垮的情态，不仅会影响英语学习的效果，还会影响其它发展，情态是学好英语的重要因素，因此我努力创造宽松、和谐的教学空间。</w:t>
      </w:r>
      <w:r>
        <w:rPr>
          <w:lang w:eastAsia="zh-CN"/>
        </w:rPr>
        <w:br/>
      </w:r>
      <w:r>
        <w:rPr>
          <w:lang w:eastAsia="zh-CN"/>
        </w:rPr>
        <w:t>　　1、尊重每个学生，积极鼓励他们在学习中的尝试，保护他们的自尊心和积极性。</w:t>
      </w:r>
      <w:r>
        <w:rPr>
          <w:lang w:eastAsia="zh-CN"/>
        </w:rPr>
        <w:br/>
      </w:r>
      <w:r>
        <w:rPr>
          <w:lang w:eastAsia="zh-CN"/>
        </w:rPr>
        <w:t>　　2、把英语教学与情态有机地结合起来，创造各种合作学习的活动，促进学生互相学习，互相助，体验成就感，发展合作精神。</w:t>
      </w:r>
      <w:r>
        <w:rPr>
          <w:lang w:eastAsia="zh-CN"/>
        </w:rPr>
        <w:br/>
      </w:r>
      <w:r>
        <w:rPr>
          <w:lang w:eastAsia="zh-CN"/>
        </w:rPr>
        <w:t>　　3、关注学习有困难的或性格内向的学习，尽可能地为他们创造语言的机会。</w:t>
      </w:r>
      <w:r>
        <w:rPr>
          <w:lang w:eastAsia="zh-CN"/>
        </w:rPr>
        <w:br/>
      </w:r>
      <w:r>
        <w:rPr>
          <w:lang w:eastAsia="zh-CN"/>
        </w:rPr>
        <w:t>　　4、建立融洽、的师生交流渠道，经常和学生一起思学习过程和学习效果，互相鼓励和助，做到教学相关。</w:t>
      </w:r>
      <w:r>
        <w:rPr>
          <w:lang w:eastAsia="zh-CN"/>
        </w:rPr>
        <w:br/>
      </w:r>
      <w:r>
        <w:rPr>
          <w:lang w:eastAsia="zh-CN"/>
        </w:rPr>
        <w:t>　　三、加强对学生学习策略的指导，让他们在学习和适用的过程中逐步学会如何学习。</w:t>
      </w:r>
      <w:r>
        <w:rPr>
          <w:lang w:eastAsia="zh-CN"/>
        </w:rPr>
        <w:br/>
      </w:r>
      <w:r>
        <w:rPr>
          <w:lang w:eastAsia="zh-CN"/>
        </w:rPr>
        <w:t>　　1、积极创造条件，让学生参与到阶段性学习目标，以及实现目标的方法。即让学生体会到成功学习的快感。</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2、引导学生结合语境，采用推测、查阅和协调的方法进行学习。即充分利用好词典。</w:t>
      </w:r>
      <w:r>
        <w:rPr>
          <w:lang w:eastAsia="zh-CN"/>
        </w:rPr>
        <w:br/>
      </w:r>
      <w:r>
        <w:rPr>
          <w:lang w:eastAsia="zh-CN"/>
        </w:rPr>
        <w:t>　　3、引导学生在学习过程中，进行自我评价，并根据需要调整自己的学习目标和学习策略。即教会学生发现适合自己的学习方法。</w:t>
      </w:r>
      <w:r>
        <w:rPr>
          <w:lang w:eastAsia="zh-CN"/>
        </w:rPr>
        <w:br/>
      </w:r>
      <w:r>
        <w:rPr>
          <w:lang w:eastAsia="zh-CN"/>
        </w:rPr>
        <w:t>　　新课程不是纸上谈兵，后必须要与实践相结合，即将努力学习，积极进取，积极参与课程，在课改中不断学习，不断实践，不断思等有机结合起来。在以后的教学中我将会更加注重总结和积累，获得更有效的、更适合学生发展的教学方法。</w:t>
      </w:r>
      <w:r>
        <w:rPr>
          <w:lang w:eastAsia="zh-CN"/>
        </w:rPr>
        <w:br/>
      </w:r>
      <w:r>
        <w:rPr>
          <w:lang w:eastAsia="zh-CN"/>
        </w:rPr>
        <w:t xml:space="preserve">    中学英语老师工作总结 篇7 </w:t>
      </w:r>
      <w:r>
        <w:rPr>
          <w:lang w:eastAsia="zh-CN"/>
        </w:rPr>
        <w:br/>
      </w:r>
      <w:r>
        <w:rPr>
          <w:lang w:eastAsia="zh-CN"/>
        </w:rPr>
        <w:t>　　在高考已经进入了倒计时，时间紧，任务重的前提下，基于如何在如此短暂的.时间内帮助学生巩固旧知识，学习新知识，查漏补缺，归纳总结，从而在高考中取得好成绩这一目标考虑，我制定如下工作计划。</w:t>
      </w:r>
      <w:r>
        <w:rPr>
          <w:lang w:eastAsia="zh-CN"/>
        </w:rPr>
        <w:br/>
      </w:r>
      <w:r>
        <w:rPr>
          <w:lang w:eastAsia="zh-CN"/>
        </w:rPr>
        <w:t>　　一、指导思想</w:t>
      </w:r>
      <w:r>
        <w:rPr>
          <w:lang w:eastAsia="zh-CN"/>
        </w:rPr>
        <w:br/>
      </w:r>
      <w:r>
        <w:rPr>
          <w:lang w:eastAsia="zh-CN"/>
        </w:rPr>
        <w:t>　　根据《普通高校招生20_考试说明》，高考英语卷的命题在命题依据是：参照教育部《普通高中英语课程标准(实验)》的总体目标和分项目标，《全国考试大纲》命题。因此我们必须认真学习研究上述文件和要求，明确江苏省高考英语卷的命题依据，考试内容，考试要求及试卷结构，调整、确定今后各阶段的具体教学目标和复习迎考措施，力求每一个教学和复习环节严格按照计划进行。</w:t>
      </w:r>
      <w:r>
        <w:rPr>
          <w:lang w:eastAsia="zh-CN"/>
        </w:rPr>
        <w:br/>
      </w:r>
      <w:r>
        <w:rPr>
          <w:lang w:eastAsia="zh-CN"/>
        </w:rPr>
        <w:t>　　巩固一轮复习成果，把握新课标和两纲，通过专题训练、综合穿插，突出重点，突破难点，祢补弱点，尤其是专题弱点，逐步完善学生的知识体系，突出运用，提升能力。</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二、二轮复习时间安排及要求</w:t>
      </w:r>
      <w:r>
        <w:rPr>
          <w:lang w:eastAsia="zh-CN"/>
        </w:rPr>
        <w:br/>
      </w:r>
      <w:r>
        <w:rPr>
          <w:lang w:eastAsia="zh-CN"/>
        </w:rPr>
        <w:t>　　1、20_年3月中旬—20_年4月底(专题复习)</w:t>
      </w:r>
      <w:r>
        <w:rPr>
          <w:lang w:eastAsia="zh-CN"/>
        </w:rPr>
        <w:br/>
      </w:r>
      <w:r>
        <w:rPr>
          <w:lang w:eastAsia="zh-CN"/>
        </w:rPr>
        <w:t>　　复习要求：专题训练，提高解题技巧</w:t>
      </w:r>
      <w:r>
        <w:rPr>
          <w:lang w:eastAsia="zh-CN"/>
        </w:rPr>
        <w:br/>
      </w:r>
      <w:r>
        <w:rPr>
          <w:lang w:eastAsia="zh-CN"/>
        </w:rPr>
        <w:t>　　复习重点：以专题复习为主、穿插综合练习</w:t>
      </w:r>
      <w:r>
        <w:rPr>
          <w:lang w:eastAsia="zh-CN"/>
        </w:rPr>
        <w:br/>
      </w:r>
      <w:r>
        <w:rPr>
          <w:lang w:eastAsia="zh-CN"/>
        </w:rPr>
        <w:t>　　复习策略：夯实基础提升能力。深化、拓展基础知识，进行专题复习，强化专项训练，促进学生知识的进一步深化，重点提高学生对知识的应用能力。</w:t>
      </w:r>
      <w:r>
        <w:rPr>
          <w:lang w:eastAsia="zh-CN"/>
        </w:rPr>
        <w:br/>
      </w:r>
      <w:r>
        <w:rPr>
          <w:lang w:eastAsia="zh-CN"/>
        </w:rPr>
        <w:t>　　2、20_年5月初—5月中旬(模拟练兵)</w:t>
      </w:r>
      <w:r>
        <w:rPr>
          <w:lang w:eastAsia="zh-CN"/>
        </w:rPr>
        <w:br/>
      </w:r>
      <w:r>
        <w:rPr>
          <w:lang w:eastAsia="zh-CN"/>
        </w:rPr>
        <w:t>　　复习要求：套题训练，分配时间;</w:t>
      </w:r>
      <w:r>
        <w:rPr>
          <w:lang w:eastAsia="zh-CN"/>
        </w:rPr>
        <w:br/>
      </w:r>
      <w:r>
        <w:rPr>
          <w:lang w:eastAsia="zh-CN"/>
        </w:rPr>
        <w:t>　　复习重点：综合练习为主</w:t>
      </w:r>
      <w:r>
        <w:rPr>
          <w:lang w:eastAsia="zh-CN"/>
        </w:rPr>
        <w:br/>
      </w:r>
      <w:r>
        <w:rPr>
          <w:lang w:eastAsia="zh-CN"/>
        </w:rPr>
        <w:t>　　复习策略：瞄准高考、精讲精练，精选练习，模拟练兵。选做各地模拟题，强调规范，提高解题速度，为适应高考作准备。提升能力</w:t>
      </w:r>
      <w:r>
        <w:rPr>
          <w:lang w:eastAsia="zh-CN"/>
        </w:rPr>
        <w:br/>
      </w:r>
      <w:r>
        <w:rPr>
          <w:lang w:eastAsia="zh-CN"/>
        </w:rPr>
        <w:t>　　3、20_年5月下15—20_年6月高考</w:t>
      </w:r>
      <w:r>
        <w:rPr>
          <w:lang w:eastAsia="zh-CN"/>
        </w:rPr>
        <w:br/>
      </w:r>
      <w:r>
        <w:rPr>
          <w:lang w:eastAsia="zh-CN"/>
        </w:rPr>
        <w:t>　　复习要求：立足考纲、回归基础、查缺补漏、树立信心</w:t>
      </w:r>
      <w:r>
        <w:rPr>
          <w:lang w:eastAsia="zh-CN"/>
        </w:rPr>
        <w:br/>
      </w:r>
      <w:r>
        <w:rPr>
          <w:lang w:eastAsia="zh-CN"/>
        </w:rPr>
        <w:t>　　最后这一备考阶段，瞄准高考，模拟练兵。以整理各地模拟题为主，结合学生实际，精选题目，预测题目，更加有的放矢。强调规范，提高做题速度，达到高考能力要求。回归基础，进行查缺补漏的工作。教师立足考纲，通过自编材料的训练，让学生保持两小时题目的时间分配及做题的感觉，同时给学生树立信心，鼓励学生全力以赴迎高考。同时注意关注学生的状态及情绪进行考前心理辅导，应试技巧辅导，让学生以状态迎接高考。</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备考策略：注重基础、重视教材、归纳总结、查漏补缺、巩固提高</w:t>
      </w:r>
      <w:r>
        <w:rPr>
          <w:lang w:eastAsia="zh-CN"/>
        </w:rPr>
        <w:br/>
      </w:r>
      <w:r>
        <w:rPr>
          <w:lang w:eastAsia="zh-CN"/>
        </w:rPr>
        <w:t>　　三、教学方法和措施</w:t>
      </w:r>
      <w:r>
        <w:rPr>
          <w:lang w:eastAsia="zh-CN"/>
        </w:rPr>
        <w:br/>
      </w:r>
      <w:r>
        <w:rPr>
          <w:lang w:eastAsia="zh-CN"/>
        </w:rPr>
        <w:t>　　1、教学措施</w:t>
      </w:r>
      <w:r>
        <w:rPr>
          <w:lang w:eastAsia="zh-CN"/>
        </w:rPr>
        <w:br/>
      </w:r>
      <w:r>
        <w:rPr>
          <w:lang w:eastAsia="zh-CN"/>
        </w:rPr>
        <w:t>　　(1)制定短期可行的复习计划，结合学生的实际情况，有条不紊，循序渐进。</w:t>
      </w:r>
      <w:r>
        <w:rPr>
          <w:lang w:eastAsia="zh-CN"/>
        </w:rPr>
        <w:br/>
      </w:r>
      <w:r>
        <w:rPr>
          <w:lang w:eastAsia="zh-CN"/>
        </w:rPr>
        <w:t>　　(2)降低难度抓基本题，关键是把中档、低档题把握住。</w:t>
      </w:r>
      <w:r>
        <w:rPr>
          <w:lang w:eastAsia="zh-CN"/>
        </w:rPr>
        <w:br/>
      </w:r>
      <w:r>
        <w:rPr>
          <w:lang w:eastAsia="zh-CN"/>
        </w:rPr>
        <w:t>　　(3)回归基础，突出对主干知识的复习。</w:t>
      </w:r>
      <w:r>
        <w:rPr>
          <w:lang w:eastAsia="zh-CN"/>
        </w:rPr>
        <w:br/>
      </w:r>
      <w:r>
        <w:rPr>
          <w:lang w:eastAsia="zh-CN"/>
        </w:rPr>
        <w:t>　　(4)认真研读《考试说明》，求同存异，融会贯通，强化知识链，力求知识系统和完整。</w:t>
      </w:r>
      <w:r>
        <w:rPr>
          <w:lang w:eastAsia="zh-CN"/>
        </w:rPr>
        <w:br/>
      </w:r>
      <w:r>
        <w:rPr>
          <w:lang w:eastAsia="zh-CN"/>
        </w:rPr>
        <w:t>　　(5)写作是提高平均分的关键，阅读的速度和质量是的高分的关键。词汇是基础，语法是保障。在教学中“抓大放小”，加强阅读教学，利用各种学习策略，提高阅读的科学性和准确性。扩大学生的词汇量，增强他们的语感，必须通过加大阅读量来实现。确保达到学会3200个单词和400—500个习惯用语或固定搭配的要求。对语法知识的复习要进一步巩固和落实，关注历届高考中出现率较高的语法项目。对于状语从句，名词性从句，定语从句，强调结构，日常交际用语等在高考中出现率较高的语法知识点，需进一步查漏补缺，确保有系统性和完整性。</w:t>
      </w:r>
      <w:r>
        <w:rPr>
          <w:lang w:eastAsia="zh-CN"/>
        </w:rPr>
        <w:br/>
      </w:r>
      <w:r>
        <w:rPr>
          <w:lang w:eastAsia="zh-CN"/>
        </w:rPr>
        <w:t>　　(6)查漏补缺，强化专题训练。复习中应适当加强对重点内容的强化训练和讲解，提高对考点知识的识别能力，注重培养寻找已知条件，排错求证的思维能力。</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(7)强化讲、练、考、评、补，辅各环节的和谐一致和紧凑性。</w:t>
      </w:r>
      <w:r>
        <w:rPr>
          <w:lang w:eastAsia="zh-CN"/>
        </w:rPr>
        <w:br/>
      </w:r>
      <w:r>
        <w:rPr>
          <w:lang w:eastAsia="zh-CN"/>
        </w:rPr>
        <w:t>　　(8)常规考试与训练相结合</w:t>
      </w:r>
      <w:r>
        <w:rPr>
          <w:lang w:eastAsia="zh-CN"/>
        </w:rPr>
        <w:br/>
      </w:r>
      <w:r>
        <w:rPr>
          <w:lang w:eastAsia="zh-CN"/>
        </w:rPr>
        <w:t>　　(9)重视培尖转差工作。对于拔尖层的学生，落实到人。提出标准，严要求，课堂上盯紧，抓落实培养能力;自习课以及课外加强辅导，增加题量，增加难度，培养他们的竞争意识，提高他们的冲击力。力求保证本届尖子生的数量有所突破。各班应培养学科重点生，保证及格人数和及格率。另外，调动边缘生学习的积极性，“低标准”要求基础较差学生，力争他们节节课有收获、天天有进步。帮助他们树立学习信心。</w:t>
      </w:r>
      <w:r>
        <w:rPr>
          <w:lang w:eastAsia="zh-CN"/>
        </w:rPr>
        <w:br/>
      </w:r>
      <w:r>
        <w:rPr>
          <w:lang w:eastAsia="zh-CN"/>
        </w:rPr>
        <w:t>　　(10)加强心理辅导，从心理上、学习方法上及时间安排上科学指导学生，促学风鼓士气。</w:t>
      </w:r>
      <w:r>
        <w:rPr>
          <w:lang w:eastAsia="zh-CN"/>
        </w:rPr>
        <w:br/>
      </w:r>
      <w:r>
        <w:rPr>
          <w:lang w:eastAsia="zh-CN"/>
        </w:rPr>
        <w:t>　　2、课时安排</w:t>
      </w:r>
      <w:r>
        <w:rPr>
          <w:lang w:eastAsia="zh-CN"/>
        </w:rPr>
        <w:br/>
      </w:r>
      <w:r>
        <w:rPr>
          <w:lang w:eastAsia="zh-CN"/>
        </w:rPr>
        <w:t>　　(1)3月份完成第一抡复习。穿插训练与综合训练。备战市二模。</w:t>
      </w:r>
      <w:r>
        <w:rPr>
          <w:lang w:eastAsia="zh-CN"/>
        </w:rPr>
        <w:br/>
      </w:r>
      <w:r>
        <w:rPr>
          <w:lang w:eastAsia="zh-CN"/>
        </w:rPr>
        <w:t>　　(2)4月份进行语法专题的巩固提高。综合训练，备战三模。</w:t>
      </w:r>
      <w:r>
        <w:rPr>
          <w:lang w:eastAsia="zh-CN"/>
        </w:rPr>
        <w:br/>
      </w:r>
      <w:r>
        <w:rPr>
          <w:lang w:eastAsia="zh-CN"/>
        </w:rPr>
        <w:t>　　(3)5月份进行套题训练。</w:t>
      </w:r>
      <w:r>
        <w:rPr>
          <w:lang w:eastAsia="zh-CN"/>
        </w:rPr>
        <w:br/>
      </w:r>
      <w:r>
        <w:rPr>
          <w:lang w:eastAsia="zh-CN"/>
        </w:rPr>
        <w:t>　　(4)5月下旬进行综合训练与查漏补缺。</w:t>
      </w:r>
      <w:r>
        <w:rPr>
          <w:lang w:eastAsia="zh-CN"/>
        </w:rPr>
        <w:br/>
      </w:r>
      <w:r>
        <w:rPr>
          <w:lang w:eastAsia="zh-CN"/>
        </w:rPr>
        <w:t>　　后期复习中，训练是专题突破的重要方式，要重点限量突破，注意选题的针对性。力求做到重点突出，难点突破，针对性强。注意试题的难度、长度和区分度。针对性的训练，每周周测，每月月考，精心设计每一份周练试题和每月考考题。注意考试的频率，每周一次至两次综合练习。</w:t>
      </w:r>
      <w:r>
        <w:rPr>
          <w:lang w:eastAsia="zh-CN"/>
        </w:rPr>
        <w:br/>
      </w:r>
      <w:r>
        <w:rPr>
          <w:lang w:eastAsia="zh-CN"/>
        </w:rPr>
        <w:t xml:space="preserve">    中学英语老师工作总结 篇8 </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本学期，我担任八(3)、八(4)两班的教学。根据本学期教学工作计划安排及学生的实际，目前教学工作已结束，现就本学期教学工作总结如下：</w:t>
      </w:r>
      <w:r>
        <w:rPr>
          <w:lang w:eastAsia="zh-CN"/>
        </w:rPr>
        <w:br/>
      </w:r>
      <w:r>
        <w:rPr>
          <w:lang w:eastAsia="zh-CN"/>
        </w:rPr>
        <w:t>　　一、学生的基本状况</w:t>
      </w:r>
      <w:r>
        <w:rPr>
          <w:lang w:eastAsia="zh-CN"/>
        </w:rPr>
        <w:br/>
      </w:r>
      <w:r>
        <w:rPr>
          <w:lang w:eastAsia="zh-CN"/>
        </w:rPr>
        <w:t>　　上学期经调查，两个班大部分学生，基础非常差，有一半的学生连26个字母都写不齐，并且拼写不规范，学习不主动，对英语的兴趣不浓，两班共约有1/3的学生学习态度较认真，对英语较感兴趣，但是他们基础较弱，听写能力有待加强。本学期新生中，英语基础跟原来老生差不多，没有英语方面特别优秀的(均已通过口试调查)，对英语学习兴趣不浓，学习态度被动。</w:t>
      </w:r>
      <w:r>
        <w:rPr>
          <w:lang w:eastAsia="zh-CN"/>
        </w:rPr>
        <w:br/>
      </w:r>
      <w:r>
        <w:rPr>
          <w:lang w:eastAsia="zh-CN"/>
        </w:rPr>
        <w:t>　　二、采取的措施</w:t>
      </w:r>
      <w:r>
        <w:rPr>
          <w:lang w:eastAsia="zh-CN"/>
        </w:rPr>
        <w:br/>
      </w:r>
      <w:r>
        <w:rPr>
          <w:lang w:eastAsia="zh-CN"/>
        </w:rPr>
        <w:t>　　1.认真学习体现以素质教育为目标的新课程理念及学校工作计划，认真研究教材，和同年级老师共同制定了本学期教学工作计划，加强落实、反馈、总结计划的执行情况。</w:t>
      </w:r>
      <w:r>
        <w:rPr>
          <w:lang w:eastAsia="zh-CN"/>
        </w:rPr>
        <w:br/>
      </w:r>
      <w:r>
        <w:rPr>
          <w:lang w:eastAsia="zh-CN"/>
        </w:rPr>
        <w:t>　　2.教学过程中，注意抓常规教学，以学生为主体，面向全体学生组织教学，注意培养学生的听说读写的能力，充分利用早读时间，要求学生大声朗读课文。</w:t>
      </w:r>
      <w:r>
        <w:rPr>
          <w:lang w:eastAsia="zh-CN"/>
        </w:rPr>
        <w:br/>
      </w:r>
      <w:r>
        <w:rPr>
          <w:lang w:eastAsia="zh-CN"/>
        </w:rPr>
        <w:t>　　3.抓词汇和句型学习，经常进行听写训练，提高学生对记忆单词和句型的能力。另外从开学初就开始初狠抓英语课文背诵，并利用李阳老师的教学理念“用零碎时间攻克英语”制定了利用课前读英语、背英语的计划并狠抓落实。</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课堂内外多听多说英语。老师上课时尽量用英语讲课，这样能使学生更多地接触英语。每堂课要用一定的时间让学生用所学过的日常用语和课堂用语进行不同的形式进行对话。也可以结合实物、图片等用英语进行简单的描术，培养学生的语感。</w:t>
      </w:r>
      <w:r>
        <w:rPr>
          <w:lang w:eastAsia="zh-CN"/>
        </w:rPr>
        <w:br/>
      </w:r>
      <w:r>
        <w:rPr>
          <w:lang w:eastAsia="zh-CN"/>
        </w:rPr>
        <w:t>　　5.抓小测验、单元测试过关，并注重复习。</w:t>
      </w:r>
      <w:r>
        <w:rPr>
          <w:lang w:eastAsia="zh-CN"/>
        </w:rPr>
        <w:br/>
      </w:r>
      <w:r>
        <w:rPr>
          <w:lang w:eastAsia="zh-CN"/>
        </w:rPr>
        <w:t>　　三、教学方面的经验、存在问题及今后的做法</w:t>
      </w:r>
      <w:r>
        <w:rPr>
          <w:lang w:eastAsia="zh-CN"/>
        </w:rPr>
        <w:br/>
      </w:r>
      <w:r>
        <w:rPr>
          <w:lang w:eastAsia="zh-CN"/>
        </w:rPr>
        <w:t>　　1.教的方面</w:t>
      </w:r>
      <w:r>
        <w:rPr>
          <w:lang w:eastAsia="zh-CN"/>
        </w:rPr>
        <w:br/>
      </w:r>
      <w:r>
        <w:rPr>
          <w:lang w:eastAsia="zh-CN"/>
        </w:rPr>
        <w:t>　　深入了解和分析学生情况，有针对地教学，由于对每单元的单词和词组进行了多次强化训练，所以词汇的得分率比以前高;因加强了书面表达的英语背诵，所以英语作文得分率有了长足的提高。另外因狠抓落实“学习法”，使学生学习习惯得到进一步改善，我班英语成绩有了较大的突破，平均分、合格率、优秀率均稳中有升。</w:t>
      </w:r>
      <w:r>
        <w:rPr>
          <w:lang w:eastAsia="zh-CN"/>
        </w:rPr>
        <w:br/>
      </w:r>
      <w:r>
        <w:rPr>
          <w:lang w:eastAsia="zh-CN"/>
        </w:rPr>
        <w:t>　　虽然我们也进行了英语阅读训练，但学生阅读能力的提高不大。单选、完成句子的得分率还过得去，但综合知识未来得及操练其他项目得分率就较低。今后，应该加强完型填空、阅读理解和综合填空的训练。</w:t>
      </w:r>
      <w:r>
        <w:rPr>
          <w:lang w:eastAsia="zh-CN"/>
        </w:rPr>
        <w:br/>
      </w:r>
      <w:r>
        <w:rPr>
          <w:lang w:eastAsia="zh-CN"/>
        </w:rPr>
        <w:t>　　2.学的方面</w:t>
      </w:r>
      <w:r>
        <w:rPr>
          <w:lang w:eastAsia="zh-CN"/>
        </w:rPr>
        <w:br/>
      </w:r>
      <w:r>
        <w:rPr>
          <w:lang w:eastAsia="zh-CN"/>
        </w:rPr>
        <w:t>　　一要培养学生对英语学习有兴趣，二要培养学生的责任心从小事从感恩开始，并且要用班规来落实，坚持常年不断地、自觉得、随时随地接触英语、运用英语知识，英语成绩就会不断提高。</w:t>
      </w:r>
      <w:r>
        <w:rPr>
          <w:lang w:eastAsia="zh-CN"/>
        </w:rPr>
        <w:br/>
      </w:r>
      <w:r>
        <w:rPr>
          <w:lang w:eastAsia="zh-CN"/>
        </w:rPr>
        <w:t>　　经过一学期努力，大部分学生都觉得英语有进步，以前不要说是背，读都读不顺，而现在还能背些英语文章了。</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如果只是为了应付考试，临时抱佛脚地补习，即使可以应付一时，但掌握的知识都是不牢固的，新旧知识就会顾此失彼。</w:t>
      </w:r>
      <w:r>
        <w:rPr>
          <w:lang w:eastAsia="zh-CN"/>
        </w:rPr>
        <w:br/>
      </w:r>
      <w:r>
        <w:rPr>
          <w:lang w:eastAsia="zh-CN"/>
        </w:rPr>
        <w:t>　　总之，一学期的教学工作自己付出了很多，收到的回报也不少：领导的信任，使我精力充沛;同事的帮助，使我干劲十足;学生的渴求，使我信心倍增。我会努力填补自己在教学中的不足，不断改进教学方法，我相信有耕耘总会有收获!</w:t>
      </w:r>
      <w:r>
        <w:rPr>
          <w:lang w:eastAsia="zh-CN"/>
        </w:rPr>
        <w:br/>
      </w:r>
      <w:r>
        <w:rPr>
          <w:lang w:eastAsia="zh-CN"/>
        </w:rPr>
        <w:t xml:space="preserve">    中学英语老师工作总结 篇9 </w:t>
      </w:r>
      <w:r>
        <w:rPr>
          <w:lang w:eastAsia="zh-CN"/>
        </w:rPr>
        <w:br/>
      </w:r>
      <w:r>
        <w:rPr>
          <w:lang w:eastAsia="zh-CN"/>
        </w:rPr>
        <w:t>　　今年我担任高三班的英语教学，最后一学期，时间较短，任务重。这一学期来，本人认真研究学生，关注学生，研究课标，梳理知识结构，有计划地落实复习任务，顺利完成教育教学任务。现将本学期教学工作总结如下：</w:t>
      </w:r>
      <w:r>
        <w:rPr>
          <w:lang w:eastAsia="zh-CN"/>
        </w:rPr>
        <w:br/>
      </w:r>
      <w:r>
        <w:rPr>
          <w:lang w:eastAsia="zh-CN"/>
        </w:rPr>
        <w:t>　　一、分析学情</w:t>
      </w:r>
      <w:r>
        <w:rPr>
          <w:lang w:eastAsia="zh-CN"/>
        </w:rPr>
        <w:br/>
      </w:r>
      <w:r>
        <w:rPr>
          <w:lang w:eastAsia="zh-CN"/>
        </w:rPr>
        <w:t>　　经过高二一年的教学，已基本摸清学生的学习基础，更好的“因材施教”，针对不同的学生，指导和要求也不一样。其中69班为理科特色班，学生普遍英语基础较好，但也有极少数同学英语有严重的偏科现象，针对这一情况，我采用统抓整体，配合单个辅导的原则。68班为理科平行班，针对平行班的学情，我采取的是狠抓基础，稳打稳抓。</w:t>
      </w:r>
      <w:r>
        <w:rPr>
          <w:lang w:eastAsia="zh-CN"/>
        </w:rPr>
        <w:br/>
      </w:r>
      <w:r>
        <w:rPr>
          <w:lang w:eastAsia="zh-CN"/>
        </w:rPr>
        <w:t>　　二、研究《考试说明》和高考考纲，把教学计划落到实处</w:t>
      </w:r>
      <w:r>
        <w:rPr>
          <w:lang w:eastAsia="zh-CN"/>
        </w:rPr>
        <w:br/>
      </w:r>
      <w:r>
        <w:rPr>
          <w:lang w:eastAsia="zh-CN"/>
        </w:rPr>
        <w:t>　　1、认真学习课标及《考试说明》，落实教学目标、培养学生能力，研究高考命卷的方向。</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认真研究高考。今年为湖南新课改高考的第一年，任何东西都是新的，认真研究20__年的考纲和考试说明，了解20__年的高考要求。同时还认真分析了近几年高考英语试卷，结合新课改的要求，把握高考英语命题方向，特别是高考新题型，做到心中有数。注意收集高考信息，使高三英语复习不偏离方向，把有限的时间用在刀刃上。</w:t>
      </w:r>
      <w:r>
        <w:rPr>
          <w:lang w:eastAsia="zh-CN"/>
        </w:rPr>
        <w:br/>
      </w:r>
      <w:r>
        <w:rPr>
          <w:lang w:eastAsia="zh-CN"/>
        </w:rPr>
        <w:t>　　3、精选试题，以高考经典题为重心，尽量避免“题海战”。</w:t>
      </w:r>
      <w:r>
        <w:rPr>
          <w:lang w:eastAsia="zh-CN"/>
        </w:rPr>
        <w:br/>
      </w:r>
      <w:r>
        <w:rPr>
          <w:lang w:eastAsia="zh-CN"/>
        </w:rPr>
        <w:t>　　4、备课组统一备课、资源共享，切实提高复习效率。同时认真分析20__年湖南高考样卷，把握高考试题的方向和难度。</w:t>
      </w:r>
      <w:r>
        <w:rPr>
          <w:lang w:eastAsia="zh-CN"/>
        </w:rPr>
        <w:br/>
      </w:r>
      <w:r>
        <w:rPr>
          <w:lang w:eastAsia="zh-CN"/>
        </w:rPr>
        <w:t>　　三、大量练习促进学生对基础知识的巩固和能力的提高</w:t>
      </w:r>
      <w:r>
        <w:rPr>
          <w:lang w:eastAsia="zh-CN"/>
        </w:rPr>
        <w:br/>
      </w:r>
      <w:r>
        <w:rPr>
          <w:lang w:eastAsia="zh-CN"/>
        </w:rPr>
        <w:t>　　1、课本复习是学生能力提高的关键。从开学之初即对课本知识点认真归纳和总结，通过练习的形式进行学习反馈。</w:t>
      </w:r>
      <w:r>
        <w:rPr>
          <w:lang w:eastAsia="zh-CN"/>
        </w:rPr>
        <w:br/>
      </w:r>
      <w:r>
        <w:rPr>
          <w:lang w:eastAsia="zh-CN"/>
        </w:rPr>
        <w:t>　　2、作好听力训练是提高成绩的保障。</w:t>
      </w:r>
      <w:r>
        <w:rPr>
          <w:lang w:eastAsia="zh-CN"/>
        </w:rPr>
        <w:br/>
      </w:r>
      <w:r>
        <w:rPr>
          <w:lang w:eastAsia="zh-CN"/>
        </w:rPr>
        <w:t>　　学生在周一，周四下午6：40到7：00的时间统一进行听力训练。考前一周每天让学生听一套历年高考听力试题，进一步提高学生的听力解题能力。</w:t>
      </w:r>
      <w:r>
        <w:rPr>
          <w:lang w:eastAsia="zh-CN"/>
        </w:rPr>
        <w:br/>
      </w:r>
      <w:r>
        <w:rPr>
          <w:lang w:eastAsia="zh-CN"/>
        </w:rPr>
        <w:t>　　3、扩大阅读，培养英语阅读能力。</w:t>
      </w:r>
      <w:r>
        <w:rPr>
          <w:lang w:eastAsia="zh-CN"/>
        </w:rPr>
        <w:br/>
      </w:r>
      <w:r>
        <w:rPr>
          <w:lang w:eastAsia="zh-CN"/>
        </w:rPr>
        <w:t>　　要想英语取得好成绩，课外阅读必不可少。我搜集了大量的高考经典的文章，同时，我采取了每天利用课前七分钟让学生做一篇阅读理解的训练方法，极大的提高了学生的阅读能力。</w:t>
      </w:r>
      <w:r>
        <w:rPr>
          <w:lang w:eastAsia="zh-CN"/>
        </w:rPr>
        <w:br/>
      </w:r>
      <w:r>
        <w:rPr>
          <w:lang w:eastAsia="zh-CN"/>
        </w:rPr>
        <w:t>　　4、认真批阅学生英语作文，推荐学生优秀作品。</w:t>
      </w:r>
      <w:r>
        <w:rPr>
          <w:lang w:eastAsia="zh-CN"/>
        </w:rPr>
        <w:br/>
      </w:r>
      <w:r>
        <w:rPr>
          <w:lang w:eastAsia="zh-CN"/>
        </w:rPr>
        <w:t>　　本学期搜集大量的历年高考优秀作文，整理各类作文的范文和模板，供学生背诵和模仿。同时，对每一位学生英语作文进行面批和指导，提高他们的书面表达能力，鼓舞了学生的英语学习积极性。</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四、加强学习，提升自身素质</w:t>
      </w:r>
      <w:r>
        <w:rPr>
          <w:lang w:eastAsia="zh-CN"/>
        </w:rPr>
        <w:br/>
      </w:r>
      <w:r>
        <w:rPr>
          <w:lang w:eastAsia="zh-CN"/>
        </w:rPr>
        <w:t>　　积极到外校听课、评课，听讲座，虚心向同行学习；与教研组的老师讨论教育教学方法，博采众长，提高教学水平。多看课外书籍，培养多种兴趣爱好，不断扩宽知识面，为教学内容注入新鲜血液。</w:t>
      </w:r>
      <w:r>
        <w:rPr>
          <w:lang w:eastAsia="zh-CN"/>
        </w:rPr>
        <w:br/>
      </w:r>
      <w:r>
        <w:rPr>
          <w:lang w:eastAsia="zh-CN"/>
        </w:rPr>
        <w:t>　　俱往矣，新一届高考已结束，送走了一届学生，虽已取得一定成绩，但成绩必将成为过去，教学无止境。在今后的教育教学工作中，我将更严格要求自己，努力工作，发扬优点，改正缺点，开拓前进，不断提升自身素质。</w:t>
      </w:r>
      <w:r>
        <w:rPr>
          <w:lang w:eastAsia="zh-CN"/>
        </w:rPr>
        <w:br/>
      </w:r>
      <w:r>
        <w:rPr>
          <w:lang w:eastAsia="zh-CN"/>
        </w:rPr>
        <w:t>　　时间过得真快，转眼间一学期的教学工作已接近尾声，为了更好地做好今后的工作，总结经验、吸取教训，本人就这学期的工作小结如下：</w:t>
      </w:r>
      <w:r>
        <w:rPr>
          <w:lang w:eastAsia="zh-CN"/>
        </w:rPr>
        <w:br/>
      </w:r>
      <w:r>
        <w:rPr>
          <w:lang w:eastAsia="zh-CN"/>
        </w:rPr>
        <w:t>　　一、思想工作方面</w:t>
      </w:r>
      <w:r>
        <w:rPr>
          <w:lang w:eastAsia="zh-CN"/>
        </w:rPr>
        <w:br/>
      </w:r>
      <w:r>
        <w:rPr>
          <w:lang w:eastAsia="zh-CN"/>
        </w:rPr>
        <w:t>　　俗话说：“活到老，学到老”，本人一直在各方面严格要求自己，努力地提高自己，以便使自己更快地适应社会发展的形势。通过阅读大量的道德修养书籍，勇于解剖自己，分析自己，正视自己，提高自身素质。</w:t>
      </w:r>
      <w:r>
        <w:rPr>
          <w:lang w:eastAsia="zh-CN"/>
        </w:rPr>
        <w:br/>
      </w:r>
      <w:r>
        <w:rPr>
          <w:lang w:eastAsia="zh-CN"/>
        </w:rPr>
        <w:t>　　二、教育工作方面</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这学期，本人担任三年级英语、四年级兼班主任工作，村小的孩子基础薄弱，面对首次接触的教材，我在教育教学工作中遇到了不少困难。针对这些情况，我在积极参加教育局组织的新教材培训的同时，虚心向有经验的教师及兄弟学校的同行讨教经验。在教学中，认真钻研新大纲、吃透教材，积极开拓教学思路，把一些先进的教学理论、科学的教学方法及先进现代教学手段灵活运用于课堂教学中，努力培养学生的合作交流、自主探究、勇于创新的等能力。另外，本人在搞好教学工作的同时，还很注重教学经验的积累，有了心得体会就及时记下来与同事交流，在博客评比中获奖。</w:t>
      </w:r>
      <w:r>
        <w:rPr>
          <w:lang w:eastAsia="zh-CN"/>
        </w:rPr>
        <w:br/>
      </w:r>
      <w:r>
        <w:rPr>
          <w:lang w:eastAsia="zh-CN"/>
        </w:rPr>
        <w:t>　　三、遵守纪律方面</w:t>
      </w:r>
      <w:r>
        <w:rPr>
          <w:lang w:eastAsia="zh-CN"/>
        </w:rPr>
        <w:br/>
      </w:r>
      <w:r>
        <w:rPr>
          <w:lang w:eastAsia="zh-CN"/>
        </w:rPr>
        <w:t>　　本人严格遵守学校的各项规章制度，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w:t>
      </w:r>
      <w:r>
        <w:rPr>
          <w:lang w:eastAsia="zh-CN"/>
        </w:rPr>
        <w:br/>
      </w:r>
      <w:r>
        <w:rPr>
          <w:lang w:eastAsia="zh-CN"/>
        </w:rPr>
        <w:t>　　四、工作成绩</w:t>
      </w:r>
      <w:r>
        <w:rPr>
          <w:lang w:eastAsia="zh-CN"/>
        </w:rPr>
        <w:br/>
      </w:r>
      <w:r>
        <w:rPr>
          <w:lang w:eastAsia="zh-CN"/>
        </w:rPr>
        <w:t>　　1、获海州区乡村教师技能大赛二等奖。</w:t>
      </w:r>
      <w:r>
        <w:rPr>
          <w:lang w:eastAsia="zh-CN"/>
        </w:rPr>
        <w:br/>
      </w:r>
      <w:r>
        <w:rPr>
          <w:lang w:eastAsia="zh-CN"/>
        </w:rPr>
        <w:t>　　2、获市博客一等奖。</w:t>
      </w:r>
      <w:r>
        <w:rPr>
          <w:lang w:eastAsia="zh-CN"/>
        </w:rPr>
        <w:br/>
      </w:r>
      <w:r>
        <w:rPr>
          <w:lang w:eastAsia="zh-CN"/>
        </w:rPr>
        <w:t>　　3、获区演讲比赛二等奖。</w:t>
      </w:r>
      <w:r>
        <w:rPr>
          <w:lang w:eastAsia="zh-CN"/>
        </w:rPr>
        <w:br/>
      </w:r>
      <w:r>
        <w:rPr>
          <w:lang w:eastAsia="zh-CN"/>
        </w:rPr>
        <w:t>　　4、所带班级被区里评选优秀班集体。</w:t>
      </w:r>
      <w:r>
        <w:rPr>
          <w:lang w:eastAsia="zh-CN"/>
        </w:rPr>
        <w:br/>
      </w:r>
      <w:r>
        <w:rPr>
          <w:lang w:eastAsia="zh-CN"/>
        </w:rPr>
        <w:t>　　5、区教学先进个人。</w:t>
      </w:r>
      <w:r>
        <w:rPr>
          <w:lang w:eastAsia="zh-CN"/>
        </w:rPr>
        <w:br/>
      </w:r>
      <w:r>
        <w:rPr>
          <w:lang w:eastAsia="zh-CN"/>
        </w:rPr>
        <w:t>　　6、被连云港市乡村教师人才“领雁计划”第一周期第三层次培养对象。</w:t>
      </w:r>
      <w:r>
        <w:rPr>
          <w:lang w:eastAsia="zh-CN"/>
        </w:rPr>
        <w:br/>
      </w:r>
      <w:r>
        <w:rPr>
          <w:lang w:eastAsia="zh-CN"/>
        </w:rPr>
        <w:t xml:space="preserve">    中学英语老师工作总结 篇10 </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充实而快乐的教育教学工作在紧张而忙碌的一学期时光中度过。我们琵小学片英语组全体教师以课堂教学改革为己任，其体现在教师的理论水平和实践能力的不断提高上，体现在课堂教学中全新的教学模式的不断涌现上，教研组已经形成了学习、研究、改革的浓厚氛围。教师的理论前所未有的丰厚起来，教师的意识前所未有的“前卫”起来，教师的改革前所未有的大胆起来。这种浓厚的教研氛围，为课程教学改革注入了长久的活力。</w:t>
      </w:r>
      <w:r>
        <w:rPr>
          <w:lang w:eastAsia="zh-CN"/>
        </w:rPr>
        <w:br/>
      </w:r>
      <w:r>
        <w:rPr>
          <w:lang w:eastAsia="zh-CN"/>
        </w:rPr>
        <w:t>　　在教研中心和学校的领导下，在教导处指挥下，通过全组老师的辛勤努力，工作取得了一定的成绩。现总结如下：</w:t>
      </w:r>
      <w:r>
        <w:rPr>
          <w:lang w:eastAsia="zh-CN"/>
        </w:rPr>
        <w:br/>
      </w:r>
      <w:r>
        <w:rPr>
          <w:lang w:eastAsia="zh-CN"/>
        </w:rPr>
        <w:t>　　1、加强业务学习力度。</w:t>
      </w:r>
      <w:r>
        <w:rPr>
          <w:lang w:eastAsia="zh-CN"/>
        </w:rPr>
        <w:br/>
      </w:r>
      <w:r>
        <w:rPr>
          <w:lang w:eastAsia="zh-CN"/>
        </w:rPr>
        <w:t>　　制定业务学习制度和计划，鼓励教师深钻教学。本学期教研组活动中要求自学研讨，并经常交流心得，形成勤奋好学，积极向上的好风气。远程教育与学科的整合是我组全新的教学理念新的学科，采用现代化教学手段，激活学生思维，培养学生学习能力，是我们教师必须掌握的一种教学技能。全组教师互帮互学、我们每个人为了那40分钟的'一节课努力地在探索着学科整合新理念在教学中的体现。新颖的教学激发了学生的思维也调动了老师的激情。</w:t>
      </w:r>
      <w:r>
        <w:rPr>
          <w:lang w:eastAsia="zh-CN"/>
        </w:rPr>
        <w:br/>
      </w:r>
      <w:r>
        <w:rPr>
          <w:lang w:eastAsia="zh-CN"/>
        </w:rPr>
        <w:t>　　2、加强教研组凝聚力，培养组内老师的团结合作精神。</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们教研组三个学校离得较远，各位老师工作任务繁多，聚在一起活动比较不容易，但我们努力创造一些机会、增进老师之间的交流、了解，密切联系，并在工作上互相帮助，增进老师之间合作精神，以集体的智慧和力量来完成好各项工作任务。使每一个人倍感集体的温暖和同事的友爱。因此组内风气较好，对领导和教务处的指示和要求，及时上传下达。工作任务布置下来，大家互相帮助合作完成。集中精力围绕教学教改努力地做好各项工作，教研组内具有一种团结和谐、奋发向上的工作环境和氛围。</w:t>
      </w:r>
      <w:r>
        <w:rPr>
          <w:lang w:eastAsia="zh-CN"/>
        </w:rPr>
        <w:br/>
      </w:r>
      <w:r>
        <w:rPr>
          <w:lang w:eastAsia="zh-CN"/>
        </w:rPr>
        <w:t>　　3、推出高质量的优质课</w:t>
      </w:r>
      <w:r>
        <w:rPr>
          <w:lang w:eastAsia="zh-CN"/>
        </w:rPr>
        <w:br/>
      </w:r>
      <w:r>
        <w:rPr>
          <w:lang w:eastAsia="zh-CN"/>
        </w:rPr>
        <w:t>　　一学期来我们组每人都讲了一堂高质量的优质课。这些研讨课都经过了反复试教，精心准备，集中全组教师的集体智慧，从而取得良好的教学效果，也获得同行的好评，充分展示了我们教研组强大的整体实力水平。学生的个性得到充分的展现与培养，师生互动，生生互动，小组互动，环境互动，在有限的时间内，每一位学生都得到了较为充分的锻炼和表现的机会。教室中再没有阴暗冰冷的“死角”，课堂上充满着流动的阳光，平等、和谐与交流共存，发现、挑战与沉思同在。思维的活跃，频动的闪光点，让学生成为课堂上真正的主人。</w:t>
      </w:r>
      <w:r>
        <w:rPr>
          <w:lang w:eastAsia="zh-CN"/>
        </w:rPr>
        <w:br/>
      </w:r>
      <w:r>
        <w:rPr>
          <w:lang w:eastAsia="zh-CN"/>
        </w:rPr>
        <w:t>　　4、不足与今后打算：</w:t>
      </w:r>
      <w:r>
        <w:rPr>
          <w:lang w:eastAsia="zh-CN"/>
        </w:rPr>
        <w:br/>
      </w:r>
      <w:r>
        <w:rPr>
          <w:lang w:eastAsia="zh-CN"/>
        </w:rPr>
        <w:t>　　我组需要进一步加强组各项制度建设，进一步加强教研组所有的常规管理工作。教研活动要注重形成一定的制度，使每一位教师对教研组的管理工作形成一定的共识，要认真抓好每一次活动的开展，尽可能的调动全组成员的工作积极性。需要注重发挥全组教师的集体力量，更加注重每一位教师的参与，争取把本组的教学教研工作上一个台阶。</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细数过去之时，昨天已在我们的回顾中留下了她永远的痕迹，我们相信在明天的教学工作中又有新的、我们将要留下的精彩的痕迹。相信我们组的各位成员能接受新的挑战，坚信自己能行，也让我们明天的工作更行！</w:t>
      </w:r>
      <w:r>
        <w:rPr>
          <w:lang w:eastAsia="zh-CN"/>
        </w:rPr>
        <w:br/>
      </w:r>
      <w:r>
        <w:rPr>
          <w:lang w:eastAsia="zh-CN"/>
        </w:rPr>
        <w:t xml:space="preserve">    中学英语老师工作总结 篇11 </w:t>
      </w:r>
      <w:r>
        <w:rPr>
          <w:lang w:eastAsia="zh-CN"/>
        </w:rPr>
        <w:br/>
      </w:r>
      <w:r>
        <w:rPr>
          <w:lang w:eastAsia="zh-CN"/>
        </w:rPr>
        <w:t>　　经过十二天的培训，我受益匪浅，虽然时间很短，但培训的内容却非常的丰富，所学到的知识对我的教学有了很大的冲击。培训的内容有Phonics语音教学、高校课堂的研究、起始英语教育的尝试、pep小学英语读写教学、论文撰写思考、做有幸福感的英语教师等，不仅有理论上的指导，更有实地的实践教学展示，下面谈谈我的几点体会：</w:t>
      </w:r>
      <w:r>
        <w:rPr>
          <w:lang w:eastAsia="zh-CN"/>
        </w:rPr>
        <w:br/>
      </w:r>
      <w:r>
        <w:rPr>
          <w:lang w:eastAsia="zh-CN"/>
        </w:rPr>
        <w:t>　　一、学习到了名教师先进的教学理念和教学方法；</w:t>
      </w:r>
      <w:r>
        <w:rPr>
          <w:lang w:eastAsia="zh-CN"/>
        </w:rPr>
        <w:br/>
      </w:r>
      <w:r>
        <w:rPr>
          <w:lang w:eastAsia="zh-CN"/>
        </w:rPr>
        <w:t>　　这次培训，让我开阔了眼界，特别是在新教材上的Phonics语音教学方面，有了更深的了解。参加工作这段时间，我对于英语教学的理论还处在以前英语教学策略——单词和句型的操练。通过这次培训，我很明确的知道自己在教学理念和教学方的落后。课堂上，胡晓云老师给我们展示了很多原汁原味的Phonics视频歌曲，这是我在上课是没有想到的，这不大调动了学生的兴趣，也为学生以后的拼写打下良好的基础。回校后，我马上找到相关视频在班级里播放，学生兴趣高涨，下课了，都在班里跟唱，气氛非常好。</w:t>
      </w:r>
      <w:r>
        <w:rPr>
          <w:lang w:eastAsia="zh-CN"/>
        </w:rPr>
        <w:br/>
      </w:r>
      <w:r>
        <w:rPr>
          <w:lang w:eastAsia="zh-CN"/>
        </w:rPr>
        <w:t>　　二、做一名爱学习、有幸福感的教师。</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都说“要给学生一杯水，我们自己要有一桶水。”这句话说的一点也不错。教师要教给学生首先要自己不断的学习，与时俱进。不仅要学习新的教学方法和理念，跟要通过各种渠道让学生的英语学习变得有趣，不再害怕。刘美芳老师介绍的思维导图，拓展学生的`新旧知识，发散学生的思维，胡晓云老师在一次次的赛课过程中始终坚持不断的学习，学习发音、练习口语，一份耕耘一份收获，只有坚持的学习，才会取得成绩，也肯定是有幸福感的教师。余胜秋老师说，一个幸福的老师，才能培养优秀的学生。多阅读，多学习，多一些脚踏实地，少一些抱怨，给自己正确定位，从中寻找自己的幸福。</w:t>
      </w:r>
      <w:r>
        <w:rPr>
          <w:lang w:eastAsia="zh-CN"/>
        </w:rPr>
        <w:br/>
      </w:r>
      <w:r>
        <w:rPr>
          <w:lang w:eastAsia="zh-CN"/>
        </w:rPr>
        <w:t>　　三、英语论文撰写：读书+反思</w:t>
      </w:r>
      <w:r>
        <w:rPr>
          <w:lang w:eastAsia="zh-CN"/>
        </w:rPr>
        <w:br/>
      </w:r>
      <w:r>
        <w:rPr>
          <w:lang w:eastAsia="zh-CN"/>
        </w:rPr>
        <w:t>　　英语论文撰写相信许多老师都害怕，我亦是。往往在写之前，总找不到写作的方向，而朱志明老师的一课让我深受启发。首先要“厚积”，坚持读书，不动笔墨不看书；其次勤于反思，反思自己的教学，也反思别人的课堂。只要是学习，就会有反思，将学习与反思结合起来，就能及时发现问题。在听过其他教师上的课之后，自己的所思所想就可作为切入点，从小方面入手；在看过别人的文章后，同一材料变可进行多角度的选题。这一切都要建立在多阅读的基础上，因为只有“厚积”才能“薄发。”</w:t>
      </w:r>
      <w:r>
        <w:rPr>
          <w:lang w:eastAsia="zh-CN"/>
        </w:rPr>
        <w:br/>
      </w:r>
      <w:r>
        <w:rPr>
          <w:lang w:eastAsia="zh-CN"/>
        </w:rPr>
        <w:t>　　四、课堂设计目的明确、思路新颖。</w:t>
      </w:r>
      <w:r>
        <w:rPr>
          <w:lang w:eastAsia="zh-CN"/>
        </w:rPr>
        <w:br/>
      </w:r>
      <w:r>
        <w:rPr>
          <w:lang w:eastAsia="zh-CN"/>
        </w:rPr>
        <w:t>　　在课堂观摩中，每一个教师的发音都非常的地道，每一位教师的课堂素养和专业知识都非常的厉害。项国仙老师的复习课扎实，四线个的出示和书写是她的亮点，这也是我在平时课堂教学中疏忽的。常常说学生的书写不规范，殊不知老师自己没能做好示范。王林珠老师的课更是印象深刻，新颖的设计思路，将枯燥的shopping设计设计成Mr</w:t>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Just试穿一件件的衣服，来突破一个个教学难点，不仅学生兴趣高涨，听课教师也眼前一亮。看了这一堂堂，让我深深体会到对自己的教材研究的重要性，同时也借签了许多宝贵的经验，在以后的教学工作中也要根据自己学生的实际，对教材内容进行科学地选择和加工，探寻有效的教学方法，合理地组织教学过程。</w:t>
      </w:r>
      <w:r>
        <w:rPr>
          <w:lang w:eastAsia="zh-CN"/>
        </w:rPr>
        <w:br/>
      </w:r>
      <w:r>
        <w:rPr>
          <w:lang w:eastAsia="zh-CN"/>
        </w:rPr>
        <w:t>　　能够参加这次培训我要感谢很多的人，这次的培训把我的思想和教学都带上了一个新的台阶，希望今后还能有这样的好机会来提升自己，我会踏踏实实的学习和实践，一点一滴地积累经验，在一线教学上提升技能，更好地提高教育教学质量！</w:t>
      </w:r>
      <w:r>
        <w:rPr>
          <w:lang w:eastAsia="zh-CN"/>
        </w:rPr>
        <w:br/>
      </w:r>
      <w:r>
        <w:rPr>
          <w:lang w:eastAsia="zh-CN"/>
        </w:rPr>
        <w:t xml:space="preserve">    中学英语老师工作总结 篇12 </w:t>
      </w:r>
      <w:r>
        <w:rPr>
          <w:lang w:eastAsia="zh-CN"/>
        </w:rPr>
        <w:br/>
      </w:r>
      <w:r>
        <w:rPr>
          <w:lang w:eastAsia="zh-CN"/>
        </w:rPr>
        <w:t>　　随着日转又星移，又是一年的初始，岁月如梭，转眼飞逝，一晃眼我已经在幼教岗位上工作了六个年头了，在这几年里我在各位领导的关心下、老师们的帮助下学到了不少的知识，也积累了不少的经验，更懂得了许多做人的道理和处事的态度。为了总前而利后，现对一学期来自己的工作和思想作一认真的剖析，以便今后更好的工作。</w:t>
      </w:r>
      <w:r>
        <w:rPr>
          <w:lang w:eastAsia="zh-CN"/>
        </w:rPr>
        <w:br/>
      </w:r>
      <w:r>
        <w:rPr>
          <w:lang w:eastAsia="zh-CN"/>
        </w:rPr>
        <w:t>　　一、想道德方面</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一名幼儿教育工作者，要想完成教书育人的责任，首先必须具备良好的政治思想素质，树立正确的世界观和人生观。在这一年中我认真参加每次政治学习和业务学习。有句成语是：只要功夫深，铁杵磨成针。是的，作为一名年青教师，我在工作中无意中会考虑不周显得毛毛糙糙，不甚妥当。当意见、建议来临时，现在的我不再不悦，不再拒绝。而是以更高的要求来要求自己，努力告诫自己。</w:t>
      </w:r>
      <w:r>
        <w:rPr>
          <w:lang w:eastAsia="zh-CN"/>
        </w:rPr>
        <w:br/>
      </w:r>
      <w:r>
        <w:rPr>
          <w:lang w:eastAsia="zh-CN"/>
        </w:rPr>
        <w:t>　　通过这几年的工作我心中最大的感受便是要做一名合格达的幼儿教师不难，但要做一名好的幼儿教师就难了；心中最大的希望就是能成为一名好的幼儿教师。我觉得：一名好的幼儿教师不仅要为人大肚谦和正直，对事业认真兢兢业业。而且在思想政治上业务能力上更要又红又专。我，作为一名年轻的教师需要学习的东西还很多很多。我可以坦言说：“我并不聪明、也不能干。但为了成为一名好的幼儿教师，我正在努力。” 我会通过多种渠道不断的学习，提高忠诚于党的教育事业的责任心，提高自身的素质和教学本领。我在本学期中，要积极参加各项时事、政治学习，坚持把理论同实际相结合，从我做起，从身边的小事做起，用正确的思想引导幼儿，做好保教工作。</w:t>
      </w:r>
      <w:r>
        <w:rPr>
          <w:lang w:eastAsia="zh-CN"/>
        </w:rPr>
        <w:br/>
      </w:r>
      <w:r>
        <w:rPr>
          <w:lang w:eastAsia="zh-CN"/>
        </w:rPr>
        <w:t>　　二、日常工作方面</w:t>
      </w:r>
      <w:r>
        <w:rPr>
          <w:lang w:eastAsia="zh-CN"/>
        </w:rPr>
        <w:br/>
      </w:r>
      <w:r>
        <w:rPr>
          <w:lang w:eastAsia="zh-CN"/>
        </w:rPr>
        <w:t>　　在日常的教育教学工作中，不断学习，努力提高自身素质，在各种教研活动中，我也能认真投入，认真学习。我感到人人都是我的师长，我能学，要学的东西还很多。如在英语教研活动中我能认真的听取各位英语教师的指导并应用于教育教学中。我还积极参加新编《山东省幼儿园教师教育用书》培训，认真参加课改活动，充分理解《山东省幼儿园教师教育用书》编写的中心意义。从本班孩子出发，注重整合，更新教育理念，使《山东省幼儿园教师教育用书》精神融会贯通，使幼儿成为活动的主人。</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我能认真的完成各项工作计划，记录，认真对待每天的活动，有准备的组织丰富有趣的教育活动。注意给胆小的孩子多一些鼓励，给注意力易分散的孩子多一些鼓励，给体弱的孩子多一些照料，给能干得孩子多一些挑战。</w:t>
      </w:r>
      <w:r>
        <w:rPr>
          <w:lang w:eastAsia="zh-CN"/>
        </w:rPr>
        <w:br/>
      </w:r>
      <w:r>
        <w:rPr>
          <w:lang w:eastAsia="zh-CN"/>
        </w:rPr>
        <w:t>　　为了让每个孩子都能长好、学好、玩好，每人的能力在原有基础上有所提高，我根据班级情况以“纲要”为准则进行各种活动，在半日活动中不仅以游戏贯穿各科教学，并积极使用肯定鼓励等方法，使幼儿身心愉快地学习，使每个学生都能在原有基础上有所提高。幼儿园是个儿童的世界，而我们正生活在这色彩斑斓地儿童世界里，要用我们的爱心去拨动一棵棵幼嫩的心弦，弹奏美妙地乐章，用爱心去滋润一株株纤细的幼苗，培育他们。我们要善于观察，发现孩子的闪光点，在与孩子的相处中，尊重热爱每一个孩子，不仅要爱那些活泼聪明的孩子，同时也要对那些特别的孩子给予更多的关爱。</w:t>
      </w:r>
      <w:r>
        <w:rPr>
          <w:lang w:eastAsia="zh-CN"/>
        </w:rPr>
        <w:br/>
      </w:r>
      <w:r>
        <w:rPr>
          <w:lang w:eastAsia="zh-CN"/>
        </w:rPr>
        <w:t>　　在每次的教育活动中，我都能积极准备认真参与，我力求备好课，上好课，尽量多教给幼儿有用的知识。在空余时间，我会阅读一些幼教杂志及有关幼教资料，观看学习与教育教学有用的各类书籍和音像资料。我学的有滋有味，我深切的感受到学习对自己的帮助确实很大。</w:t>
      </w:r>
      <w:r>
        <w:rPr>
          <w:lang w:eastAsia="zh-CN"/>
        </w:rPr>
        <w:br/>
      </w:r>
      <w:r>
        <w:rPr>
          <w:lang w:eastAsia="zh-CN"/>
        </w:rPr>
        <w:t>　　在遵守规章制度方面，我能做到遵纪守法，能遵守园内制定的规章制度，不迟到，不早退。能与班级两位老师协调合作，听取大家的意见和建议，共同搞好班级工作。</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作为大一班的英语教师，首先我对自己严格要求，在“一日生活”环节中努力做到能用英语说的决不用汉语，为了提高自身的英语水平，经过一段时间的学习，英语水平有了明显的提高。除了创设大胆的英语氛围外，我努力使我班英语教学突出本班特色，本着大班幼儿的年龄特点，我同其他教师采取一些行之有效的教学手段。一是在“一日生活”的空隙阶段来学习一些日常中要用到的短语、问候语，因为这部分时间较短，幼儿注意力较容易集中，这些短语较枯燥，这样学习往往会取得良好效果；二是利用各种手段，各种形式，各种感官来学习英语。如：学习英语中的香蕉时，让幼儿通过触摸、品尝来调动幼儿学习英语的积极性。学习英语中的交通灯时，让幼儿通过各种有趣的交通游戏进行学习，然后大胆地表述。在有趣的ABC学习中让幼儿通过各个领域的整合，调动一切感观来发现学英语的乐趣。</w:t>
      </w:r>
      <w:r>
        <w:rPr>
          <w:lang w:eastAsia="zh-CN"/>
        </w:rPr>
        <w:br/>
      </w:r>
      <w:r>
        <w:rPr>
          <w:lang w:eastAsia="zh-CN"/>
        </w:rPr>
        <w:t>　　三、家长工作</w:t>
      </w:r>
      <w:r>
        <w:rPr>
          <w:lang w:eastAsia="zh-CN"/>
        </w:rPr>
        <w:br/>
      </w:r>
      <w:r>
        <w:rPr>
          <w:lang w:eastAsia="zh-CN"/>
        </w:rPr>
        <w:t>　　为了更好的做好家长工作，在晨间接待和离园活动中，我同其他教师一道及时向家长反馈幼儿在园里的各种表现。对个别幼儿出现特殊情况时，立刻打电话向家长询问、了解幼儿情况，及早掌握幼儿情况的第一手资料。对于一些幼儿在园内有一定进步时，我们马上与家长取得联系，请家长配合，使该幼儿能继续进步。</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通过这一年的工作中，我很幸运学到了不少东西，业务上也努力做了一些。但这还远远不够，我将在未来的工作中继续多学，多思、多试努力把工作做的更好。在今后工作中，我将吸取他山之成功经验，在学习上认真努力，研究探索；在工作中，锐意创新，用新的思维理念、新的工作方法，打造培养出一批高素质的，为我园添姿加彩的亮丽花朵。我相信幼儿园的明天会更好！</w:t>
      </w:r>
      <w:r>
        <w:rPr>
          <w:lang w:eastAsia="zh-CN"/>
        </w:rPr>
        <w:br/>
      </w:r>
      <w:r>
        <w:rPr>
          <w:lang w:eastAsia="zh-CN"/>
        </w:rPr>
        <w:t xml:space="preserve">    中学英语老师工作总结 篇13 </w:t>
      </w:r>
      <w:r>
        <w:rPr>
          <w:lang w:eastAsia="zh-CN"/>
        </w:rPr>
        <w:br/>
      </w:r>
      <w:r>
        <w:rPr>
          <w:lang w:eastAsia="zh-CN"/>
        </w:rPr>
        <w:t>　　为了搞好本学期的教学工作,更高的提高教育教学质量,现将本学期的教学工作计划如下:</w:t>
      </w:r>
      <w:r>
        <w:rPr>
          <w:lang w:eastAsia="zh-CN"/>
        </w:rPr>
        <w:br/>
      </w:r>
      <w:r>
        <w:rPr>
          <w:lang w:eastAsia="zh-CN"/>
        </w:rPr>
        <w:t>　　一、指导思想：</w:t>
      </w:r>
      <w:r>
        <w:rPr>
          <w:lang w:eastAsia="zh-CN"/>
        </w:rPr>
        <w:br/>
      </w:r>
      <w:r>
        <w:rPr>
          <w:lang w:eastAsia="zh-CN"/>
        </w:rPr>
        <w:t>　　1、要面向全体学生，关注每个学生的情感，激发他们学习英语的兴趣，帮助他们建立学习的成就感和自信心,培养创新精神;</w:t>
      </w:r>
      <w:r>
        <w:rPr>
          <w:lang w:eastAsia="zh-CN"/>
        </w:rPr>
        <w:br/>
      </w:r>
      <w:r>
        <w:rPr>
          <w:lang w:eastAsia="zh-CN"/>
        </w:rPr>
        <w:t>　　2、整体设计目标，体现灵活开放，目标设计以学生技能，语言知识，情感态度，学习策略和文化意识的发展为基础;</w:t>
      </w:r>
      <w:r>
        <w:rPr>
          <w:lang w:eastAsia="zh-CN"/>
        </w:rPr>
        <w:br/>
      </w:r>
      <w:r>
        <w:rPr>
          <w:lang w:eastAsia="zh-CN"/>
        </w:rPr>
        <w:t>　　3、突出学生主体，尊重个体差异;</w:t>
      </w:r>
      <w:r>
        <w:rPr>
          <w:lang w:eastAsia="zh-CN"/>
        </w:rPr>
        <w:br/>
      </w:r>
      <w:r>
        <w:rPr>
          <w:lang w:eastAsia="zh-CN"/>
        </w:rPr>
        <w:t>　　4、采用活动途径，倡导体验参与，即采用任务型的教学模式，让学生在老师的指导下通过感知、体验、实践、参与和合作等方式，实现任务的目标，感受成功;</w:t>
      </w:r>
      <w:r>
        <w:rPr>
          <w:lang w:eastAsia="zh-CN"/>
        </w:rPr>
        <w:br/>
      </w:r>
      <w:r>
        <w:rPr>
          <w:lang w:eastAsia="zh-CN"/>
        </w:rPr>
        <w:t>　　5、注重过程评价，促进学生发展，建立能激励学生学习兴趣和自主学习能力发展的评价体系。总之，让学生在使用英语中学习英语，让学生成为GoodUser而不仅仅是Learner。让英语成为学生学习生活中最实用的工具而非累赘，让他们在使用和学习英语的过程中，体味到轻松和成功的快乐，而不是无尽的担忧和恐惧。</w:t>
      </w:r>
      <w:r>
        <w:rPr>
          <w:lang w:eastAsia="zh-CN"/>
        </w:rPr>
        <w:br/>
      </w:r>
      <w:r>
        <w:rPr>
          <w:lang w:eastAsia="zh-CN"/>
        </w:rPr>
        <w:t>　　6、以全面提高英语教育教学质量为目标。突出两个侧重，即侧重隐性效应，即苦练内功，转差培优。</w:t>
      </w:r>
      <w:r>
        <w:rPr>
          <w:lang w:eastAsia="zh-CN"/>
        </w:rPr>
        <w:br/>
      </w:r>
      <w:r>
        <w:rPr>
          <w:lang w:eastAsia="zh-CN"/>
        </w:rPr>
        <w:t>　　二、所教班级学生基本情况分析：</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届七年级新生和以往初一学生相比在英语基础方面很薄弱，由于在小学英语课并未受到足够的重视，他们在写的技能方面基本上没有得到过训练，连音标和字母的拼读都没有掌握好。经过上学期的不懈努力，年段学生的基础知识得到了加强，学习态度也有所好转。但是学生整体的惰性还是很强，自觉性很差。另外，学生在情感态度,学习策略方面还存在诸多需要进一步解决的问题。例如：很多学生不能明确学习英语的目的，没有真正认识到学习英语的目的在于交流;有些同学在学习中缺乏小组合作意识;大多数同学没有养成良好的学习习惯，不能做好课前预习课后复习，学习没有计划性和策略性;不善于发现和总结语言规律，不注意知识的巩固和积累。</w:t>
      </w:r>
      <w:r>
        <w:rPr>
          <w:lang w:eastAsia="zh-CN"/>
        </w:rPr>
        <w:br/>
      </w:r>
      <w:r>
        <w:rPr>
          <w:lang w:eastAsia="zh-CN"/>
        </w:rPr>
        <w:t>　　三、主要教学工作：</w:t>
      </w:r>
      <w:r>
        <w:rPr>
          <w:lang w:eastAsia="zh-CN"/>
        </w:rPr>
        <w:br/>
      </w:r>
      <w:r>
        <w:rPr>
          <w:lang w:eastAsia="zh-CN"/>
        </w:rPr>
        <w:t>　　1、以优化课堂结构，提高教学效率为中心。向45分钟要质量，要做到这点我要做到提前备课，没有教案不得进课堂;认真上好每一节课。</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转变教育理念，改变教学方式，以充分调动学生学习积极性为突破口，培养学生学习兴趣、进行学习方法指导、信心培养、沟通学生心灵为主，切实做好防差、转差工作(转差要“有计划、有目的、有组织”)。树立“教学是学校的中心工作，质量是学校的生命线”的意识，加大转差力度。(主要措施：提高课堂效率;培养学生自主互助学习习惯及兴趣;作好差生思想工作，鼓励其学习信心;加强学习方法指导;实施小组辅导与组长负责制;课后作业加大面批次数，勤检测，勤鼓励，单词亲自督促，组长负责检查，老师以单元过关检测为主)。加强检查及时评估。</w:t>
      </w:r>
      <w:r>
        <w:rPr>
          <w:lang w:eastAsia="zh-CN"/>
        </w:rPr>
        <w:br/>
      </w:r>
      <w:r>
        <w:rPr>
          <w:lang w:eastAsia="zh-CN"/>
        </w:rPr>
        <w:t>　　3、继续做好同学科、同年级教师之间交流，共同制定进度计划，单元测试卷，互相学习(尤其向有经验的教师学习)。</w:t>
      </w:r>
      <w:r>
        <w:rPr>
          <w:lang w:eastAsia="zh-CN"/>
        </w:rPr>
        <w:br/>
      </w:r>
      <w:r>
        <w:rPr>
          <w:lang w:eastAsia="zh-CN"/>
        </w:rPr>
        <w:t>　　4、加大教学研究力度，积极进行新课改与信息技术整合，完成一篇高质量的教学反思。</w:t>
      </w:r>
      <w:r>
        <w:rPr>
          <w:lang w:eastAsia="zh-CN"/>
        </w:rPr>
        <w:br/>
      </w:r>
      <w:r>
        <w:rPr>
          <w:lang w:eastAsia="zh-CN"/>
        </w:rPr>
        <w:t>　　5、教学常规工作：作业有布置，有批改，有反馈。作业的种类可分为：阅读、笔试等。英语教学在完成教材内容的同时，更应注意知识的延伸，内容的扩展。全面提高学生综合运用英语语言知识的能力。</w:t>
      </w:r>
      <w:r>
        <w:rPr>
          <w:lang w:eastAsia="zh-CN"/>
        </w:rPr>
        <w:br/>
      </w:r>
      <w:r>
        <w:rPr>
          <w:lang w:eastAsia="zh-CN"/>
        </w:rPr>
        <w:t>　　6、英语兴趣的培养是辅导后进生的一种方法和途径。精心准备，上好每一节课，备课要做到有教学内容，教学过程，教学效果及信息反馈。</w:t>
      </w:r>
      <w:r>
        <w:rPr>
          <w:lang w:eastAsia="zh-CN"/>
        </w:rPr>
        <w:br/>
      </w:r>
      <w:r>
        <w:rPr>
          <w:lang w:eastAsia="zh-CN"/>
        </w:rPr>
        <w:t>　　7、为使教学做到心中有数，全面了解学情，教学反馈及时。根据学校的统一安排，以学校组织的月考、期中和期末成绩为主要依据，对每个学生建立英语质量档案，对每个学生英语学习情况进行跟踪。</w:t>
      </w:r>
      <w:r>
        <w:rPr>
          <w:lang w:eastAsia="zh-CN"/>
        </w:rPr>
        <w:br/>
      </w:r>
      <w:r>
        <w:rPr>
          <w:lang w:eastAsia="zh-CN"/>
        </w:rPr>
        <w:t>　　8、加强英语和其它学科的课程整合，利用现代化的教学手段，提高教学效率，充分利用我校现有资源，争取实现英语教学和计算机教学的有机整合。</w:t>
      </w:r>
      <w:r>
        <w:rPr>
          <w:lang w:eastAsia="zh-CN"/>
        </w:rPr>
        <w:br/>
      </w:r>
      <w:r>
        <w:rPr>
          <w:lang w:eastAsia="zh-CN"/>
        </w:rPr>
        <w:t>　　9、关注学生的情感，营造宽松、民主、和谐的教学氛围。</w:t>
      </w:r>
      <w:r>
        <w:rPr>
          <w:lang w:eastAsia="zh-CN"/>
        </w:rPr>
        <w:br/>
      </w:r>
      <w:r>
        <w:rPr>
          <w:lang w:eastAsia="zh-CN"/>
        </w:rPr>
        <w:t>　　总之，在新的学期里，我将更努力的争取让每个孩子尽量不掉队，调动每个孩子的积极性，争取更大的进步!</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xml:space="preserve">    中学英语老师工作总结 篇14 </w:t>
      </w:r>
      <w:r>
        <w:rPr>
          <w:lang w:eastAsia="zh-CN"/>
        </w:rPr>
        <w:br/>
      </w:r>
      <w:r>
        <w:rPr>
          <w:lang w:eastAsia="zh-CN"/>
        </w:rPr>
        <w:t>　　八年级学年的工作已接近尾声，这是我第一次带八年级班，教学上遇到了前所未有的挑战。我虚心请教师 父、潜心研究教法、在实践中摸索前进。经过一个学年的努力，学到了很多教学经验，也取得了应有的成绩。以下是对本学年教学情况的简要总结。</w:t>
      </w:r>
      <w:r>
        <w:rPr>
          <w:lang w:eastAsia="zh-CN"/>
        </w:rPr>
        <w:br/>
      </w:r>
      <w:r>
        <w:rPr>
          <w:lang w:eastAsia="zh-CN"/>
        </w:rPr>
        <w:t>　　英语作为一门外语，对大多数学生而言，既生疏又困难。在这样一种大环境之下，要教好英语，就要让学生喜爱英语，让他们对英语产生兴趣。为此，我采取了一些方法，如尽多使用多媒体设备进行教学;开展形式多样、生动活泼的课堂语言实践活动;介绍英美国家的文化，生活故事;帮助班上的同学改英文名等等。使他们了解英语、喜欢英语，从而培养了学生学习英语的兴趣。目前，我们班学生对英语学习的兴趣始终稳定在较高水平。</w:t>
      </w:r>
      <w:r>
        <w:rPr>
          <w:lang w:eastAsia="zh-CN"/>
        </w:rPr>
        <w:br/>
      </w:r>
      <w:r>
        <w:rPr>
          <w:lang w:eastAsia="zh-CN"/>
        </w:rPr>
        <w:t>　　在集体备课的基础上，我能自觉钻研教材、研究学生，进行二次备课。虽然辛苦，但事实证明是值得的。</w:t>
      </w:r>
      <w:r>
        <w:rPr>
          <w:lang w:eastAsia="zh-CN"/>
        </w:rPr>
        <w:br/>
      </w:r>
      <w:r>
        <w:rPr>
          <w:lang w:eastAsia="zh-CN"/>
        </w:rPr>
        <w:t>　　教态自然、讲课生动、难易适中、照顾全部，课堂就能够吸引住学生。本人能做到每天都有积极的精神状态，让学生感受到一种积极的学习气氛。我能遵循听说、读写跟上的教学要求，努力加大课堂训练量，加快课堂节奏，切实提高课堂教学效率。除保证课堂效果之外，还需要让学生课外多读，多讲，多练。为此，在早读时，我坚持到班辅导，发现问题及时纠正。课后坚持认真批改学生作业，发现问题及时解决。对部分不自觉的同学还采取强硬背诵等方式，以打好他们的初二基础。</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按以往经验，学生在英语学习进入一定阶段后，会出现好差分化现象，尤其是__教材开始启用、学习难度加深以后。为此，我制定了具体的“培优转差”计划和目标，对这部分同学进行有计划的辅导。</w:t>
      </w:r>
      <w:r>
        <w:rPr>
          <w:lang w:eastAsia="zh-CN"/>
        </w:rPr>
        <w:br/>
      </w:r>
      <w:r>
        <w:rPr>
          <w:lang w:eastAsia="zh-CN"/>
        </w:rPr>
        <w:t>　　例如我把这批同学分为三个组。第一组是有一定基础，但平时懒动脑筋不学的同学，对这些同学，我采取集体辅导，给他们分配固定任务，不让他们有偷懒的机会，让他们发挥应有水平;第二组是肯学、但学习能力不强的同学。对这部分同学进行耐心指导，多加鼓励，慢慢提高他们的成绩;第三组是纪律松散、基础不好、学习又不认真的`同学。对这部分人进行课余时间个别辅导。由于实施了分类辅导，针对性强，效果比较明显。</w:t>
      </w:r>
      <w:r>
        <w:rPr>
          <w:lang w:eastAsia="zh-CN"/>
        </w:rPr>
        <w:br/>
      </w:r>
      <w:r>
        <w:rPr>
          <w:lang w:eastAsia="zh-CN"/>
        </w:rPr>
        <w:t>　　一个学年的努力效果如何，期末考试就是一种考验了。无论成绩高低，都体现了我在这学年的教学成果。我明白到这并不是最重要的，重要的是这学年本人确实学到很多，重要的是如何总结得失，以期在下学年后做得更好。因此，无论怎样辛苦，我都会继续努力，多问、多想、多向书本、专家、同行学习，争取更大的进步。</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这届学生用的是人教版的这套教材内容丰富，理念新颖，针对的是有一定英语基础的学生，同时这套教材营造了一个倾向本土化语言的环境。和以前的教材相比，___的起点比较高，单词的呈现比较多，而且难度梯度不明显，提倡“用到即学”，很多内容对于大多数学生理解起来是有难度的。而我们作为农村地区的学生本来基础就差，在这种情况下，我感觉上课难度比较大。所以在授课时我尽量使抽象的问题具体化、枯燥的问题趣味化，尽力采取多种方法去提高学生学习英语的兴趣。如多讲一些有关英美国家的文化知识、生活故事，把难记的知识点编成一段段朗朗上口又容易记忆的顺口溜，教唱几首英文歌曲等。</w:t>
      </w:r>
      <w:r>
        <w:rPr>
          <w:lang w:eastAsia="zh-CN"/>
        </w:rPr>
        <w:br/>
      </w:r>
      <w:r>
        <w:rPr>
          <w:lang w:eastAsia="zh-CN"/>
        </w:rPr>
        <w:t>　　我们都知道，了解和分析学生情况，有针对性地教学对教学成功与否至关重要。在这套教材的设计中，可能经常会遇到这样的问题：在一节课上，既有大量的单词呈现，又有句子、篇章的理解，还会有语法的讲解，给人的感觉乱而无序。有的学生更有一种“丈二和尚摸不着头脑”的感觉。所以我在备课的时候，就会根据学生的实际情况把教材内容进行适当的改编、整理，每节课确定一个重点内容，对于那些难度较大的内容我先适当降低难度再逐步增加，这样学生更容易接受。</w:t>
      </w:r>
      <w:r>
        <w:rPr>
          <w:lang w:eastAsia="zh-CN"/>
        </w:rPr>
        <w:br/>
      </w:r>
      <w:r>
        <w:rPr>
          <w:lang w:eastAsia="zh-CN"/>
        </w:rPr>
        <w:t>　　教师的教学活动是否能取得好的效果最主要还是体现在落实好常规教学环节上。这一年来，我仍然坚持认真备好每节课，做到备教材、备学生及备教参课辅资料三结合，总是以最充分的准备去完成每次教学任务。在教学活动中，我针对不同的教学内容采取不同的教学方法和教学手段，力争给学生呈现通俗易懂又趣味易记的教学内容。并能耐心细致地给学生做好辅导工作，详细地批改每份作业。坚持单元检测，及时发现并提醒学习出现问题的学生，帮助他们把成绩赶上来。</w:t>
      </w:r>
      <w:r>
        <w:rPr>
          <w:lang w:eastAsia="zh-CN"/>
        </w:rPr>
        <w:br/>
      </w:r>
    </w:p>
    <w:p w:rsidR="001B1F19" w14:textId="27C3F48A">
      <w:pPr>
        <w:rPr>
          <w:lang w:eastAsia="zh-CN"/>
        </w:rPr>
      </w:pPr>
      <w:r>
        <w:rPr>
          <w:lang w:eastAsia="zh-CN"/>
        </w:rPr>
        <w:t>　　我们知道英语作为一种语言的特殊性，需要所学者反复记忆、背诵，不断巩固才能很好地掌握。所以我在每天上课前总会先给学生报听写，并当天批改后发给学生改正，第二天又听写，这样一个单元的内容学完，单词也能写上三到五遍以上，学生掌握的情况就比较好。我也有选择性地指导学生背一些课文、段落，或者叫学生把课文里精彩实用的句子抄到摘抄本上再背诵。对于一些听写背书不理想的学生，我会在课后让他们重新听写和背诵。</w:t>
      </w:r>
      <w:r>
        <w:rPr>
          <w:lang w:eastAsia="zh-CN"/>
        </w:rPr>
        <w:br/>
      </w:r>
      <w:r>
        <w:rPr>
          <w:lang w:eastAsia="zh-CN"/>
        </w:rPr>
        <w:t>　　而英语学科的特殊性也会导致两极分化现象的出现，但差生面扩大会严重影响班级的学风和班风。若是只用一个统一的标准去要求所有的学生，就会使那些基础较差的学生觉得自己永远也达不到要求而产生抵触情绪，甚至放弃这门学科。所以，我对于一些基础较差的学生适当地降低一定的标准，使他们感到通过自己的努力能够达到老师的要求，以此也能享受学习的快乐，增加自信，不至于过早地产生厌学情绪。</w:t>
      </w:r>
      <w:r>
        <w:rPr>
          <w:lang w:eastAsia="zh-CN"/>
        </w:rPr>
        <w:br/>
      </w:r>
      <w:r>
        <w:rPr>
          <w:lang w:eastAsia="zh-CN"/>
        </w:rPr>
        <w:t>　　在完成教学工作的同时，我还积极参加教研活动，并虚心向其他同事请教多媒体教学的方法，初步掌握了下载、制作课件并利用课件来辅助教学的教学手段。</w:t>
      </w:r>
      <w:r>
        <w:rPr>
          <w:lang w:eastAsia="zh-CN"/>
        </w:rPr>
        <w:br/>
      </w:r>
      <w:r>
        <w:rPr>
          <w:lang w:eastAsia="zh-CN"/>
        </w:rPr>
        <w:t>　　总的来说，这一年的工作我取得了一定的进步，但也还有许多不足之处。在今后的工作中，我会更加严格地要求自己，争取百尺竿头，更进一步。</w:t>
      </w:r>
      <w:r>
        <w:rPr>
          <w:lang w:eastAsia="zh-CN"/>
        </w:rPr>
        <w:br/>
      </w:r>
      <w:r>
        <w:rPr>
          <w:lang w:eastAsia="zh-CN"/>
        </w:rPr>
        <w:t xml:space="preserve">    中学英语老师工作总结 篇15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https://d.book118.com/436045000020010053</w:t>
        </w:r>
      </w:hyperlink>
    </w:p>
    <w:p w:rsidR="001B1F19">
      <w:pPr>
        <w:rPr>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6045000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