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有关教师读书心得体会范文集锦（33篇）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有关教师读书心得体会范文集锦（精选33篇）</w:t>
      </w:r>
      <w:r>
        <w:rPr>
          <w:lang w:eastAsia="zh-CN"/>
        </w:rPr>
        <w:br/>
      </w:r>
      <w:r>
        <w:rPr>
          <w:lang w:eastAsia="zh-CN"/>
        </w:rPr>
        <w:t xml:space="preserve">    有关教师读书心得体会范文集锦 篇1 </w:t>
      </w:r>
      <w:r>
        <w:rPr>
          <w:lang w:eastAsia="zh-CN"/>
        </w:rPr>
        <w:br/>
      </w:r>
      <w:r>
        <w:rPr>
          <w:lang w:eastAsia="zh-CN"/>
        </w:rPr>
        <w:t>　　新的课程标准提出教师要做“学习型”的教师，我们每一位教师都应该不断的学习和充电，不断地拓展自己的知识结构和领域，成为知识渊博的人，才能不断地给学生以新鲜的“源头活水”，本学期我校的周六读书活动，为老师们提供了一个学习充电的平台，学习中我们受到教育，得到启迪。下面就简单地谈谈自己的一点读书心得。</w:t>
      </w:r>
      <w:r>
        <w:rPr>
          <w:lang w:eastAsia="zh-CN"/>
        </w:rPr>
        <w:br/>
      </w:r>
      <w:r>
        <w:rPr>
          <w:lang w:eastAsia="zh-CN"/>
        </w:rPr>
        <w:t>　　“读书贵在得法”我们经常给学生这样讲，其实我们教师读书也要会读，要读有所思，读有所获。首先，怎样才能读好每一本好书呢？我认为，读书的时候应该把“看”和“想”结合起来。“文章如果是一杯水的话，那么思想的调味品能使这水变得多滋多味、留有余香”。所以我在看书的基础上，还细心琢磨一下作者所写的每一句话的含义，不动笔墨不读书，看书时不但要“想”，还要“做”。在每一本著作、刊物中都含有许多好词好句，这就要靠自己去发掘，而且要把这些好词好句摘抄在笔记本里，以便灵活运用到自己的教育教学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再者，要学会从书中汲取了力量。他人的教育教学经验就是自己进步的阶梯。通过阅读《教师读书十问》，促使我静心思考教师的读书，认识到读书应当成为每一个教师的习惯，甚至是信仰；读完《给教师的18条建议》，使我清楚认识到教师在课改中担当的角色和任务，要求教师不断更新自己的观念和实践，做一个反思的实践者；读一本好书就是和一位智者、大师在对话，读了潍坊市教育局长李希贵著的《为了教育自由的呼吸》一书，我更是受益匪浅，他的一些教育思想和和观念使人深思，给人感悟，他对教育事业的那份孜孜不倦的追求值得我们学习。</w:t>
      </w:r>
      <w:r>
        <w:rPr>
          <w:lang w:eastAsia="zh-CN"/>
        </w:rPr>
        <w:br/>
      </w:r>
      <w:r>
        <w:rPr>
          <w:lang w:eastAsia="zh-CN"/>
        </w:rPr>
        <w:t>　　“一个真正的人应当在灵魂的深处有一份精神宝藏，这就是他通宵达旦地读过一二百本书。”（苏霍姆林斯基语），我们每个人要为此而努力，不断地充实自己，成为一名真正的“学习型教师”。</w:t>
      </w:r>
      <w:r>
        <w:rPr>
          <w:lang w:eastAsia="zh-CN"/>
        </w:rPr>
        <w:br/>
      </w:r>
      <w:r>
        <w:rPr>
          <w:lang w:eastAsia="zh-CN"/>
        </w:rPr>
        <w:t xml:space="preserve">    有关教师读书心得体会范文集锦 篇2 </w:t>
      </w:r>
      <w:r>
        <w:rPr>
          <w:lang w:eastAsia="zh-CN"/>
        </w:rPr>
        <w:br/>
      </w:r>
      <w:r>
        <w:rPr>
          <w:lang w:eastAsia="zh-CN"/>
        </w:rPr>
        <w:t>　　这周读书俱乐部活动正式开始，同事帮我领回了吴非的名著《不跪着教师》。闲暇时摸过书，一下被里面精彩、真实、鲜活的教育故事吸引了。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书的第一辑开始部分，作者讲了一个苏霍姆林斯基与一个孩子的故事，大意是校园的花房里开了一朵硕大的玫瑰花，吸引了很多孩子和老师每天都去观赏。有一天早晨，他看到一个四岁左右的小女孩摘下了那朵花，从容的往外走。苏霍姆林斯基没有呵斥孩子，他弯下腰，亲切的问孩子：“你摘这朵花打算送给谁的？能告诉我吗？”小女孩害羞的说：“奶奶病的很重，我告诉她学校有一朵很大的玫瑰花，奶奶有点不相信，我现在摘下来送给她看，看过我就把花送回来。”听了孩子天真的回答，苏霍姆林斯基的心颤动了，他领着小女孩，在花房里又摘下了两朵大玫瑰花，对孩子说：“这一朵是奖给你的，你是一个懂得爱的孩子；这一朵是送给妈妈的，感谢她养育了你这样好的孩子。”</w:t>
      </w:r>
      <w:r>
        <w:rPr>
          <w:lang w:eastAsia="zh-CN"/>
        </w:rPr>
        <w:br/>
      </w:r>
      <w:r>
        <w:rPr>
          <w:lang w:eastAsia="zh-CN"/>
        </w:rPr>
        <w:t>　　读完之后，心里有说不出的震撼和感动。教育家的一颗慈爱之心像一屡春风拂面而来，在这乍暖还寒时节，又如地海深处的股股暖流洋溢心间，叮叮咚咚，奏响了一支嘹亮、温馨的爱之歌。</w:t>
      </w:r>
      <w:r>
        <w:rPr>
          <w:lang w:eastAsia="zh-CN"/>
        </w:rPr>
        <w:br/>
      </w:r>
      <w:r>
        <w:rPr>
          <w:lang w:eastAsia="zh-CN"/>
        </w:rPr>
        <w:t>　　这是一个伟大的教育家用一颗“伟大”的心去呵护孩子一颗“小小”的爱心，这样的教育才是真教育、大教育。不禁为智慧者的“随风潜入夜，润物细无声”拍案叫好。</w:t>
      </w:r>
      <w:r>
        <w:rPr>
          <w:lang w:eastAsia="zh-CN"/>
        </w:rPr>
        <w:br/>
      </w:r>
      <w:r>
        <w:rPr>
          <w:lang w:eastAsia="zh-CN"/>
        </w:rPr>
        <w:t>　　爱孩子就要放下道德评判的“屠刀”。你能容忍一个私自采摘鲜花、神态自如的孩子走出花房吗？如果你不是老师，或许可以做到。但你是一位老师，你得摆出老师的尊严，实施你教育的特权，显示你育人的本领，于是在那大行其道的教育孩子不要乱攀乱折，要做一个爱护花草，遵守规则的好孩子，甚至于不分青红皂白的对孩子处罚一番。传统的道德绑架扼杀了孩子懵懵懂懂的那颗纯真的心，可怕的“道德”教育啊，举起大旗的刹那，其实你就已经失败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爱孩子就要对孩子的善举给予充分的肯定。光说不做假把式，在学习生活中我们要做说话的矮子，行动的巨人。苏霍姆斯基做到了，表扬孩子不仅仅是口头，他用两朵花对孩子的善举给予了充分的肯定，这是怎样的认可和激励啊，或许在孩子幼小的心灵里会留下终身难以磨灭的印象。</w:t>
      </w:r>
      <w:r>
        <w:rPr>
          <w:lang w:eastAsia="zh-CN"/>
        </w:rPr>
        <w:br/>
      </w:r>
      <w:r>
        <w:rPr>
          <w:lang w:eastAsia="zh-CN"/>
        </w:rPr>
        <w:t>　　爱孩子就要给孩子说话的机会。孩子虽小，但他们每做一件事也都有自己的理由，在事情没弄明白之前不要武断的下结论。俯下身子，耐心倾听孩子的心声，站在孩子的角度考虑问题，你会有意想不到的收获。</w:t>
      </w:r>
      <w:r>
        <w:rPr>
          <w:lang w:eastAsia="zh-CN"/>
        </w:rPr>
        <w:br/>
      </w:r>
      <w:r>
        <w:rPr>
          <w:lang w:eastAsia="zh-CN"/>
        </w:rPr>
        <w:t xml:space="preserve">    有关教师读书心得体会范文集锦 篇3 </w:t>
      </w:r>
      <w:r>
        <w:rPr>
          <w:lang w:eastAsia="zh-CN"/>
        </w:rPr>
        <w:br/>
      </w:r>
      <w:r>
        <w:rPr>
          <w:lang w:eastAsia="zh-CN"/>
        </w:rPr>
        <w:t>　　暑假我有幸拜读了全国著名特级教师王崧舟撰写的《王崧舟诗意语文教育》，如缕缕春风拂面，又似涓涓细流浇灌我那干涸的心田，给我送来了夏日里的丝丝清凉。</w:t>
      </w:r>
      <w:r>
        <w:rPr>
          <w:lang w:eastAsia="zh-CN"/>
        </w:rPr>
        <w:br/>
      </w:r>
      <w:r>
        <w:rPr>
          <w:lang w:eastAsia="zh-CN"/>
        </w:rPr>
        <w:t>　　在这部《诗意语文教育》中，集中了王老师近几年对诗意语文的一个不断理解和生成的文字轨迹，是他参与各种大型的、专题的语文教学观摩活动、培训活动的讲座和报告.虽未亲临现场，但我能够深切地感悟从王老师内心深处流淌出来的对于诗意语文的解读和修行，令我对诗意语文有了滋心的感受，对我平常那近乎麻木的课堂教学有了更大的触动。</w:t>
      </w:r>
      <w:r>
        <w:rPr>
          <w:lang w:eastAsia="zh-CN"/>
        </w:rPr>
        <w:br/>
      </w:r>
      <w:r>
        <w:rPr>
          <w:lang w:eastAsia="zh-CN"/>
        </w:rPr>
        <w:t>　　书中王老师精辟而形象地向我们诠释了什么是诗意语文，那是对语文教育理想境界的一种追寻，是对语文教育本色和本真的一种深刻自觉和回归。一切优秀的语文教学，是诗意的语文;一切风格鲜明的语文教学，无论朴素还是绚烂、无论激情澎湃还是理趣盎然、无论散发着平民气息还是充满了贵族气质，只要它是自由对话的、唤醒意会的、精神契合的、追寻幸福的、实现自我的、充满智慧的，那就是诗意语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回想自己平时的课堂教学，真是愧对学生，愧对自己。上课时，即兴发挥，脚踩西瓜皮，滑到哪儿算哪儿;课后的反思策略也只做表面功夫。不思进取，得过且过。其实我也挺讨厌这样的自己，曾经的雄心壮志，曾经的理想抱负，都已不在。而这次读了《王崧舟诗意语文教育》，又激发了我灵魂深处的那份感动，那份纯真。作为一名语文老师，上好语文课，是自己的本职工作。王老师告诉我们，一堂好的语文课，在课堂上教师要彻底放松，全然进入课堂中的每一个环节，和学生情情相融、心心相印，要彻底打开自己的生命，让生命中的每一个细胞、每一寸肌肤去感受、去触摸、去体认课堂中的每一个当下，他会不时地产生高峰体验，他会在课堂上率性而为，和学生一起欢笑、一起流泪、一起沉思、一起震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书中我学到好多王老师的“独门秘诀”，要提高自己的教学水平，平时要修炼绝招。比如第一招叫“实录还原法”。把课堂教学实录还原成教学设计，然后再还原成教学理论;把理论再还原成设计，把设计再还原成实录，这样一个来回还原的过程，可以很好地修炼自己的教学思想，提高自己的教学水平。第二招叫“情境填空法”。在听课或看人家的优秀实录时，看到关键时刻，要定格打住，进行情境填空，看看自己会有什么反应，如果自己处理会有什么“课像”生成，然后通过比较，这样你的机智、通变与智慧就炼出来了。第三招叫“微格解剖法”。在教学中要研究候课，研究导入，研究提问，研究范读，研究导读，研究讨论对话倾听训练结课拓展，研究很多微格，这里面大有学问。如针对学生的朗读，可以选择许多角度研究，如朗读状态、朗读方法、朗读质量、朗读内容、思维方式、情感体验、现场氛围、思想认知、文化背景、学习要求、动态变化等等。在书中这样的“独门秘诀”还有很多，有机会大家都可以去好好欣赏学习。</w:t>
      </w:r>
      <w:r>
        <w:rPr>
          <w:lang w:eastAsia="zh-CN"/>
        </w:rPr>
        <w:br/>
      </w:r>
      <w:r>
        <w:rPr>
          <w:lang w:eastAsia="zh-CN"/>
        </w:rPr>
        <w:t>　　我真的是受益匪浅!</w:t>
      </w:r>
      <w:r>
        <w:rPr>
          <w:lang w:eastAsia="zh-CN"/>
        </w:rPr>
        <w:br/>
      </w:r>
      <w:r>
        <w:rPr>
          <w:lang w:eastAsia="zh-CN"/>
        </w:rPr>
        <w:t xml:space="preserve">    有关教师读书心得体会范文集锦 篇4 </w:t>
      </w:r>
      <w:r>
        <w:rPr>
          <w:lang w:eastAsia="zh-CN"/>
        </w:rPr>
        <w:br/>
      </w:r>
      <w:r>
        <w:rPr>
          <w:lang w:eastAsia="zh-CN"/>
        </w:rPr>
        <w:t>　　我是一个普通的农村数学教师，忙忙碌碌中不知不觉已经度过4多个春秋。4年来我不敢说已经读了多少多少书，更不敢说把读书作为了我的行走方式，但至少有一点可以令我自己比较欣慰，那就是我已经越来越离不开读书了。</w:t>
      </w:r>
      <w:r>
        <w:rPr>
          <w:lang w:eastAsia="zh-CN"/>
        </w:rPr>
        <w:br/>
      </w:r>
      <w:r>
        <w:rPr>
          <w:lang w:eastAsia="zh-CN"/>
        </w:rPr>
        <w:t>　　曾经经常对语文老师非常羡慕，能和学生一起读书，能写出文采飞扬的令人叹服的教育随笔，我们数学老师只能写一些像干巴巴的教某个教学内容的感受，或者是简单的工作总结等。</w:t>
      </w:r>
      <w:r>
        <w:rPr>
          <w:lang w:eastAsia="zh-CN"/>
        </w:rPr>
        <w:br/>
      </w:r>
      <w:r>
        <w:rPr>
          <w:lang w:eastAsia="zh-CN"/>
        </w:rPr>
        <w:t>　　但是随着自己读书的不断深入，虽然在一些随笔评选上不能被青睐，但它们同样是我平时工作的思考、实践沉淀的精华，人生的精华，勤于实践和创新，慢慢的积累和沉淀，树立成果意识，做工作的有心人，我同样走在专业成长和发展的路上。</w:t>
      </w:r>
      <w:r>
        <w:rPr>
          <w:lang w:eastAsia="zh-CN"/>
        </w:rPr>
        <w:br/>
      </w:r>
      <w:r>
        <w:rPr>
          <w:lang w:eastAsia="zh-CN"/>
        </w:rPr>
        <w:t>　　读书在悄悄改变着我的生活。读书让我在教学中知道了思，知道了分析，知道了一个好的老师应该是一个会有思考有思想的老师。这几年里，手边的一本本数学方面的教育著作丰盈了我的教学思想，教会了我如何顺应教育教学规律做一个合格的数学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自从学校开展了教师读书论坛活动，让每一位老师都读书、读好书，《给教师的建议》、《小学数学教师》、《处人、处己、处事》黄钊教授的《当众讲话系列训练》《人际沟通系列训练》等等，学校和上级推荐了好多的好书，从此，书成了我床边的精神食粮，书给了我前进的动力。</w:t>
      </w:r>
      <w:r>
        <w:rPr>
          <w:lang w:eastAsia="zh-CN"/>
        </w:rPr>
        <w:br/>
      </w:r>
      <w:r>
        <w:rPr>
          <w:lang w:eastAsia="zh-CN"/>
        </w:rPr>
        <w:t>　　我乐读书，可以让我摆脱生活中的痛苦，消除压抑，尽情的沉浸在书的世界里，教师是清贫的，但我们可以在读书中读到那些靠苦读书、好读书而拥有很多物质财富的人生活的更美好，更充实，更自由，更快乐！</w:t>
      </w:r>
      <w:r>
        <w:rPr>
          <w:lang w:eastAsia="zh-CN"/>
        </w:rPr>
        <w:br/>
      </w:r>
      <w:r>
        <w:rPr>
          <w:lang w:eastAsia="zh-CN"/>
        </w:rPr>
        <w:t>　　应该说自己是幸运的，因为现在我们的学校十分重视师生的阅读，校长更是把读书当成了头等事来抓。特别要感谢学校对教师读书的检查，让我逐渐养成了读书的习惯，让我不敢也不能偷懒。如今，想做一个比普通老师更好一点的老师依然是我的愿望，我想我一一定会实现这一愿望的，在读书中学习，在读书中成长，读书会让我变得充实而有思想。</w:t>
      </w:r>
      <w:r>
        <w:rPr>
          <w:lang w:eastAsia="zh-CN"/>
        </w:rPr>
        <w:br/>
      </w:r>
      <w:r>
        <w:rPr>
          <w:lang w:eastAsia="zh-CN"/>
        </w:rPr>
        <w:t xml:space="preserve">    有关教师读书心得体会范文集锦 篇5 </w:t>
      </w:r>
      <w:r>
        <w:rPr>
          <w:lang w:eastAsia="zh-CN"/>
        </w:rPr>
        <w:br/>
      </w:r>
      <w:r>
        <w:rPr>
          <w:lang w:eastAsia="zh-CN"/>
        </w:rPr>
        <w:t>　　在《我的教学生涯》一书中，斯霞教师强调：“为人师者，异常是小学教师，被孩子看作是智慧的化身、言行的典范，稍有不慎就会在幼小的心灵里留下这样那样的错觉。所以，学校无小事，教师无小节。”这是多么贴切的总结，这是多么深刻的认识。让我的心灵一次又一次的受到洗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名成功的教师总是会用微笑来欣赏每个学生，这有利于激发学生的活力，更有利于让学生构成良好的思想品行，美国心理学家詹姆斯说过：“人性中最深切的禀质乃是被人赏识的渴望”。正所谓好学生是夸出来的，赞扬一则让他们渴望赏识的虚荣心得到满足，二则在满足的情景下能够作到洗耳恭听，甘愿理解自我的缺点并加以改正。</w:t>
      </w:r>
      <w:r>
        <w:rPr>
          <w:lang w:eastAsia="zh-CN"/>
        </w:rPr>
        <w:br/>
      </w:r>
      <w:r>
        <w:rPr>
          <w:lang w:eastAsia="zh-CN"/>
        </w:rPr>
        <w:t>　　所以在工作中，我们要努力做到既尊重学生，又严格要求学生，不挫伤其心灵中最敏感的角落——自尊心。对犯错误的学生，不用尖刻的语言去批评他，而是换个方式，换种说法，让学生从我的语言中明白自我所犯错误，并能自觉地改正错误，这样，既尊重了学生，又收到了事半功倍的教育效果。学生的个性特点各具形态，对于学生的某些个性特征，比如内向、好动、烦躁等，应循循善诱，不能讽刺挖苦，更不能强暴的扼制。</w:t>
      </w:r>
      <w:r>
        <w:rPr>
          <w:lang w:eastAsia="zh-CN"/>
        </w:rPr>
        <w:br/>
      </w:r>
      <w:r>
        <w:rPr>
          <w:lang w:eastAsia="zh-CN"/>
        </w:rPr>
        <w:t>　　每个学生是一个鲜活的人生世界，我们要经过多方面多渠道的疏通，走入学生的内心世界，以教师或朋友的身份展开谈话，以进取乐观的态度引导学生，为人师表。那么，我们必须能成为学生真正的朋友。</w:t>
      </w:r>
      <w:r>
        <w:rPr>
          <w:lang w:eastAsia="zh-CN"/>
        </w:rPr>
        <w:br/>
      </w:r>
      <w:r>
        <w:rPr>
          <w:lang w:eastAsia="zh-CN"/>
        </w:rPr>
        <w:t>　　小学教师读书心得体会篇八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教师主角与教师发展新探》是一本与未来教师探讨关于教师职业的生命价值的著作。叶澜教授把教师职业存在的状态分为三种，即以此谋生和养家糊口的生存状态、体验人生和品味幸福的享受状态、服务社会和完善自我的发展状态。“我是一个怎样的教师?”多少次我想过这个问题，现实中“生存型”的教师确实不少，他们或将自我的职业视为谋生的手段，或默默牺牲将吃苦视为享受，可是，我也看到了更多“享受型”的教师——“捧着一颗心来，不带半根草去”，他们无怨无悔地坚守着自我的信念，满怀热情地投入工作，把学生的成长当成自我的欢乐。他们默默地奉献着，也享受着奉献之后的欢乐。</w:t>
      </w:r>
      <w:r>
        <w:rPr>
          <w:lang w:eastAsia="zh-CN"/>
        </w:rPr>
        <w:br/>
      </w:r>
      <w:r>
        <w:rPr>
          <w:lang w:eastAsia="zh-CN"/>
        </w:rPr>
        <w:t>　　读了这本书后，我觉得：“我是一位幸福教师，我也是一个把学生的成长当成自我的欢乐”的教师，在体验人生和品位幸福的享受状态下，服务着社会，完善着自我的发展状态。回想自我欢乐地与学生交往，欣慰地享受着自我教育教学中的成功，让我感受到了作为教师的欢乐。诚然，工作中不会一帆风顺，我们更应当调节好自我的情绪，进取地投入工作，这样，我们才能享受工作给我们带来的欢乐。</w:t>
      </w:r>
      <w:r>
        <w:rPr>
          <w:lang w:eastAsia="zh-CN"/>
        </w:rPr>
        <w:br/>
      </w:r>
      <w:r>
        <w:rPr>
          <w:lang w:eastAsia="zh-CN"/>
        </w:rPr>
        <w:t>　　教育是一个使教育者和受教育者都变得更完善的职业，“发展型”教师是我们始终追求的一种境界和目标，教育发展的关键又在于教师素质和专业发展水平的提高;所以，教育者自觉完善自我的同时，才能更有利于学生的完善与发展。</w:t>
      </w:r>
      <w:r>
        <w:rPr>
          <w:lang w:eastAsia="zh-CN"/>
        </w:rPr>
        <w:br/>
      </w:r>
      <w:r>
        <w:rPr>
          <w:lang w:eastAsia="zh-CN"/>
        </w:rPr>
        <w:t>　　首先：教师需树立人本思想，让学生获得人格上的平等</w:t>
      </w:r>
      <w:r>
        <w:rPr>
          <w:lang w:eastAsia="zh-CN"/>
        </w:rPr>
        <w:br/>
      </w:r>
      <w:r>
        <w:rPr>
          <w:lang w:eastAsia="zh-CN"/>
        </w:rPr>
        <w:t>　　教师要热爱本职工作，热爱自我的学生，我们明白“亲其师”方能“信其道”的道理，不要习惯以长者的姿态，居高临下的教训学生，作为教师必须要了解学生、理解学生、尊重学生，真正确立学生的主体地位，树立以人为本的思想，使学生获得人格上的平等。</w:t>
      </w:r>
      <w:r>
        <w:rPr>
          <w:lang w:eastAsia="zh-CN"/>
        </w:rPr>
        <w:br/>
      </w:r>
      <w:r>
        <w:rPr>
          <w:lang w:eastAsia="zh-CN"/>
        </w:rPr>
        <w:t>　　其次：教师需有感情的教育教学，使教育教学充满活力。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感人心者，莫先乎情。”没有感情的教育教学是苍白无力的，学生不是冷冰冰的机器零件，而是成长中的活生生的人，他们的感情纯真、热烈而稚嫩脆弱，需要教师的爱护。教师仅有热爱学生，才能关心和爱护他们，产生共同的思想感情，这样，教师才能取信于学生，享有较高的威信，使学生乐意服从自我的指挥，理解自我的感情。用尊重、信任、体贴、关怀去充实，用爱的力量去教育学生才能成效卓著。</w:t>
      </w:r>
      <w:r>
        <w:rPr>
          <w:lang w:eastAsia="zh-CN"/>
        </w:rPr>
        <w:br/>
      </w:r>
      <w:r>
        <w:rPr>
          <w:lang w:eastAsia="zh-CN"/>
        </w:rPr>
        <w:t>　　再次：教师要不断地反思，努力成为反思型教师。</w:t>
      </w:r>
      <w:r>
        <w:rPr>
          <w:lang w:eastAsia="zh-CN"/>
        </w:rPr>
        <w:br/>
      </w:r>
      <w:r>
        <w:rPr>
          <w:lang w:eastAsia="zh-CN"/>
        </w:rPr>
        <w:t>　　但丁说过这样一句话：人不能像走兽一样活着，应当追求知识和美德，作为“人”的教师，应懂得珍惜时光，不断追求新知识、新理念，掌握更多的本领，以更好地教学和指导学生。仅有这样，我们的教育事业才会真正地、长久地兴旺发达。因而在教师德性的养成中，强调的是反思和自我修养，在反思中，找到自我教学中的不足，课后进行补救。这更有利于教学水平的提高，帮忙自我更快地成长。</w:t>
      </w:r>
      <w:r>
        <w:rPr>
          <w:lang w:eastAsia="zh-CN"/>
        </w:rPr>
        <w:br/>
      </w:r>
      <w:r>
        <w:rPr>
          <w:lang w:eastAsia="zh-CN"/>
        </w:rPr>
        <w:t>　　“追承生命的阳光，享受生活的欢乐”，让我们以此言共勉，在教育事业中奉献、求真和创新，真正使我们的职业生涯焕发出更加旺盛的生命活力。</w:t>
      </w:r>
      <w:r>
        <w:rPr>
          <w:lang w:eastAsia="zh-CN"/>
        </w:rPr>
        <w:br/>
      </w:r>
      <w:r>
        <w:rPr>
          <w:lang w:eastAsia="zh-CN"/>
        </w:rPr>
        <w:t>　　小学教师读书心得体会篇九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作为一名教师，常常感到课堂时间不够用，甚至有时还会完成不了教学任务，总结其问题就在于授课不够清晰与直接，有时把简单的问题复杂化，有时则跑题，有时讲话超出了学生的理解水平，有时则削弱了教材资料呈现的清晰度，往往讲得满头大汗却达不到梦想的效果。阅读《有效教学方法》一书后，我受到了很大启发，我觉得教师若想把认真准备的课付诸实施，把教学原则成功地运用到课堂教学中去，还必须到达上好课的一些基本要求：目标明确、重点突出，资料正确、方法得当，清晰授课、组织严密，学生兴趣浓厚、课堂气氛热烈。</w:t>
      </w:r>
      <w:r>
        <w:rPr>
          <w:lang w:eastAsia="zh-CN"/>
        </w:rPr>
        <w:br/>
      </w:r>
      <w:r>
        <w:rPr>
          <w:lang w:eastAsia="zh-CN"/>
        </w:rPr>
        <w:t>　　一、目标明确。</w:t>
      </w:r>
      <w:r>
        <w:rPr>
          <w:lang w:eastAsia="zh-CN"/>
        </w:rPr>
        <w:br/>
      </w:r>
      <w:r>
        <w:rPr>
          <w:lang w:eastAsia="zh-CN"/>
        </w:rPr>
        <w:t>　　目标明确是指上课时教师明白这堂课要掌握些什么知识和技能，要养成些什么行为方式和品格，要有怎样的态度，要学会什么方法，等等，也就是要明确教学目标。在一节课上，师生的活动都应围绕教学目标展开、进行，教师上课为了引起学生的兴趣，有时插入课外资料，为了加深学生对问题的理解，有时把资料引申出去，涉及了教学大纲和教科书以外的某些知识，甚至有相当广度，只要是有利于目标的完成，都是能够的。可是，漫无目的地讲故事、东拉西扯，做那些与实现目标无关的事，应予以否定，对学生也同样，教师要及时发觉并纠正学生努力完成任务。</w:t>
      </w:r>
      <w:r>
        <w:rPr>
          <w:lang w:eastAsia="zh-CN"/>
        </w:rPr>
        <w:br/>
      </w:r>
      <w:r>
        <w:rPr>
          <w:lang w:eastAsia="zh-CN"/>
        </w:rPr>
        <w:t>　　二、资料正确、重点突出。</w:t>
      </w:r>
      <w:r>
        <w:rPr>
          <w:lang w:eastAsia="zh-CN"/>
        </w:rPr>
        <w:br/>
      </w:r>
      <w:r>
        <w:rPr>
          <w:lang w:eastAsia="zh-CN"/>
        </w:rPr>
        <w:t>　　在一节课上教师要把精力主要放在重点资料的教学上，不要对所有任务和所有资料平均使用时间和精力，对细枝末节的知识能够蜻蜓点水地一带而过，对重点知识、概念和原理要花力气教学，对重点要引导学生弄懂、弄清、熟练掌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教师讲授的知识还必须是科学的、确凿的、贴合逻辑的，技能或行为要贴合规范，并且应当要求学生作出的反应同样是正确的，如果不正确，教师就要及时予以纠正，学生心目中的教师往往是崇高的、万能的，他们会向教师提出各种各样的问题，教师对待学生的疑问应持谦虚、认真、实事求是的态度，不要轻易作出没有把握的回答。</w:t>
      </w:r>
      <w:r>
        <w:rPr>
          <w:lang w:eastAsia="zh-CN"/>
        </w:rPr>
        <w:br/>
      </w:r>
      <w:r>
        <w:rPr>
          <w:lang w:eastAsia="zh-CN"/>
        </w:rPr>
        <w:t>　　三、方法得当。</w:t>
      </w:r>
      <w:r>
        <w:rPr>
          <w:lang w:eastAsia="zh-CN"/>
        </w:rPr>
        <w:br/>
      </w:r>
      <w:r>
        <w:rPr>
          <w:lang w:eastAsia="zh-CN"/>
        </w:rPr>
        <w:t>　　教师应当根据教学任务、资料和学生的特点，选择较佳的方法进行教学，教学有法，但无定法，教师要善于选择方法，创造性加以运用，力求使教学取得较好的效果，方法本身无所谓好坏，但不一样的方法有不一样的使用范围，教师上课运用的方法要与教学情境相适合。譬如，对尚未定论的争议问题，能够用小组讨论法;为了让学生认识一个他们不熟悉的物件的形状，采用讲述来描述，不如用演示法更加直观，等等。</w:t>
      </w:r>
      <w:r>
        <w:rPr>
          <w:lang w:eastAsia="zh-CN"/>
        </w:rPr>
        <w:br/>
      </w:r>
      <w:r>
        <w:rPr>
          <w:lang w:eastAsia="zh-CN"/>
        </w:rPr>
        <w:t>　　四、清晰授课</w:t>
      </w:r>
      <w:r>
        <w:rPr>
          <w:lang w:eastAsia="zh-CN"/>
        </w:rPr>
        <w:br/>
      </w:r>
      <w:r>
        <w:rPr>
          <w:lang w:eastAsia="zh-CN"/>
        </w:rPr>
        <w:t>　　一向以来，我以为清晰授课只是讲在上课时要口齿清楚，声音洪亮，有活力，能做到抑扬顿挫。原先这只是清晰授课的前提，是基础，是一小部分。仅有标准的普通话距离清晰授课还有很大的一段距离。更为重要的是资料组织，教师对课文的熟悉以及授课策略的选择等要做到清晰授课，更多的功夫是在课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对于教师，要做到清晰授课，就要求在课前要深入研究教材，钻研教学大纲，经过教科书和教学参考书，了解教学资料的整体以及各部分之间的联系，掌握各部分资料的教学目的和要求，仔细阅读领会教学参考书，明确教材的地位和体系，掌握其中心资料和中心思想，确定教学目的，研究教材的组织和处理。也就是说教师在课前要对所讲授资料有清晰的理解思路，教师自身对知识有宏观和微观上的把握，对教材资料有深刻的理解。在对教材的深刻理解基础上，有要求教师在平时要苦练基本功，要有较好的表达本事，能够将自我对知识的理解准确的转变为学生能够理解领会的语言并表达出来。语言是教师将自我的知识转换为学生知识的主要媒介。学生在理解新知识时总要有一个反应时间段，而教师清晰的表达，能够大大缩减转化的时间。经过教师清晰的讲授引导，构成学生较清晰的科学的知识脉络。经过第一次讲授，学生很难到达预定的教学效果，这又需要教师能够用简单易懂的语言，不一样的阐述方法，从知识的其他角度入手，进行再次论述。这样教师所要传授的知识才会在学生脑海里生根发芽。有了对教材的深刻理解，语言的清晰表达，要到达清晰授课的教学效果，还要利用举例、图解和示范等方法，来解释和澄清。</w:t>
      </w:r>
      <w:r>
        <w:rPr>
          <w:lang w:eastAsia="zh-CN"/>
        </w:rPr>
        <w:br/>
      </w:r>
      <w:r>
        <w:rPr>
          <w:lang w:eastAsia="zh-CN"/>
        </w:rPr>
        <w:t>　　五、组织严密。</w:t>
      </w:r>
      <w:r>
        <w:rPr>
          <w:lang w:eastAsia="zh-CN"/>
        </w:rPr>
        <w:br/>
      </w:r>
      <w:r>
        <w:rPr>
          <w:lang w:eastAsia="zh-CN"/>
        </w:rPr>
        <w:t>　　课的进程次序分明、有条不紊，课的节奏紧凑，不一样任务变换时速度自然，</w:t>
      </w:r>
      <w:r>
        <w:rPr>
          <w:lang w:eastAsia="zh-CN"/>
        </w:rPr>
        <w:br/>
      </w:r>
      <w:r>
        <w:rPr>
          <w:lang w:eastAsia="zh-CN"/>
        </w:rPr>
        <w:t>　　课堂秩序好。教师要有必须的组织才干，取得学生的进取配合，才能做到组织严密。</w:t>
      </w:r>
      <w:r>
        <w:rPr>
          <w:lang w:eastAsia="zh-CN"/>
        </w:rPr>
        <w:br/>
      </w:r>
      <w:r>
        <w:rPr>
          <w:lang w:eastAsia="zh-CN"/>
        </w:rPr>
        <w:t>　　六、学生兴趣浓厚，课堂气氛热烈。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节课应自始至终在教师的指导下充分发挥学生学习的进取性，课堂上学生的进取性是否得到发挥取决于教师的启发和引导，教师在课上要边教边观察学生的反应，根据学生的反应调节自我的教学。一旦发现学生反映漠然、注意力分散，要立刻找原因，发挥教学机智，经过调整资料、方法、管理三个方面去激起学生的进取状态，如果资料太深了，就该尽量的浅显的方式来揭示的本质;如果进程太慢了，就该立刻加快来完成;如果学生太疲劳了，就该改个方法，如改讲授为议论或谈话，甚至讲个与为课题有关的故事。教学是艺术，是无止境的，教师要把课上得如同艺术创造的精品，实非一朝一夕之功，要有意识地长期追求和探索。</w:t>
      </w:r>
      <w:r>
        <w:rPr>
          <w:lang w:eastAsia="zh-CN"/>
        </w:rPr>
        <w:br/>
      </w:r>
      <w:r>
        <w:rPr>
          <w:lang w:eastAsia="zh-CN"/>
        </w:rPr>
        <w:t xml:space="preserve">    有关教师读书心得体会范文集锦 篇6 </w:t>
      </w:r>
      <w:r>
        <w:rPr>
          <w:lang w:eastAsia="zh-CN"/>
        </w:rPr>
        <w:br/>
      </w:r>
      <w:r>
        <w:rPr>
          <w:lang w:eastAsia="zh-CN"/>
        </w:rPr>
        <w:t>　　今年假期，我读了著名教育家李镇西的《做最好的老师》一书。这本书记载了李老师从教25年的经验与收获，书中从作者步入岗位初期写起，从青涩写起，到有一定的经验，到经验丰富，满腹经纶，将自己的成长与成熟一步步介绍给了我们。读后，使我受益匪浅。李镇西的教育思想和智慧，对教育观、学生观、班级管理、学生思想工作、学生心理健康、语文教学的理念和实践，都有其独到的见解。他的观点，他对班级的管理，使我感动，折服。同时，使我这个颇有一定教龄的教师，从中找到了前进的方向，更看到了未来和希望。在这里，我可以找到教育的最新理念；在这里我可以学到宝贵的经验总结。从李老师成长的印记中，我们可以看到自己进步的影子；从他的成功教育案例中，我找到了一些适合我们的方法。它让我明确了作为一名教师的目标，那就是成为一位勇于自我批评、善于积累、善于反思、有爱心、勇于挑战、有目标的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有人说，爱是一盏灯，黑暗中照亮前行的你；爱是一首诗，冰冷中温暖渴求的心房；爱是夏日的风，冬日的阳，春日的雨，秋日的果。是啊，著名教育家李镇西的教育理念《爱是永恒的教育理念》，正是证明了这一点。他把自己所有的爱，全部倾注给了他所热爱的教育事业，25年如一日，爱生如子，用他那“激情燃烧的岁月”，谱写着一幕幕爱的篇章。他把自己融入到班级这个集体大家庭里，走进学生的情感世界里面去，把自己当作学生的朋友，去感受学生的喜怒哀乐，去赢得学生的信任与敬佩。</w:t>
      </w:r>
      <w:r>
        <w:rPr>
          <w:lang w:eastAsia="zh-CN"/>
        </w:rPr>
        <w:br/>
      </w:r>
      <w:r>
        <w:rPr>
          <w:lang w:eastAsia="zh-CN"/>
        </w:rPr>
        <w:t>　　对照李镇西的教育方法，我发现：自己在教育教学过程中，有着很多不当之处。例如：在对待学生的态度上，由于急于求成，常常忍不住对学生发火，缺乏教育的技巧；有时，对完不成作业的学生，缺少耐心辅导，缺少个别引导，使学生对我敬而远之，师生之间缺乏代沟。</w:t>
      </w:r>
      <w:r>
        <w:rPr>
          <w:lang w:eastAsia="zh-CN"/>
        </w:rPr>
        <w:br/>
      </w:r>
      <w:r>
        <w:rPr>
          <w:lang w:eastAsia="zh-CN"/>
        </w:rPr>
        <w:t>　　通过读李镇西的《做最好的老师》一书，我对比反思自己，深感愧疚，觉得自己与一个好老师的差距太大。</w:t>
      </w:r>
      <w:r>
        <w:rPr>
          <w:lang w:eastAsia="zh-CN"/>
        </w:rPr>
        <w:br/>
      </w:r>
      <w:r>
        <w:rPr>
          <w:lang w:eastAsia="zh-CN"/>
        </w:rPr>
        <w:t xml:space="preserve">    有关教师读书心得体会范文集锦 篇7 </w:t>
      </w:r>
      <w:r>
        <w:rPr>
          <w:lang w:eastAsia="zh-CN"/>
        </w:rPr>
        <w:br/>
      </w:r>
      <w:r>
        <w:rPr>
          <w:lang w:eastAsia="zh-CN"/>
        </w:rPr>
        <w:t>　　教学之余，我拜读了朱永新先生的《致教师》一书，收获很多，在此，我将把我的点滴感悟与同仁们分享。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朱教授是一个扎根于实践的教育理论家，同时也是一个有积极行动的理想主义者。十几年前，他就在思考什么是理想的教育？然后他就做出了“新教育”，并且现在还在路上。“新教育”旨在倡导广大师生过一种幸福完整的教育生活。让学生脱离单一评价机制下学习痛苦、生活失败的情况，让教师摆脱严厉刻板的形象，让一切回归“正常”，因为成长本应是人的本能，它就是生活的一部分。如今，“新教育”在全国各地已有200多万参与者，以后还会有更多。</w:t>
      </w:r>
      <w:r>
        <w:rPr>
          <w:lang w:eastAsia="zh-CN"/>
        </w:rPr>
        <w:br/>
      </w:r>
      <w:r>
        <w:rPr>
          <w:lang w:eastAsia="zh-CN"/>
        </w:rPr>
        <w:t>　　他们相信，理想的学生热爱生活、积极进取、自信自强、善于和人相处、有丰富的想象力、掌握科学的学习方法；他们认为，理想的教师充满激情和诗意、充满爱心、受学生尊敬、追求卓越、勤于学习、关注人类命运、坚韧刚强。而理想的教育，就是去帮助人成为他自己。</w:t>
      </w:r>
      <w:r>
        <w:rPr>
          <w:lang w:eastAsia="zh-CN"/>
        </w:rPr>
        <w:br/>
      </w:r>
      <w:r>
        <w:rPr>
          <w:lang w:eastAsia="zh-CN"/>
        </w:rPr>
        <w:t>　　《致教师》这本书的内容有46封来往书信构成，每篇文章开头呈现一个现实中一线教师的困惑，后面是朱教授细致完整的回答。某种程度上，可以说这本书就是朱教授的“答教师问”。但在本书中我们不会看到空中楼阁般的、来自所谓权威的、冰冷的方法论，而是一个认真、有理想的教育者的人生智慧。它们不但有针对性地解决了那些老师们的具体问题，更在广泛意义上提出了具有适用性的方法。这本书从修正“教师”的定义出发，先让我们知道什么是教师，然后通过解决一线教师的困惑，从职业生涯、专业发展、教育生活等几个方面告诉我们如何去做一个好教师。更重要的是，如何去过一种幸福完整的教育生活。</w:t>
      </w:r>
      <w:r>
        <w:rPr>
          <w:lang w:eastAsia="zh-CN"/>
        </w:rPr>
        <w:br/>
      </w:r>
      <w:r>
        <w:rPr>
          <w:lang w:eastAsia="zh-CN"/>
        </w:rPr>
        <w:t>　　我就我所感兴趣的问题略举一二，与同仁们进行分享。</w:t>
      </w:r>
      <w:r>
        <w:rPr>
          <w:lang w:eastAsia="zh-CN"/>
        </w:rPr>
        <w:br/>
      </w:r>
      <w:r>
        <w:rPr>
          <w:lang w:eastAsia="zh-CN"/>
        </w:rPr>
        <w:t>　　1、幸福感从何而来？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以前有一个关于教师的段子广为流传：满腔热血把师学会，当了教师吃苦受罪。急难险重必需到位，教师育人终日疲惫。学生告状回回都对，工资不高还要交税。从早到晚比牛还累，一日三餐时间不对。一时一刻不敢离位，下班不休还要开会。迎接检查让人崩溃，天天学习不懂社会。以上内容虽然有些夸张，但一定程度上确实反映了教师这份工作的另一面，即与理想相对的枯燥甚至是失望。</w:t>
      </w:r>
      <w:r>
        <w:rPr>
          <w:lang w:eastAsia="zh-CN"/>
        </w:rPr>
        <w:br/>
      </w:r>
      <w:r>
        <w:rPr>
          <w:lang w:eastAsia="zh-CN"/>
        </w:rPr>
        <w:t>　　在本书中，就有一个教师因为感到理想与现实的落差，向朱教授提出他的疑问：做教师的幸福感究竟从何而来？</w:t>
      </w:r>
      <w:r>
        <w:rPr>
          <w:lang w:eastAsia="zh-CN"/>
        </w:rPr>
        <w:br/>
      </w:r>
      <w:r>
        <w:rPr>
          <w:lang w:eastAsia="zh-CN"/>
        </w:rPr>
        <w:t>　　朱教授没有直接回答这个问题，而是先给我们分析了什么是幸福。</w:t>
      </w:r>
      <w:r>
        <w:rPr>
          <w:lang w:eastAsia="zh-CN"/>
        </w:rPr>
        <w:br/>
      </w:r>
      <w:r>
        <w:rPr>
          <w:lang w:eastAsia="zh-CN"/>
        </w:rPr>
        <w:t>　　对于“幸福”，许多名人都曾发表过自己的看法，比如左拉说：“每一个人可能的最大幸福是在全体人所实现的最大幸福之中。”拉美特利说：“有研究的兴味的人是幸福的！能够通过研究使自己精神摆脱妄念并使自己摆脱虚荣心的人更加幸福。”别林斯基说得更彻底：“幸福，假如它只是属于我，成千上万当中的一个人的财产，那就快从我这儿滚开吧！”</w:t>
      </w:r>
      <w:r>
        <w:rPr>
          <w:lang w:eastAsia="zh-CN"/>
        </w:rPr>
        <w:br/>
      </w:r>
      <w:r>
        <w:rPr>
          <w:lang w:eastAsia="zh-CN"/>
        </w:rPr>
        <w:t>　　由此，我们可以看到，“幸福”的基本特征——创造、服务、研究及分享。而教育，恰恰具有这些共同的特征。因此，教育本身应该能是一个让人幸福的事业。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人的幸福大概有三个重要来源：一是人与外部物质世界的关系；二是人与人的关系；三是人与自己的关系。从时间看，工作占据一个人一生中最美好的一段光阴。从结果看，工作最后呈现一个人一生创造出的价值。因此，从实现自我的角度看待工作，不断调和上述三种关系，收获内心的宁静，这就是幸福。</w:t>
      </w:r>
      <w:r>
        <w:rPr>
          <w:lang w:eastAsia="zh-CN"/>
        </w:rPr>
        <w:br/>
      </w:r>
      <w:r>
        <w:rPr>
          <w:lang w:eastAsia="zh-CN"/>
        </w:rPr>
        <w:t>　　作为教师，我们每天的工作是平凡而琐碎的，不仅辛苦，而且要有高度的责任感，这种高度的责任感不只是尽职尽责地完成每天的任务，而是要把学生的安全放在首位。在每天单调而重复的工作中，怎样收获到幸福呢?我们必须具有科研的心态和精神，一旦有了研究的心态，我们才能带着研究的眼光去看待身边所发生的一切，那么，每一天都是有区别而有意义的。一边工作，一边研究，我们就能一边收获，一边伴随着学生的成长而成长，然后，我们的内心才能充盈，幸福感便由此而生。</w:t>
      </w:r>
      <w:r>
        <w:rPr>
          <w:lang w:eastAsia="zh-CN"/>
        </w:rPr>
        <w:br/>
      </w:r>
      <w:r>
        <w:rPr>
          <w:lang w:eastAsia="zh-CN"/>
        </w:rPr>
        <w:t>　　2、如何做科研型的老师？</w:t>
      </w:r>
      <w:r>
        <w:rPr>
          <w:lang w:eastAsia="zh-CN"/>
        </w:rPr>
        <w:br/>
      </w:r>
      <w:r>
        <w:rPr>
          <w:lang w:eastAsia="zh-CN"/>
        </w:rPr>
        <w:t>　　一说到科研，许多老师总会认为那是一件非常神圣、神秘、困难的事，认为那是专家、教授们的“行当”；或者是感到没有时间，不知从何下手。但其实，朱永新教授说教育科学研究远不像我们想象的那么复杂。反而，一线教师因为最贴近教育实际、最贴近学生活，所以拥有大量的一线实践经验，更应该成为教育科学研究的主力军。</w:t>
      </w:r>
      <w:r>
        <w:rPr>
          <w:lang w:eastAsia="zh-CN"/>
        </w:rPr>
        <w:br/>
      </w:r>
      <w:r>
        <w:rPr>
          <w:lang w:eastAsia="zh-CN"/>
        </w:rPr>
        <w:t>　　在书中，朱教授主要把教师教育科研的方法分为两种：一种是“在游泳中学会游泳”，扎根于教育实践，从自己的教育生活出发，发现问题、解决问题；另一种是“学院式或学者型”的科研训练，学会精确地处理资料，超越实践、超越时空的局限，站在更高的层次思考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总的来说，找到要解决的问题，找到需要的材料，找到可行的方法，奏响了这三部曲，也就吹响了教育科研的冲锋号。</w:t>
      </w:r>
      <w:r>
        <w:rPr>
          <w:lang w:eastAsia="zh-CN"/>
        </w:rPr>
        <w:br/>
      </w:r>
      <w:r>
        <w:rPr>
          <w:lang w:eastAsia="zh-CN"/>
        </w:rPr>
        <w:t xml:space="preserve">    有关教师读书心得体会范文集锦 篇8 </w:t>
      </w:r>
      <w:r>
        <w:rPr>
          <w:lang w:eastAsia="zh-CN"/>
        </w:rPr>
        <w:br/>
      </w:r>
      <w:r>
        <w:rPr>
          <w:lang w:eastAsia="zh-CN"/>
        </w:rPr>
        <w:t>　　从事英语教育教学工作近20年的我来说，很多的教学理念、教学手段、教学方法都需要更新，继续学习充电加强自身教学能力显得非常重要。本学期龙岩市曾放珍名师工作室领衔人曾老师为我们精心选择了《给英语教师的101 条建议》这本书，此书对我而言就是一场及时雨，让我茅塞顿开，让许多平时教学中困惑的问题以及急需解决的问题都得到很好的解答，对我今后的教育教学起了很大的帮助。这本书让我找到了行动的航标，让自己增加一些实际的操作经验，为今后的教学工作导航。</w:t>
      </w:r>
      <w:r>
        <w:rPr>
          <w:lang w:eastAsia="zh-CN"/>
        </w:rPr>
        <w:br/>
      </w:r>
      <w:r>
        <w:rPr>
          <w:lang w:eastAsia="zh-CN"/>
        </w:rPr>
        <w:t>　　《给英语教师的101 条建议》在总结学习国际先进语言理论和教学理论的前提下，为新课程改革的英语教师提供了新思维。全书101条建议从教学观念、教学过程、教学方法、教学手段、课程资源、教学评价和师生关系等多个维度出发，提供了英语课堂重构的新理念、新经验和新举措。此书在坚持“国际视野，本土行动”的原则上，总结梳理了有效的课改范式和经验。同时在注重实效和解决问题的同时，与同道建设真正意义上富有智慧的交流互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全书101条建议，主要是围绕新的英语课程标准的要求，在英语教学的理念与策略、知识与技能的教学、课程标准的领会和课程资源的开发、文化意识、评价方式、外语课堂教师与学生的关系、学法与教法等方面全景式地勾勒出英语教学的新视野。本书的作者都是立足于英语教学的实践，力图把国内外英语教学的理论与方法同中国外语教学课堂上的教与学有机结合。此书并非纯理论阐述或学院研究，而是根据各自的探究、积累的经验与感受，针对目前英语教学现状中的弊端，给我们提供不同类型的案例，课堂教学中遇到的实际的例子来诠释解决问题的技巧和建议，有感而发，真切地提出了合理可用的建议，旨在反思和有效地解决中学英语教学中存在的问题。本书宏观和微观结合，大胆吸取国外英语教学的有益成分，取舍有度，并尝试在英语教学观念、教学过程、教学策略、教学评价等方面体现新课程背景下英语教学的新思维、新体会、新举措，多维度地为中小学英语教师提供新课程改革精神的方法和思路。</w:t>
      </w:r>
      <w:r>
        <w:rPr>
          <w:lang w:eastAsia="zh-CN"/>
        </w:rPr>
        <w:br/>
      </w:r>
      <w:r>
        <w:rPr>
          <w:lang w:eastAsia="zh-CN"/>
        </w:rPr>
        <w:t>　　这本书给我的教学工作提供了很多帮助，他使我们的心情不再浮躁，思路不再狭窄。作为老师，我们不但要了解我们现实中的教育，更需要了解书本中的教育，只有这样，我们老师的教育才会更加智慧，教学才会更加和谐。它像海上的明灯，引领我们脚踏实地、努力使自己成为一名真正意义上的老师。</w:t>
      </w:r>
      <w:r>
        <w:rPr>
          <w:lang w:eastAsia="zh-CN"/>
        </w:rPr>
        <w:br/>
      </w:r>
      <w:r>
        <w:rPr>
          <w:lang w:eastAsia="zh-CN"/>
        </w:rPr>
        <w:t xml:space="preserve">    有关教师读书心得体会范文集锦 篇9 </w:t>
      </w:r>
      <w:r>
        <w:rPr>
          <w:lang w:eastAsia="zh-CN"/>
        </w:rPr>
        <w:br/>
      </w:r>
      <w:r>
        <w:rPr>
          <w:lang w:eastAsia="zh-CN"/>
        </w:rPr>
        <w:t>　　尊敬的各位领导、各位老师：</w:t>
      </w:r>
      <w:r>
        <w:rPr>
          <w:lang w:eastAsia="zh-CN"/>
        </w:rPr>
        <w:br/>
      </w:r>
      <w:r>
        <w:rPr>
          <w:lang w:eastAsia="zh-CN"/>
        </w:rPr>
        <w:t>　　大家好！</w:t>
      </w:r>
      <w:r>
        <w:rPr>
          <w:lang w:eastAsia="zh-CN"/>
        </w:rPr>
        <w:br/>
      </w:r>
      <w:r>
        <w:rPr>
          <w:lang w:eastAsia="zh-CN"/>
        </w:rPr>
        <w:t>　　今天很高兴能与大家在这里共同探讨与交流读书的好处。我给大家带来的题目是《读书应伴随教师的一生》。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为树立教师终身学习的观念，加快教师专业化成长，提高教师整体素质，深入推进素质教育，我县教育局从20__年秋学段开始在全县教职工中开展了“读百部教育名著，做专家型教师”的读书活动。经过近三年的读书学习，感触颇深，现在简单谈一下自己的认识。</w:t>
      </w:r>
      <w:r>
        <w:rPr>
          <w:lang w:eastAsia="zh-CN"/>
        </w:rPr>
        <w:br/>
      </w:r>
      <w:r>
        <w:rPr>
          <w:lang w:eastAsia="zh-CN"/>
        </w:rPr>
        <w:t>　　“要给学生一碗水，自己必须有一桶水”。</w:t>
      </w:r>
      <w:r>
        <w:rPr>
          <w:lang w:eastAsia="zh-CN"/>
        </w:rPr>
        <w:br/>
      </w:r>
      <w:r>
        <w:rPr>
          <w:lang w:eastAsia="zh-CN"/>
        </w:rPr>
        <w:t>　　这就要求我们教师要多读书！“胸藏万江凭吞吐，笔有千钧任翕张。”读书，是积累和内化语言的重要途径，不少教育界的名家大师都十分重视读书。教师读书，既是一种“为人师表”、“言传身教”，也是自我提高、自我成长的一个途径。</w:t>
      </w:r>
      <w:r>
        <w:rPr>
          <w:lang w:eastAsia="zh-CN"/>
        </w:rPr>
        <w:br/>
      </w:r>
      <w:r>
        <w:rPr>
          <w:lang w:eastAsia="zh-CN"/>
        </w:rPr>
        <w:t>　　常言道："茶亦醉人何必酒，书能香我不需花。"我们渴望读书，渴望获得知识，但是我们却常常会有这样的疑惑：我们应该如何读书？作为教师，从书本中获取知识就显得尤其重要。人类创造的知识财富，如同浩瀚的海洋，博大精深。作为我们教师需要加强各方面的修养来提高自己。所以我们理应多读书，用书来净化心灵，用书中的知识充实自己。读书，能够使教师不断增长职业智慧。同时，读书也是新课改的需要，新课程的实施，对教师的素质提出了有力的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通过开展的读书活动,我有幸阅读了《做最好的教师李镇西教育教学艺术》、《教育从爱心走向民主李镇西教育教学艺术》、《做最好的教师——实现自我发展的55个途径》等教育专著。接触到了许多先进的教学研究思想和教育理论,对我启发很大。“学习、工作、思考”是李镇西老师走上教育科研道路的三大法宝。他认为,教育科研活动就在我们的日常工作中,处处是问题,处处是研究的源泉。只要教师带着一颗思考的大脑从事每一天平凡的工作,就会感到富有价值的课题源源不断的。</w:t>
      </w:r>
      <w:r>
        <w:rPr>
          <w:lang w:eastAsia="zh-CN"/>
        </w:rPr>
        <w:br/>
      </w:r>
      <w:r>
        <w:rPr>
          <w:lang w:eastAsia="zh-CN"/>
        </w:rPr>
        <w:t>　　李镇西老师把转化后进生工作当成是最好的科研课题。“对于每一个老师来说,教育教学中最头疼的事莫过于‘后进生’转化了。因此,研究并转化‘后进生’便成了最有价值的教育科研”。李老师通过问卷调查和访谈等途径,将“后进学生的成因做了大致的归纳:家庭教育方法不当,家长行为不正。家庭离异;学校教师的歧视,教学的失误,多次尝试失败;学生不正当交友,身体状况,智力状况等。</w:t>
      </w:r>
      <w:r>
        <w:rPr>
          <w:lang w:eastAsia="zh-CN"/>
        </w:rPr>
        <w:br/>
      </w:r>
      <w:r>
        <w:rPr>
          <w:lang w:eastAsia="zh-CN"/>
        </w:rPr>
        <w:t>　　李镇西老师就是在工作中不断学习、思考,才积累下来这么多行之有效的方法,他把“后进生”产生的原因、他们的精神世界、他们的学习心理和吸光、他们的兴趣爱好以及转化他们的种种对策,当成了一种诱惑,一种来自教育的诱惑,任何一个有教育事业心的教育者都难以抵挡这种诱惑。</w:t>
      </w:r>
      <w:r>
        <w:rPr>
          <w:lang w:eastAsia="zh-CN"/>
        </w:rPr>
        <w:br/>
      </w:r>
      <w:r>
        <w:rPr>
          <w:lang w:eastAsia="zh-CN"/>
        </w:rPr>
        <w:t>　　对于写作,他认为,要日积月累,不能急功近利;要独立思考,不能人云亦云;要自然朴实,不能故作高深;要读写结合,不要读写分离。</w:t>
      </w:r>
      <w:r>
        <w:rPr>
          <w:lang w:eastAsia="zh-CN"/>
        </w:rPr>
        <w:br/>
      </w:r>
      <w:r>
        <w:rPr>
          <w:lang w:eastAsia="zh-CN"/>
        </w:rPr>
        <w:t>　　学习、工作、思考是我们教师每天必做的最平常的事情,怎样让自己平凡的教育工作焕发光彩,关键在于我们教师在最日常的工作中去努力地学习,认真地思考,做教育的有心人!</w:t>
      </w:r>
      <w:r>
        <w:rPr>
          <w:lang w:eastAsia="zh-CN"/>
        </w:rPr>
        <w:br/>
      </w:r>
      <w:r>
        <w:rPr>
          <w:lang w:eastAsia="zh-CN"/>
        </w:rPr>
        <w:t>　　常读书和常思考，使我们勇于和善于对自己的教育教学作出严格的反省和内省，既要不惮于正视自己之短，努力探究补救途径，更要善于总结自己的或同行的成功经验，从中提炼出可供借鉴的精华，为理论的突破夯实根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“工作再忙也要读书，收入再少也要买书，住处再挤也要藏书，交情再浅也要谈书。”饥之以当食，寒之以当裘，忧患以当安乐，孤寂以当金石琴瑟也。——这就是读书的境界！</w:t>
      </w:r>
      <w:r>
        <w:rPr>
          <w:lang w:eastAsia="zh-CN"/>
        </w:rPr>
        <w:br/>
      </w:r>
      <w:r>
        <w:rPr>
          <w:lang w:eastAsia="zh-CN"/>
        </w:rPr>
        <w:t>　　读书，的确是我们教师应该大力弘扬的好传统，他应伴随我们的一生！</w:t>
      </w:r>
      <w:r>
        <w:rPr>
          <w:lang w:eastAsia="zh-CN"/>
        </w:rPr>
        <w:br/>
      </w:r>
      <w:r>
        <w:rPr>
          <w:lang w:eastAsia="zh-CN"/>
        </w:rPr>
        <w:t>　　我的演讲完毕，谢谢大家！</w:t>
      </w:r>
      <w:r>
        <w:rPr>
          <w:lang w:eastAsia="zh-CN"/>
        </w:rPr>
        <w:br/>
      </w:r>
      <w:r>
        <w:rPr>
          <w:lang w:eastAsia="zh-CN"/>
        </w:rPr>
        <w:t xml:space="preserve">    有关教师读书心得体会范文集锦 篇10 </w:t>
      </w:r>
      <w:r>
        <w:rPr>
          <w:lang w:eastAsia="zh-CN"/>
        </w:rPr>
        <w:br/>
      </w:r>
      <w:r>
        <w:rPr>
          <w:lang w:eastAsia="zh-CN"/>
        </w:rPr>
        <w:t>　　读了《一份特别教案》这本书心中有一些体会，深知要当好新时代的教师并不是一件简单的事情，教师是“人类灵魂的工程师”，对学生的成长和成才的作用不言而喻。古人对教师的职责概括为：传道、授业、解惑。这其实只指出了老师“教书育人”的职责中教书的一面，而“为人师表”则对老师提出了更高的人格上的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师生关系主导在教师，据有关调查表明，教师的行为和态度是决定师生关系亲疏的决定因素，70%以上的受访问者认为影响师生关系的主导因素在于教师，66%的学生认为自己和班主任的关系还可以，24%的学生认为和老师关系比较融洽，因为老师和蔼可亲，或是因为自己学习好老师喜欢。只有少量学生认为和老师关系不太好，原因是因为自己的学习成绩不好或不守纪律。过去那种认为师生关系情同父子母女的传统认知受到了挑战。而且，师生关系和学生接受教育程度有一定的联系。随着学生受教育程度的升高，他们与班主任的关系出现趋于平淡的趋势，也就是说年级越小、学历较低的学生与班主任的关系越好。而学历较高的大学生，他们生活学习独立性更强，与教师的接触机会较少，彼此可能缺乏互相了解的机会，他们当中的大多数人认为自己与班主任的关系一般。</w:t>
      </w:r>
      <w:r>
        <w:rPr>
          <w:lang w:eastAsia="zh-CN"/>
        </w:rPr>
        <w:br/>
      </w:r>
      <w:r>
        <w:rPr>
          <w:lang w:eastAsia="zh-CN"/>
        </w:rPr>
        <w:t>　　老师应该热爱教育事业，热爱学生，主动经常与学生沟通交流，愿意与学生成为朋友，建立起平等和谐的师生关系，遇事冷静，不随便发怒，不以威压人，处事公平合理，不抱偏见，对自己所有的学生一视同仁，树立较高的威信。</w:t>
      </w:r>
      <w:r>
        <w:rPr>
          <w:lang w:eastAsia="zh-CN"/>
        </w:rPr>
        <w:br/>
      </w:r>
      <w:r>
        <w:rPr>
          <w:lang w:eastAsia="zh-CN"/>
        </w:rPr>
        <w:t>　　老师要重视教育法规的学习，具有依法执教意识，以及对违法违规行为的辨识力，要尊重学生，不得变相体罚。</w:t>
      </w:r>
      <w:r>
        <w:rPr>
          <w:lang w:eastAsia="zh-CN"/>
        </w:rPr>
        <w:br/>
      </w:r>
      <w:r>
        <w:rPr>
          <w:lang w:eastAsia="zh-CN"/>
        </w:rPr>
        <w:t>　　老师应重视自身的道德形象，追求人格完美，重视教师职业的特质修养和个性魅力，有更高的人文目标。如教师的形象，既要“德才兼备”、“严格负责”，又要“幽默风趣”、“热情活泼”；对教师素质，要注意培养学生喜欢的“幽默”、“热情”、“机智”等特质；对自身形象的追求，既要“自然”、“文明”，又要有“举止优雅”、“谈吐高雅”等较高素质修养层次的追求。</w:t>
      </w:r>
      <w:r>
        <w:rPr>
          <w:lang w:eastAsia="zh-CN"/>
        </w:rPr>
        <w:br/>
      </w:r>
      <w:r>
        <w:rPr>
          <w:lang w:eastAsia="zh-CN"/>
        </w:rPr>
        <w:t>　　教师要注意提高自己的思想修养。教师要严格要求自己，自觉遵守学校的规章制度和有关规定，以身作则，洁身自好，以德服人，以身立教，为学生树立起楷模的形象。教师要具有高度的工作责任感。一名称职的教师要以对历史、对社会、对家长、对学生高度负责的精神，努力做好教书育人过程中每个环节的工作。热爱学生的老师欢迎学生渴望的不仅仅是从老师那里获得知识，更重要的是得到老师的关爱。相互理解和尊重是师生关系的润滑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影响师生关系的重要原因其实是师生之间缺乏正确的相互理解和尊重造成的。其实教师都是本着教书育人的态度来要求学生的，他们把学生当做自己的子女来看待，基于恨铁不成钢的想法，教师希望每一位学生提高自身的能力，发展和完善自身的素质，达到他们所期望的目标。教师严格要求学生是为每一个学生着想，教师本身并不能得到任何的回报。学生应该正确地理解教师的行为，不要产生厌学和反感教师的情绪。绝大部分学生还是很尊重自己的教师的，但也有少部分学生对教师不是很尊重。不尊重教师是一种极不文明的行为，比如学生见了教师不说话，上课时间吃东西，不服从教师的管教等，这些行为应当坚决的制止。</w:t>
      </w:r>
      <w:r>
        <w:rPr>
          <w:lang w:eastAsia="zh-CN"/>
        </w:rPr>
        <w:br/>
      </w:r>
      <w:r>
        <w:rPr>
          <w:lang w:eastAsia="zh-CN"/>
        </w:rPr>
        <w:t>　　如果说没有爱就没有教育的话，那么离开了理解和尊重同样也谈不上教育。因为每一位学生都渴望得到他人的理解和尊重，尤其是教师的理解和尊重。老师对学生的批评，恰当的，就是一种激励；不恰当的，就会成为一种伤害，甚至还会导致逆反心理产生。绝大部分学生不喜欢老师批评时挖苦、损伤学生，伤害学生的自尊心。因此在日常生活的教育工作中，教师应把握批评的“度”，变“忠言逆耳”为“忠言悦耳”。</w:t>
      </w:r>
      <w:r>
        <w:rPr>
          <w:lang w:eastAsia="zh-CN"/>
        </w:rPr>
        <w:br/>
      </w:r>
      <w:r>
        <w:rPr>
          <w:lang w:eastAsia="zh-CN"/>
        </w:rPr>
        <w:t>　　加了多次的教研活动，给我的感触是无论是哪个年级的学生，都希望自己能碰到好的老师。作为学生，都愿意与有道德的人接近和交往，当然也愿意接近有道德的教师。作为教师，也都愿意与有道德的人接近和交往，当然也愿意接近有道德的学生。所以，要做一个让教师和同学都愿意接近的学生，或者要做一个让教师和学生都愿意接近的教师，你本身就应当是一个有道德的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认为教师这项工作，体现师德的意识是很强的。为人师，不仅要对学生负责，也要对社会负责、对科学负责。如果马马虎虎教学，也可以应付过去，这只是敷衍塞责履行教学工作。如果我们养成了自省精神，就可以在一日工作完了之后，自检一下自己是否尽职尽责。反省自己可以激励自己，这是积极进取的表现。一个人，贵在自知之明，这需要有自省作为手段。不“省”，自己就不知道自己长在哪里，缺在何处，一个人缺乏自知之明，容易骄傲自满，时间一长，就会脱离群众，就会退步，就会降低自己威信。当然，只有自己努力才是的方法。</w:t>
      </w:r>
      <w:r>
        <w:rPr>
          <w:lang w:eastAsia="zh-CN"/>
        </w:rPr>
        <w:br/>
      </w:r>
      <w:r>
        <w:rPr>
          <w:lang w:eastAsia="zh-CN"/>
        </w:rPr>
        <w:t xml:space="preserve">    有关教师读书心得体会范文集锦 篇11 </w:t>
      </w:r>
      <w:r>
        <w:rPr>
          <w:lang w:eastAsia="zh-CN"/>
        </w:rPr>
        <w:br/>
      </w:r>
      <w:r>
        <w:rPr>
          <w:lang w:eastAsia="zh-CN"/>
        </w:rPr>
        <w:t>　　近日，我读了《塑造教师：教师如何避免易犯的25个错误》一书，感到这本书是一本难得的好书。</w:t>
      </w:r>
      <w:r>
        <w:rPr>
          <w:lang w:eastAsia="zh-CN"/>
        </w:rPr>
        <w:br/>
      </w:r>
      <w:r>
        <w:rPr>
          <w:lang w:eastAsia="zh-CN"/>
        </w:rPr>
        <w:t>　　《塑造教师：教师如何避免易犯的25个错误》一书中，著名的美国教育心理学家卡罗林博士，收集了职前教师们回忆的近200个在学生时代所经历的最不愉悦，且记忆犹新的事件。这些事件，涉及幼儿园、中小学以及大学的学生生活，包括班级管理、学生活动、课堂教学、成绩评定、师生交往等等方面，内容丰富，举例生动形象，真实地反映凝固了教师在教育管理中易出现的种种错误。读着这本书，如身临其境，从所举教师的错误当中，思索着，对照着，是一种很好的学习。特别是从这些案例中进一步理解了学生的感受，又一次站在学生的视角审视我们的许多教育现象和处理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这本书更吸引我的是，在每一个案例后都有“处方”的形式，对发生的事件给予分析，帮助读者找出问题的根本。这些分析根据人的心理发展的理论，提出许多现代教育理念，强调了对学生的尊重、理解，关注、欣赏、支持、帮助，突出了作为教师应有的对学生真诚的爱。诸如：“当你身出一个手指指责别人的时候，剩下的四个手指其实在指责自己”，“优秀的教师，善于挖掘不擅长表现的学生其他方面的优点”，“通情达理的老师会注意黑板礼节——尊重学生、理解学生上黑板做题时的感受”等等。</w:t>
      </w:r>
      <w:r>
        <w:rPr>
          <w:lang w:eastAsia="zh-CN"/>
        </w:rPr>
        <w:br/>
      </w:r>
      <w:r>
        <w:rPr>
          <w:lang w:eastAsia="zh-CN"/>
        </w:rPr>
        <w:t>　　做教育教学工作几年来的我看完这本书，我觉得教师的言行直接影响着学生的成功与失败，表扬学生还是批评学生，促进学生进步还是抑制学生发展，是我们教师应该思考的问题。想想自己也许在不经意间我的言语伤害了孩子，我却不知道。这本书中介绍的知识能让我恢复平静，保持心理平衡。</w:t>
      </w:r>
      <w:r>
        <w:rPr>
          <w:lang w:eastAsia="zh-CN"/>
        </w:rPr>
        <w:br/>
      </w:r>
      <w:r>
        <w:rPr>
          <w:lang w:eastAsia="zh-CN"/>
        </w:rPr>
        <w:t>　　教育是生命的火炬，是智慧的桥梁，是通向文明的阶梯；教育事业是一项激动人心的事业，它为我们提供了实现理想、激发智慧的宏大舞台；为实现师生双方的生命价值、获得内在的幸福提供了无限空间。</w:t>
      </w:r>
      <w:r>
        <w:rPr>
          <w:lang w:eastAsia="zh-CN"/>
        </w:rPr>
        <w:br/>
      </w:r>
      <w:r>
        <w:rPr>
          <w:lang w:eastAsia="zh-CN"/>
        </w:rPr>
        <w:t>　　我们教师肩负着课程改革的历史重任，新课程的理念要内化为我们教师的教学行为，需要漫长的路要走。从根本上改变我们教师的教学观念，教学行为，将是一场持久的攻坚战。因此，我们必须随时对自己的工作及专业能力的发展进行评估，树立终身学习的意识，保持开放的心态，把学校视为学习的场所，在实践中学习，不断对自己的教育教学进行研究、反思，对自己的知识与经验进行重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用新理念提升教学的品质；用新理念重塑教师的行为；用新理念改变学习的方式。</w:t>
      </w:r>
      <w:r>
        <w:rPr>
          <w:lang w:eastAsia="zh-CN"/>
        </w:rPr>
        <w:br/>
      </w:r>
      <w:r>
        <w:rPr>
          <w:lang w:eastAsia="zh-CN"/>
        </w:rPr>
        <w:t xml:space="preserve">    有关教师读书心得体会范文集锦 篇12 </w:t>
      </w:r>
      <w:r>
        <w:rPr>
          <w:lang w:eastAsia="zh-CN"/>
        </w:rPr>
        <w:br/>
      </w:r>
      <w:r>
        <w:rPr>
          <w:lang w:eastAsia="zh-CN"/>
        </w:rPr>
        <w:t>　　英语是一门学语言的学科。通常情况下，刚开始，学生对这一学科都具有浓厚的兴趣，可随着课程的不断深入，要求记忆的词汇量逐渐增大。大多学生在单词的记忆上都感觉很难，而且，有的学生因此而产生厌学情绪。针对英语教材设臵特点，如何使学生对英语学习有兴趣？仔细阅读了《给教师的建议》中的部分章节，对自己有了更深的触动。</w:t>
      </w:r>
      <w:r>
        <w:rPr>
          <w:lang w:eastAsia="zh-CN"/>
        </w:rPr>
        <w:br/>
      </w:r>
      <w:r>
        <w:rPr>
          <w:lang w:eastAsia="zh-CN"/>
        </w:rPr>
        <w:t>　　“兴趣是最好的老师。”因此，在课堂如何提高学生的学习兴趣，是我首先应该考虑的问题。在教学中我常遵循以下的教学方法，并收到了一定的效果。</w:t>
      </w:r>
      <w:r>
        <w:rPr>
          <w:lang w:eastAsia="zh-CN"/>
        </w:rPr>
        <w:br/>
      </w:r>
      <w:r>
        <w:rPr>
          <w:lang w:eastAsia="zh-CN"/>
        </w:rPr>
        <w:t>　　1、第一时间教会学生一些日常用语。</w:t>
      </w:r>
      <w:r>
        <w:rPr>
          <w:lang w:eastAsia="zh-CN"/>
        </w:rPr>
        <w:br/>
      </w:r>
      <w:r>
        <w:rPr>
          <w:lang w:eastAsia="zh-CN"/>
        </w:rPr>
        <w:t>　　初学英语时，学生都感到有一种神秘感，想尽快说一些英语。我选择一些耳熟能详的口语，尽快教会学生，能极大地激发他们的学习热情。如：Hello.Good morning.Good night.Thank you.Bye.Happy Birthday等一些在电视或日常生活中能听到学到的英语。</w:t>
      </w:r>
      <w:r>
        <w:rPr>
          <w:lang w:eastAsia="zh-CN"/>
        </w:rPr>
        <w:br/>
      </w:r>
      <w:r>
        <w:rPr>
          <w:lang w:eastAsia="zh-CN"/>
        </w:rPr>
        <w:t>　　2、以有趣的方式教学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课堂英语教学，要使教学生动活泼，气氛热烈，就要形式多样。例如：教动物单词，可以通过动物的叫声引出各个单词，以孙悟空、唐老鸭、米老鼠等动画巩固单词，再形象地利用动物的动作，学生一边做动作，一边学习monkey，duck，mouse等单词，滑稽的动作表演引来学生一阵阵笑声。最后，教师利用多媒体动画片把学生带到动物园，复习巩固单词。</w:t>
      </w:r>
      <w:r>
        <w:rPr>
          <w:lang w:eastAsia="zh-CN"/>
        </w:rPr>
        <w:br/>
      </w:r>
      <w:r>
        <w:rPr>
          <w:lang w:eastAsia="zh-CN"/>
        </w:rPr>
        <w:t>　　3、多创造表演的机会</w:t>
      </w:r>
      <w:r>
        <w:rPr>
          <w:lang w:eastAsia="zh-CN"/>
        </w:rPr>
        <w:br/>
      </w:r>
      <w:r>
        <w:rPr>
          <w:lang w:eastAsia="zh-CN"/>
        </w:rPr>
        <w:t>　　在新教材里，Lets talk. Les do.的内容非常适合学生表演，我就鼓励学生到讲台上说英语，或分组表演，既锻炼了学生的口语能力，又可以使学生产生一种成就感。这种成就感使学生产生了自信心，一个人有了自信心，就能使自己不屈不挠地继续学习，从而提高了学习的兴趣。</w:t>
      </w:r>
      <w:r>
        <w:rPr>
          <w:lang w:eastAsia="zh-CN"/>
        </w:rPr>
        <w:br/>
      </w:r>
      <w:r>
        <w:rPr>
          <w:lang w:eastAsia="zh-CN"/>
        </w:rPr>
        <w:t>　　4、尽量帮助学生减压、多多创造成功机会</w:t>
      </w:r>
      <w:r>
        <w:rPr>
          <w:lang w:eastAsia="zh-CN"/>
        </w:rPr>
        <w:br/>
      </w:r>
      <w:r>
        <w:rPr>
          <w:lang w:eastAsia="zh-CN"/>
        </w:rPr>
        <w:t>　　学习兴趣的保持在很大程度上取决于学习的效果，取决于学生能否获得成所以，利用多种方式，从多方面为学生创造成功机会，才能诱导学生参与学习活动，产生成功体验，从而激发形成自我学习的内部动力机制。对学们充满自信心，感觉英语没有什么了不起，自己一定能学好它，从而树立 起英语学习的心理优势。</w:t>
      </w:r>
      <w:r>
        <w:rPr>
          <w:lang w:eastAsia="zh-CN"/>
        </w:rPr>
        <w:br/>
      </w:r>
      <w:r>
        <w:rPr>
          <w:lang w:eastAsia="zh-CN"/>
        </w:rPr>
        <w:t>　　5、小组活动有利于学生掌握词汇，使学生感觉英语学习不难。</w:t>
      </w:r>
      <w:r>
        <w:rPr>
          <w:lang w:eastAsia="zh-CN"/>
        </w:rPr>
        <w:br/>
      </w:r>
      <w:r>
        <w:rPr>
          <w:lang w:eastAsia="zh-CN"/>
        </w:rPr>
        <w:t>　　英语的一大特点——词汇量大，要求记忆的内容多。通常的教学方法是，教师教读几遍，然后让学生读来背。有的学生经过不断的机械记忆，能够记住几个单词；可有的甚至根本不会读。照这样下去，学生会感觉学英语很难，这导致了大多学生不喜欢英语。对此，我采取小组活动的形式，更有利于学生掌握。即把全部学生分成几个小组，每一组里进行手拉手帮扶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首先，会读的同学帮助不会读的同学，让不会读的同学也变得会读。因为学生与学生之间更好交流，所以，记单词也有一定效果，而且还可用学过的单词说话。这样，不但使学生很快掌握枯燥的词汇，还增进了同学间的友谊，有利于学生社会协作能力的培养。可是一星期三节英语课，学生上完课后根本没时间进行小组活动，多数时间都是用在写语文和数学作业中，没有足够的时间去练是根本达不到学英语的目的的。这也是我们英语老师目前感到最头痛的事。</w:t>
      </w:r>
      <w:r>
        <w:rPr>
          <w:lang w:eastAsia="zh-CN"/>
        </w:rPr>
        <w:br/>
      </w:r>
      <w:r>
        <w:rPr>
          <w:lang w:eastAsia="zh-CN"/>
        </w:rPr>
        <w:t>　　6、鼓励关照落后学生，共同完成教学任务</w:t>
      </w:r>
      <w:r>
        <w:rPr>
          <w:lang w:eastAsia="zh-CN"/>
        </w:rPr>
        <w:br/>
      </w:r>
      <w:r>
        <w:rPr>
          <w:lang w:eastAsia="zh-CN"/>
        </w:rPr>
        <w:t>　　教学中我一方面指导和帮助较差学生，另一方面鼓励和要求学困生尽最大努力去完成教学任务。利用课间午休和托管时间帮助后进生学习基础知识，并协调好班主任和家长的工作，以利于自己工作的进行。</w:t>
      </w:r>
      <w:r>
        <w:rPr>
          <w:lang w:eastAsia="zh-CN"/>
        </w:rPr>
        <w:br/>
      </w:r>
      <w:r>
        <w:rPr>
          <w:lang w:eastAsia="zh-CN"/>
        </w:rPr>
        <w:t>　　通过上课、辅导、观察，我得出这样一个结论，一是自己在课堂教学中还需变换多种方式保持学生学习兴趣，二是学生学习英语一定要有好的习惯。学习英语和学语文一样，都是学语言的，要求语文大声朗读，因此英语更要朗读，甚至比语文读得还要多；课后及时复习相当重要，学生在课堂上学得快，忘得也快，如果不及时复习就无法跟上下节课的新授知识；掌握单词的发音规则，自己能试着读出并根据发音写出单词的拼写。功夫用在平日，这点对自己和对学生都非常重要。</w:t>
      </w:r>
      <w:r>
        <w:rPr>
          <w:lang w:eastAsia="zh-CN"/>
        </w:rPr>
        <w:br/>
      </w:r>
      <w:r>
        <w:rPr>
          <w:lang w:eastAsia="zh-CN"/>
        </w:rPr>
        <w:t xml:space="preserve">    有关教师读书心得体会范文集锦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万般皆下品，唯有读书高”，读书是个人乃至社会的头等大事。我觉得，对于教师而言，多读书，读好书，不仅是完善心智的一种有效方式，也是改善教学行为，增强教学效果的一种重要渠道，更是青年教师成长的重要途径。</w:t>
      </w:r>
      <w:r>
        <w:rPr>
          <w:lang w:eastAsia="zh-CN"/>
        </w:rPr>
        <w:br/>
      </w:r>
      <w:r>
        <w:rPr>
          <w:lang w:eastAsia="zh-CN"/>
        </w:rPr>
        <w:t>　　读一本好书，看一篇好文章，会让我懂得很多，悟出很多道理。记得刚刚踏上工作岗位时，身处陌生的环境，面对无知而又调皮的学生，面对琐碎、劳累而又单调的工作，我感到了无奈和失落，真为自己选择教师这一职业而后悔莫及！是《特级教师成长案例》让我明白对现实的抱怨是弱者的象征，真正的强者是不抱怨的。还让我明白了为师之道，知晓了由合格到优秀，由优秀到卓越的教师成长途径，深刻感触到读书对于我们教师成长的重要作用。于是，我也重新读起书来，开始以自己的实际教学为基点读各种各样的书，在书中让我找到了工作的自信，教学的底气，更是让我走出了工作初的失落和迷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如今，当我从忙碌而又充实的工作中抽出身来时，阅读了李镇西的《做最好的教师》，黄全愈的《素质教育在美国》《家庭教育在美国》，我翻阅了苏霍姆林斯基的《给教师的建议》《育人三步曲》，亚米契斯的《爱的教育》，领略了陶行知的《教育文集》。说实在话，读大师的书，与大师对话，一方面让我惭愧，让我汗颜，一方面让我嫉妒，让我兴奋，在邀游大师的精神世界中，我懂得什么是教育，怎样才能做好教育，我的的确确感到了教育是一种境界，教育是一种奉献，教育是一种激情，教育是一种理想，教育是满腔热情的一种爱。每次与大师们“交谈”后，我都豁然开朗，收益匪浅。正因有大师们的指导，作为班主任的我，在班级管理中总能得心应范文先生手，深受学生和家长的喜爱。</w:t>
      </w:r>
      <w:r>
        <w:rPr>
          <w:lang w:eastAsia="zh-CN"/>
        </w:rPr>
        <w:br/>
      </w:r>
      <w:r>
        <w:rPr>
          <w:lang w:eastAsia="zh-CN"/>
        </w:rPr>
        <w:t>　　读教学方面的书籍，我可以随时随地与教育专家，名师进行交流。课余，我认真拜读并研究了周玉仁的《课堂教学艺术集萃》，吴正宪的《数学教例与教法》，顾汝佐的《名师授课录》《课堂教学设计指引和评介》，黄爱华的《课堂教学艺术》，李烈的《我教小学数学》，马芯兰的《中国特级教师教案精选》，张天孝的《数学教例与教法》，纪晓村的《小学数学兴趣教学》，刘显国的《课堂艺术探幽》。在每一天的读书中，在每一天的工作中，在每一天的生活中，在每晚的独自静坐中，在忙碌过后的疲倦中，我没有忘记我的使命，不忘反思我的教育行为，不忘反思我的课堂成败。二十几年来，我坚持写总结、论文、教学札记、反思。先后参加与了“三算教学”“创新教育”“尝试教学法”“活动课教学”“新课程改革”等实验研究，并取得了可喜成绩，教育教学水平在张家界具有广泛的影响。</w:t>
      </w:r>
      <w:r>
        <w:rPr>
          <w:lang w:eastAsia="zh-CN"/>
        </w:rPr>
        <w:br/>
      </w:r>
      <w:r>
        <w:rPr>
          <w:lang w:eastAsia="zh-CN"/>
        </w:rPr>
        <w:t>　　“问渠哪得清如许，为有源头活水来。”读书，是教师专业底蕴得以厚实的路径。吾生有涯，而知无涯。只有通过读书，不断地进行“充电”，才能使我的职业生涯拥有源源不断的“活水”。</w:t>
      </w:r>
      <w:r>
        <w:rPr>
          <w:lang w:eastAsia="zh-CN"/>
        </w:rPr>
        <w:br/>
      </w:r>
      <w:r>
        <w:rPr>
          <w:lang w:eastAsia="zh-CN"/>
        </w:rPr>
        <w:t xml:space="preserve">    有关教师读书心得体会范文集锦 篇14 </w:t>
      </w:r>
      <w:r>
        <w:rPr>
          <w:lang w:eastAsia="zh-CN"/>
        </w:rPr>
        <w:br/>
      </w:r>
      <w:r>
        <w:rPr>
          <w:lang w:eastAsia="zh-CN"/>
        </w:rPr>
        <w:t>　　这是一本老书了，书的环衬上购买日期显示是20__年2月，五年多了，这本书在大学毕业前我读过至少两遍了，也许是那时年少，工作几年之后今日重读却别有感慨。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幸福是一个很大的标题，但在毕淑敏老师的笔下却从生活微尘中折射出来，在这里有内心的独白，有外表的描述，有神情的变化，有……各种各样，形形色色的人生占据着你的视角，它会慢慢地在你的心理滋生一种名为幸福的概念。</w:t>
      </w:r>
      <w:r>
        <w:rPr>
          <w:lang w:eastAsia="zh-CN"/>
        </w:rPr>
        <w:br/>
      </w:r>
      <w:r>
        <w:rPr>
          <w:lang w:eastAsia="zh-CN"/>
        </w:rPr>
        <w:t>　　其实幸不幸福只在于你自己的感受，同样的一件事，你觉得它是幸福的那它就是幸福的，如果你觉得它是不幸的那它就不会是幸福的。举一个例子来说吧，当一个人饿了很久，突然吃上一顿饱饭的时候，或许在他看来那就是幸福，当你停下忙碌的工作，偶尔抬头望向天空的时候，或许那就是幸福。一个微笑，一声问候、甚至一声责骂都可能是幸福。知足常乐，会让你感到很多的幸福。</w:t>
      </w:r>
      <w:r>
        <w:rPr>
          <w:lang w:eastAsia="zh-CN"/>
        </w:rPr>
        <w:br/>
      </w:r>
      <w:r>
        <w:rPr>
          <w:lang w:eastAsia="zh-CN"/>
        </w:rPr>
        <w:t>　　有些人经常在为自己身上发生的各种事情而烦恼，其实这样大可不必，有时候你把你所烦恼的事情一一列出来，写出解决的办法，回头再一看，自己想象中的那些烦恼已经烟消云散了。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或许你会问我，生活中的烦恼可以轻易解决，天生的不足又该怎样去弥补呢，其实正如书中所说，每个人心中都有一张魔床，它的名字叫做“应该”。在你成长的过程中，可能因为各种原因产生种种执念，让你总去想我应该是怎样的，如果不这样，我就会是不幸的，这样的想法往往会让你失去那些本来你应得的东西。每个人都不是生下来就应该成什么样子，有时候哪怕一件看起来微不足道的事情就会改变一个人的一生。人的命运是由自己掌握的，你的父母可以决定你的出身，但不能决定你的未来。或许你出身卑微，但你可以通过自己的努力让自己过上富裕的生活。比如中国的历代开国皇帝几乎是出身草莽，最后不也成就了一番伟业嘛。或许你天生丑陋蠢笨，但也没人说只有长得漂亮长得聪明才能得到幸福，想想牛顿的七个小椅子吧。</w:t>
      </w:r>
      <w:r>
        <w:rPr>
          <w:lang w:eastAsia="zh-CN"/>
        </w:rPr>
        <w:br/>
      </w:r>
      <w:r>
        <w:rPr>
          <w:lang w:eastAsia="zh-CN"/>
        </w:rPr>
        <w:t>　　其实，对于现在的自己来说，在泥沙俱下的生活里能有一份自己喜欢的工作供自己努力，还能享受来自家人的唠叨这何尝不是一种幸福呢？幸福或许很简单，简单到触手可及；幸福或许很困难，困难到遥不可及。但是真正的幸福，是要你用心去感受，体验最淳朴美好的快乐，体味最真实充实的愉悦，从心底开心，扯出最动人的笑容。大声说：我很幸福。</w:t>
      </w:r>
      <w:r>
        <w:rPr>
          <w:lang w:eastAsia="zh-CN"/>
        </w:rPr>
        <w:br/>
      </w:r>
      <w:r>
        <w:rPr>
          <w:lang w:eastAsia="zh-CN"/>
        </w:rPr>
        <w:t>　　再过五年，我会在哪里重读这本书，会不会重新定义幸福呢？</w:t>
      </w:r>
      <w:r>
        <w:rPr>
          <w:lang w:eastAsia="zh-CN"/>
        </w:rPr>
        <w:br/>
      </w:r>
      <w:r>
        <w:rPr>
          <w:lang w:eastAsia="zh-CN"/>
        </w:rPr>
        <w:t xml:space="preserve">    有关教师读书心得体会范文集锦 篇15 </w:t>
      </w:r>
      <w:r>
        <w:rPr>
          <w:lang w:eastAsia="zh-CN"/>
        </w:rPr>
        <w:br/>
      </w:r>
      <w:r>
        <w:rPr>
          <w:lang w:eastAsia="zh-CN"/>
        </w:rPr>
        <w:t>　　让绝大多数的老师感到比较头疼的就是如何处理后进生的问题，比较听话的还好，虽然完成质量不是很高，但至少作业还是能基本完成的，而对于作业经常拖拉不做的，我们一般采取的方法是一方面联系家长，让家长积极配合学校的工作，另一方面就是和后进生谈话，刚开始还是能收到一定的效果的，但久而久之，家长听惯了孩子在学校的不好表现，也会对孩子失去信心，而孩子则会认为自己在老师的眼里就是一个差生，就更不想学习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作者克拉克也碰到了这样的情况：他的一个问题学生已经很多天没有交作业了，他马上想到了和他的家长联系，但都没能联系到。有一次总算联系到了，他就把这个不好的消息直截了当地告诉了这位学生的家长，想得到这位家长的支持。没有想到的是这个家长听完了竟然说：我孩子在家里也一向如此，你就将就一下吧。这个回答真是让克拉克哭笑不得。也许是克拉克他自己认识到了自己和家长的交流方式有待改善，所以在另外一个学生犯错误的时候，他改变了策略。他首先是耐着性子给这个家长拨通了电话，但与第一个学生的处理方法不同的是他没有直接向这位家长告状，而是向这位家长违心地说他的孩子这段时间表现得如何如何好，这位家长听了以后自然非常高兴，表示要老师对他的孩子一定继续严格要求，家长会极力配合。过了两天，克拉克再次拨通这位家长的电话，这一次向这位家长陈述了孩子这两天的不好的表现，家长当然非常气愤，当即表态，积极配合老师的工作，回家一定批评教育自己的孩子。读完克拉克的处理方法，真是佩服他的别具匠心。回想自己平时的教育方式，也是把孩子的不好表现直截了当地告诉家长，而孩子表现好的方面就很少会去告之家长了。</w:t>
      </w:r>
      <w:r>
        <w:rPr>
          <w:lang w:eastAsia="zh-CN"/>
        </w:rPr>
        <w:br/>
      </w:r>
    </w:p>
    <w:p w:rsidR="001B1F19" w14:textId="27C3F48A">
      <w:pPr>
        <w:rPr>
          <w:rFonts w:hint="eastAsia"/>
          <w:lang w:eastAsia="zh-CN"/>
        </w:rPr>
      </w:pPr>
      <w:r>
        <w:rPr>
          <w:lang w:eastAsia="zh-CN"/>
        </w:rPr>
        <w:t>　　刚开始看这本书时没有让人眼前一亮的感觉，书中所提的要求都让我有一种似曾相识的感觉：说话先要讲礼貌、主动询问表关心、乘坐公车不吵闹、见到老师问声好，完成作业不拖延等这些不都是我们老师平时经常强调的吗?书中没有长篇累牍的大道理，有的只是些微不足道的小细节。真正开始对这本书感兴趣时是在寒假里，我又再次拜读了这本书，不得不佩服作者的这种对事业执著追求的精神。俗话说：没有教不好的学生，只有不会教的老师，好学生要靠老师的激励、引导、督促教育才能成功。作者克拉克先生从细微处着手，通过对55个教育细节的处理，创造出教育奇迹。作为成功的教育者，作者在书中并没有谈及如何教书、如何分析教材、如何准备教案，而更像是在谈论如何为人处事、待人接物。通过一个个生动形象的例子，让读者感觉作者所描述的就在我们身边。书中讲述的创造奇迹的55个细节确实常常被人们忽略，而正是细节创造了奇迹，成就了辉煌。书中提倡对孩子要从小在平时的一点一滴、一举一动中体现出尊重孩子、宽容孩子、赏识孩子，并了解孩子的内心世界，让孩子从生活中学习，从鼓励中学会自信、从宽容中学会耐心、从赞美中学会感激、从接纳中学会自爱、从赏识中学会行动、从分享中学会感激、从诚实中学会真理、从公平中学会正义、从关心中学会尊重、从保护中学会信任、从关爱中学会友善</w:t>
      </w:r>
      <w:r>
        <w:rPr>
          <w:lang w:eastAsia="zh-CN"/>
        </w:rPr>
        <w:br/>
      </w:r>
      <w:r>
        <w:rPr>
          <w:lang w:eastAsia="zh-CN"/>
        </w:rPr>
        <w:t>　　还记得去年任教六年级时，我也碰到过类似的学生，打电话给家长告诉她孩子经常不做作业，家长直接跟我说;我管不了她，我都放弃她了，老师你也别管她了。后来再打电话她就再也没接过。如果那时我也象克拉克先生一样，先让家长了解孩子优秀的一面，也许结果就不一样了。</w:t>
      </w:r>
      <w:r>
        <w:rPr>
          <w:lang w:eastAsia="zh-CN"/>
        </w:rPr>
        <w:br/>
      </w:r>
      <w:r>
        <w:rPr>
          <w:lang w:eastAsia="zh-CN"/>
        </w:rPr>
        <w:t>　　事在人为，同样一件事情，不同的处理方法会有不同的结果。优秀是教出来的，我们要给孩子营造一个相互尊重、相互信任、相互支持的氛围，唤起他们的学习激情，让他们享受学习的快乐和成功。通过大家的共同努力，相信我们的孩子会更优秀。</w:t>
      </w:r>
      <w:r>
        <w:rPr>
          <w:lang w:eastAsia="zh-CN"/>
        </w:rPr>
        <w:br/>
      </w:r>
      <w:r>
        <w:rPr>
          <w:lang w:eastAsia="zh-CN"/>
        </w:rPr>
        <w:t xml:space="preserve">    有关教师读书心得体会范文集锦 篇16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https://d.book118.com/436110024020010053</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36110024020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