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jc w:val="center"/>
      </w:pPr>
      <w:r>
        <w:rPr>
          <w:rFonts w:ascii="宋体" w:eastAsia="宋体" w:hAnsi="宋体"/>
          <w:sz w:val="36"/>
        </w:rPr>
        <w:t>安全教育周活动总结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一、指导思想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双塔学区以“强化安全意识，共创平安和谐校园”为主线，深入贯彻依法治校目标的具体工作要求,落实规范化、制度化的安全管理机制。增强广大师生的安全意识，不断加强学校安全教育工作，提高师生安全防范能力，切实保障广大师生生命及学校财产安全，努力打造平安、和谐校园。结合学区实际，落实各项安全制度和措施，加强校园安全管理稳定工作。经中心校精心安排在全学区开展了“安全教育周”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二、活动目的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结合鸡泽县教体局文件精神，进一步推进学生综合安全管理，营造安全、和谐的校园环境，确保“和谐校园、平安校园”的建设。结合学生安全管理中的主要风险和隐患，通过一系列内容丰富、形式活泼的活动，使师生在参与活动的过程中，进一步增强安全意识，掌握安全知识，提高自护自救能力，强化学校各项安全工作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三、活动时间3月4日—3月10日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四、活动主题安全第一、生命至上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五、活动安排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各学校扎实开展了五项安全教育周活动。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1、悬挂一幅宣传标语。在学校门口悬挂一条安全教育标语，营造浓厚的宣传氛围。</w:t>
      </w:r>
    </w:p>
    <w:p>
      <w:pPr>
        <w:spacing w:before="100" w:after="200" w:line="360" w:lineRule="auto"/>
        <w:ind w:firstLine="576"/>
        <w:jc w:val="left"/>
        <w:sectPr w:rsidSect="00034616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宋体" w:eastAsia="宋体" w:hAnsi="宋体"/>
          <w:sz w:val="28"/>
        </w:rPr>
        <w:t>2、召开一次专门会议。各学校要召开一次安全专题会议，加强对全体教职工安全教育，布置安全工作，落实安全责任。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开展一次主题教育。各学校举行周一国旗下讲话或分班，上好一节安全教育课、召开一次安全主题班会。重点开展“七防”（防溺水、防踩踏、防火灾、防交通事故、防人身侵害、防食物中毒、防校园暴力）等内容为主的安全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4、组织一次排查整改。各学校针对硬件设施、管理制度等方面，组织开展一次全方位的拉网式的安全隐患排查，对排查出的安全隐患登记存档，及时整改。中心校对排查整改情况进行专项督查。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5、进行一次应急演练。各学校在确保安全的前提下，进行一次应急疏散演练，活动做到有预案、有方案、有图片、有总结。通过演练，努力提高师生的安全防范意识和应急避险能力。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四、活动成效：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1、加强了组织领导。各学校深刻认识安全教育周活动的重要意义，认真组织开展了各项安全教育活动，确保了领导到位、组织到位、措施到位、责任到位、效果到位。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2、务求活动实效。各学校紧紧围绕主题，本着因地制宜、突出重点、务求实效的原则，积极开展丰富多彩的安全教育和实践活动，增强了活动的针对性、知识性和吸引力。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3、做好活动总结。“安全教育周”活动结束后，各学校结合学校安全教育及检查整改落实情况，对本次活动开展情况进行总结，并于3月11日前将安全教育周活动总结、有关图片报中心校。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4、通过开展本次“安全教育周”活动，普及安全知识，提高了学生安全意识和自我防范能力，共创安全和谐校园。保证了学校的教育教学工作有序进行。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学校安全是一项长期、艰巨、复杂的系统工程，安全工作责任重于泰山，确保师生安全是学校工作的一个重要内容。为进一步树立学校师生的安全意识，提高学生自护自救能力，减少安全事故的发生，促使儿童青少年的健康成长,全面深入地推动我校的安全教育，不断提高全体师生安全防范意识，提高我校安全工作水平。根据教育局的通知精神，本校在2月13日至2月17日在全校范围开展内容丰富、形式多样的安全教育活动。通过一个星期的安全教育周的活动，让全体师生形象生动地体验到安全教育的重要性。在这一周里，围绕把学校办成无事故、无安全隐患的办学目标，坚持预防为主、防治结合、加强教育、群防群治的原则，努力打造“平安校园”，为师生营造一个安全健康的育人环境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一、组织领导到位,责任明确。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针对本次活动，学校成立了专门的领导小组，由校长亲自任组长，各班主任任小组成员。形成领导负责，逐级落实到人，职责明确，网络管理，做到人人有事做，事事有人管，全员参与了本次的“安全教育周”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二、以学习促认识。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titlePg w:val="0"/>
          <w:docGrid w:linePitch="360"/>
        </w:sectPr>
      </w:pP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学校在安全教育周前期，认真组织全体教师开展安全教育学习，努力把握现今安全教育的重点、难点，将全体教师的思想统一到同一层面，形成全体教师齐动员抓安全的良好局面。另外，学校于3月13日上午专门召开全校师生会议，对本次安全教育周活动作具体布置，要求教师在班级加强宣传，突出今年教育的主题，围绕中心工作，将主题升华到每一个学生心中。本次活动学校充分利用宣传橱窗、校园广播、宣传标语、形式，广泛宣传了开展本次安全教育周的重大意义、主要内容和基本要求，最大限度地调动全体师生参与安全教育的积极性和主动性，形成了全校师生共同学习安全知识的热潮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三、内容明确、活动针对性强。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结合本学校的实际，围绕主题，突出以交通安全、消防安全和突发自然事件、人为伤害等教育内容，注重提高广大师生的安全意识和自救自护能力。本次活动过程中，学校继续坚持安全工作“常抓不懈、警钟长鸣”的方针，不断完善和巩固相关安全制度，以“安全教育周”活动为载体，通过召开主题班会，安全教育板报，不断加强学校师生安全工作，牢固树立“安全第一”的防范意识，努力打造“平安校园”，为师生营造一个安全健康的育人环境，最大程度地提高了全体师生的安全防范意识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四、规章制度健全，防范措施落实到位。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学校从学校工作和社会环境的实际出发，按照“谁主管、谁负责”的原则，分级落实安全工作责任制，真正做到各项安全任务落实到岗、到位、到人。五、加强检查，及时整改，总结经验，及时交流。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1、学校借此次安全教育周机会，组织开展完小安全排查活动，重点检查教学楼、体育器材等不安全隐患，发现问题及时整改。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2、做好学生的安全防护工作，尽量让危险远离学生。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为了进一步加强安全教育工作，我校按照县教育局要求，于20xx年3月28日—4月1日开展了“安全教育周（日）”活动。我校紧紧围绕“提升安全素养，共建平安校园”这一主题，结合本校的实际情况，积极组织开展好20xx年安全教育周（日）活动，达到认真安排、活动多样、教育性强的目标，为创建安全的教育教学环境，强化学生的安全意识奠定良好的基础。现就活动情况做如下总结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一、认真制定活动方案，加强安全教育活动的管理。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为了更好地开展好“安全教育周（日）”活动，我校成立了安全周教育活动领导小组，制定了详细的、符合学校实际的方案，指导全校开展安全教育系列活动。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二、开展丰富多彩活动，强化安全教育。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1、扎实开展宣传活动，力求人人参与，效果明显。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在开展教育周系列活动中，我校在教育周活动开始的第一天，举行了全校师生动员大会，对全体师生进行安全教育，对安全教育周（日）活动进行动员和部署。4月31日进行了紧急疏散演练，认真制定安全疏散演练方案，由学校校长指挥，对学校师生举行安全疏散演练。在以前经常演练的基础上，学生在演练过程中秩序井然，在最短时间内撤离教室到安全地带。在教育周活动期间，各班召开了以安全教育为主题的家长会，要求家长配合学校进行宣传和防范，提高了家长安全意识，联合家长力量，配合学校切实做好安全教育工作。并要求班主任老师据此制定班级的实施计划，开展教育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2、学校安全检查。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安全周领导小组在活动周内发动学生开展“学校安全隐患我发现，家庭安全隐患我排查”活动，对全校设施设备进行一次安全大检查，找出安全隐患，针对校园门、窗、墙壁、体育设备、教室及其各专用教室可能存在的问题认真排查，做好记录，对发现的隐患，及时解决问题，确保安全第一、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3、召开安全教育主题班、队会。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我校充分利用班（队）会课时间以及每天晨会进行安全教育活动，要求班主任从方方面面以“安全”为主题进行了安全教育，重点加强流感预防、防溺水、防交通事故、防食物中毒及自我保护、安全自救能力等方面的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4、刊出安全教育主题的班报。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在召开班会的同时，学校还充分利用宣传手段，每班出好一期以“提升安全素养，共建平安校园”为主题的板报。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5、学校举行了安全教育讲座。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全校师生在课间操后集中进行安全讲座，主题是交通安全、防溺水、防食物中毒，让学生充分感受到安全活动的重要性。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6、对安全教育周活动认真进行总结。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各班级在活动结束都写了本班的活动体会。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三、取得效果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1、学生安全知识面更广了，安全意识更强了，对注意安全的理解更深了。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2、学生法制观念增强了，能够做到知法守法，学生的自我保护意识和能力也提高了。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3、管理机制更加完善了，教育责任到人，落实到位了。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4、创建了安全的教学环境，形成了“安全工作，重于泰山”的良好氛围。</w:t>
      </w:r>
    </w:p>
    <w:p>
      <w:pPr>
        <w:spacing w:before="100" w:after="200" w:line="360" w:lineRule="auto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titlePg w:val="0"/>
          <w:docGrid w:linePitch="360"/>
        </w:sectPr>
      </w:pPr>
      <w:r>
        <w:rPr>
          <w:rFonts w:ascii="宋体 (中文正文)" w:eastAsia="宋体" w:hAnsi="宋体 (中文正文)"/>
          <w:b/>
          <w:sz w:val="28"/>
        </w:rPr>
        <w:t>四、对安全教育工作的思考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由于安全问题是一个比较复杂的问题，有很多意外防不胜防，学校安全工作也不见得做到了天衣无缝，有很多不安全的隐患也可能随时出现，所以我校不仅要在“安全教育周”内对安全教育重点抓，在平时的常规教育中，我校也将把安全教育放在第一位，力求做到安全第一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我班在学校的领导下，坚持预防为主、防治结合、加强教育、群防群治的原则，通过安全教育，增强孩子的安全意识和自我防护能力;通过齐抓共管，营造全关心和支持安全工作的局面，从而切实保障孩子安全和财产不受损失，维护正常的教育教学秩序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一、老师重视，措施有力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为进一步做好安全教育工作，切实加强对安全教育工作的开展，我班把安全工作列入重要工作计划，班主任具体抓，并配备班级孩子安全员两名，随时观察班级情况并及时向班主任汇报。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二、制度保证，措施到位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签订责任书。学校与班主任签订责任书，明确各自的职责。学校还与孩子家长签订了安全责任书，明确了家长应做的工作和应负的责任。不断完善班级安全保卫工作规章制度。严禁孩子私自外出。制定了意外事故处置预案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三、齐抓共管，群防群治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班级安全教育工作是一项社会性的系统工程，需要社会、学校、家庭的密切配合。班级组织开展一系列道德、法制教育活动，取得了良好的教育效果。</w:t>
      </w:r>
    </w:p>
    <w:p>
      <w:pPr>
        <w:spacing w:before="100" w:after="200" w:line="360" w:lineRule="auto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titlePg w:val="0"/>
          <w:docGrid w:linePitch="360"/>
        </w:sectPr>
      </w:pPr>
      <w:r>
        <w:rPr>
          <w:rFonts w:ascii="宋体 (中文正文)" w:eastAsia="宋体" w:hAnsi="宋体 (中文正文)"/>
          <w:b/>
          <w:sz w:val="28"/>
        </w:rPr>
        <w:t>四、加强教育，促进自护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要确保安全，根本在于提高安全意识、自我防范和自护自救能力，抓好安全教育，是安全工作的基础。我们以安全教育周为重点，经常性地对孩子开展安全教育，特别是抓好交通、大型活动等的安全教育。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认真做好安全教育周工作。安全教育周以"校园安全"为主题，在安全教育周期间，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开展丰富多彩的教育活动。利用班会、团队活动、活动课、人防课、学科渗透等途径，通过讲解、演示和训练，对孩子开展安全预防教育，使孩子接受比较系统的防溺水、防交通事故、防触电、防食物中毒、防病、防体育运动伤害、防火、防盗、防震、防骗、防煤气中毒等安全知识和技能教育。还利用学校广播、黑板报、悬挂横幅、张贴标语等宣传工具及举行主题班会、讲座、安全征文与知识竞赛等形式开展丰富多彩的安全教育。积极推行一周安全提醒，利用周前会议，小结上周安全工作，强调安全事项。通过《给家长的一封信》的公开信，增强家长的安全意识。通过教育提高广大孩子的安全意识、安全防范能力和自我保护能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3、提倡走读孩子步行上学，对孩子骑车上学情况进行清查，严禁孩子骑“三无”(无刹车、无铃、无牌照)自行车上学。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五、加强检查，及时整改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开展常规检查。每学期开学以后，把安全教育工作作为重点检查内容之一、汛前，对校舍进行全面的安全检查。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今后，我们将进一步重视安全保卫工作，及时解决安全保卫工作中发现的新问题，不断提高我班安全保卫工作水平。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了全面提高学生的安全意识，增强学生的自我保护意识，我校在安全周内紧密围绕增强安全意识，提高自我保护能力这一主题，结合本校的实际情况。积极组织开展好20xx～20xx学年度第一学期安全教育周系列活动。创建了一个安全的教育教学环境，强化了学生的安全意识。在学校形成了安全第一，人人有责的良好氛围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一、活动开展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1、利用9月1日（周四）升国旗仪式以安全教育为主题进行一次教育，并对安全教育周活动进行动员和部署。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2、加强乘车学生的管理和安全教育：认真细致地做好学生乘车教师值班工作，确保学生安全。同时加强学生乘车、候车安全教育。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3、安全教育要做到事事抓，时时抓。各班组织学生利用晨会或班队课时间，学习各项安全规章制度。同时，结合本校地方大、池塘多、离路近等特点，安全教育常抓不懈。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4、强化校园安全值班，增强安全意识，发现问题及时处理。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5、全体教职工要增强主人翁意识，共同做好对学生的安全教育管理，切实做到全员育人，努力创建平安和谐校园。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6、组织专人检查校舍电线是否老化，楼层走廊照明灯、紧急疏散通道是否健全，检查学校卫生设施、食堂卫生，教学楼、厕所、围墙、体育设施等是否存在安全隐患，防止发生意外伤害事故。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二、取得效果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9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1、学生安全知识面更广了，安全意识更强了，对注意安全的理解更深了。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2、管理机制更加完善了，教育责任到人，落实到位了。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3、教学秩序更好了，学生学习行为文明了，活动更加安全了。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4、创建了安全的教学环境，形成了安全工作，重于泰山的良好氛围。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总之，通过安全教育周这一契机，大力加强对学生的安全教育，努力建立起一个安全的学习环境。在今后的工作中，我校将继往开来，与时俱进，进一步做好学校的一切安全工作。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确保师生安全是学校工作的一个重要内容，学校安全是一项长期、艰巨、复杂的系统工程，安全工作责任重于泰山。为进一步树立学校师生的安全意识，提高学生自护自救能力，减少安全事故的发生，促使儿童青少年的健康成长。根据教育局的通知精神，我校在2月20日至2月24日在全校范围开展内容丰富、形式多样的安全教育活动。通过一个星期的安全教育周的活动，让全体师生形象生动地体验到安全教育的重要性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一、加强学习，提高共识，营造氛围。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学校在安全教育周前期，认真组织全体教师开展安全教育学习，努力把握现今安全教育的重点、难点，对本次安全教育周活动作具体布置，要求教师在班级加强宣传，突出今年教育的主题，围绕中心工作，使学校师生、学生家长及全社会了解并参与安全教育周的主题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二、开展系列活动，加强教育，促进自护。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0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1、认真做好安全教育周领导工作，成立领导小组。保证学校“安全教育周”的活动健康、有序、深入开展下去。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开展丰富多彩的教育活动。在本周里，按照安全教育周活动计划成功地开展了教育活动：召开了安全教育专题会议，组织了一次全校性的安全隐患排查，开展了安全教育专题讲座。通过各种形式的安全教育，提高了全体学生的安全意识、安全防范能力和自我保护能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总之，在安全教育周中，我们能紧扣主题，强化意识，明确责任，真正把安全教育工作横向到边，纵向到底，把工作做实、做细。今后，我们将进一步重视安全教育工作，把安全教育工作落实在日常的教育之中，做到长抓不懈，确保学生安全无事故、努力为平安校园、和谐校园创造良好的安全条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实施的重要因素。在开展小学生安全教育日活动中，我校围绕“普及安全知识，提高避险能力”的主题，认真贯彻落实教育局镇教委的各项安全要求，将创建和谐文明校园工作列为学校的头等大事，与学校德育工作紧密结合，坚持以防为主，积极开展各类安全知识培训、教育活动，落实各项防卫措施，使创安工作得到全面、深入、有效地开展。全校师生的法制观念、道路交通安全意识、消防意识等其它安全意识显著增强。现将此活动的工作总结如下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一、领导高度重视，制定有力措施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1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为进一步做好安全教育工作，切实加强对安全教育工作的领导，学校把安全工作列入重要议事日程，成立了以校长刘希同志为组长，校委会成员及各班主任为成员的组织机构；并按照要求，根据学校安全工作的具体形势，把涉及师生安全的各项内容进行认真分解落实到人，做到每一项工作都有对应的专（兼）管人员、主管领导和分管校长，防止了工作上的相互推诿。从而形成了学校校长直接抓，分管具体抓，各办公室具体分工负责组织实施，全校教职员工齐心协力共抓安全的良好局面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二、活动开展的扎实有效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学校利用3月25日‘安全教育日当天升旗仪式',向学生发出“普及安全知识，提高避险能力”倡议，号召全体师生提高安全防范意识，争做学校安全人。各班利用主题班会，安全教育课等开展多种形式的宣传教育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学校下发了致家长的一封信，对学生进行防溺水安全教育，交通安全教育，消防安全教育，抓好卫生疾病防控教育。各班召开安全教育主题班会。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3月28日学校举行了一次应急疏散演练，整个活动开展的紧张有序，达到了预期的效果，培养了学生遇到危险能快速逃生的能力。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学校对教室，仪器室，微机室，阅览室等重要设施进行全面细致的检查，对查出的问题进行及时的整改。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三、抓好常规安全工作的落实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、食品卫生管理、防火安全管理、体育器材检查、健康体检等规章制度。严禁私自组织学生集体服用药品和保健品，严禁学生参加商业性庆典活动，严禁组织学生从事不符合国家有关规定的危险性工作。对涉及学校安全保卫的各项工作，都要做到有章可循，违章必究，不留盲点，不出漏洞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进一步完善学校的各类应急预案，重点修订学校的防学生意外伤害，突发事件的应急处置等，使预案更详实便于操作。真正让学校的财产及师生的人身安全得到保障。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四、存在的主要问题及下步打算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我校在安全保卫方面做了一些工作，安全保卫工作得到加强，但是安全保卫工作的难度越来越大，学校安全保卫工作的形势仍然比较严峻。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社会育人环境存在不利于师生安全的因素。近几年来，在各级党委政府的领导下，通过有关职能部门的集中综合整治，学校周边环境有明显的好转。但是，社会上的不安定因素和不良文化对师生安全的影响还比较大，有些干扰影响学校及学生的社会行为还存在，社会上的黄、赌、毒、非法出版的图书、音像及网吧和游戏室对学生的影响还非常大，学校周边的饮食摊和食品店还存在食品安全隐患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学校安全工作的难度不断增大。学生中独生子女越来越多，独生子女在家庭中往往受保护较多，而缺乏生活经验。学生作为社会的弱势群体，多数自我保护意识和安全防范能力低，大大增加了学校安全工作的难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今后，我们将进一步重视安全保卫工作，及时解决安全保卫工作中发现的新问题，不断提高我校安全保卫工作水平。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我班在学校的领导下，坚持预防为主、防治结合、加强教育、群防群治的原则，通过安全教育，增强学生的安全意识和自我防护能力；通过齐抓共管，营造全关心和支持安全工作的局面，从而切实保障学生安全和财产不受损失，维护正常的教育教学秩序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一、教师重视，措施有力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https://d.book118.com/436241045014010050</w:t>
        </w:r>
      </w:hyperlink>
    </w:p>
    <w:p>
      <w:pPr>
        <w:spacing w:before="100" w:after="200" w:line="360" w:lineRule="auto"/>
        <w:jc w:val="left"/>
      </w:pPr>
    </w:p>
    <w:sectPr w:rsidSect="00034616">
      <w:type w:val="nextPage"/>
      <w:pgSz w:w="11906" w:h="16838"/>
      <w:pgMar w:top="1440" w:right="1440" w:bottom="1440" w:left="1440" w:header="720" w:footer="720" w:gutter="0"/>
      <w:pgNumType w:start="13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43624104501401005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