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试用期个人工作总结范文15篇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工作总结是一个很好的机会，来总结过去的经验教训，比如哪些方法有效，哪些不太有效，以及为什么。下面是小编为大家精心收集整理的试用期个人工作总结，希望对大家有所帮助。</w:t>
      </w:r>
      <w:r>
        <w:rPr>
          <w:lang w:eastAsia="zh-CN"/>
        </w:rPr>
        <w:br/>
      </w:r>
      <w:r>
        <w:rPr>
          <w:lang w:eastAsia="zh-CN"/>
        </w:rPr>
        <w:t xml:space="preserve">     </w:t>
      </w:r>
      <w:r>
        <w:rPr>
          <w:lang w:eastAsia="zh-CN"/>
        </w:rPr>
        <w:br/>
      </w:r>
      <w:r>
        <w:rPr>
          <w:lang w:eastAsia="zh-CN"/>
        </w:rPr>
        <w:t>试用期个人工作总结篇1</w:t>
      </w:r>
      <w:r>
        <w:rPr>
          <w:lang w:eastAsia="zh-CN"/>
        </w:rPr>
        <w:br/>
      </w:r>
      <w:r>
        <w:rPr>
          <w:lang w:eastAsia="zh-CN"/>
        </w:rPr>
        <w:t xml:space="preserve">    一、工作总结： </w:t>
      </w:r>
      <w:r>
        <w:rPr>
          <w:lang w:eastAsia="zh-CN"/>
        </w:rPr>
        <w:br/>
      </w:r>
      <w:r>
        <w:rPr>
          <w:lang w:eastAsia="zh-CN"/>
        </w:rPr>
        <w:t xml:space="preserve">    刚进入公司,领导对我的安排是从招聘与培训两个模块入手来开展工作.在招聘方面,通过学习公司招聘制度与流程,我感觉到公司目前在招聘方面应该说较为完善,目前需要做的就是认真执行,脚踏实地去做.当时存在的问题主要有两个,一是储备干部的招聘,按照计划时间,第四期储备干部7月上旬就要报到上班,但6月初还没有确定几个,时间紧迫,离预定目标还相差很多.二是关键岗位的招聘,遇到了许多问题,进展缓慢.针对上述情况,我与招聘组同事一起,重新梳理了岗位需求,明确了招聘进展计划,并能对招聘组人员进行了合理分工,尤其对工作的细致性与效率进行了严格要求.经过大家共同努力,终于在7月初完成了储备学员的招聘;关键岗位招聘方面,也逐步取得突破,经过我们筛选与初步面试把关后,推荐到轮船事业部、物流公司、汽车事业部等有效简历60余份,并完成了物流副总与车管部长岗位人员的招聘.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培训方面,因其他原因,目前公司还没有建立完整的制度与流程,,我参与的工作主要有三部分：一是学习与了解集团的培训现状,全面了解集团各层次人员的#39;培训需求,一步步建立集团的培训制度.二是日常培训工作的安排,重点在于第四期储备干部的培训安排与跟进.因为第四期储备干部刚刚走出校门,经历着从一名在校生到一个职业人的转变,心态上较为起伏不定.,对他们的培训除了一些基地工作技能以外,更重要的是思想与心态方面的引导教育,以促使其尽快适应基地工作与生活,融入集团这个大家庭.第三是网络课程的选择等.目前,培训管理制度正在进行草拟,第四期储备干部已顺利完成前两个阶段的培训工作,第三阶段在上海基地的培训工作已做了充分安排.这些工作都在有条不紊的开展中. </w:t>
      </w:r>
      <w:r>
        <w:rPr>
          <w:lang w:eastAsia="zh-CN"/>
        </w:rPr>
        <w:br/>
      </w:r>
      <w:r>
        <w:rPr>
          <w:lang w:eastAsia="zh-CN"/>
        </w:rPr>
        <w:t xml:space="preserve">    二、对集团文化的理解与感悟 </w:t>
      </w:r>
      <w:r>
        <w:rPr>
          <w:lang w:eastAsia="zh-CN"/>
        </w:rPr>
        <w:br/>
      </w:r>
      <w:r>
        <w:rPr>
          <w:lang w:eastAsia="zh-CN"/>
        </w:rPr>
        <w:t xml:space="preserve">    三个月来,分管副总裁几次和我讲到,同事之间应该兄弟姐妹般相处,让我感触颇深.通过学习与了解,让我感受到集团是个很厚重的有社会责任感的企业.从内部关系来说,感觉部门间、员工间关系非常河蟹,大家生活上互相关心帮助,工作上各尽所能,配合默契,人与人之间平等真诚相待,亲如一家人.而从集团经营与业务来看,集团不但在本领域做到了国内领先地位,成功在香港上市,建立40多个生产基地,而且还多种经营,涉足房地产、物流运输、电子等行业,真正做到了集团化经营.根据安排,我还去了多个下属公司与基地进行参观学习,初步了解了集团经营管理情况. </w:t>
      </w:r>
      <w:r>
        <w:rPr>
          <w:lang w:eastAsia="zh-CN"/>
        </w:rPr>
        <w:br/>
      </w:r>
      <w:r>
        <w:rPr>
          <w:lang w:eastAsia="zh-CN"/>
        </w:rPr>
        <w:t>试用期个人工作总结篇2</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三个月的试用期对我个人来说是一个硕果累累的阶段。通过三次培训以及与同事和领导的相处，我逐渐开始适应现在的工作和生活。在工作中体会到的领导和同事踏实认真的工作态度值得一提，让我对自己要求更严格，工作做得又好又细致。在此，我必须真诚地向所有领导和同事表示深深的感谢，感谢他们的宽容、鼓励和帮助。以下是我三个月试用期的总结。 </w:t>
      </w:r>
      <w:r>
        <w:rPr>
          <w:lang w:eastAsia="zh-CN"/>
        </w:rPr>
        <w:br/>
      </w:r>
      <w:r>
        <w:rPr>
          <w:lang w:eastAsia="zh-CN"/>
        </w:rPr>
        <w:t xml:space="preserve">    我刚刚离开校园，没有任何工作经验。虽然很多专业知识对我很有吸引力，但还是很奇怪。和其他同事相比，我知道差距很大。而且我也知道我的一个缺点就是急躁和粗心，这在电厂是很忌讳的。所以带着这些担心，刚来时的兴奋渐渐被压力取代，总觉得愧疚自责。经过大家的帮助和自学，逐渐进入工作状态，不安和紧张也逐渐平复，也有了做好工作的自信和决心。刚进厂时老员工给我们的一系列安全教育培训给我留下了深刻的印象。因为忽视任何一个小隐患都有可能导致以后发生大事故。在日常工作中，我始终牢记安全第一、预防为主的#39;方针，向老员工学习，使我个人的安全生产意识不断提高和增强，为电厂的安全高效运行而努力。试用期是学习的主要阶段。在同事和值班长的热情帮助下，我对电厂的各种设备更加熟悉，掌握了一些基本操作。我相信，在我不懈的努力和同事们无私的帮助下，我的专业素质一定会不断提高。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值班工作包含大量的专业知识，其中原有的学习基础并不扎实。随着时间的推移，工作量增加，个人学习主动性不强，所以很多问题理解不透彻，很多操作无法熟练完成。在以后的工作中，我要加强专业学习，咨询同事。电站设备多，各种参数需要牢记在心。只有这样，我们才能在工作中感到舒适。训练的技能测试暴露了我的很多问题，一些关键装备不熟悉。</w:t>
      </w:r>
      <w:r>
        <w:rPr>
          <w:lang w:eastAsia="zh-CN"/>
        </w:rPr>
        <w:t xml:space="preserve"> </w:t>
      </w:r>
      <w:r>
        <w:rPr>
          <w:lang w:eastAsia="zh-CN"/>
        </w:rPr>
        <w:br/>
      </w:r>
      <w:r>
        <w:rPr>
          <w:lang w:eastAsia="zh-CN"/>
        </w:rPr>
        <w:t>试用期个人工作总结篇3</w:t>
      </w:r>
      <w:r>
        <w:rPr>
          <w:lang w:eastAsia="zh-CN"/>
        </w:rPr>
        <w:br/>
      </w:r>
      <w:r>
        <w:rPr>
          <w:lang w:eastAsia="zh-CN"/>
        </w:rPr>
        <w:t xml:space="preserve">    时光荏苒，转眼已经来公司x个月时间了，经过这x个月试用期的学习和工作，收获良多、感触良多。进公司之后，通过公司领导及同事的悉心指导和帮助下熟悉了本部门的预算流程、报表审核、形象进度款、材料审批、预决算审核校对等相关知识以及公司部门相关制度等，这就使得我很快的融入工作中，并对公司及集团有了整体的认识。 </w:t>
      </w:r>
      <w:r>
        <w:rPr>
          <w:lang w:eastAsia="zh-CN"/>
        </w:rPr>
        <w:br/>
      </w:r>
      <w:r>
        <w:rPr>
          <w:lang w:eastAsia="zh-CN"/>
        </w:rPr>
        <w:t xml:space="preserve">    从20—年开始参加工作以来，从事都是与工程预算有关的技术工作，曾任职现场测量员、施工员、预算员及房地产公司安装预算员，对于工程建设实施阶段的一系列工作及施工流程很熟悉，有信心做好安装预算工作。鉴于个人原因，为了自身可以多方面多层次发展，于20—年__月__日走进了—公司这个大家庭。 </w:t>
      </w:r>
      <w:r>
        <w:rPr>
          <w:lang w:eastAsia="zh-CN"/>
        </w:rPr>
        <w:br/>
      </w:r>
      <w:r>
        <w:rPr>
          <w:lang w:eastAsia="zh-CN"/>
        </w:rPr>
        <w:t xml:space="preserve">    在这简短的.x个月内，我学习到了很多与工作相关的知识，比如掌握了—的应用，熟悉了公司关于安装预算的成本分类要求、详细分解说明、交房标准以及安装工程中材料的审批流程、审核要求及关于预决算的要求和流程，此外还掌握了—软件—审核的使用流程及注意事项。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公司项目在集团的决策下正处于高速发展阶段，不仅给公司带来很大利益，而且还给我们提供了良好的展示和发挥自己才能的机遇。所以，在以后的工作中，我会更好的提高自己的业务水平和综合素质，更好的完成本职工作，更加严格要求自己，加倍努力，虚心向领导、同事等学习，及时准确地完成领导交付的工作，和公司同事之间能够通力合作，关系相处融洽而和睦，配合各部门负责人成功地完成各项工作；积极学习新知识、技能，注重自身发展和进步。如果公司给予我这个工作平台，在以后的工作中，我会更加竭尽全力地为公司发展贡献自己的力量。</w:t>
      </w:r>
      <w:r>
        <w:rPr>
          <w:lang w:eastAsia="zh-CN"/>
        </w:rPr>
        <w:t xml:space="preserve"> </w:t>
      </w:r>
      <w:r>
        <w:rPr>
          <w:lang w:eastAsia="zh-CN"/>
        </w:rPr>
        <w:br/>
      </w:r>
      <w:r>
        <w:rPr>
          <w:lang w:eastAsia="zh-CN"/>
        </w:rPr>
        <w:t>试用期个人工作总结篇4</w:t>
      </w:r>
      <w:r>
        <w:rPr>
          <w:lang w:eastAsia="zh-CN"/>
        </w:rPr>
        <w:br/>
      </w:r>
      <w:r>
        <w:rPr>
          <w:lang w:eastAsia="zh-CN"/>
        </w:rPr>
        <w:t xml:space="preserve">    x月x日，我从实习期转入试用期，相比之前实习期协助招聘的工作，我的工作内容和强度有了很大的变化，特别在试用期后期的一段时间中，不管对我的工作认真度、执行力还是完成度都有较大的考验。 </w:t>
      </w:r>
      <w:r>
        <w:rPr>
          <w:lang w:eastAsia="zh-CN"/>
        </w:rPr>
        <w:br/>
      </w:r>
      <w:r>
        <w:rPr>
          <w:lang w:eastAsia="zh-CN"/>
        </w:rPr>
        <w:t xml:space="preserve">    试用期间，原本是安排协助培训负责人处理培训方面的各项事宜，熟悉相关的培训工作，后期则倾向于招聘基础工作的深化，现大致概括有七： </w:t>
      </w:r>
      <w:r>
        <w:rPr>
          <w:lang w:eastAsia="zh-CN"/>
        </w:rPr>
        <w:br/>
      </w:r>
      <w:r>
        <w:rPr>
          <w:lang w:eastAsia="zh-CN"/>
        </w:rPr>
        <w:t xml:space="preserve">    1.新员工培训与企业文化宣导：通过入职培训PPT的更新制作和一遍一遍的听取、了解企业文化和规章制度，渐渐熟悉并能够独立完成新员工的入职培训，对于新员工的需求以及公司的企业文化有一定的认识和了解。 </w:t>
      </w:r>
      <w:r>
        <w:rPr>
          <w:lang w:eastAsia="zh-CN"/>
        </w:rPr>
        <w:br/>
      </w:r>
      <w:r>
        <w:rPr>
          <w:lang w:eastAsia="zh-CN"/>
        </w:rPr>
        <w:t xml:space="preserve">    2.入职流程的明晰：通过对集团本级若干新员工的报到及入职手续的办理，梳理并熟悉了整个入职手续的过程，新员工信息的申报、劳动合同的签订、入职培训的实施等。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3.各店月报的汇总与报告：从第一次接触月报，到逐渐熟悉和运用月报是这个三个月收获较多的地方。一开始漏洞百出，效率低，理解不深，渐渐地意识到月报的实用性和准确性。目前正在对月报的数据准确性、合理性、统一性做加强，今后将逐渐从审核数据的准确性转向对关键内容的把握和理解。 </w:t>
      </w:r>
      <w:r>
        <w:rPr>
          <w:lang w:eastAsia="zh-CN"/>
        </w:rPr>
        <w:br/>
      </w:r>
      <w:r>
        <w:rPr>
          <w:lang w:eastAsia="zh-CN"/>
        </w:rPr>
        <w:t xml:space="preserve">    4.招聘工作的深入：从后期对招聘方面培养力度的加强，不仅从时间分配上和工作完成进度上都对我有更大的考验。在招聘人员方面，通过简历的搜索，较快地浏览并锁定合适的人选。能够对面试者有一个较深刻的电话沟通和面谈，能够从声音、眼神、形态来初步辨别一个人的品行和性格。但在复试时领导的一些面谈观察中，我还没能够捉摸透需要注意和警惕的关键点。 </w:t>
      </w:r>
      <w:r>
        <w:rPr>
          <w:lang w:eastAsia="zh-CN"/>
        </w:rPr>
        <w:br/>
      </w:r>
      <w:r>
        <w:rPr>
          <w:lang w:eastAsia="zh-CN"/>
        </w:rPr>
        <w:t xml:space="preserve">    5.时间管理：招聘工作总是阶段性，且不定时，很多时候在时间的控制和运用上显得更为重要。一直以来都认为事情总是被打断，不能一心一意全心完成好一件事，让我觉得困扰和郁闷。但是慢慢地，在各种敦促和辅导下，在时间管理和运用上面有了进一步的提升。虽然进步的步伐偏慢，且实施起来的成果还没有得到很好的验证，但是我相信在时间和经验的积累下，对于时间的管理一定能够更上一层楼。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6.沟通交流的效果：在HR体系内，通过几次HR活动及几个月来与子公司HR同事关于月报等工作的面对面或者电话沟通，能够较好地掌握交流技巧，营造一个轻松的沟通氛围，为后期工作上的深入交流奠定基础。在体系外同事间的沟通方面也能够较好的把握分寸，同事之间交流无大障碍和矛盾，轻松自在。</w:t>
      </w:r>
      <w:r>
        <w:rPr>
          <w:lang w:eastAsia="zh-CN"/>
        </w:rPr>
        <w:t xml:space="preserve"> </w:t>
      </w:r>
      <w:r>
        <w:rPr>
          <w:lang w:eastAsia="zh-CN"/>
        </w:rPr>
        <w:br/>
      </w:r>
      <w:r>
        <w:rPr>
          <w:lang w:eastAsia="zh-CN"/>
        </w:rPr>
        <w:t xml:space="preserve">    7.人员信息的强化：通过月报的审核汇总，以及为招聘、绩效、薪资等模块工作采集提取各类信息和数据，对各子公司人事方面的信息有了更深刻的了解，也强化了对整个集团员工信息的敏感度。因此为其他人事方面工作的开展理顺了思路，增加了便利性。 </w:t>
      </w:r>
      <w:r>
        <w:rPr>
          <w:lang w:eastAsia="zh-CN"/>
        </w:rPr>
        <w:br/>
      </w:r>
      <w:r>
        <w:rPr>
          <w:lang w:eastAsia="zh-CN"/>
        </w:rPr>
        <w:t xml:space="preserve">    一、试用期工作体会 </w:t>
      </w:r>
      <w:r>
        <w:rPr>
          <w:lang w:eastAsia="zh-CN"/>
        </w:rPr>
        <w:br/>
      </w:r>
      <w:r>
        <w:rPr>
          <w:lang w:eastAsia="zh-CN"/>
        </w:rPr>
        <w:t xml:space="preserve">    试用期的三个月让我脱离了实习期轻松自由的工作状态，从各个方面都考验了我对工作的态度。从工作内容上来说，自实习期协助邀约面试、整理简历等基础招聘工作到进入培训领域的转变，让我着实有了更深的体会。 </w:t>
      </w:r>
      <w:r>
        <w:rPr>
          <w:lang w:eastAsia="zh-CN"/>
        </w:rPr>
        <w:br/>
      </w:r>
      <w:r>
        <w:rPr>
          <w:lang w:eastAsia="zh-CN"/>
        </w:rPr>
        <w:t xml:space="preserve">    不同于前期实习的轻松，培训更需要靠自己的实力特长，而非认真就好。在学习的两个月中，先从月报的汇总中了解了每家店的大致情况，并在汇总的过程中体会到严谨和追求完美的工作态度的重要性。当初学时碰到的各种问题慢慢减少的时候，会觉得自己确实有了进步。但对于月报的汇总和报告，目前仍然有很多迷糊的地方不能明确，是导致增加沟通时间和延误汇报的关键所在。此外，在月报的信息中，由于自己仍停留在审核人数和数据的准确性上，对于每个变化的捕捉和深层意思的理解根本没有深度，没有一个较警觉和敏锐的意识，也是导致学习效果不够佳的原因之一。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在协助培训期间，我几乎走遍了每家店和大部分的培训现场。新员工培训、企业文化宣导，以及“赢在中层”、HR沙龙等培训活动的策划组织和具体实施，都让我对培训有了更直接的接触和体会。每一次组织培训，都会被要求说出组织的到位和不到位的地方，虽然每次被问及时可以说出一二，但是在事后总结方面自己确实还没有做好。除了对培训本身的总结(包括满意度调查、通讯稿、培训总结表)以外没有在多次培训后总结经验和不足，因此在自身培训组织能力上进步不大。</w:t>
      </w:r>
      <w:r>
        <w:rPr>
          <w:lang w:eastAsia="zh-CN"/>
        </w:rPr>
        <w:t xml:space="preserve"> </w:t>
      </w:r>
      <w:r>
        <w:rPr>
          <w:lang w:eastAsia="zh-CN"/>
        </w:rPr>
        <w:br/>
      </w:r>
      <w:r>
        <w:rPr>
          <w:lang w:eastAsia="zh-CN"/>
        </w:rPr>
        <w:t xml:space="preserve">    在培训的演讲表现中，经过一个月左右连续几次的锻炼和熟悉，基本能够掌握新员工培训的步骤和内容，但是演讲的内容和格调基本不变，肚里墨水太少，自己创新的部分极少。原本之前还曾打算加入自己的内容，但实际表现出来的效果一般，且疏于对演讲素材的收集。现在忙于各种其他方面的事务，更加没有对培训做过多的用心了。 </w:t>
      </w:r>
      <w:r>
        <w:rPr>
          <w:lang w:eastAsia="zh-CN"/>
        </w:rPr>
        <w:br/>
      </w:r>
      <w:r>
        <w:rPr>
          <w:lang w:eastAsia="zh-CN"/>
        </w:rPr>
        <w:t xml:space="preserve">    在试用期的后期，由于招聘方面的压力而对于培训已涉及很少，角色渐渐转向了招聘。重新拾起招聘工作一开始有些小紧张，但很快调整并进入了奋战状态，用一个星期敲定了一名司机，同时也对项目部工程师有了初步的了解。应招聘和急聘的人员陆陆续续进入我的工作范畴，大致上有了招聘的思路和方法。同时，在绩效薪酬模块虽然没有直接的接触，但却是从人员的基本信息入手，从信息的梳理、筛选和提取，对整个集团人员信息的梳理能够为今后工作的开展起到铺垫的作用。虽然在信息管理方面自己总不是很熟练和精准，方式方法上还有待改进，但是可以看到自己的逐渐进步还是比较欣慰的。 </w:t>
      </w:r>
      <w:r>
        <w:rPr>
          <w:lang w:eastAsia="zh-CN"/>
        </w:rPr>
        <w:br/>
      </w:r>
      <w:r>
        <w:rPr>
          <w:lang w:eastAsia="zh-CN"/>
        </w:rPr>
        <w:t xml:space="preserve">    二、个人职业生涯规划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从实习生到人事助理的岗位，内容多了，压力大了，工作面也广了。每一个工作任务都是逐步加强的过程，岗位从人事助理到专员，再到主管，这都是一个正常的规律。不管是在集团还是在子公司，通过这几个月的适应，再加上后半年到一年的时间，我相信自己一定可以从一个助理的岗位真正转变到专员的角色，届时我能够独立承担一部分工作，对自己的工作负责。同时我会告诫并督促自己，对某些人力资源模块有较深的认识和较强的执行力，有自己主攻和擅长的工作内容。 </w:t>
      </w:r>
      <w:r>
        <w:rPr>
          <w:lang w:eastAsia="zh-CN"/>
        </w:rPr>
        <w:br/>
      </w:r>
      <w:r>
        <w:rPr>
          <w:lang w:eastAsia="zh-CN"/>
        </w:rPr>
        <w:t xml:space="preserve">    以后，在2年半到3年的时间，我希望自己能够基本主导人力资源的各大模块，同时涉猎行政方面的部分工作。虽然我本意想专攻人力资源方向，但是行政事务也往往是实际工作中必不可少的，且和人力资源相互协调和促进，因此我并不排斥行政人事的结合和统一。我希望自己在3年左右的工作积累后能够撑起一个局面。服务行业是一个特殊的行业，经过近半年时间的观察与体验，我能够深刻认识到汽车行业的特殊性，并对其特殊性有一个比较理性的适应。可能在某些时候并不能理解服务行业或者因为服务行业的特殊性而有所畏惧，但这也正在检验我生活观、人生观和价值观的一个心理适应性。有深刻体会才会有感悟，才有进步和思维的开阔。 </w:t>
      </w:r>
      <w:r>
        <w:rPr>
          <w:lang w:eastAsia="zh-CN"/>
        </w:rPr>
        <w:br/>
      </w:r>
      <w:r>
        <w:rPr>
          <w:lang w:eastAsia="zh-CN"/>
        </w:rPr>
        <w:t xml:space="preserve">    三、个人的评价及辅导需求 </w:t>
      </w:r>
      <w:r>
        <w:rPr>
          <w:lang w:eastAsia="zh-CN"/>
        </w:rPr>
        <w:br/>
      </w:r>
      <w:r>
        <w:rPr>
          <w:lang w:eastAsia="zh-CN"/>
        </w:rPr>
        <w:t xml:space="preserve">    个人的优势： </w:t>
      </w:r>
      <w:r>
        <w:rPr>
          <w:lang w:eastAsia="zh-CN"/>
        </w:rPr>
        <w:br/>
      </w:r>
      <w:r>
        <w:rPr>
          <w:lang w:eastAsia="zh-CN"/>
        </w:rPr>
        <w:t xml:space="preserve">    1.对于陌生或不熟悉的工作内容乐意去学习和研究，对于交代的工作任务会想办法尽快完成。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2.对于同事间关系的维护较为适宜，能给自己创造轻松的工作环境。 </w:t>
      </w:r>
      <w:r>
        <w:rPr>
          <w:lang w:eastAsia="zh-CN"/>
        </w:rPr>
        <w:br/>
      </w:r>
      <w:r>
        <w:rPr>
          <w:lang w:eastAsia="zh-CN"/>
        </w:rPr>
        <w:t xml:space="preserve">    3.有一个较良好的`心态，能够沉下心工作，尽力做好本职工作并要求自己逐渐靠近高标准。 </w:t>
      </w:r>
      <w:r>
        <w:rPr>
          <w:lang w:eastAsia="zh-CN"/>
        </w:rPr>
        <w:br/>
      </w:r>
      <w:r>
        <w:rPr>
          <w:lang w:eastAsia="zh-CN"/>
        </w:rPr>
        <w:t xml:space="preserve">    存在的不足： </w:t>
      </w:r>
      <w:r>
        <w:rPr>
          <w:lang w:eastAsia="zh-CN"/>
        </w:rPr>
        <w:br/>
      </w:r>
      <w:r>
        <w:rPr>
          <w:lang w:eastAsia="zh-CN"/>
        </w:rPr>
        <w:t xml:space="preserve">    1.对于总结工作重视不够，包括培训模块的学习总结、招聘模块的阶段性总结等。接收内容多，总结提炼少，导致“消化能力”不高。 </w:t>
      </w:r>
      <w:r>
        <w:rPr>
          <w:lang w:eastAsia="zh-CN"/>
        </w:rPr>
        <w:br/>
      </w:r>
      <w:r>
        <w:rPr>
          <w:lang w:eastAsia="zh-CN"/>
        </w:rPr>
        <w:t xml:space="preserve">    2.时间运用还不够合理，虽然较之前有改善，但也可能是因为工作效率、方法等因素，导致后期每天的工作时间紧张，工作任务压力大。 </w:t>
      </w:r>
      <w:r>
        <w:rPr>
          <w:lang w:eastAsia="zh-CN"/>
        </w:rPr>
        <w:br/>
      </w:r>
      <w:r>
        <w:rPr>
          <w:lang w:eastAsia="zh-CN"/>
        </w:rPr>
        <w:t xml:space="preserve">    3.缺少过程反馈，特别在遇到同时要处理很多事务时，不能给予当事人一个进度反馈，以为在完成后反馈即可，而缺少了过程中的反馈。 </w:t>
      </w:r>
      <w:r>
        <w:rPr>
          <w:lang w:eastAsia="zh-CN"/>
        </w:rPr>
        <w:br/>
      </w:r>
      <w:r>
        <w:rPr>
          <w:lang w:eastAsia="zh-CN"/>
        </w:rPr>
        <w:t xml:space="preserve">    4.细致度、执行力仍需提高，在很多事情干扰的情况下，不能及时或者完美地完成交代的工作，导致增加返工，延迟时间。 </w:t>
      </w:r>
      <w:r>
        <w:rPr>
          <w:lang w:eastAsia="zh-CN"/>
        </w:rPr>
        <w:br/>
      </w:r>
      <w:r>
        <w:rPr>
          <w:lang w:eastAsia="zh-CN"/>
        </w:rPr>
        <w:t xml:space="preserve">    辅导需求： </w:t>
      </w:r>
      <w:r>
        <w:rPr>
          <w:lang w:eastAsia="zh-CN"/>
        </w:rPr>
        <w:br/>
      </w:r>
      <w:r>
        <w:rPr>
          <w:lang w:eastAsia="zh-CN"/>
        </w:rPr>
        <w:t xml:space="preserve">    1.在信息、数据处理和分析上的工作方法指导。 </w:t>
      </w:r>
      <w:r>
        <w:rPr>
          <w:lang w:eastAsia="zh-CN"/>
        </w:rPr>
        <w:br/>
      </w:r>
      <w:r>
        <w:rPr>
          <w:lang w:eastAsia="zh-CN"/>
        </w:rPr>
        <w:t xml:space="preserve">    2.在处理模棱两可的任务、应对紧急或重要事件时的方法指导和增强。 </w:t>
      </w:r>
      <w:r>
        <w:rPr>
          <w:lang w:eastAsia="zh-CN"/>
        </w:rPr>
        <w:br/>
      </w:r>
      <w:r>
        <w:rPr>
          <w:lang w:eastAsia="zh-CN"/>
        </w:rPr>
        <w:t xml:space="preserve">    3.时间和任务管理上的指导和加强。 人事试用期工作总结范文(五)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时光在悄悄的流逝，伴随着夏天的阵阵蝉鸣，不知不觉，见习期一瞬即逝。回顾以往，我从一个懵懂的“愤青”逐步成长为一名勤奋敬业的“小资”。在这段时间中，我努力学习让自己适应公司快节奏、高效率的工作环境。在同事们的关心帮助下，我完全融入到了公司这个大家庭。在此，我向关心帮助过我的领导和同事们表示真诚的感谢!下面，我将自己工作情况作简要总结： </w:t>
      </w:r>
      <w:r>
        <w:rPr>
          <w:lang w:eastAsia="zh-CN"/>
        </w:rPr>
        <w:br/>
      </w:r>
      <w:r>
        <w:rPr>
          <w:lang w:eastAsia="zh-CN"/>
        </w:rPr>
        <w:t xml:space="preserve">    一、负责公司文字印刷、文件收发、资料整理、印章的使用和保管。 </w:t>
      </w:r>
      <w:r>
        <w:rPr>
          <w:lang w:eastAsia="zh-CN"/>
        </w:rPr>
        <w:br/>
      </w:r>
      <w:r>
        <w:rPr>
          <w:lang w:eastAsia="zh-CN"/>
        </w:rPr>
        <w:t xml:space="preserve">    二、负责办理员工的进厂、请假、调动、辞工离厂手续;员工档案资料建立。 </w:t>
      </w:r>
      <w:r>
        <w:rPr>
          <w:lang w:eastAsia="zh-CN"/>
        </w:rPr>
        <w:br/>
      </w:r>
      <w:r>
        <w:rPr>
          <w:lang w:eastAsia="zh-CN"/>
        </w:rPr>
        <w:t xml:space="preserve">    三、全面负责员工考勤工作。 </w:t>
      </w:r>
      <w:r>
        <w:rPr>
          <w:lang w:eastAsia="zh-CN"/>
        </w:rPr>
        <w:br/>
      </w:r>
      <w:r>
        <w:rPr>
          <w:lang w:eastAsia="zh-CN"/>
        </w:rPr>
        <w:t xml:space="preserve">    四、负责员工的就医和简单医疗应急处理。 </w:t>
      </w:r>
      <w:r>
        <w:rPr>
          <w:lang w:eastAsia="zh-CN"/>
        </w:rPr>
        <w:br/>
      </w:r>
      <w:r>
        <w:rPr>
          <w:lang w:eastAsia="zh-CN"/>
        </w:rPr>
        <w:t xml:space="preserve">    五、办公、劳保、文化娱乐等用品的采购申请、质量验收、发放、登记、管理。 </w:t>
      </w:r>
      <w:r>
        <w:rPr>
          <w:lang w:eastAsia="zh-CN"/>
        </w:rPr>
        <w:br/>
      </w:r>
      <w:r>
        <w:rPr>
          <w:lang w:eastAsia="zh-CN"/>
        </w:rPr>
        <w:t xml:space="preserve">    六、外来客人的接待和服务。 </w:t>
      </w:r>
      <w:r>
        <w:rPr>
          <w:lang w:eastAsia="zh-CN"/>
        </w:rPr>
        <w:br/>
      </w:r>
      <w:r>
        <w:rPr>
          <w:lang w:eastAsia="zh-CN"/>
        </w:rPr>
        <w:t xml:space="preserve">    七、外来电话、传真的接听(受)、记录、传达(送)。 </w:t>
      </w:r>
      <w:r>
        <w:rPr>
          <w:lang w:eastAsia="zh-CN"/>
        </w:rPr>
        <w:br/>
      </w:r>
      <w:r>
        <w:rPr>
          <w:lang w:eastAsia="zh-CN"/>
        </w:rPr>
        <w:t xml:space="preserve">    八、复印机、传真机的管理和使用。 </w:t>
      </w:r>
      <w:r>
        <w:rPr>
          <w:lang w:eastAsia="zh-CN"/>
        </w:rPr>
        <w:br/>
      </w:r>
      <w:r>
        <w:rPr>
          <w:lang w:eastAsia="zh-CN"/>
        </w:rPr>
        <w:t xml:space="preserve">    九、公司内部其它事务性工作。 </w:t>
      </w:r>
      <w:r>
        <w:rPr>
          <w:lang w:eastAsia="zh-CN"/>
        </w:rPr>
        <w:br/>
      </w:r>
      <w:r>
        <w:rPr>
          <w:lang w:eastAsia="zh-CN"/>
        </w:rPr>
        <w:t xml:space="preserve">    十、领导交办的其它工作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见习期间,我一直在做上述各项人事文员的工作，我要求自己：保持优点，改正缺点，充分体现自己的人生价值，为企业美好的明天尽一份力。我更希望通过公司全体员工的努力可以把公司推向一个又一个的颠峰。光阴似箭，人的一生在历史的长河中显得如此短暂，那么，人活一世究竟为了什么?我认为，是为了开创自己的事业!人们都说三十之后，事业冲天。我虽然还不到三十，但是为了事业，我愿终身奋斗。</w:t>
      </w:r>
      <w:r>
        <w:rPr>
          <w:lang w:eastAsia="zh-CN"/>
        </w:rPr>
        <w:t xml:space="preserve"> </w:t>
      </w:r>
      <w:r>
        <w:rPr>
          <w:lang w:eastAsia="zh-CN"/>
        </w:rPr>
        <w:br/>
      </w:r>
      <w:r>
        <w:rPr>
          <w:lang w:eastAsia="zh-CN"/>
        </w:rPr>
        <w:t>试用期个人工作总结篇5</w:t>
      </w:r>
      <w:r>
        <w:rPr>
          <w:lang w:eastAsia="zh-CN"/>
        </w:rPr>
        <w:br/>
      </w:r>
      <w:r>
        <w:rPr>
          <w:lang w:eastAsia="zh-CN"/>
        </w:rPr>
        <w:t xml:space="preserve">    经过两天的岗位职责培训和个人总结，针对每个人的工作状态开展了批评与自我批评。对每个人的岗位职责进行了详细的分析，对过去半年每位员工的工作情况进行了细致的点评，对取得的成绩给予了肯定，对不足之处提出了许多的意见和建议。通过本次培训和个人总结，每位员工都受到了很多启迪，无论对于个人还是部门，在今后的工作开展中，都提供了思路，指明了方向。现将加工厂半年来的工作总结如下： </w:t>
      </w:r>
      <w:r>
        <w:rPr>
          <w:lang w:eastAsia="zh-CN"/>
        </w:rPr>
        <w:br/>
      </w:r>
      <w:r>
        <w:rPr>
          <w:lang w:eastAsia="zh-CN"/>
        </w:rPr>
        <w:t xml:space="preserve">    一、岗位职责履行情况 </w:t>
      </w:r>
      <w:r>
        <w:rPr>
          <w:lang w:eastAsia="zh-CN"/>
        </w:rPr>
        <w:br/>
      </w:r>
      <w:r>
        <w:rPr>
          <w:lang w:eastAsia="zh-CN"/>
        </w:rPr>
        <w:t xml:space="preserve">    半年以来，加工厂全体员工普遍存在如下问题： </w:t>
      </w:r>
      <w:r>
        <w:rPr>
          <w:lang w:eastAsia="zh-CN"/>
        </w:rPr>
        <w:br/>
      </w:r>
      <w:r>
        <w:rPr>
          <w:lang w:eastAsia="zh-CN"/>
        </w:rPr>
        <w:t xml:space="preserve">    （1）、对自己的岗位职责理解不透彻，不知道该干些什么事，很多工作没有承担起来，而且认为目前生产未动，很多工作（包括学习）要等到生产动起来以后才好开展。而事实上，大家都犯了一个错误，进入了一个思想误区，如果前期工作没有准备好，生产是不可能盲目的动起来的。 </w:t>
      </w:r>
      <w:r>
        <w:rPr>
          <w:lang w:eastAsia="zh-CN"/>
        </w:rPr>
        <w:br/>
      </w:r>
      <w:r>
        <w:rPr>
          <w:lang w:eastAsia="zh-CN"/>
        </w:rPr>
        <w:t xml:space="preserve">    （2）、工作流程没有理顺，导致忙、乱，反而工作效率低下。 </w:t>
      </w:r>
      <w:r>
        <w:rPr>
          <w:lang w:eastAsia="zh-CN"/>
        </w:rPr>
        <w:br/>
      </w:r>
      <w:r>
        <w:rPr>
          <w:lang w:eastAsia="zh-CN"/>
        </w:rPr>
        <w:t xml:space="preserve">    （3）、工作的主动性、积极性不够，被动接受工作。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（4）、不爱学习，不善于思考，只顾埋头干活，不会抬头看路，导致所做的工作顾头不顾尾，工作效果不佳；业务能力停滞不前，没有提高。</w:t>
      </w:r>
      <w:r>
        <w:rPr>
          <w:lang w:eastAsia="zh-CN"/>
        </w:rPr>
        <w:t xml:space="preserve"> </w:t>
      </w:r>
      <w:r>
        <w:rPr>
          <w:lang w:eastAsia="zh-CN"/>
        </w:rPr>
        <w:br/>
      </w:r>
      <w:r>
        <w:rPr>
          <w:lang w:eastAsia="zh-CN"/>
        </w:rPr>
        <w:t xml:space="preserve">    （5）、厂长和厂长助理没有抓好全面性的工作，只抓点，而没有通盘考虑全局。 </w:t>
      </w:r>
      <w:r>
        <w:rPr>
          <w:lang w:eastAsia="zh-CN"/>
        </w:rPr>
        <w:br/>
      </w:r>
      <w:r>
        <w:rPr>
          <w:lang w:eastAsia="zh-CN"/>
        </w:rPr>
        <w:t xml:space="preserve">    （6）、制度执行不严格，监督、检查落实不到位，没有起到指导和带头的作用。 </w:t>
      </w:r>
      <w:r>
        <w:rPr>
          <w:lang w:eastAsia="zh-CN"/>
        </w:rPr>
        <w:br/>
      </w:r>
      <w:r>
        <w:rPr>
          <w:lang w:eastAsia="zh-CN"/>
        </w:rPr>
        <w:t xml:space="preserve">    二、近半年工作开展的情况 </w:t>
      </w:r>
      <w:r>
        <w:rPr>
          <w:lang w:eastAsia="zh-CN"/>
        </w:rPr>
        <w:br/>
      </w:r>
      <w:r>
        <w:rPr>
          <w:lang w:eastAsia="zh-CN"/>
        </w:rPr>
        <w:t xml:space="preserve">    1、岩白菜工艺改进实验，自3月份以来，一直着手岩白菜的工艺改进实验，尽管取得了一些数据，但稳定性较差，工艺技术和工艺参数还不能准确地确定下来，一些技术难点也还未攻克，如重结晶方法，脱色等，这需要在今后的工作中加大力度努力解决。 </w:t>
      </w:r>
      <w:r>
        <w:rPr>
          <w:lang w:eastAsia="zh-CN"/>
        </w:rPr>
        <w:br/>
      </w:r>
      <w:r>
        <w:rPr>
          <w:lang w:eastAsia="zh-CN"/>
        </w:rPr>
        <w:t xml:space="preserve">    2、灯盏花种植试验，灯盏花种植试验的情况也不理想。一是经验不足，播种时间稍晚，苗圃地里的.杂草难以解决；二是后期管理跟不上，没有采取相应的应对措施，导致出苗率太低，长势缓慢。从近期的情况看，灯盏花的种植采用育苗后铺地膜移栽的方法比较适宜，这样既可以节约种子，同时也可以有效控制杂草，但育苗期间必须及时拔除杂草，而且要经常拔。 </w:t>
      </w:r>
      <w:r>
        <w:rPr>
          <w:lang w:eastAsia="zh-CN"/>
        </w:rPr>
        <w:br/>
      </w:r>
      <w:r>
        <w:rPr>
          <w:lang w:eastAsia="zh-CN"/>
        </w:rPr>
        <w:t xml:space="preserve">    三、下半年工作的开展 </w:t>
      </w:r>
      <w:r>
        <w:rPr>
          <w:lang w:eastAsia="zh-CN"/>
        </w:rPr>
        <w:br/>
      </w:r>
      <w:r>
        <w:rPr>
          <w:lang w:eastAsia="zh-CN"/>
        </w:rPr>
        <w:t xml:space="preserve">    1、严格执行各项规章制度，认真履行各自的岗位职责，各司其职，各尽其责；加强监督、检查的力度，切实把每项工作落到实处。 </w:t>
      </w:r>
      <w:r>
        <w:rPr>
          <w:lang w:eastAsia="zh-CN"/>
        </w:rPr>
        <w:br/>
      </w:r>
      <w:r>
        <w:rPr>
          <w:lang w:eastAsia="zh-CN"/>
        </w:rPr>
        <w:t xml:space="preserve">    2、结合工作计划书，定期或不定期地进行岗位职责审计，确保工作的`连续性和工作质量的进一步提高。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3、加强思想沟通和工作交流，构建和谐、团结、进步的团队。 </w:t>
      </w:r>
      <w:r>
        <w:rPr>
          <w:lang w:eastAsia="zh-CN"/>
        </w:rPr>
        <w:br/>
      </w:r>
      <w:r>
        <w:rPr>
          <w:lang w:eastAsia="zh-CN"/>
        </w:rPr>
        <w:t xml:space="preserve">    4、有针对性的加强学习和培训的力度，努力提高全体员工的管理水平和业务水平，把工作成果真正体现在“行于细微、现于效率”上。 </w:t>
      </w:r>
      <w:r>
        <w:rPr>
          <w:lang w:eastAsia="zh-CN"/>
        </w:rPr>
        <w:br/>
      </w:r>
      <w:r>
        <w:rPr>
          <w:lang w:eastAsia="zh-CN"/>
        </w:rPr>
        <w:t xml:space="preserve">    5、尽快完成岩白菜工艺改进实验，完成工艺规程、操作规程、质量文件的编写和修定工作。 </w:t>
      </w:r>
      <w:r>
        <w:rPr>
          <w:lang w:eastAsia="zh-CN"/>
        </w:rPr>
        <w:br/>
      </w:r>
      <w:r>
        <w:rPr>
          <w:lang w:eastAsia="zh-CN"/>
        </w:rPr>
        <w:t xml:space="preserve">    6、跟进灯盏花种植试验，加强后期的维护管理工作，多收集相关数据，积累经验，为明年的推广种植打下基础。 </w:t>
      </w:r>
      <w:r>
        <w:rPr>
          <w:lang w:eastAsia="zh-CN"/>
        </w:rPr>
        <w:br/>
      </w:r>
      <w:r>
        <w:rPr>
          <w:lang w:eastAsia="zh-CN"/>
        </w:rPr>
        <w:t xml:space="preserve">    时光飞逝，日月如梭，转眼间紧张而又忙碌的一学期结束了。办公室也随着协会的成长而在逐渐进步，在老师和大家的关心和支持下，办公室这一学期的工作进展得顺利，并且一步步的踏入正轨。期间遇到了一些麻烦和障碍，品尝过辛酸和喜悦。 </w:t>
      </w:r>
      <w:r>
        <w:rPr>
          <w:lang w:eastAsia="zh-CN"/>
        </w:rPr>
        <w:br/>
      </w:r>
      <w:r>
        <w:rPr>
          <w:lang w:eastAsia="zh-CN"/>
        </w:rPr>
        <w:t xml:space="preserve">    本学期办公室主要负责本社联的日常事务，常规材料的制作及各部室工作材料的分门别类及保存。同时做好协调各部门工作，开会前的准备工作及通知，协助其他部室开展活动。 </w:t>
      </w:r>
      <w:r>
        <w:rPr>
          <w:lang w:eastAsia="zh-CN"/>
        </w:rPr>
        <w:br/>
      </w:r>
      <w:r>
        <w:rPr>
          <w:lang w:eastAsia="zh-CN"/>
        </w:rPr>
        <w:t xml:space="preserve">    一、踏实工作，勇于开拓 </w:t>
      </w:r>
      <w:r>
        <w:rPr>
          <w:lang w:eastAsia="zh-CN"/>
        </w:rPr>
        <w:br/>
      </w:r>
      <w:r>
        <w:rPr>
          <w:lang w:eastAsia="zh-CN"/>
        </w:rPr>
        <w:t xml:space="preserve">  </w:t>
      </w:r>
      <w:r>
        <w:rPr>
          <w:lang w:eastAsia="zh-CN"/>
        </w:rPr>
        <w:t xml:space="preserve"> </w:t>
      </w:r>
    </w:p>
    <w:p w:rsidR="001B1F19" w14:textId="27C3F48A">
      <w:pPr>
        <w:rPr>
          <w:rFonts w:hint="eastAsia"/>
          <w:lang w:eastAsia="zh-CN"/>
        </w:rPr>
      </w:pPr>
      <w:r>
        <w:rPr>
          <w:lang w:eastAsia="zh-CN"/>
        </w:rPr>
        <w:t xml:space="preserve"> 校织心社已逐渐成为一支力量雄厚的队伍，几十名组织成员加上更多的满腔热情的大学生，时刻准备以更大的热忱，为校园里，社会上需要帮助的人奉献爱心。在短短的几年时间里，我校织心社就已经发展成为一个大规模，有纪律的组织。在这个温暖的大家庭里，我们有固定的常规工作，有自己严格的规章制度，有几十个真情热忱的同伴，虽然在织心社的日子不长，随着日子的恍然流逝，“爱心奉献社会，真情暖人心”却已经在我们心中化成了一种有组织、有纪律、无私奉献的责任感。我们一直以“奉献、友爱、互助、进步”为精神指导，在校园里开展了丰富多彩的活动，让“织心社”真正走进同学们的生活。此外，与学校团委、学生会的通力合作，也使我们的活动开展得有声有色。校园里，我们的成员无处不在，期待着为你服务！</w:t>
      </w:r>
      <w:r>
        <w:rPr>
          <w:lang w:eastAsia="zh-CN"/>
        </w:rPr>
        <w:t xml:space="preserve"> </w:t>
      </w:r>
      <w:r>
        <w:rPr>
          <w:lang w:eastAsia="zh-CN"/>
        </w:rPr>
        <w:br/>
      </w:r>
      <w:r>
        <w:rPr>
          <w:lang w:eastAsia="zh-CN"/>
        </w:rPr>
        <w:t xml:space="preserve">    二、改善机制，完善机构 </w:t>
      </w:r>
      <w:r>
        <w:rPr>
          <w:lang w:eastAsia="zh-CN"/>
        </w:rPr>
        <w:br/>
      </w:r>
      <w:r>
        <w:rPr>
          <w:lang w:eastAsia="zh-CN"/>
        </w:rPr>
        <w:t xml:space="preserve">    开学伊始，在织心社的内部组织进行了调整，使其更为合理、高效，使各部门的职责分工更为明确。校织心社现有办公室、宣传部、外联部、网络部、策划部、活动部六个部门。校织心社在逐步建立并完善人事档案制度，为每一名内部工作成员建立档案，以便于量化管理。任期以来，我们一直把加强校织心社的建设和发展放在重要位置上。 </w:t>
      </w:r>
      <w:r>
        <w:rPr>
          <w:lang w:eastAsia="zh-CN"/>
        </w:rPr>
        <w:br/>
      </w:r>
      <w:r>
        <w:rPr>
          <w:lang w:eastAsia="zh-CN"/>
        </w:rPr>
        <w:t xml:space="preserve">    三、同舟共济，团结并进 </w:t>
      </w:r>
      <w:r>
        <w:rPr>
          <w:lang w:eastAsia="zh-CN"/>
        </w:rPr>
        <w:br/>
      </w:r>
      <w:r>
        <w:rPr>
          <w:lang w:eastAsia="zh-CN"/>
        </w:rPr>
        <w:t xml:space="preserve">    在各项活动和工作中，织心社干部并肩共进，密切配合，处处以身作则，充分展现了社联的风采。我们的队伍庞大，各种资料数量多，工作繁琐，但我们部门细心分类，勤勤恳恳，把档案整理得有条不紊，使我们的工作得以顺利进行。 </w:t>
      </w:r>
      <w:r>
        <w:rPr>
          <w:lang w:eastAsia="zh-CN"/>
        </w:rPr>
        <w:br/>
      </w:r>
      <w:r>
        <w:rPr>
          <w:lang w:eastAsia="zh-CN"/>
        </w:rPr>
        <w:t xml:space="preserve">    外联部活跃于校内外，胆大心细，各种活动少不了他们成功外联的配合。 </w:t>
      </w:r>
      <w:r>
        <w:rPr>
          <w:lang w:eastAsia="zh-CN"/>
        </w:rPr>
        <w:br/>
      </w:r>
      <w:r>
        <w:rPr>
          <w:lang w:eastAsia="zh-CN"/>
        </w:rPr>
        <w:t xml:space="preserve">    网络技术部凭借较好的网络技术，为我们提供了不可或缺的内部资讯。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https://d.book118.com/437123132136006054</w:t>
        </w:r>
      </w:hyperlink>
    </w:p>
    <w:p w:rsidR="001B1F19">
      <w:pPr>
        <w:rPr>
          <w:rFonts w:hint="eastAsia"/>
          <w:lang w:eastAsia="zh-CN"/>
        </w:rPr>
      </w:pPr>
    </w:p>
    <w:sectPr>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37123132136006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