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人力资源部工作计划 （15篇）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 xml:space="preserve">    人力资源部工作计划 1 </w:t>
      </w:r>
      <w:r>
        <w:rPr>
          <w:lang w:eastAsia="zh-CN"/>
        </w:rPr>
        <w:br/>
      </w:r>
      <w:r>
        <w:rPr>
          <w:lang w:eastAsia="zh-CN"/>
        </w:rPr>
        <w:t>　　时间飞逝，转眼间我们又迎来了新的一年。这新的一年，在自己的心中早已制定了全年的工作和生活计划。虽然工作不是生活的全部，但也占据了大部分时间。为将我的工作有一个良好的开端。下面制定公司人力资源部年度工作计划：</w:t>
      </w:r>
      <w:r>
        <w:rPr>
          <w:lang w:eastAsia="zh-CN"/>
        </w:rPr>
        <w:br/>
      </w:r>
      <w:r>
        <w:rPr>
          <w:lang w:eastAsia="zh-CN"/>
        </w:rPr>
        <w:t>　　1、根据公司现在的人力资源管理情况，参考先进人力资源管理经验，推陈出新，建立健全公司新的更加适合于公司业务发展的人力资源管理体系。</w:t>
      </w:r>
      <w:r>
        <w:rPr>
          <w:lang w:eastAsia="zh-CN"/>
        </w:rPr>
        <w:br/>
      </w:r>
      <w:r>
        <w:rPr>
          <w:lang w:eastAsia="zh-CN"/>
        </w:rPr>
        <w:t>　　2、做好公司20__年人力资源部工作计划规划，协助各部门做好部门人力资源规划。</w:t>
      </w:r>
      <w:r>
        <w:rPr>
          <w:lang w:eastAsia="zh-CN"/>
        </w:rPr>
        <w:br/>
      </w:r>
      <w:r>
        <w:rPr>
          <w:lang w:eastAsia="zh-CN"/>
        </w:rPr>
        <w:t>　　3、注重工作分析，强化对工作分析成果在实际工作当中的运用，适时作出工作设计，客观科学的设计出公司职位说明书。</w:t>
      </w:r>
      <w:r>
        <w:rPr>
          <w:lang w:eastAsia="zh-CN"/>
        </w:rPr>
        <w:br/>
      </w:r>
      <w:r>
        <w:rPr>
          <w:lang w:eastAsia="zh-CN"/>
        </w:rPr>
        <w:t>　　4、规范公司员工招聘与录用程序，多种途径进行员工招聘;强调实用性，引入多种科学合理且易操作的员工筛选方法(筛选求职简历、专业笔试、结构性面试、半结构性面试、非结构化面试、心理测验、无领导小组讨论、角色扮演、文件筐作业、管理游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5、把绩效管理作为公司人力资源管理的'重心，对绩效工作计划、绩效监控与辅导、绩效考核(目标管理法、平衡计分卡法、标杆超越法、kpi关键绩效指标法)、绩效改进(卓越绩效标准、六西格玛管理、iso质量管理体系、标杆超越)、绩效结果的运用(可应用于员工招聘、人员调配、奖金分配、员工培训与开发、员工职业生涯规划设计)进行全过程关注与跟踪。</w:t>
      </w:r>
      <w:r>
        <w:rPr>
          <w:lang w:eastAsia="zh-CN"/>
        </w:rPr>
        <w:br/>
      </w:r>
      <w:r>
        <w:rPr>
          <w:lang w:eastAsia="zh-CN"/>
        </w:rPr>
        <w:t>　　6、努力打造有竞争力的薪酬福利，根据本地社会发展、人才市场及同行业薪酬福利行情，结合公司具体情况，及时调整薪酬成本预算及控制。做好薪酬福利发放工作，及时为符合条件员工办理社会保险。</w:t>
      </w:r>
      <w:r>
        <w:rPr>
          <w:lang w:eastAsia="zh-CN"/>
        </w:rPr>
        <w:br/>
      </w:r>
      <w:r>
        <w:rPr>
          <w:lang w:eastAsia="zh-CN"/>
        </w:rPr>
        <w:t>　　7、将人力资源培训与开发提至公司的战略高度，高度重视培训与开发的决策分析，注重培训内容的实用化、本公司化，落实培训与开发的组织管理。</w:t>
      </w:r>
      <w:r>
        <w:rPr>
          <w:lang w:eastAsia="zh-CN"/>
        </w:rPr>
        <w:br/>
      </w:r>
      <w:r>
        <w:rPr>
          <w:lang w:eastAsia="zh-CN"/>
        </w:rPr>
        <w:t>　　8、努力经营和谐的员工关系，善待员工，规划好员工在本企业的职业生涯发展。</w:t>
      </w:r>
      <w:r>
        <w:rPr>
          <w:lang w:eastAsia="zh-CN"/>
        </w:rPr>
        <w:br/>
      </w:r>
      <w:r>
        <w:rPr>
          <w:lang w:eastAsia="zh-CN"/>
        </w:rPr>
        <w:t>　　9、公司兼职人员也要纳入公司的整体人力资源管理体系。</w:t>
      </w:r>
      <w:r>
        <w:rPr>
          <w:lang w:eastAsia="zh-CN"/>
        </w:rPr>
        <w:br/>
      </w:r>
      <w:r>
        <w:rPr>
          <w:lang w:eastAsia="zh-CN"/>
        </w:rPr>
        <w:t>　　人力资源部工作计划 2</w:t>
      </w:r>
      <w:r>
        <w:rPr>
          <w:lang w:eastAsia="zh-CN"/>
        </w:rPr>
        <w:br/>
      </w:r>
      <w:r>
        <w:rPr>
          <w:lang w:eastAsia="zh-CN"/>
        </w:rPr>
        <w:t>　　20__年度人力资源部在酒店领导的直接领导下，其他部门的大力配合下，按照年前制定的工作计划，开展工作；在人力资源管理的各项工作中，取得了一些成绩，也看到了一些工作中不足的地方，为了做好今后的工作，现将20__年的安排做出如下打算：</w:t>
      </w:r>
      <w:r>
        <w:rPr>
          <w:lang w:eastAsia="zh-CN"/>
        </w:rPr>
        <w:br/>
      </w:r>
      <w:r>
        <w:rPr>
          <w:lang w:eastAsia="zh-CN"/>
        </w:rPr>
        <w:t>　　一、控制人员成本，对各部门岗位、人员进行定岗定编。</w:t>
      </w:r>
      <w:r>
        <w:rPr>
          <w:lang w:eastAsia="zh-CN"/>
        </w:rPr>
        <w:br/>
      </w:r>
      <w:r>
        <w:rPr>
          <w:lang w:eastAsia="zh-CN"/>
        </w:rPr>
        <w:t>　　合理利用资源，控制钟点工数量和质量。</w:t>
      </w:r>
      <w:r>
        <w:rPr>
          <w:lang w:eastAsia="zh-CN"/>
        </w:rPr>
        <w:br/>
      </w:r>
      <w:r>
        <w:rPr>
          <w:lang w:eastAsia="zh-CN"/>
        </w:rPr>
        <w:t>　　二、加大员工培训力度，提高服务质量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1、对新入职员工进行酒店员工手册和规章制度的`培训，定期组织员工参加酒店服务礼仪的培训（培训由办公室和工会负责），由各部门对新进员工进行服务技能的培训。</w:t>
      </w:r>
      <w:r>
        <w:rPr>
          <w:lang w:eastAsia="zh-CN"/>
        </w:rPr>
        <w:br/>
      </w:r>
      <w:r>
        <w:rPr>
          <w:lang w:eastAsia="zh-CN"/>
        </w:rPr>
        <w:t>　　2、规范酒店用人制度，酒店新入职人员必须经过人事部进行统一面试，面试合格者方可录用。</w:t>
      </w:r>
      <w:r>
        <w:rPr>
          <w:lang w:eastAsia="zh-CN"/>
        </w:rPr>
        <w:br/>
      </w:r>
      <w:r>
        <w:rPr>
          <w:lang w:eastAsia="zh-CN"/>
        </w:rPr>
        <w:t>　　三、规范员工入离职程序，加强员工稳定性</w:t>
      </w:r>
      <w:r>
        <w:rPr>
          <w:lang w:eastAsia="zh-CN"/>
        </w:rPr>
        <w:br/>
      </w:r>
      <w:r>
        <w:rPr>
          <w:lang w:eastAsia="zh-CN"/>
        </w:rPr>
        <w:t>　　1、前厅服务员、传菜员和厨房的打荷、切配流动性较大，服务员在这一年中离职人数为110人，传菜员为46人，打荷为35人，切配为36人，在上半年的员工离职中，自动辞职情况较严重，对酒店员工进行离职流程进行规范，并对员工进行培训，此培训部分可以并入入职培训中。</w:t>
      </w:r>
      <w:r>
        <w:rPr>
          <w:lang w:eastAsia="zh-CN"/>
        </w:rPr>
        <w:br/>
      </w:r>
      <w:r>
        <w:rPr>
          <w:lang w:eastAsia="zh-CN"/>
        </w:rPr>
        <w:t>　　2、客房部和后勤部人员较为稳定，但是保安流动性也很大，从20__年5月到现在，离职保安人数为38人。</w:t>
      </w:r>
      <w:r>
        <w:rPr>
          <w:lang w:eastAsia="zh-CN"/>
        </w:rPr>
        <w:br/>
      </w:r>
      <w:r>
        <w:rPr>
          <w:lang w:eastAsia="zh-CN"/>
        </w:rPr>
        <w:t>　　针对人员流动性大的情况，提出几点建议：</w:t>
      </w:r>
      <w:r>
        <w:rPr>
          <w:lang w:eastAsia="zh-CN"/>
        </w:rPr>
        <w:br/>
      </w:r>
      <w:r>
        <w:rPr>
          <w:lang w:eastAsia="zh-CN"/>
        </w:rPr>
        <w:t>　　1、员工入职前，酒店提供入职培训，培训酒店礼貌礼仪，店纪店规，和员工手册培训。培训由各部门或行政办公室负责。</w:t>
      </w:r>
      <w:r>
        <w:rPr>
          <w:lang w:eastAsia="zh-CN"/>
        </w:rPr>
        <w:br/>
      </w:r>
      <w:r>
        <w:rPr>
          <w:lang w:eastAsia="zh-CN"/>
        </w:rPr>
        <w:t>　　2、对餐厅领班进行考核，能者居之。</w:t>
      </w:r>
      <w:r>
        <w:rPr>
          <w:lang w:eastAsia="zh-CN"/>
        </w:rPr>
        <w:br/>
      </w:r>
      <w:r>
        <w:rPr>
          <w:lang w:eastAsia="zh-CN"/>
        </w:rPr>
        <w:t>　　1）每月对领班进行考核，包括礼貌礼仪、服务技能和管理技能的培训考核，连续考核不通过者，作降级处理。</w:t>
      </w:r>
      <w:r>
        <w:rPr>
          <w:lang w:eastAsia="zh-CN"/>
        </w:rPr>
        <w:br/>
      </w:r>
      <w:r>
        <w:rPr>
          <w:lang w:eastAsia="zh-CN"/>
        </w:rPr>
        <w:t>　　2）设立服务员/传菜员小组长职务，对优秀服务员进行升职不提薪奖励，优秀组长经考核可以晋升为实习领班。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3、对服务员/传菜员看台给予10—20元的奖励，给予人头提成，提高服务员/传菜员工作积极性。</w:t>
      </w:r>
      <w:r>
        <w:rPr>
          <w:lang w:eastAsia="zh-CN"/>
        </w:rPr>
        <w:br/>
      </w:r>
      <w:r>
        <w:rPr>
          <w:lang w:eastAsia="zh-CN"/>
        </w:rPr>
        <w:t>　　4、定期组织员工进行规范酒店服务礼仪培训，培训老师可以外请（或酒店资深领班/经理担任），满足员工自身提高的需求。</w:t>
      </w:r>
      <w:r>
        <w:rPr>
          <w:lang w:eastAsia="zh-CN"/>
        </w:rPr>
        <w:br/>
      </w:r>
      <w:r>
        <w:rPr>
          <w:lang w:eastAsia="zh-CN"/>
        </w:rPr>
        <w:t>　　5、制作员工生日福利，寄发生日贺卡（总经理名义），当月月底定一天给员工举办集体生日会，让员工感受到酒店对他的关心，满足归属需求。</w:t>
      </w:r>
      <w:r>
        <w:rPr>
          <w:lang w:eastAsia="zh-CN"/>
        </w:rPr>
        <w:br/>
      </w:r>
      <w:r>
        <w:rPr>
          <w:lang w:eastAsia="zh-CN"/>
        </w:rPr>
        <w:t>　　6、设立年假，一线经营部门员工除春节期间和酒店繁忙时期，可享受带薪休假一个星期。</w:t>
      </w:r>
      <w:r>
        <w:rPr>
          <w:lang w:eastAsia="zh-CN"/>
        </w:rPr>
        <w:br/>
      </w:r>
      <w:r>
        <w:rPr>
          <w:lang w:eastAsia="zh-CN"/>
        </w:rPr>
        <w:t>　　7、针对保安离职率高的情况，经调查，主要原因是因为入职后的保安达不到主管的要求，针对此情况，20__年严格控制保安入职面试情况，严格把关，实行二级把关制，控制保安流动性，确保酒店安全工作有序的进行。</w:t>
      </w:r>
      <w:r>
        <w:rPr>
          <w:lang w:eastAsia="zh-CN"/>
        </w:rPr>
        <w:br/>
      </w:r>
      <w:r>
        <w:rPr>
          <w:lang w:eastAsia="zh-CN"/>
        </w:rPr>
        <w:t>　　人力资源部工作计划 3</w:t>
      </w:r>
      <w:r>
        <w:rPr>
          <w:lang w:eastAsia="zh-CN"/>
        </w:rPr>
        <w:br/>
      </w:r>
      <w:r>
        <w:rPr>
          <w:lang w:eastAsia="zh-CN"/>
        </w:rPr>
        <w:t>　　一、建立健全人事行政管理的各项规范及管理制度、员工手册等</w:t>
      </w:r>
      <w:r>
        <w:rPr>
          <w:lang w:eastAsia="zh-CN"/>
        </w:rPr>
        <w:br/>
      </w:r>
      <w:r>
        <w:rPr>
          <w:lang w:eastAsia="zh-CN"/>
        </w:rPr>
        <w:t>　　建立健全人力资源管理的各项规范及管理制度、员工手册规范的管理制度是企业用人留人的起码前提条件，员工从进入公司到岗位变动，从日常考评到离职，人事行政部都按照文件的程序进行操作，采取对事不对人的原则，期望能到达各项工作的合法性、严肃性。</w:t>
      </w:r>
      <w:r>
        <w:rPr>
          <w:lang w:eastAsia="zh-CN"/>
        </w:rPr>
        <w:br/>
      </w:r>
      <w:r>
        <w:rPr>
          <w:lang w:eastAsia="zh-CN"/>
        </w:rPr>
        <w:t>　　二、劳动合同管理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做好劳动合同的签订、解除及劳动合同档案管理等工作。本年度工作计划的重点是：</w:t>
      </w:r>
      <w:r>
        <w:rPr>
          <w:lang w:eastAsia="zh-CN"/>
        </w:rPr>
        <w:br/>
      </w:r>
      <w:r>
        <w:rPr>
          <w:lang w:eastAsia="zh-CN"/>
        </w:rPr>
        <w:t>　　1、劳动合同签订，续签、终止及时性；</w:t>
      </w:r>
      <w:r>
        <w:rPr>
          <w:lang w:eastAsia="zh-CN"/>
        </w:rPr>
        <w:br/>
      </w:r>
      <w:r>
        <w:rPr>
          <w:lang w:eastAsia="zh-CN"/>
        </w:rPr>
        <w:t>　　2、员工转正及时性；</w:t>
      </w:r>
      <w:r>
        <w:rPr>
          <w:lang w:eastAsia="zh-CN"/>
        </w:rPr>
        <w:br/>
      </w:r>
      <w:r>
        <w:rPr>
          <w:lang w:eastAsia="zh-CN"/>
        </w:rPr>
        <w:t>　　3、劳资关系（劳动纠纷次数、原因等）；</w:t>
      </w:r>
      <w:r>
        <w:rPr>
          <w:lang w:eastAsia="zh-CN"/>
        </w:rPr>
        <w:br/>
      </w:r>
      <w:r>
        <w:rPr>
          <w:lang w:eastAsia="zh-CN"/>
        </w:rPr>
        <w:t>　　4、档案管理完整性等描述。</w:t>
      </w:r>
      <w:r>
        <w:rPr>
          <w:lang w:eastAsia="zh-CN"/>
        </w:rPr>
        <w:br/>
      </w:r>
      <w:r>
        <w:rPr>
          <w:lang w:eastAsia="zh-CN"/>
        </w:rPr>
        <w:t>　　三、员工评价的收集</w:t>
      </w:r>
      <w:r>
        <w:rPr>
          <w:lang w:eastAsia="zh-CN"/>
        </w:rPr>
        <w:br/>
      </w:r>
      <w:r>
        <w:rPr>
          <w:lang w:eastAsia="zh-CN"/>
        </w:rPr>
        <w:t>　　为进一步加强对员工在必须时期内工作潜力等方面的评价，正确把握每位员工的工作状况，建立公司正常、合理的人事考核评价制度，从而为员工的奖惩、晋升、调整等带给客观依据。根据公司目前经营状况，每月收集个门店人事评价表，对每个人进行考核评价。对不合格人员实行在岗试用、待岗培训或转岗，以保证员工队伍的高效率、高素质。</w:t>
      </w:r>
      <w:r>
        <w:rPr>
          <w:lang w:eastAsia="zh-CN"/>
        </w:rPr>
        <w:br/>
      </w:r>
      <w:r>
        <w:rPr>
          <w:lang w:eastAsia="zh-CN"/>
        </w:rPr>
        <w:t>　　四、人力资源人力需求计划</w:t>
      </w:r>
      <w:r>
        <w:rPr>
          <w:lang w:eastAsia="zh-CN"/>
        </w:rPr>
        <w:br/>
      </w:r>
      <w:r>
        <w:rPr>
          <w:lang w:eastAsia="zh-CN"/>
        </w:rPr>
        <w:t>　　（一）人力资源人力需求计划目的</w:t>
      </w:r>
      <w:r>
        <w:rPr>
          <w:lang w:eastAsia="zh-CN"/>
        </w:rPr>
        <w:br/>
      </w:r>
      <w:r>
        <w:rPr>
          <w:lang w:eastAsia="zh-CN"/>
        </w:rPr>
        <w:t>　　1、根据公司现状，结合先进企业的管理经验，了解企业人力资源状况及需求状况，灵活选取聘用方式：</w:t>
      </w:r>
      <w:r>
        <w:rPr>
          <w:lang w:eastAsia="zh-CN"/>
        </w:rPr>
        <w:br/>
      </w:r>
      <w:r>
        <w:rPr>
          <w:lang w:eastAsia="zh-CN"/>
        </w:rPr>
        <w:t>　　⑴参加吴江地区的周六大型人才交流洽谈会</w:t>
      </w:r>
      <w:r>
        <w:rPr>
          <w:lang w:eastAsia="zh-CN"/>
        </w:rPr>
        <w:br/>
      </w:r>
      <w:r>
        <w:rPr>
          <w:lang w:eastAsia="zh-CN"/>
        </w:rPr>
        <w:t>　　⑵在吴江人才招聘网上发布招聘信息</w:t>
      </w:r>
      <w:r>
        <w:rPr>
          <w:lang w:eastAsia="zh-CN"/>
        </w:rPr>
        <w:br/>
      </w:r>
      <w:r>
        <w:rPr>
          <w:lang w:eastAsia="zh-CN"/>
        </w:rPr>
        <w:t>　　⑶与劳务市场的`中介合作把招聘信息放到中介那里请其代为招聘</w:t>
      </w:r>
      <w:r>
        <w:rPr>
          <w:lang w:eastAsia="zh-CN"/>
        </w:rPr>
        <w:br/>
      </w:r>
      <w:r>
        <w:rPr>
          <w:lang w:eastAsia="zh-CN"/>
        </w:rPr>
        <w:t>　　⑷内部培养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⑸引进企业事业单位成熟的管理人才。并充分利用企业现有人力资源，吸引并储备必须数量的具备特定技能、知识结构和潜力的专业人才。</w:t>
      </w:r>
      <w:r>
        <w:rPr>
          <w:lang w:eastAsia="zh-CN"/>
        </w:rPr>
        <w:br/>
      </w:r>
      <w:r>
        <w:rPr>
          <w:lang w:eastAsia="zh-CN"/>
        </w:rPr>
        <w:t>　　2、为人力资源管理带给重要信息及决策依据。</w:t>
      </w:r>
      <w:r>
        <w:rPr>
          <w:lang w:eastAsia="zh-CN"/>
        </w:rPr>
        <w:br/>
      </w:r>
      <w:r>
        <w:rPr>
          <w:lang w:eastAsia="zh-CN"/>
        </w:rPr>
        <w:t>　　（二）影响因素分析</w:t>
      </w:r>
      <w:r>
        <w:rPr>
          <w:lang w:eastAsia="zh-CN"/>
        </w:rPr>
        <w:br/>
      </w:r>
      <w:r>
        <w:rPr>
          <w:lang w:eastAsia="zh-CN"/>
        </w:rPr>
        <w:t>　　影响本公司人力资源需求的因素主要包括以下两个方面。</w:t>
      </w:r>
      <w:r>
        <w:rPr>
          <w:lang w:eastAsia="zh-CN"/>
        </w:rPr>
        <w:br/>
      </w:r>
      <w:r>
        <w:rPr>
          <w:lang w:eastAsia="zh-CN"/>
        </w:rPr>
        <w:t>　　1、公司的战略</w:t>
      </w:r>
      <w:r>
        <w:rPr>
          <w:lang w:eastAsia="zh-CN"/>
        </w:rPr>
        <w:br/>
      </w:r>
      <w:r>
        <w:rPr>
          <w:lang w:eastAsia="zh-CN"/>
        </w:rPr>
        <w:t>　　企业的发展战略目标、发展方向、发展规模等是影响企业人力资源需求的重要因素，人力资源需求计划的制订应服从于企业的发展战略需要。</w:t>
      </w:r>
      <w:r>
        <w:rPr>
          <w:lang w:eastAsia="zh-CN"/>
        </w:rPr>
        <w:br/>
      </w:r>
      <w:r>
        <w:rPr>
          <w:lang w:eastAsia="zh-CN"/>
        </w:rPr>
        <w:t>　　2、预期的员工流动</w:t>
      </w:r>
      <w:r>
        <w:rPr>
          <w:lang w:eastAsia="zh-CN"/>
        </w:rPr>
        <w:br/>
      </w:r>
      <w:r>
        <w:rPr>
          <w:lang w:eastAsia="zh-CN"/>
        </w:rPr>
        <w:t>　　企业以往员工流动状况数据和当前员工状况对企业人力资源需求预测会产生重要影响，员工流动率是制订人力资源需求计划的参照依据。</w:t>
      </w:r>
      <w:r>
        <w:rPr>
          <w:lang w:eastAsia="zh-CN"/>
        </w:rPr>
        <w:br/>
      </w:r>
      <w:r>
        <w:rPr>
          <w:lang w:eastAsia="zh-CN"/>
        </w:rPr>
        <w:t>　　人力资源部工作计划 4</w:t>
      </w:r>
      <w:r>
        <w:rPr>
          <w:lang w:eastAsia="zh-CN"/>
        </w:rPr>
        <w:br/>
      </w:r>
      <w:r>
        <w:rPr>
          <w:lang w:eastAsia="zh-CN"/>
        </w:rPr>
        <w:t>　　辞旧岁，迎新春，过去的20__年是忙碌而又充实的一年，也是加入公司从陌生到熟悉的一年，一年中工作的点点滴滴，让我不断地学习着、成长着。现对20__年的工作做如下总结：</w:t>
      </w:r>
      <w:r>
        <w:rPr>
          <w:lang w:eastAsia="zh-CN"/>
        </w:rPr>
        <w:br/>
      </w:r>
      <w:r>
        <w:rPr>
          <w:lang w:eastAsia="zh-CN"/>
        </w:rPr>
        <w:t>　　一、制度建设方面</w:t>
      </w:r>
      <w:r>
        <w:rPr>
          <w:lang w:eastAsia="zh-CN"/>
        </w:rPr>
        <w:br/>
      </w:r>
      <w:r>
        <w:rPr>
          <w:lang w:eastAsia="zh-CN"/>
        </w:rPr>
        <w:t>　　1）年初整理、完善了各部门岗位职责，包括行政人事类、财务类、店长类、商场类、售后类、业务类。</w:t>
      </w:r>
      <w:r>
        <w:rPr>
          <w:lang w:eastAsia="zh-CN"/>
        </w:rPr>
        <w:br/>
      </w:r>
      <w:r>
        <w:rPr>
          <w:lang w:eastAsia="zh-CN"/>
        </w:rPr>
        <w:t>　　2）在公司总经理的领导下，与总裁办配合，对公司各项管理制度进行了梳理。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3）规范了人力资源部工作流程，整理、修改、制定了各项人事日常运用表格共计26份。</w:t>
      </w:r>
      <w:r>
        <w:rPr>
          <w:lang w:eastAsia="zh-CN"/>
        </w:rPr>
        <w:br/>
      </w:r>
      <w:r>
        <w:rPr>
          <w:lang w:eastAsia="zh-CN"/>
        </w:rPr>
        <w:t>　　4）在公司总经理的领导下，按公司的实际情况，对公司的定员、定编进行了核定。</w:t>
      </w:r>
      <w:r>
        <w:rPr>
          <w:lang w:eastAsia="zh-CN"/>
        </w:rPr>
        <w:br/>
      </w:r>
      <w:r>
        <w:rPr>
          <w:lang w:eastAsia="zh-CN"/>
        </w:rPr>
        <w:t>　　5）根据公司架构的改变，修改各部门管理架构图。</w:t>
      </w:r>
      <w:r>
        <w:rPr>
          <w:lang w:eastAsia="zh-CN"/>
        </w:rPr>
        <w:br/>
      </w:r>
      <w:r>
        <w:rPr>
          <w:lang w:eastAsia="zh-CN"/>
        </w:rPr>
        <w:t>　　二、招聘、培训方面</w:t>
      </w:r>
      <w:r>
        <w:rPr>
          <w:lang w:eastAsia="zh-CN"/>
        </w:rPr>
        <w:br/>
      </w:r>
      <w:r>
        <w:rPr>
          <w:lang w:eastAsia="zh-CN"/>
        </w:rPr>
        <w:t>　　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w:t>
      </w:r>
      <w:r>
        <w:rPr>
          <w:lang w:eastAsia="zh-CN"/>
        </w:rPr>
        <w:br/>
      </w:r>
      <w:r>
        <w:rPr>
          <w:lang w:eastAsia="zh-CN"/>
        </w:rPr>
        <w:t>　　20__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r>
        <w:rPr>
          <w:lang w:eastAsia="zh-CN"/>
        </w:rPr>
        <w:br/>
      </w:r>
      <w:r>
        <w:rPr>
          <w:lang w:eastAsia="zh-CN"/>
        </w:rPr>
        <w:t>　　11月接手招聘工作后，共办理入职33人，离职17人（均包括商户营业员），共有15户商户要求代聘营业员，其中已落实的有7户，其余为商户要求太高，不到合适的人，或商户给出的待遇低无人愿意去。</w:t>
      </w:r>
      <w:r>
        <w:rPr>
          <w:lang w:eastAsia="zh-CN"/>
        </w:rPr>
        <w:br/>
      </w:r>
      <w:r>
        <w:rPr>
          <w:lang w:eastAsia="zh-CN"/>
        </w:rPr>
        <w:t>　　三、考核方面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1）公司，设计了360°考评表，涉及的部门有：财务部、一般行政管理人员、实习营业员、商场管理人员。在年初进行了运用，不过随着公司架构、管理人员的不断变更和我工作量的变化而没有得到延续。</w:t>
      </w:r>
      <w:r>
        <w:rPr>
          <w:lang w:eastAsia="zh-CN"/>
        </w:rPr>
        <w:br/>
      </w:r>
      <w:r>
        <w:rPr>
          <w:lang w:eastAsia="zh-CN"/>
        </w:rPr>
        <w:t>　　2）根据公司4月调整的要求，设计了各部门的绩效考核表，包括：副总、售后部、财务部、商管一部、商管二部、招商部、市场部、策划部。</w:t>
      </w:r>
      <w:r>
        <w:rPr>
          <w:lang w:eastAsia="zh-CN"/>
        </w:rPr>
        <w:br/>
      </w:r>
      <w:r>
        <w:rPr>
          <w:lang w:eastAsia="zh-CN"/>
        </w:rPr>
        <w:t>　　3）7月整理了公司绩效管理制度和考核体系，对各项指标进行了再一次的汇总。</w:t>
      </w:r>
      <w:r>
        <w:rPr>
          <w:lang w:eastAsia="zh-CN"/>
        </w:rPr>
        <w:br/>
      </w:r>
      <w:r>
        <w:rPr>
          <w:lang w:eastAsia="zh-CN"/>
        </w:rPr>
        <w:t>　　4）总的来说，05年的考核工作完成的不是那么理想，实事求是的说，公司的.绩效管理体系并没有真正建立起来，这与公司大环境有关，但我的工作做的不够也是原因之一，06年将作出改进。</w:t>
      </w:r>
      <w:r>
        <w:rPr>
          <w:lang w:eastAsia="zh-CN"/>
        </w:rPr>
        <w:br/>
      </w:r>
      <w:r>
        <w:rPr>
          <w:lang w:eastAsia="zh-CN"/>
        </w:rPr>
        <w:t>　　四、薪酬方面</w:t>
      </w:r>
      <w:r>
        <w:rPr>
          <w:lang w:eastAsia="zh-CN"/>
        </w:rPr>
        <w:br/>
      </w:r>
      <w:r>
        <w:rPr>
          <w:lang w:eastAsia="zh-CN"/>
        </w:rPr>
        <w:t>　　1）在公司总经理的带领下，修改、完善了公司薪酬结构表；</w:t>
      </w:r>
      <w:r>
        <w:rPr>
          <w:lang w:eastAsia="zh-CN"/>
        </w:rPr>
        <w:br/>
      </w:r>
      <w:r>
        <w:rPr>
          <w:lang w:eastAsia="zh-CN"/>
        </w:rPr>
        <w:t>　　2）4月对公司的整体薪酬做出调整，对公司员工的底薪等进行调整，全公司工资部分全年为__万元，奖金根据公司销售状况按比例核算；</w:t>
      </w:r>
      <w:r>
        <w:rPr>
          <w:lang w:eastAsia="zh-CN"/>
        </w:rPr>
        <w:br/>
      </w:r>
      <w:r>
        <w:rPr>
          <w:lang w:eastAsia="zh-CN"/>
        </w:rPr>
        <w:t>　　3）对各部门的奖金方案进行了调整，并随着公司副总级管理人员的管理部门变化而不断进行奖金方案的修改，举例：售后部方案从4月到12月共修改了4次。且每次修改都有大量的测算工作。</w:t>
      </w:r>
      <w:r>
        <w:rPr>
          <w:lang w:eastAsia="zh-CN"/>
        </w:rPr>
        <w:br/>
      </w:r>
      <w:r>
        <w:rPr>
          <w:lang w:eastAsia="zh-CN"/>
        </w:rPr>
        <w:t>　　4）每月对各部门上报的各项报表进行审核，进行薪酬核算，并对各部门薪酬比例进行分析。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5）05年在薪酬管理方面，只是做了简单的核算及分析工作，没有做到过程控制，没有真正起到为公司决策层提供决策依据的作用，在06年将做出改进。</w:t>
      </w:r>
      <w:r>
        <w:rPr>
          <w:lang w:eastAsia="zh-CN"/>
        </w:rPr>
        <w:br/>
      </w:r>
      <w:r>
        <w:rPr>
          <w:lang w:eastAsia="zh-CN"/>
        </w:rPr>
        <w:t>　　五、其他工作</w:t>
      </w:r>
      <w:r>
        <w:rPr>
          <w:lang w:eastAsia="zh-CN"/>
        </w:rPr>
        <w:br/>
      </w:r>
      <w:r>
        <w:rPr>
          <w:lang w:eastAsia="zh-CN"/>
        </w:rPr>
        <w:t>　　1）在ERP系统中，设计增加了“人事管理系统”，包括了人员基本信息、培训情况、异动情况等，进行其日常维护工作，包括：录入员工档案、转正录入、离职录入、异动录入、培训录入等。</w:t>
      </w:r>
      <w:r>
        <w:rPr>
          <w:lang w:eastAsia="zh-CN"/>
        </w:rPr>
        <w:br/>
      </w:r>
      <w:r>
        <w:rPr>
          <w:lang w:eastAsia="zh-CN"/>
        </w:rPr>
        <w:t>　　2）日常人事档案的清理。</w:t>
      </w:r>
      <w:r>
        <w:rPr>
          <w:lang w:eastAsia="zh-CN"/>
        </w:rPr>
        <w:br/>
      </w:r>
      <w:r>
        <w:rPr>
          <w:lang w:eastAsia="zh-CN"/>
        </w:rPr>
        <w:t>　　3）各部门的衔接工作，包括和卖场等部门协调收取员工服装费和处理商户关系等。</w:t>
      </w:r>
      <w:r>
        <w:rPr>
          <w:lang w:eastAsia="zh-CN"/>
        </w:rPr>
        <w:br/>
      </w:r>
      <w:r>
        <w:rPr>
          <w:lang w:eastAsia="zh-CN"/>
        </w:rPr>
        <w:t>　　4）公司内部日常劳动争议的处理。</w:t>
      </w:r>
      <w:r>
        <w:rPr>
          <w:lang w:eastAsia="zh-CN"/>
        </w:rPr>
        <w:br/>
      </w:r>
      <w:r>
        <w:rPr>
          <w:lang w:eastAsia="zh-CN"/>
        </w:rPr>
        <w:t>　　人力资源部工作计划 5</w:t>
      </w:r>
      <w:r>
        <w:rPr>
          <w:lang w:eastAsia="zh-CN"/>
        </w:rPr>
        <w:br/>
      </w:r>
      <w:r>
        <w:rPr>
          <w:lang w:eastAsia="zh-CN"/>
        </w:rPr>
        <w:t>　　一、人力资源战略规划</w:t>
      </w:r>
      <w:r>
        <w:rPr>
          <w:lang w:eastAsia="zh-CN"/>
        </w:rPr>
        <w:br/>
      </w:r>
      <w:r>
        <w:rPr>
          <w:lang w:eastAsia="zh-CN"/>
        </w:rPr>
        <w:t>　　由于企业刚刚设立人力资源部门，时间较为紧迫，现阶段的重点就是人员的招聘问题，完善企业《员工手册》、各种管理表单及规章制度，为公司各项工作的开展作好制度性保障。</w:t>
      </w:r>
      <w:r>
        <w:rPr>
          <w:lang w:eastAsia="zh-CN"/>
        </w:rPr>
        <w:br/>
      </w:r>
      <w:r>
        <w:rPr>
          <w:lang w:eastAsia="zh-CN"/>
        </w:rPr>
        <w:t>　　二、招聘选拔与岗位设置</w:t>
      </w:r>
      <w:r>
        <w:rPr>
          <w:lang w:eastAsia="zh-CN"/>
        </w:rPr>
        <w:br/>
      </w:r>
      <w:r>
        <w:rPr>
          <w:lang w:eastAsia="zh-CN"/>
        </w:rPr>
        <w:t>　　1、拓展优化招聘渠道</w:t>
      </w:r>
      <w:r>
        <w:rPr>
          <w:lang w:eastAsia="zh-CN"/>
        </w:rPr>
        <w:br/>
      </w:r>
      <w:r>
        <w:rPr>
          <w:lang w:eastAsia="zh-CN"/>
        </w:rPr>
        <w:t>　　(1)有机会的话多参加省市各人才交流机构组织的各项现场招聘会，一方面招聘并储备外地的一些优秀的行业专业人才，另一方面为企业做一个很好的外在宣传，对于企业的知名度提升有一定的好处。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多跟当地一些大中专院校开展深度合作关系，计划参加一些学校的校园招聘，为企业的长期发展储备优秀毕业人才，合作的结果当然是要双赢的，例如学校每提供一位员工可以适当给学校一些报酬(如：学校提供的员工转正后可以给学校100-200元的奖励)</w:t>
      </w:r>
      <w:r>
        <w:rPr>
          <w:lang w:eastAsia="zh-CN"/>
        </w:rPr>
        <w:br/>
      </w:r>
      <w:r>
        <w:rPr>
          <w:lang w:eastAsia="zh-CN"/>
        </w:rPr>
        <w:t>　　(3)电视媒体及平面媒体(含户外广告)做一些招聘的广告，考虑到成本的问题，此项工作可穿插在企业年度举办较大活动时的市场推广方面。</w:t>
      </w:r>
      <w:r>
        <w:rPr>
          <w:lang w:eastAsia="zh-CN"/>
        </w:rPr>
        <w:br/>
      </w:r>
      <w:r>
        <w:rPr>
          <w:lang w:eastAsia="zh-CN"/>
        </w:rPr>
        <w:t>　　(4)跟同行业内的企业开展定期的互访，了解同行业企业的发展现状，对于一些专业的优秀人才可以适当保持联系并关注，在适当的时候可以引进。(此项工作比较敏感，操作需谨慎)</w:t>
      </w:r>
      <w:r>
        <w:rPr>
          <w:lang w:eastAsia="zh-CN"/>
        </w:rPr>
        <w:br/>
      </w:r>
      <w:r>
        <w:rPr>
          <w:lang w:eastAsia="zh-CN"/>
        </w:rPr>
        <w:t>　　(5)多参加当地的一些公益活动并承担一定的社会责任，扩大企业的影响力，从而吸引一些优秀的人才毛遂自荐。</w:t>
      </w:r>
      <w:r>
        <w:rPr>
          <w:lang w:eastAsia="zh-CN"/>
        </w:rPr>
        <w:br/>
      </w:r>
      <w:r>
        <w:rPr>
          <w:lang w:eastAsia="zh-CN"/>
        </w:rPr>
        <w:t>　　(6)可以发动员工来帮助酒店介绍人才，一经录用可以给介绍人一定数额的奖励</w:t>
      </w:r>
      <w:r>
        <w:rPr>
          <w:lang w:eastAsia="zh-CN"/>
        </w:rPr>
        <w:br/>
      </w:r>
      <w:r>
        <w:rPr>
          <w:lang w:eastAsia="zh-CN"/>
        </w:rPr>
        <w:t>　　(7)可以印制一些招聘单页去县城周边或其邻县张贴(虽然有点过时但是效果肯定是有的)</w:t>
      </w:r>
      <w:r>
        <w:rPr>
          <w:lang w:eastAsia="zh-CN"/>
        </w:rPr>
        <w:br/>
      </w:r>
      <w:r>
        <w:rPr>
          <w:lang w:eastAsia="zh-CN"/>
        </w:rPr>
        <w:t>　　2、建立企业内部的人力资源数据库</w:t>
      </w:r>
      <w:r>
        <w:rPr>
          <w:lang w:eastAsia="zh-CN"/>
        </w:rPr>
        <w:br/>
      </w:r>
      <w:r>
        <w:rPr>
          <w:lang w:eastAsia="zh-CN"/>
        </w:rPr>
        <w:t>　　通过企业招聘工作的开展，将收到的应聘人员的资料进行筛选后，将优秀的及企业未来可能需要的人才信息及时输入到人力资源数据库，可以不定期的进行电话沟通，以了解部分人员的现状，对人力资源数据库的信息要及时的更新及维护。离职员工的相关信息也要及时入库，并注上离职原因，为以后的返聘工作作参考和铺垫。其中可设立黑名单，对于一些严重违纪的员工，避免其以后再次应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3、建立完善招聘计划及流程</w:t>
      </w:r>
      <w:r>
        <w:rPr>
          <w:lang w:eastAsia="zh-CN"/>
        </w:rPr>
        <w:br/>
      </w:r>
      <w:r>
        <w:rPr>
          <w:lang w:eastAsia="zh-CN"/>
        </w:rPr>
        <w:t>　　原则上企业的招聘分为年度招聘及即时招聘两大类。年度招聘的岗位多为未来企业业务拓展的版块及相关管理(含储备)岗位，对于年度招聘的岗位人力资源部要提前做好招聘计划并呈报总经理审批，以便准备。所有招聘的工作开展需制定相应的流程，以便招聘工作的顺利开展。</w:t>
      </w:r>
      <w:r>
        <w:rPr>
          <w:lang w:eastAsia="zh-CN"/>
        </w:rPr>
        <w:br/>
      </w:r>
      <w:r>
        <w:rPr>
          <w:lang w:eastAsia="zh-CN"/>
        </w:rPr>
        <w:t>　　4、制定并完善部门及岗位说明书</w:t>
      </w:r>
      <w:r>
        <w:rPr>
          <w:lang w:eastAsia="zh-CN"/>
        </w:rPr>
        <w:br/>
      </w:r>
      <w:r>
        <w:rPr>
          <w:lang w:eastAsia="zh-CN"/>
        </w:rPr>
        <w:t>　　对酒店下属各部门制定具体的工作职责，对具体岗位编写对应的岗位说明书(含任职人员的任职资格、岗位职责、直接上级、直接下级、薪资水平、特殊要求等)，以便员工快速的熟悉本职工作，并融入到自己的日常工作中去。此项由人力资源部及各部门主管配合完成。</w:t>
      </w:r>
      <w:r>
        <w:rPr>
          <w:lang w:eastAsia="zh-CN"/>
        </w:rPr>
        <w:br/>
      </w:r>
      <w:r>
        <w:rPr>
          <w:lang w:eastAsia="zh-CN"/>
        </w:rPr>
        <w:t>　　5、完善企业员工档案</w:t>
      </w:r>
      <w:r>
        <w:rPr>
          <w:lang w:eastAsia="zh-CN"/>
        </w:rPr>
        <w:br/>
      </w:r>
      <w:r>
        <w:rPr>
          <w:lang w:eastAsia="zh-CN"/>
        </w:rPr>
        <w:t>　　对所有在职员工的档案进行整理，做到一个员工一个档案袋，并最好编号。档案内容包括员工应聘资料、培训经历、工作考评材料、升职材料、加薪材料、奖惩材料等。所有档案资料分纸质档案及电子档案，以便查阅，本着对企业及员工负责的态度，所有档案资料均属于内部保密范畴。</w:t>
      </w:r>
      <w:r>
        <w:rPr>
          <w:lang w:eastAsia="zh-CN"/>
        </w:rPr>
        <w:br/>
      </w:r>
      <w:r>
        <w:rPr>
          <w:lang w:eastAsia="zh-CN"/>
        </w:rPr>
        <w:t>　　三、培训开发与管理</w:t>
      </w:r>
      <w:r>
        <w:rPr>
          <w:lang w:eastAsia="zh-CN"/>
        </w:rPr>
        <w:br/>
      </w:r>
      <w:r>
        <w:rPr>
          <w:lang w:eastAsia="zh-CN"/>
        </w:rPr>
        <w:t>　　1、入职培训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所有新入职员工均需参加入职培训且通过考核后方可上岗，也可一个月集中组织当月新进员工开展入职培训。培训内容包括《员工手册》及酒店相关规章制度。入职培训由人力资源部组织并实施，其他部门予以配合。</w:t>
      </w:r>
      <w:r>
        <w:rPr>
          <w:lang w:eastAsia="zh-CN"/>
        </w:rPr>
        <w:br/>
      </w:r>
      <w:r>
        <w:rPr>
          <w:lang w:eastAsia="zh-CN"/>
        </w:rPr>
        <w:t>　　2、岗位技能培训</w:t>
      </w:r>
      <w:r>
        <w:rPr>
          <w:lang w:eastAsia="zh-CN"/>
        </w:rPr>
        <w:br/>
      </w:r>
      <w:r>
        <w:rPr>
          <w:lang w:eastAsia="zh-CN"/>
        </w:rPr>
        <w:t>　　岗位技能培训为员工所在岗位的专业性技能培训，由于专业性较强，此项培训工作由部门组织，人力资源部负责对培训效果进行跟踪并组织考核</w:t>
      </w:r>
      <w:r>
        <w:rPr>
          <w:lang w:eastAsia="zh-CN"/>
        </w:rPr>
        <w:br/>
      </w:r>
      <w:r>
        <w:rPr>
          <w:lang w:eastAsia="zh-CN"/>
        </w:rPr>
        <w:t>　　3、升职培训</w:t>
      </w:r>
      <w:r>
        <w:rPr>
          <w:lang w:eastAsia="zh-CN"/>
        </w:rPr>
        <w:br/>
      </w:r>
      <w:r>
        <w:rPr>
          <w:lang w:eastAsia="zh-CN"/>
        </w:rPr>
        <w:t>　　对于升职后的员工上升到管理层次后，要对其进行相关管理方面的技能培训，考核合格后方能上任。</w:t>
      </w:r>
      <w:r>
        <w:rPr>
          <w:lang w:eastAsia="zh-CN"/>
        </w:rPr>
        <w:br/>
      </w:r>
      <w:r>
        <w:rPr>
          <w:lang w:eastAsia="zh-CN"/>
        </w:rPr>
        <w:t>　　4、企业内训</w:t>
      </w:r>
      <w:r>
        <w:rPr>
          <w:lang w:eastAsia="zh-CN"/>
        </w:rPr>
        <w:br/>
      </w:r>
      <w:r>
        <w:rPr>
          <w:lang w:eastAsia="zh-CN"/>
        </w:rPr>
        <w:t>　　对于企业文化的介绍、员工素质教育等可由人力资源部定期组织。</w:t>
      </w:r>
      <w:r>
        <w:rPr>
          <w:lang w:eastAsia="zh-CN"/>
        </w:rPr>
        <w:br/>
      </w:r>
      <w:r>
        <w:rPr>
          <w:lang w:eastAsia="zh-CN"/>
        </w:rPr>
        <w:t>　　5、拓展培训</w:t>
      </w:r>
      <w:r>
        <w:rPr>
          <w:lang w:eastAsia="zh-CN"/>
        </w:rPr>
        <w:br/>
      </w:r>
      <w:r>
        <w:rPr>
          <w:lang w:eastAsia="zh-CN"/>
        </w:rPr>
        <w:t>　　在适当的时候可以考虑带领企业所有员工或部分员工去专业的拓展场地开展拓展培训，以此增强企业的凝聚力和执行力。</w:t>
      </w:r>
      <w:r>
        <w:rPr>
          <w:lang w:eastAsia="zh-CN"/>
        </w:rPr>
        <w:br/>
      </w:r>
      <w:r>
        <w:rPr>
          <w:lang w:eastAsia="zh-CN"/>
        </w:rPr>
        <w:t>　　四、绩效考评与管理</w:t>
      </w:r>
      <w:r>
        <w:rPr>
          <w:lang w:eastAsia="zh-CN"/>
        </w:rPr>
        <w:br/>
      </w:r>
      <w:r>
        <w:rPr>
          <w:lang w:eastAsia="zh-CN"/>
        </w:rPr>
        <w:t>　　1、完善企业的`员工考勤体系，所有员工的考勤资料均要入档保存一年，以便查验。</w:t>
      </w:r>
      <w:r>
        <w:rPr>
          <w:lang w:eastAsia="zh-CN"/>
        </w:rPr>
        <w:br/>
      </w:r>
      <w:r>
        <w:rPr>
          <w:lang w:eastAsia="zh-CN"/>
        </w:rPr>
        <w:t>　　2、建立部门工作考评，由于企业尚未开展绩效考评，所以需循序渐进，起步工作可以由部门的月度工作计划及执行效率、部门效益等为突破点。设立相应的奖惩机制，奖励月度表现优异的部门团队，鞭策月度表现不如人意的部门团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五、劳资关系管理</w:t>
      </w:r>
      <w:r>
        <w:rPr>
          <w:lang w:eastAsia="zh-CN"/>
        </w:rPr>
        <w:br/>
      </w:r>
      <w:r>
        <w:rPr>
          <w:lang w:eastAsia="zh-CN"/>
        </w:rPr>
        <w:t>　　1、建立完善的离职面谈制度，对离职的员工由所在部门主管及人力资源部开展离职面谈，切实了解员工的离职原因，对于企业存在的问题应该以此为契机加以整改。</w:t>
      </w:r>
      <w:r>
        <w:rPr>
          <w:lang w:eastAsia="zh-CN"/>
        </w:rPr>
        <w:br/>
      </w:r>
      <w:r>
        <w:rPr>
          <w:lang w:eastAsia="zh-CN"/>
        </w:rPr>
        <w:t>　　2、定期不定期的跟员工开展面谈，可以是正式或非正式的，由人力资源部或部门主管予以执行，目的是在于了解员工的现状，及遇到的问题，以便我们在以后的工作不断的加以改进。</w:t>
      </w:r>
      <w:r>
        <w:rPr>
          <w:lang w:eastAsia="zh-CN"/>
        </w:rPr>
        <w:br/>
      </w:r>
      <w:r>
        <w:rPr>
          <w:lang w:eastAsia="zh-CN"/>
        </w:rPr>
        <w:t>　　3、定期不定期的开展内部员工满意度调查，调查采取不记名问卷，对于企业中存在的隐患及不足组织各部门主管研究并整改。</w:t>
      </w:r>
      <w:r>
        <w:rPr>
          <w:lang w:eastAsia="zh-CN"/>
        </w:rPr>
        <w:br/>
      </w:r>
      <w:r>
        <w:rPr>
          <w:lang w:eastAsia="zh-CN"/>
        </w:rPr>
        <w:t>　　4、设立员工申诉机制。原则上员工在工作中不能越级汇报，但员工如果认为自己的上司对一些事情的处理存在不同意见的时候可以向其主管申诉，主管必须予以受理并在规定时间给予答复，如果员工对主管的答复不满意的时候可以在规定时间内向人力资源部申诉，人力资源部在规定时间内给予员工答复，员工如对人力资源部的答复也不满意的时候可以通过人力资源部申诉到总经理处，以总经理的最终裁决为准。</w:t>
      </w:r>
      <w:r>
        <w:rPr>
          <w:lang w:eastAsia="zh-CN"/>
        </w:rPr>
        <w:br/>
      </w:r>
      <w:r>
        <w:rPr>
          <w:lang w:eastAsia="zh-CN"/>
        </w:rPr>
        <w:t>　　5、跟员工签订劳动合同，具体签订的年限可以由公司和员工协商决定。公司在发生劳资纠纷时，由人力资源部组织处理，所在部门的主管要全力配合解决，原则上，能用钱解决的问题，就尽量不要将事态扩大。因为事件的负面影响是我们无法估量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6、定期不定期的组织员工聚会，通过这样的活动可以增强企业员工的凝聚力，也可以了解一些员工其他方面的讯息，以便我们的日常管理工作能更有针对性。</w:t>
      </w:r>
      <w:r>
        <w:rPr>
          <w:lang w:eastAsia="zh-CN"/>
        </w:rPr>
        <w:br/>
      </w:r>
      <w:r>
        <w:rPr>
          <w:lang w:eastAsia="zh-CN"/>
        </w:rPr>
        <w:t>　　7、根据企业的发展战略，结合员工的实际现状，给予一定的职业规划指导，帮助员工找到一个自己的奋斗目标，激发员工内在的潜力。由人力资源主导，其他部门主管协助。</w:t>
      </w:r>
      <w:r>
        <w:rPr>
          <w:lang w:eastAsia="zh-CN"/>
        </w:rPr>
        <w:br/>
      </w:r>
      <w:r>
        <w:rPr>
          <w:lang w:eastAsia="zh-CN"/>
        </w:rPr>
        <w:t>　　人力资源部工作计划 6</w:t>
      </w:r>
      <w:r>
        <w:rPr>
          <w:lang w:eastAsia="zh-CN"/>
        </w:rPr>
        <w:br/>
      </w:r>
      <w:r>
        <w:rPr>
          <w:lang w:eastAsia="zh-CN"/>
        </w:rPr>
        <w:t>　　随着企业规模不断扩大，人才需求日益增加，本着发扬企业文化，提高企业员工素质的目的，以获取企业发展所需人才，为企业发展提供强大的人力支持为宗旨，结合公司年度发展战略及相关计划安排，特制定公司年度招聘计划。</w:t>
      </w:r>
      <w:r>
        <w:rPr>
          <w:lang w:eastAsia="zh-CN"/>
        </w:rPr>
        <w:br/>
      </w:r>
      <w:r>
        <w:rPr>
          <w:lang w:eastAsia="zh-CN"/>
        </w:rPr>
        <w:t>　　一、年度招聘情况回顾及总结</w:t>
      </w:r>
      <w:r>
        <w:rPr>
          <w:lang w:eastAsia="zh-CN"/>
        </w:rPr>
        <w:br/>
      </w:r>
      <w:r>
        <w:rPr>
          <w:lang w:eastAsia="zh-CN"/>
        </w:rPr>
        <w:t>　　年度是公司发展壮大的一年，面对严峻的人员招聘问题，人力资源部通过不同渠道为企业招聘人员,然而由于多方面原因导致新员工流失率严重，但基本保障了企业大规模的用人需要。</w:t>
      </w:r>
      <w:r>
        <w:rPr>
          <w:lang w:eastAsia="zh-CN"/>
        </w:rPr>
        <w:br/>
      </w:r>
      <w:r>
        <w:rPr>
          <w:lang w:eastAsia="zh-CN"/>
        </w:rPr>
        <w:t>　　二、年度岗位需求状况分析</w:t>
      </w:r>
      <w:r>
        <w:rPr>
          <w:lang w:eastAsia="zh-CN"/>
        </w:rPr>
        <w:br/>
      </w:r>
      <w:r>
        <w:rPr>
          <w:lang w:eastAsia="zh-CN"/>
        </w:rPr>
        <w:t>　　经反复统计与核算，年岗位需求涵盖各部门现有人员空缺、离职补缺、新上项目人员配备等方面，具体分析如下：</w:t>
      </w:r>
      <w:r>
        <w:rPr>
          <w:lang w:eastAsia="zh-CN"/>
        </w:rPr>
        <w:br/>
      </w:r>
      <w:r>
        <w:rPr>
          <w:lang w:eastAsia="zh-CN"/>
        </w:rPr>
        <w:t>　　1、根据各部门人员缺口及预估计流失率，经初步分析年度招聘岗位信息如下：</w:t>
      </w:r>
      <w:r>
        <w:rPr>
          <w:lang w:eastAsia="zh-CN"/>
        </w:rPr>
        <w:br/>
      </w:r>
      <w:r>
        <w:rPr>
          <w:lang w:eastAsia="zh-CN"/>
        </w:rPr>
        <w:t>　　(1)公司高管包括：执行总经理、运营副总等;</w:t>
      </w:r>
      <w:r>
        <w:rPr>
          <w:lang w:eastAsia="zh-CN"/>
        </w:rPr>
        <w:br/>
      </w:r>
      <w:r>
        <w:rPr>
          <w:lang w:eastAsia="zh-CN"/>
        </w:rPr>
        <w:t>　　(2)中层干部包括：行政管理部经理、销售部渠道部经理等;</w:t>
      </w:r>
      <w:r>
        <w:rPr>
          <w:lang w:eastAsia="zh-CN"/>
        </w:rPr>
        <w:br/>
      </w:r>
      <w:r>
        <w:rPr>
          <w:lang w:eastAsia="zh-CN"/>
        </w:rPr>
        <w:t>　　(3)后勤人员，包括：市场专员、前台，行政，财务等;</w:t>
      </w:r>
      <w:r>
        <w:rPr>
          <w:lang w:eastAsia="zh-CN"/>
        </w:rPr>
        <w:br/>
      </w:r>
      <w:r>
        <w:rPr>
          <w:lang w:eastAsia="zh-CN"/>
        </w:rPr>
        <w:t>　　(4)年_月计划招聘总人数：3人左右(销售人员);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2、招聘原则：员工招聘严格按照公司既定的招聘流程，以面向社会公开招聘、择优录用为原则，从学识、品德、体格、符合岗位要求等方面进行审核。确保为企业选聘充分的人力资源。</w:t>
      </w:r>
      <w:r>
        <w:rPr>
          <w:lang w:eastAsia="zh-CN"/>
        </w:rPr>
        <w:br/>
      </w:r>
      <w:r>
        <w:rPr>
          <w:lang w:eastAsia="zh-CN"/>
        </w:rPr>
        <w:t>　　三、年度招聘需求</w:t>
      </w:r>
      <w:r>
        <w:rPr>
          <w:lang w:eastAsia="zh-CN"/>
        </w:rPr>
        <w:br/>
      </w:r>
      <w:r>
        <w:rPr>
          <w:lang w:eastAsia="zh-CN"/>
        </w:rPr>
        <w:t>　　根据公司年年度经营计划及战略发展目标，各部门需提报年度人员需求计划</w:t>
      </w:r>
      <w:r>
        <w:rPr>
          <w:lang w:eastAsia="zh-CN"/>
        </w:rPr>
        <w:br/>
      </w:r>
      <w:r>
        <w:rPr>
          <w:lang w:eastAsia="zh-CN"/>
        </w:rPr>
        <w:t>　　四、人员招聘政策</w:t>
      </w:r>
      <w:r>
        <w:rPr>
          <w:lang w:eastAsia="zh-CN"/>
        </w:rPr>
        <w:br/>
      </w:r>
      <w:r>
        <w:rPr>
          <w:lang w:eastAsia="zh-CN"/>
        </w:rPr>
        <w:t>　　1、招聘原则</w:t>
      </w:r>
      <w:r>
        <w:rPr>
          <w:lang w:eastAsia="zh-CN"/>
        </w:rPr>
        <w:br/>
      </w:r>
      <w:r>
        <w:rPr>
          <w:lang w:eastAsia="zh-CN"/>
        </w:rPr>
        <w:t>　　(1)聘得起的;</w:t>
      </w:r>
      <w:r>
        <w:rPr>
          <w:lang w:eastAsia="zh-CN"/>
        </w:rPr>
        <w:br/>
      </w:r>
      <w:r>
        <w:rPr>
          <w:lang w:eastAsia="zh-CN"/>
        </w:rPr>
        <w:t>　　(2)管得了的;</w:t>
      </w:r>
      <w:r>
        <w:rPr>
          <w:lang w:eastAsia="zh-CN"/>
        </w:rPr>
        <w:br/>
      </w:r>
      <w:r>
        <w:rPr>
          <w:lang w:eastAsia="zh-CN"/>
        </w:rPr>
        <w:t>　　(3)用得好的;</w:t>
      </w:r>
      <w:r>
        <w:rPr>
          <w:lang w:eastAsia="zh-CN"/>
        </w:rPr>
        <w:br/>
      </w:r>
      <w:r>
        <w:rPr>
          <w:lang w:eastAsia="zh-CN"/>
        </w:rPr>
        <w:t>　　(4)留得住的.。</w:t>
      </w:r>
      <w:r>
        <w:rPr>
          <w:lang w:eastAsia="zh-CN"/>
        </w:rPr>
        <w:br/>
      </w:r>
      <w:r>
        <w:rPr>
          <w:lang w:eastAsia="zh-CN"/>
        </w:rPr>
        <w:t>　　2、选人原则</w:t>
      </w:r>
      <w:r>
        <w:rPr>
          <w:lang w:eastAsia="zh-CN"/>
        </w:rPr>
        <w:br/>
      </w:r>
      <w:r>
        <w:rPr>
          <w:lang w:eastAsia="zh-CN"/>
        </w:rPr>
        <w:t>　　(1)合适偏高;</w:t>
      </w:r>
      <w:r>
        <w:rPr>
          <w:lang w:eastAsia="zh-CN"/>
        </w:rPr>
        <w:br/>
      </w:r>
      <w:r>
        <w:rPr>
          <w:lang w:eastAsia="zh-CN"/>
        </w:rPr>
        <w:t>　　(2)目前公司迫切需要的人才。</w:t>
      </w:r>
      <w:r>
        <w:rPr>
          <w:lang w:eastAsia="zh-CN"/>
        </w:rPr>
        <w:br/>
      </w:r>
      <w:r>
        <w:rPr>
          <w:lang w:eastAsia="zh-CN"/>
        </w:rPr>
        <w:t>　　3、招聘方式</w:t>
      </w:r>
      <w:r>
        <w:rPr>
          <w:lang w:eastAsia="zh-CN"/>
        </w:rPr>
        <w:br/>
      </w:r>
      <w:r>
        <w:rPr>
          <w:lang w:eastAsia="zh-CN"/>
        </w:rPr>
        <w:t>　　(1)以网络招聘为主，兼内部推荐等。网络招聘主要以前程无忧人才网、智联招聘、58同城、赶集网、中华英才网、百姓网、腾讯微博、新浪微博、搜狐微博等(具体视情况另定);</w:t>
      </w:r>
      <w:r>
        <w:rPr>
          <w:lang w:eastAsia="zh-CN"/>
        </w:rPr>
        <w:br/>
      </w:r>
      <w:r>
        <w:rPr>
          <w:lang w:eastAsia="zh-CN"/>
        </w:rPr>
        <w:t>　　(2)校园招聘：淄博职业学院等;</w:t>
      </w:r>
      <w:r>
        <w:rPr>
          <w:lang w:eastAsia="zh-CN"/>
        </w:rPr>
        <w:br/>
      </w:r>
      <w:r>
        <w:rPr>
          <w:lang w:eastAsia="zh-CN"/>
        </w:rPr>
        <w:t>　　(3)现场招聘：张店人才市场;</w:t>
      </w:r>
      <w:r>
        <w:rPr>
          <w:lang w:eastAsia="zh-CN"/>
        </w:rPr>
        <w:br/>
      </w:r>
      <w:r>
        <w:rPr>
          <w:lang w:eastAsia="zh-CN"/>
        </w:rPr>
        <w:t>　　(4)补充途径：社会上组织的一些免费招聘会、内部员工推荐。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五、招聘的实施</w:t>
      </w:r>
      <w:r>
        <w:rPr>
          <w:lang w:eastAsia="zh-CN"/>
        </w:rPr>
        <w:br/>
      </w:r>
      <w:r>
        <w:rPr>
          <w:lang w:eastAsia="zh-CN"/>
        </w:rPr>
        <w:t>　　_月中旬至_月初，招聘高峰阶段，以现场招聘会为主，高度重视网络招聘，具体方案如下：</w:t>
      </w:r>
      <w:r>
        <w:rPr>
          <w:lang w:eastAsia="zh-CN"/>
        </w:rPr>
        <w:br/>
      </w:r>
      <w:r>
        <w:rPr>
          <w:lang w:eastAsia="zh-CN"/>
        </w:rPr>
        <w:t>　　(1)积极参加现场招聘会，保持每周1场的现场招聘会参会</w:t>
      </w:r>
      <w:r>
        <w:rPr>
          <w:lang w:eastAsia="zh-CN"/>
        </w:rPr>
        <w:br/>
      </w:r>
      <w:r>
        <w:rPr>
          <w:lang w:eastAsia="zh-CN"/>
        </w:rPr>
        <w:t>　　(2)积极参加个人才市场的专场和各相关学校的的免费招聘会;</w:t>
      </w:r>
      <w:r>
        <w:rPr>
          <w:lang w:eastAsia="zh-CN"/>
        </w:rPr>
        <w:br/>
      </w:r>
      <w:r>
        <w:rPr>
          <w:lang w:eastAsia="zh-CN"/>
        </w:rPr>
        <w:t>　　(3)联系淄博职业学校的老师负责推荐和信息告知;</w:t>
      </w:r>
      <w:r>
        <w:rPr>
          <w:lang w:eastAsia="zh-CN"/>
        </w:rPr>
        <w:br/>
      </w:r>
      <w:r>
        <w:rPr>
          <w:lang w:eastAsia="zh-CN"/>
        </w:rPr>
        <w:t>　　(4)发动公司内部员工转介绍;</w:t>
      </w:r>
      <w:r>
        <w:rPr>
          <w:lang w:eastAsia="zh-CN"/>
        </w:rPr>
        <w:br/>
      </w:r>
      <w:r>
        <w:rPr>
          <w:lang w:eastAsia="zh-CN"/>
        </w:rPr>
        <w:t>　　(5)坚持每天刷新网络招聘信息及简历筛选与联系。</w:t>
      </w:r>
      <w:r>
        <w:rPr>
          <w:lang w:eastAsia="zh-CN"/>
        </w:rPr>
        <w:br/>
      </w:r>
      <w:r>
        <w:rPr>
          <w:lang w:eastAsia="zh-CN"/>
        </w:rPr>
        <w:t>　　六、入职培训</w:t>
      </w:r>
      <w:r>
        <w:rPr>
          <w:lang w:eastAsia="zh-CN"/>
        </w:rPr>
        <w:br/>
      </w:r>
      <w:r>
        <w:rPr>
          <w:lang w:eastAsia="zh-CN"/>
        </w:rPr>
        <w:t>　　1、新人入职必须证件齐全有效</w:t>
      </w:r>
      <w:r>
        <w:rPr>
          <w:lang w:eastAsia="zh-CN"/>
        </w:rPr>
        <w:br/>
      </w:r>
      <w:r>
        <w:rPr>
          <w:lang w:eastAsia="zh-CN"/>
        </w:rPr>
        <w:t>　　2、新人入职当天，人力资源部应告知基本日常管理规定</w:t>
      </w:r>
      <w:r>
        <w:rPr>
          <w:lang w:eastAsia="zh-CN"/>
        </w:rPr>
        <w:br/>
      </w:r>
      <w:r>
        <w:rPr>
          <w:lang w:eastAsia="zh-CN"/>
        </w:rPr>
        <w:t>　　3、办理好入职手续后，即安排相关培训行程(通常由部门培训)，培训计划要求应由各部提出并与人力资源部讨论确定</w:t>
      </w:r>
      <w:r>
        <w:rPr>
          <w:lang w:eastAsia="zh-CN"/>
        </w:rPr>
        <w:br/>
      </w:r>
      <w:r>
        <w:rPr>
          <w:lang w:eastAsia="zh-CN"/>
        </w:rPr>
        <w:t>　　七、招聘效果统计分析</w:t>
      </w:r>
      <w:r>
        <w:rPr>
          <w:lang w:eastAsia="zh-CN"/>
        </w:rPr>
        <w:br/>
      </w:r>
      <w:r>
        <w:rPr>
          <w:lang w:eastAsia="zh-CN"/>
        </w:rPr>
        <w:t>　　1、人力资源部应及时更新员工花名册</w:t>
      </w:r>
      <w:r>
        <w:rPr>
          <w:lang w:eastAsia="zh-CN"/>
        </w:rPr>
        <w:br/>
      </w:r>
      <w:r>
        <w:rPr>
          <w:lang w:eastAsia="zh-CN"/>
        </w:rPr>
        <w:t>　　2、根据效果分析的结果，调整改进工作</w:t>
      </w:r>
      <w:r>
        <w:rPr>
          <w:lang w:eastAsia="zh-CN"/>
        </w:rPr>
        <w:br/>
      </w:r>
      <w:r>
        <w:rPr>
          <w:lang w:eastAsia="zh-CN"/>
        </w:rPr>
        <w:t>　　3、定期对新入职不足2个月的员工进行沟通了解。</w:t>
      </w:r>
      <w:r>
        <w:rPr>
          <w:lang w:eastAsia="zh-CN"/>
        </w:rPr>
        <w:br/>
      </w:r>
      <w:r>
        <w:rPr>
          <w:lang w:eastAsia="zh-CN"/>
        </w:rPr>
        <w:t>　　八、招聘原则及注意事项</w:t>
      </w:r>
      <w:r>
        <w:rPr>
          <w:lang w:eastAsia="zh-CN"/>
        </w:rPr>
        <w:br/>
      </w:r>
      <w:r>
        <w:rPr>
          <w:lang w:eastAsia="zh-CN"/>
        </w:rPr>
        <w:t>　　1、做到宁精毋烂，认真筛选，部门负责人不允许以尝试的态度对待招聘工作。</w:t>
      </w:r>
      <w:r>
        <w:rPr>
          <w:lang w:eastAsia="zh-CN"/>
        </w:rPr>
        <w:br/>
      </w:r>
      <w:r>
        <w:rPr>
          <w:lang w:eastAsia="zh-CN"/>
        </w:rPr>
        <w:t>　　2、对应聘者的心态要很好的把握，要求应聘者具备敬业精神和正确的金钱观。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3、招聘人员应从培养企业长期人才考虑，力求受聘人员的稳定性。同等条件下，可塑性强者优先。</w:t>
      </w:r>
      <w:r>
        <w:rPr>
          <w:lang w:eastAsia="zh-CN"/>
        </w:rPr>
        <w:br/>
      </w:r>
      <w:r>
        <w:rPr>
          <w:lang w:eastAsia="zh-CN"/>
        </w:rPr>
        <w:t>　　4、要注重受聘者在职业方面的技能，不要被头脑中职位要求所限制。</w:t>
      </w:r>
      <w:r>
        <w:rPr>
          <w:lang w:eastAsia="zh-CN"/>
        </w:rPr>
        <w:br/>
      </w:r>
      <w:r>
        <w:rPr>
          <w:lang w:eastAsia="zh-CN"/>
        </w:rPr>
        <w:t>　　人力资源部工作计划 7</w:t>
      </w:r>
      <w:r>
        <w:rPr>
          <w:lang w:eastAsia="zh-CN"/>
        </w:rPr>
        <w:br/>
      </w:r>
      <w:r>
        <w:rPr>
          <w:lang w:eastAsia="zh-CN"/>
        </w:rPr>
        <w:t>　　不知不觉间，已经过去了四个月了。前段时间复工以来，又有部分公司员工提出了辞职申请，现在公司面临正式的复工，我们的人力资源部这边的压力也是非常的大。好在在这段时间已经有不少人在积极的寻找工作。为此，在四月的工作里，我们也要尽早的安排好新员工的招聘工作，并对员工的情况做好管理。</w:t>
      </w:r>
      <w:r>
        <w:rPr>
          <w:lang w:eastAsia="zh-CN"/>
        </w:rPr>
        <w:br/>
      </w:r>
      <w:r>
        <w:rPr>
          <w:lang w:eastAsia="zh-CN"/>
        </w:rPr>
        <w:t>　　在对的自己的工作进行了反思和整理后，我根据目前自己的情况对四月的工作做计划如下，希望能顺利的完成。</w:t>
      </w:r>
      <w:r>
        <w:rPr>
          <w:lang w:eastAsia="zh-CN"/>
        </w:rPr>
        <w:br/>
      </w:r>
      <w:r>
        <w:rPr>
          <w:lang w:eastAsia="zh-CN"/>
        </w:rPr>
        <w:t>　　一、员工的招聘工作</w:t>
      </w:r>
      <w:r>
        <w:rPr>
          <w:lang w:eastAsia="zh-CN"/>
        </w:rPr>
        <w:br/>
      </w:r>
      <w:r>
        <w:rPr>
          <w:lang w:eastAsia="zh-CN"/>
        </w:rPr>
        <w:t>　　面对现在的特殊情况，招聘工作也必须有所改进。首先，招聘会以及校招肯定是不可能的了，目前最有效也是最安全的方法就是网络招聘。但此外，我们也要对应聘人员做好把关。首当其冲的就是对其健康状况以及近期的行程做好调查。防止对公司安全产生影响。</w:t>
      </w:r>
      <w:r>
        <w:rPr>
          <w:lang w:eastAsia="zh-CN"/>
        </w:rPr>
        <w:br/>
      </w:r>
      <w:r>
        <w:rPr>
          <w:lang w:eastAsia="zh-CN"/>
        </w:rPr>
        <w:t>　　其次，针对公司目前的状况，招聘尽量选择有工作经验者，减少培训时间。但考虑到后期的扩张问题，应届毕业生的招聘也是必须的。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目前公司职位比较空缺，对各种人才的需求也是非常多。为此，在招聘的时候我应该多听取部门领导的想法，对应聘人员的第一次筛选中提高要求，尽量找到更加适合的员工。</w:t>
      </w:r>
      <w:r>
        <w:rPr>
          <w:lang w:eastAsia="zh-CN"/>
        </w:rPr>
        <w:br/>
      </w:r>
      <w:r>
        <w:rPr>
          <w:lang w:eastAsia="zh-CN"/>
        </w:rPr>
        <w:t>　　二、员工的管理工作</w:t>
      </w:r>
      <w:r>
        <w:rPr>
          <w:lang w:eastAsia="zh-CN"/>
        </w:rPr>
        <w:br/>
      </w:r>
      <w:r>
        <w:rPr>
          <w:lang w:eastAsia="zh-CN"/>
        </w:rPr>
        <w:t>　　目前尽管已经复工，但是对于安全的管理依旧不能放松。为此，在这个月来，我要更加严格的把守测体温记录，并子及时的安排好公司的消毒用品以及口罩配给。针对目前有部分同事在工作期间摘掉口罩的行为，我也要及时的劝阻。严格的控制好的危险发生的可能。</w:t>
      </w:r>
      <w:r>
        <w:rPr>
          <w:lang w:eastAsia="zh-CN"/>
        </w:rPr>
        <w:br/>
      </w:r>
      <w:r>
        <w:rPr>
          <w:lang w:eastAsia="zh-CN"/>
        </w:rPr>
        <w:t>　　对于新进员工，我要注意好工作位置的'安排，做好统一管理，并准备开始基础培训课程，尽快能让新人加入工作。</w:t>
      </w:r>
      <w:r>
        <w:rPr>
          <w:lang w:eastAsia="zh-CN"/>
        </w:rPr>
        <w:br/>
      </w:r>
      <w:r>
        <w:rPr>
          <w:lang w:eastAsia="zh-CN"/>
        </w:rPr>
        <w:t>　　三、自我管理</w:t>
      </w:r>
      <w:r>
        <w:rPr>
          <w:lang w:eastAsia="zh-CN"/>
        </w:rPr>
        <w:br/>
      </w:r>
      <w:r>
        <w:rPr>
          <w:lang w:eastAsia="zh-CN"/>
        </w:rPr>
        <w:t>　　作为人力资源部的一员，我与人的交流和接触是最多的，为此，在四月的工作中，我要严谨的面对自己的工作安全问题。尤其是在面试的时候，要在空旷的地方进行，结束后也不要忘了对自己的消毒。</w:t>
      </w:r>
      <w:r>
        <w:rPr>
          <w:lang w:eastAsia="zh-CN"/>
        </w:rPr>
        <w:br/>
      </w:r>
      <w:r>
        <w:rPr>
          <w:lang w:eastAsia="zh-CN"/>
        </w:rPr>
        <w:t>　　当然，保证工作区域的安全和卫生也是必须做好的事情。在今后的工作中，我要不断的提醒自己，尽量养成习惯，让自己时刻保持警惕，维护好公司的安全性。</w:t>
      </w:r>
      <w:r>
        <w:rPr>
          <w:lang w:eastAsia="zh-CN"/>
        </w:rPr>
        <w:br/>
      </w:r>
      <w:r>
        <w:rPr>
          <w:lang w:eastAsia="zh-CN"/>
        </w:rPr>
        <w:t>　　现如今我们的工作还是有很大的影响存在，但相信我们大家一起努力，一定能克服这些问题！将__公司积极的回到发展道路上！</w:t>
      </w:r>
      <w:r>
        <w:rPr>
          <w:lang w:eastAsia="zh-CN"/>
        </w:rPr>
        <w:br/>
      </w:r>
      <w:r>
        <w:rPr>
          <w:lang w:eastAsia="zh-CN"/>
        </w:rPr>
        <w:t>　　人力资源部工作计划 8</w:t>
      </w:r>
      <w:r>
        <w:rPr>
          <w:lang w:eastAsia="zh-CN"/>
        </w:rPr>
        <w:br/>
      </w:r>
    </w:p>
    <w:p w:rsidR="001B1F19" w14:textId="27C3F48A">
      <w:pPr>
        <w:rPr>
          <w:rFonts w:hint="eastAsia"/>
          <w:lang w:eastAsia="zh-CN"/>
        </w:rPr>
      </w:pPr>
      <w:r>
        <w:rPr>
          <w:lang w:eastAsia="zh-CN"/>
        </w:rPr>
        <w:t>　　结合目前公司发展状况和今后趋势，人力资源部计划从以下几个方面开展20__年度的工作，总的思路是通过考核使得基础管理工作再上一个台阶：</w:t>
      </w:r>
      <w:r>
        <w:rPr>
          <w:lang w:eastAsia="zh-CN"/>
        </w:rPr>
        <w:br/>
      </w:r>
      <w:r>
        <w:rPr>
          <w:lang w:eastAsia="zh-CN"/>
        </w:rPr>
        <w:t>　　一、招聘方面：</w:t>
      </w:r>
      <w:r>
        <w:rPr>
          <w:lang w:eastAsia="zh-CN"/>
        </w:rPr>
        <w:br/>
      </w:r>
      <w:r>
        <w:rPr>
          <w:lang w:eastAsia="zh-CN"/>
        </w:rPr>
        <w:t>　　配合碳黑厂的开工建设和投产，做好人员的招聘与配置。做好日常的人员招聘和配置。做好20__年电厂改制的人员配置工作。</w:t>
      </w:r>
      <w:r>
        <w:rPr>
          <w:lang w:eastAsia="zh-CN"/>
        </w:rPr>
        <w:br/>
      </w:r>
      <w:r>
        <w:rPr>
          <w:lang w:eastAsia="zh-CN"/>
        </w:rPr>
        <w:t>　　二、培训方面：</w:t>
      </w:r>
      <w:r>
        <w:rPr>
          <w:lang w:eastAsia="zh-CN"/>
        </w:rPr>
        <w:br/>
      </w:r>
      <w:r>
        <w:rPr>
          <w:lang w:eastAsia="zh-CN"/>
        </w:rPr>
        <w:t>　　组织中高层领导干部每月一次的学习。</w:t>
      </w:r>
      <w:r>
        <w:rPr>
          <w:lang w:eastAsia="zh-CN"/>
        </w:rPr>
        <w:br/>
      </w:r>
      <w:r>
        <w:rPr>
          <w:lang w:eastAsia="zh-CN"/>
        </w:rPr>
        <w:t>　　抓好机电仪表班的教培管理工作和取证考试工作。</w:t>
      </w:r>
      <w:r>
        <w:rPr>
          <w:lang w:eastAsia="zh-CN"/>
        </w:rPr>
        <w:br/>
      </w:r>
      <w:r>
        <w:rPr>
          <w:lang w:eastAsia="zh-CN"/>
        </w:rPr>
        <w:t>　　全年认真对各单位的培训工作进行考核。教培科每月盘点整理培训台帐形成记录。对各分厂报送的培训计划落实情况进行严格考核，要求各分厂建立自己的培训台帐并进行考核。</w:t>
      </w:r>
      <w:r>
        <w:rPr>
          <w:lang w:eastAsia="zh-CN"/>
        </w:rPr>
        <w:br/>
      </w:r>
      <w:r>
        <w:rPr>
          <w:lang w:eastAsia="zh-CN"/>
        </w:rPr>
        <w:t>　　加强内部学习，对“劳动法”、“劳动合同法”、“公文写作”、“人力资源管理知识”等进行培训。</w:t>
      </w:r>
      <w:r>
        <w:rPr>
          <w:lang w:eastAsia="zh-CN"/>
        </w:rPr>
        <w:br/>
      </w:r>
      <w:r>
        <w:rPr>
          <w:lang w:eastAsia="zh-CN"/>
        </w:rPr>
        <w:t>　　三、考勤和劳动纪律方面：</w:t>
      </w:r>
      <w:r>
        <w:rPr>
          <w:lang w:eastAsia="zh-CN"/>
        </w:rPr>
        <w:br/>
      </w:r>
      <w:r>
        <w:rPr>
          <w:lang w:eastAsia="zh-CN"/>
        </w:rPr>
        <w:t>　　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r>
        <w:rPr>
          <w:lang w:eastAsia="zh-CN"/>
        </w:rPr>
        <w:br/>
      </w:r>
      <w:r>
        <w:rPr>
          <w:lang w:eastAsia="zh-CN"/>
        </w:rPr>
        <w:t>　　四、劳资方面：</w:t>
      </w:r>
      <w:r>
        <w:rPr>
          <w:lang w:eastAsia="zh-CN"/>
        </w:rPr>
        <w:br/>
      </w:r>
      <w:r>
        <w:rPr>
          <w:lang w:eastAsia="zh-CN"/>
        </w:rPr>
        <w:t>　　对各单位各类劳资人事报表的'报送及时与准确性进行考核。</w:t>
      </w:r>
      <w:r>
        <w:rPr>
          <w:lang w:eastAsia="zh-CN"/>
        </w:rPr>
        <w:br/>
      </w:r>
      <w:r>
        <w:rPr>
          <w:lang w:eastAsia="zh-CN"/>
        </w:rPr>
        <w:t>　　强化人事信息动态管理与数据统计工作。</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https://d.book118.com/438132042021006036</w:t>
        </w:r>
      </w:hyperlink>
    </w:p>
    <w:p w:rsidR="001B1F19">
      <w:pPr>
        <w:rPr>
          <w:rFonts w:hint="eastAsia"/>
          <w:lang w:eastAsia="zh-CN"/>
        </w:rPr>
      </w:pPr>
    </w:p>
    <w:sectPr>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38132042021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