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活动策划书范文模板</w:t>
      </w:r>
    </w:p>
    <w:p>
      <w:pPr>
        <w:spacing w:before="100" w:after="200" w:line="360" w:lineRule="auto"/>
        <w:ind w:firstLine="576"/>
        <w:jc w:val="left"/>
      </w:pPr>
      <w:r>
        <w:rPr>
          <w:rFonts w:ascii="宋体" w:eastAsia="宋体" w:hAnsi="宋体"/>
          <w:sz w:val="28"/>
        </w:rPr>
        <w:t>篇1：活动策划书</w:t>
      </w:r>
    </w:p>
    <w:p>
      <w:pPr>
        <w:spacing w:before="100" w:after="200" w:line="360" w:lineRule="auto"/>
        <w:ind w:firstLine="576"/>
        <w:jc w:val="left"/>
      </w:pPr>
      <w:r>
        <w:rPr>
          <w:rFonts w:ascii="宋体" w:eastAsia="宋体" w:hAnsi="宋体"/>
          <w:sz w:val="28"/>
        </w:rPr>
        <w:t>第一部分：活动概述</w:t>
      </w:r>
    </w:p>
    <w:p>
      <w:pPr>
        <w:spacing w:before="100" w:after="200" w:line="360" w:lineRule="auto"/>
        <w:jc w:val="left"/>
      </w:pPr>
      <w:r>
        <w:rPr>
          <w:rFonts w:ascii="宋体 (中文正文)" w:eastAsia="宋体" w:hAnsi="宋体 (中文正文)"/>
          <w:b/>
          <w:sz w:val="28"/>
        </w:rPr>
        <w:t>一、活动背景</w:t>
      </w:r>
    </w:p>
    <w:p>
      <w:pPr>
        <w:spacing w:before="100" w:after="200" w:line="360" w:lineRule="auto"/>
        <w:ind w:firstLine="576"/>
        <w:jc w:val="left"/>
      </w:pPr>
      <w:r>
        <w:rPr>
          <w:rFonts w:ascii="宋体" w:eastAsia="宋体" w:hAnsi="宋体"/>
          <w:sz w:val="28"/>
        </w:rPr>
        <w:t>为了纪念3.15国际消费者权益保护日，深入宣传《消费者权益保护法》、《产品质量法》等法律法规，契合20xx年度3.15维权活动“消费与服务”的主题，使当代的大学生，在拥有高科技的学习装备，方便和快捷了解到各种新闻与知识的同时，更加留心发生在身边的消费方面的问题。特举办此次活动，帮助南昌大学学生深入了解后勤工作，解答疑难问题。</w:t>
      </w:r>
    </w:p>
    <w:p>
      <w:pPr>
        <w:spacing w:before="100" w:after="200" w:line="360" w:lineRule="auto"/>
        <w:ind w:firstLine="576"/>
        <w:jc w:val="left"/>
      </w:pPr>
      <w:r>
        <w:rPr>
          <w:rFonts w:ascii="宋体" w:eastAsia="宋体" w:hAnsi="宋体"/>
          <w:sz w:val="28"/>
        </w:rPr>
        <w:t>虽然我们生活在象牙塔中，消费多数在校内进行，但是日常消费行为却是无可避免的，消费维权意识淡薄，使我们在遭遇侵权问题时不知所措。而且总有一天我们会离开风和日丽的校园，走入鱼龙混杂的社会。当我们在权益上、利益上，甚至人格上受到不公的待遇，我们会忍气吞声，让不公平对待我们的人为所欲为吗？我们当然不会那样懦弱，我们会时刻维护我们自身的权益、利益乃至人格。我们如遇到消费层面的不公，怎样去维护呢？让我们带着疑问、抱着学习的心态，了解一些有关消费方面的法律常识，做个有丰富维权知识的当代大学生吧！</w:t>
      </w:r>
    </w:p>
    <w:p>
      <w:pPr>
        <w:spacing w:before="100" w:after="200" w:line="360" w:lineRule="auto"/>
        <w:jc w:val="left"/>
      </w:pPr>
      <w:r>
        <w:rPr>
          <w:rFonts w:ascii="宋体 (中文正文)" w:eastAsia="宋体" w:hAnsi="宋体 (中文正文)"/>
          <w:b/>
          <w:sz w:val="28"/>
        </w:rPr>
        <w:t>二、活动意义和目的</w:t>
      </w:r>
    </w:p>
    <w:p>
      <w:pPr>
        <w:spacing w:before="100" w:after="200" w:line="360" w:lineRule="auto"/>
        <w:ind w:firstLine="576"/>
        <w:jc w:val="left"/>
      </w:pPr>
      <w:r>
        <w:rPr>
          <w:rFonts w:ascii="宋体" w:eastAsia="宋体" w:hAnsi="宋体"/>
          <w:sz w:val="28"/>
        </w:rPr>
        <w:t>增强大学生维权意识，远离欺诈，法律盲目等原因的伤害，创建安全和谐校园。“权”心“权”意为同学服务。</w:t>
      </w:r>
    </w:p>
    <w:p>
      <w:pPr>
        <w:spacing w:before="100" w:after="200" w:line="360" w:lineRule="auto"/>
        <w:jc w:val="left"/>
        <w:sectPr w:rsidSect="00034616">
          <w:pgSz w:w="11906" w:h="16838"/>
          <w:pgMar w:top="1440" w:right="1440" w:bottom="1440" w:left="1440" w:header="720" w:footer="720" w:gutter="0"/>
          <w:cols w:space="720"/>
          <w:docGrid w:linePitch="360"/>
        </w:sectPr>
      </w:pPr>
      <w:r>
        <w:rPr>
          <w:rFonts w:ascii="宋体 (中文正文)" w:eastAsia="宋体" w:hAnsi="宋体 (中文正文)"/>
          <w:b/>
          <w:sz w:val="28"/>
        </w:rPr>
        <w:t>三、活动主题</w:t>
      </w:r>
    </w:p>
    <w:p>
      <w:pPr>
        <w:spacing w:before="100" w:after="200" w:line="360" w:lineRule="auto"/>
        <w:ind w:firstLine="576"/>
        <w:jc w:val="left"/>
      </w:pPr>
      <w:r>
        <w:rPr>
          <w:rFonts w:ascii="宋体" w:eastAsia="宋体" w:hAnsi="宋体"/>
          <w:sz w:val="28"/>
        </w:rPr>
        <w:t>“权”心“权”意</w:t>
      </w:r>
    </w:p>
    <w:p>
      <w:pPr>
        <w:spacing w:before="100" w:after="200" w:line="360" w:lineRule="auto"/>
        <w:jc w:val="left"/>
      </w:pPr>
      <w:r>
        <w:rPr>
          <w:rFonts w:ascii="宋体 (中文正文)" w:eastAsia="宋体" w:hAnsi="宋体 (中文正文)"/>
          <w:b/>
          <w:sz w:val="28"/>
        </w:rPr>
        <w:t>四、主办单</w:t>
      </w:r>
    </w:p>
    <w:p>
      <w:pPr>
        <w:spacing w:before="100" w:after="200" w:line="360" w:lineRule="auto"/>
        <w:ind w:firstLine="576"/>
        <w:jc w:val="left"/>
      </w:pPr>
      <w:r>
        <w:rPr>
          <w:rFonts w:ascii="宋体" w:eastAsia="宋体" w:hAnsi="宋体"/>
          <w:sz w:val="28"/>
        </w:rPr>
        <w:t>南昌大学机电工程学院学生会</w:t>
      </w:r>
    </w:p>
    <w:p>
      <w:pPr>
        <w:spacing w:before="100" w:after="200" w:line="360" w:lineRule="auto"/>
        <w:jc w:val="left"/>
      </w:pPr>
      <w:r>
        <w:rPr>
          <w:rFonts w:ascii="宋体 (中文正文)" w:eastAsia="宋体" w:hAnsi="宋体 (中文正文)"/>
          <w:b/>
          <w:sz w:val="28"/>
        </w:rPr>
        <w:t>五、承办单位</w:t>
      </w:r>
    </w:p>
    <w:p>
      <w:pPr>
        <w:spacing w:before="100" w:after="200" w:line="360" w:lineRule="auto"/>
        <w:ind w:firstLine="576"/>
        <w:jc w:val="left"/>
      </w:pPr>
      <w:r>
        <w:rPr>
          <w:rFonts w:ascii="宋体" w:eastAsia="宋体" w:hAnsi="宋体"/>
          <w:sz w:val="28"/>
        </w:rPr>
        <w:t>南昌大学机电工程学院学生会权益部</w:t>
      </w:r>
    </w:p>
    <w:p>
      <w:pPr>
        <w:spacing w:before="100" w:after="200" w:line="360" w:lineRule="auto"/>
        <w:jc w:val="left"/>
      </w:pPr>
      <w:r>
        <w:rPr>
          <w:rFonts w:ascii="宋体 (中文正文)" w:eastAsia="宋体" w:hAnsi="宋体 (中文正文)"/>
          <w:b/>
          <w:sz w:val="28"/>
        </w:rPr>
        <w:t>六、活动对象</w:t>
      </w:r>
    </w:p>
    <w:p>
      <w:pPr>
        <w:spacing w:before="100" w:after="200" w:line="360" w:lineRule="auto"/>
        <w:ind w:firstLine="576"/>
        <w:jc w:val="left"/>
      </w:pPr>
      <w:r>
        <w:rPr>
          <w:rFonts w:ascii="宋体" w:eastAsia="宋体" w:hAnsi="宋体"/>
          <w:sz w:val="28"/>
        </w:rPr>
        <w:t>机电工程学院全体成员</w:t>
      </w:r>
    </w:p>
    <w:p>
      <w:pPr>
        <w:spacing w:before="100" w:after="200" w:line="360" w:lineRule="auto"/>
        <w:jc w:val="left"/>
      </w:pPr>
      <w:r>
        <w:rPr>
          <w:rFonts w:ascii="宋体 (中文正文)" w:eastAsia="宋体" w:hAnsi="宋体 (中文正文)"/>
          <w:b/>
          <w:sz w:val="28"/>
        </w:rPr>
        <w:t>七、活动时间</w:t>
      </w:r>
    </w:p>
    <w:p>
      <w:pPr>
        <w:spacing w:before="100" w:after="200" w:line="360" w:lineRule="auto"/>
        <w:ind w:firstLine="576"/>
        <w:jc w:val="left"/>
      </w:pPr>
      <w:r>
        <w:rPr>
          <w:rFonts w:ascii="宋体" w:eastAsia="宋体" w:hAnsi="宋体"/>
          <w:sz w:val="28"/>
        </w:rPr>
        <w:t>20xx年3月15号7:30-3月15号18:00</w:t>
      </w:r>
    </w:p>
    <w:p>
      <w:pPr>
        <w:spacing w:before="100" w:after="200" w:line="360" w:lineRule="auto"/>
        <w:jc w:val="left"/>
      </w:pPr>
      <w:r>
        <w:rPr>
          <w:rFonts w:ascii="宋体 (中文正文)" w:eastAsia="宋体" w:hAnsi="宋体 (中文正文)"/>
          <w:b/>
          <w:sz w:val="28"/>
        </w:rPr>
        <w:t>八、活动地点</w:t>
      </w:r>
    </w:p>
    <w:p>
      <w:pPr>
        <w:spacing w:before="100" w:after="200" w:line="360" w:lineRule="auto"/>
        <w:ind w:firstLine="576"/>
        <w:jc w:val="left"/>
      </w:pPr>
      <w:r>
        <w:rPr>
          <w:rFonts w:ascii="宋体" w:eastAsia="宋体" w:hAnsi="宋体"/>
          <w:sz w:val="28"/>
        </w:rPr>
        <w:t>天健园</w:t>
      </w:r>
    </w:p>
    <w:p>
      <w:pPr>
        <w:spacing w:before="100" w:after="200" w:line="360" w:lineRule="auto"/>
        <w:jc w:val="left"/>
      </w:pPr>
      <w:r>
        <w:rPr>
          <w:rFonts w:ascii="宋体 (中文正文)" w:eastAsia="宋体" w:hAnsi="宋体 (中文正文)"/>
          <w:b/>
          <w:sz w:val="28"/>
        </w:rPr>
        <w:t>九、预期效果</w:t>
      </w:r>
    </w:p>
    <w:p>
      <w:pPr>
        <w:spacing w:before="100" w:after="200" w:line="360" w:lineRule="auto"/>
        <w:ind w:firstLine="576"/>
        <w:jc w:val="left"/>
      </w:pPr>
      <w:r>
        <w:rPr>
          <w:rFonts w:ascii="宋体" w:eastAsia="宋体" w:hAnsi="宋体"/>
          <w:sz w:val="28"/>
        </w:rPr>
        <w:t>增强同学们的维权意识，增加并于维权方面的知识，懂得理性维权。</w:t>
      </w:r>
    </w:p>
    <w:p>
      <w:pPr>
        <w:spacing w:before="100" w:after="200" w:line="360" w:lineRule="auto"/>
        <w:ind w:firstLine="576"/>
        <w:jc w:val="left"/>
      </w:pPr>
      <w:r>
        <w:rPr>
          <w:rFonts w:ascii="宋体" w:eastAsia="宋体" w:hAnsi="宋体"/>
          <w:sz w:val="28"/>
        </w:rPr>
        <w:t>第二部分:详细安排</w:t>
      </w:r>
    </w:p>
    <w:p>
      <w:pPr>
        <w:spacing w:before="100" w:after="200" w:line="360" w:lineRule="auto"/>
        <w:jc w:val="left"/>
      </w:pPr>
      <w:r>
        <w:rPr>
          <w:rFonts w:ascii="宋体 (中文正文)" w:eastAsia="宋体" w:hAnsi="宋体 (中文正文)"/>
          <w:b/>
          <w:sz w:val="28"/>
        </w:rPr>
        <w:t>一、人员规划</w:t>
      </w:r>
    </w:p>
    <w:p>
      <w:pPr>
        <w:spacing w:before="100" w:after="200" w:line="360" w:lineRule="auto"/>
        <w:jc w:val="left"/>
      </w:pPr>
      <w:r>
        <w:rPr>
          <w:rFonts w:ascii="宋体 (中文正文)" w:eastAsia="宋体" w:hAnsi="宋体 (中文正文)"/>
          <w:sz w:val="28"/>
        </w:rPr>
        <w:t>1.活动顾问：</w:t>
      </w:r>
    </w:p>
    <w:p>
      <w:pPr>
        <w:spacing w:before="100" w:after="200" w:line="360" w:lineRule="auto"/>
        <w:ind w:firstLine="576"/>
        <w:jc w:val="left"/>
      </w:pPr>
      <w:r>
        <w:rPr>
          <w:rFonts w:ascii="宋体" w:eastAsia="宋体" w:hAnsi="宋体"/>
          <w:sz w:val="28"/>
        </w:rPr>
        <w:t>2.活动指导老师：杨佳能</w:t>
      </w:r>
    </w:p>
    <w:p>
      <w:pPr>
        <w:spacing w:before="100" w:after="200" w:line="360" w:lineRule="auto"/>
        <w:ind w:firstLine="576"/>
        <w:jc w:val="left"/>
      </w:pPr>
      <w:r>
        <w:rPr>
          <w:rFonts w:ascii="宋体" w:eastAsia="宋体" w:hAnsi="宋体"/>
          <w:sz w:val="28"/>
        </w:rPr>
        <w:t>3.活动负责：柯楚煜</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4.活动策划：朱律</w:t>
      </w:r>
    </w:p>
    <w:p>
      <w:pPr>
        <w:spacing w:before="100" w:after="200" w:line="360" w:lineRule="auto"/>
        <w:ind w:firstLine="576"/>
        <w:jc w:val="left"/>
      </w:pPr>
      <w:r>
        <w:rPr>
          <w:rFonts w:ascii="宋体" w:eastAsia="宋体" w:hAnsi="宋体"/>
          <w:sz w:val="28"/>
        </w:rPr>
        <w:t>5.宣传组：宣传部</w:t>
      </w:r>
    </w:p>
    <w:p>
      <w:pPr>
        <w:spacing w:before="100" w:after="200" w:line="360" w:lineRule="auto"/>
        <w:ind w:firstLine="576"/>
        <w:jc w:val="left"/>
      </w:pPr>
      <w:r>
        <w:rPr>
          <w:rFonts w:ascii="宋体" w:eastAsia="宋体" w:hAnsi="宋体"/>
          <w:sz w:val="28"/>
        </w:rPr>
        <w:t>6.现场组：权益部</w:t>
      </w:r>
    </w:p>
    <w:p>
      <w:pPr>
        <w:spacing w:before="100" w:after="200" w:line="360" w:lineRule="auto"/>
        <w:ind w:firstLine="576"/>
        <w:jc w:val="left"/>
      </w:pPr>
      <w:r>
        <w:rPr>
          <w:rFonts w:ascii="宋体" w:eastAsia="宋体" w:hAnsi="宋体"/>
          <w:sz w:val="28"/>
        </w:rPr>
        <w:t>7.财政组：综合事务部</w:t>
      </w:r>
    </w:p>
    <w:p>
      <w:pPr>
        <w:spacing w:before="100" w:after="200" w:line="360" w:lineRule="auto"/>
        <w:ind w:firstLine="576"/>
        <w:jc w:val="left"/>
      </w:pPr>
      <w:r>
        <w:rPr>
          <w:rFonts w:ascii="宋体" w:eastAsia="宋体" w:hAnsi="宋体"/>
          <w:sz w:val="28"/>
        </w:rPr>
        <w:t>8.后勤组：权益部</w:t>
      </w:r>
    </w:p>
    <w:p>
      <w:pPr>
        <w:spacing w:before="100" w:after="200" w:line="360" w:lineRule="auto"/>
        <w:ind w:firstLine="576"/>
        <w:jc w:val="left"/>
      </w:pPr>
      <w:r>
        <w:rPr>
          <w:rFonts w:ascii="宋体" w:eastAsia="宋体" w:hAnsi="宋体"/>
          <w:sz w:val="28"/>
        </w:rPr>
        <w:t>9.外联组：外联部</w:t>
      </w:r>
    </w:p>
    <w:p>
      <w:pPr>
        <w:spacing w:before="100" w:after="200" w:line="360" w:lineRule="auto"/>
        <w:ind w:firstLine="576"/>
        <w:jc w:val="left"/>
      </w:pPr>
      <w:r>
        <w:rPr>
          <w:rFonts w:ascii="宋体" w:eastAsia="宋体" w:hAnsi="宋体"/>
          <w:sz w:val="28"/>
        </w:rPr>
        <w:t>10.新闻报道组：新闻部</w:t>
      </w:r>
    </w:p>
    <w:p>
      <w:pPr>
        <w:spacing w:before="100" w:after="200" w:line="360" w:lineRule="auto"/>
        <w:ind w:firstLine="576"/>
        <w:jc w:val="left"/>
      </w:pPr>
      <w:r>
        <w:rPr>
          <w:rFonts w:ascii="宋体" w:eastAsia="宋体" w:hAnsi="宋体"/>
          <w:sz w:val="28"/>
        </w:rPr>
        <w:t>11.现场安全维护组：权益部</w:t>
      </w:r>
    </w:p>
    <w:p>
      <w:pPr>
        <w:spacing w:before="100" w:after="200" w:line="360" w:lineRule="auto"/>
        <w:jc w:val="left"/>
      </w:pPr>
      <w:r>
        <w:rPr>
          <w:rFonts w:ascii="宋体 (中文正文)" w:eastAsia="宋体" w:hAnsi="宋体 (中文正文)"/>
          <w:b/>
          <w:sz w:val="28"/>
        </w:rPr>
        <w:t>二、物品采购及经费预算</w:t>
      </w:r>
    </w:p>
    <w:p>
      <w:pPr>
        <w:spacing w:before="100" w:after="200" w:line="360" w:lineRule="auto"/>
        <w:jc w:val="left"/>
      </w:pPr>
      <w:r>
        <w:rPr>
          <w:rFonts w:ascii="宋体 (中文正文)" w:eastAsia="宋体" w:hAnsi="宋体 (中文正文)"/>
          <w:b/>
          <w:sz w:val="28"/>
        </w:rPr>
        <w:t>三、活动内容</w:t>
      </w:r>
    </w:p>
    <w:p>
      <w:pPr>
        <w:spacing w:before="100" w:after="200" w:line="360" w:lineRule="auto"/>
        <w:ind w:firstLine="576"/>
        <w:jc w:val="left"/>
      </w:pPr>
      <w:r>
        <w:rPr>
          <w:rFonts w:ascii="宋体" w:eastAsia="宋体" w:hAnsi="宋体"/>
          <w:sz w:val="28"/>
        </w:rPr>
        <w:t>第一阶段：准备阶段</w:t>
      </w:r>
    </w:p>
    <w:p>
      <w:pPr>
        <w:spacing w:before="100" w:after="200" w:line="360" w:lineRule="auto"/>
        <w:ind w:firstLine="576"/>
        <w:jc w:val="left"/>
      </w:pPr>
      <w:r>
        <w:rPr>
          <w:rFonts w:ascii="宋体" w:eastAsia="宋体" w:hAnsi="宋体"/>
          <w:sz w:val="28"/>
        </w:rPr>
        <w:t>1.部门安排</w:t>
      </w:r>
    </w:p>
    <w:p>
      <w:pPr>
        <w:spacing w:before="100" w:after="200" w:line="360" w:lineRule="auto"/>
        <w:ind w:firstLine="576"/>
        <w:jc w:val="left"/>
      </w:pPr>
      <w:r>
        <w:rPr>
          <w:rFonts w:ascii="宋体" w:eastAsia="宋体" w:hAnsi="宋体"/>
          <w:sz w:val="28"/>
        </w:rPr>
        <w:t>（1）宣传部：展板制作</w:t>
      </w:r>
    </w:p>
    <w:p>
      <w:pPr>
        <w:spacing w:before="100" w:after="200" w:line="360" w:lineRule="auto"/>
        <w:ind w:firstLine="576"/>
        <w:jc w:val="left"/>
      </w:pPr>
      <w:r>
        <w:rPr>
          <w:rFonts w:ascii="宋体" w:eastAsia="宋体" w:hAnsi="宋体"/>
          <w:sz w:val="28"/>
        </w:rPr>
        <w:t>（2）外联部：活动所需经费</w:t>
      </w:r>
    </w:p>
    <w:p>
      <w:pPr>
        <w:spacing w:before="100" w:after="200" w:line="360" w:lineRule="auto"/>
        <w:ind w:firstLine="576"/>
        <w:jc w:val="left"/>
      </w:pPr>
      <w:r>
        <w:rPr>
          <w:rFonts w:ascii="宋体" w:eastAsia="宋体" w:hAnsi="宋体"/>
          <w:sz w:val="28"/>
        </w:rPr>
        <w:t>（3）权益部：前期场地租借，物品采购，及准备相关事宜</w:t>
      </w:r>
    </w:p>
    <w:p>
      <w:pPr>
        <w:spacing w:before="100" w:after="200" w:line="360" w:lineRule="auto"/>
        <w:ind w:firstLine="576"/>
        <w:jc w:val="left"/>
      </w:pPr>
      <w:r>
        <w:rPr>
          <w:rFonts w:ascii="宋体" w:eastAsia="宋体" w:hAnsi="宋体"/>
          <w:sz w:val="28"/>
        </w:rPr>
        <w:t>（4）新闻部：活动报道</w:t>
      </w:r>
    </w:p>
    <w:p>
      <w:pPr>
        <w:spacing w:before="100" w:after="200" w:line="360" w:lineRule="auto"/>
        <w:ind w:firstLine="576"/>
        <w:jc w:val="left"/>
      </w:pPr>
      <w:r>
        <w:rPr>
          <w:rFonts w:ascii="宋体" w:eastAsia="宋体" w:hAnsi="宋体"/>
          <w:sz w:val="28"/>
        </w:rPr>
        <w:t>2.宣传工作</w:t>
      </w:r>
    </w:p>
    <w:p>
      <w:pPr>
        <w:spacing w:before="100" w:after="200" w:line="360" w:lineRule="auto"/>
        <w:ind w:firstLine="576"/>
        <w:jc w:val="left"/>
      </w:pPr>
      <w:r>
        <w:rPr>
          <w:rFonts w:ascii="宋体" w:eastAsia="宋体" w:hAnsi="宋体"/>
          <w:sz w:val="28"/>
        </w:rPr>
        <w:t>权益部负责制作横幅，横幅于活动日悬挂在活动现在，并有权益部部委在现场发送权益传单。</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3.会场布置</w:t>
      </w:r>
    </w:p>
    <w:p>
      <w:pPr>
        <w:spacing w:before="100" w:after="200" w:line="360" w:lineRule="auto"/>
        <w:ind w:firstLine="576"/>
        <w:jc w:val="left"/>
      </w:pPr>
      <w:r>
        <w:rPr>
          <w:rFonts w:ascii="宋体" w:eastAsia="宋体" w:hAnsi="宋体"/>
          <w:sz w:val="28"/>
        </w:rPr>
        <w:t>（1）20xx年3月14号租3.15活动所需场地及桌子等物品</w:t>
      </w:r>
    </w:p>
    <w:p>
      <w:pPr>
        <w:spacing w:before="100" w:after="200" w:line="360" w:lineRule="auto"/>
        <w:ind w:firstLine="576"/>
        <w:jc w:val="left"/>
      </w:pPr>
      <w:r>
        <w:rPr>
          <w:rFonts w:ascii="宋体" w:eastAsia="宋体" w:hAnsi="宋体"/>
          <w:sz w:val="28"/>
        </w:rPr>
        <w:t>（2）20xx年3月15号权益日现场的布置以及安排人员值班</w:t>
      </w:r>
    </w:p>
    <w:p>
      <w:pPr>
        <w:spacing w:before="100" w:after="200" w:line="360" w:lineRule="auto"/>
        <w:ind w:firstLine="576"/>
        <w:jc w:val="left"/>
      </w:pPr>
      <w:r>
        <w:rPr>
          <w:rFonts w:ascii="宋体" w:eastAsia="宋体" w:hAnsi="宋体"/>
          <w:sz w:val="28"/>
        </w:rPr>
        <w:t>4.活动内容</w:t>
      </w:r>
    </w:p>
    <w:p>
      <w:pPr>
        <w:spacing w:before="100" w:after="200" w:line="360" w:lineRule="auto"/>
        <w:ind w:firstLine="576"/>
        <w:jc w:val="left"/>
      </w:pPr>
      <w:r>
        <w:rPr>
          <w:rFonts w:ascii="宋体" w:eastAsia="宋体" w:hAnsi="宋体"/>
          <w:sz w:val="28"/>
        </w:rPr>
        <w:t>1、在九食堂门口进行宣传，介绍本次活动，并在宣传现场设置意见箱，征集同学们的意见。</w:t>
      </w:r>
    </w:p>
    <w:p>
      <w:pPr>
        <w:spacing w:before="100" w:after="200" w:line="360" w:lineRule="auto"/>
        <w:ind w:firstLine="576"/>
        <w:jc w:val="left"/>
      </w:pPr>
      <w:r>
        <w:rPr>
          <w:rFonts w:ascii="宋体" w:eastAsia="宋体" w:hAnsi="宋体"/>
          <w:sz w:val="28"/>
        </w:rPr>
        <w:t>2.进行现场答辩，为学生解难排忧。</w:t>
      </w:r>
    </w:p>
    <w:p>
      <w:pPr>
        <w:spacing w:before="100" w:after="200" w:line="360" w:lineRule="auto"/>
        <w:ind w:firstLine="576"/>
        <w:jc w:val="left"/>
      </w:pPr>
      <w:r>
        <w:rPr>
          <w:rFonts w:ascii="宋体" w:eastAsia="宋体" w:hAnsi="宋体"/>
          <w:sz w:val="28"/>
        </w:rPr>
        <w:t>3.制作宣传栏展示、介绍维权知识，让同学们了解部分校园生(感谢访问文网：)活中可能遇到的权益问题及处理方法,达到宣传3．15维权日的重要意义的目的。</w:t>
      </w:r>
    </w:p>
    <w:p>
      <w:pPr>
        <w:spacing w:before="100" w:after="200" w:line="360" w:lineRule="auto"/>
        <w:ind w:firstLine="576"/>
        <w:jc w:val="left"/>
      </w:pPr>
      <w:r>
        <w:rPr>
          <w:rFonts w:ascii="宋体" w:eastAsia="宋体" w:hAnsi="宋体"/>
          <w:sz w:val="28"/>
        </w:rPr>
        <w:t>4.与九食堂广播台进行磋商，在活动期间对活动进行宣传上的帮助。通过与广播台合作，以这种生动详细的方式对大学生的消费、校园侵权等相关权益问题进行深入的解析，体现“权”心“权”意为同学服务的主题。</w:t>
      </w:r>
    </w:p>
    <w:p>
      <w:pPr>
        <w:spacing w:before="100" w:after="200" w:line="360" w:lineRule="auto"/>
        <w:ind w:firstLine="576"/>
        <w:jc w:val="left"/>
      </w:pPr>
      <w:r>
        <w:rPr>
          <w:rFonts w:ascii="宋体" w:eastAsia="宋体" w:hAnsi="宋体"/>
          <w:sz w:val="28"/>
        </w:rPr>
        <w:t>4.工作流程</w:t>
      </w:r>
    </w:p>
    <w:p>
      <w:pPr>
        <w:spacing w:before="100" w:after="200" w:line="360" w:lineRule="auto"/>
        <w:ind w:firstLine="576"/>
        <w:jc w:val="left"/>
      </w:pPr>
      <w:r>
        <w:rPr>
          <w:rFonts w:ascii="宋体" w:eastAsia="宋体" w:hAnsi="宋体"/>
          <w:sz w:val="28"/>
        </w:rPr>
        <w:t>日期：20xx年3月12日，20xx年3月15日</w:t>
      </w:r>
    </w:p>
    <w:p>
      <w:pPr>
        <w:spacing w:before="100" w:after="200" w:line="360" w:lineRule="auto"/>
        <w:ind w:firstLine="576"/>
        <w:jc w:val="left"/>
      </w:pPr>
      <w:r>
        <w:rPr>
          <w:rFonts w:ascii="宋体" w:eastAsia="宋体" w:hAnsi="宋体"/>
          <w:sz w:val="28"/>
        </w:rPr>
        <w:t>3月10号：权益部负责物品采购和场地租借</w:t>
      </w:r>
    </w:p>
    <w:p>
      <w:pPr>
        <w:spacing w:before="100" w:after="200" w:line="360" w:lineRule="auto"/>
        <w:ind w:firstLine="576"/>
        <w:jc w:val="left"/>
      </w:pPr>
      <w:r>
        <w:rPr>
          <w:rFonts w:ascii="宋体" w:eastAsia="宋体" w:hAnsi="宋体"/>
          <w:sz w:val="28"/>
        </w:rPr>
        <w:t>3月10号—3月14号：宣传部负责活动所需展板海报的制作3月13—3月14号：权益部负责意见箱和横幅制作</w:t>
      </w:r>
    </w:p>
    <w:p>
      <w:pPr>
        <w:spacing w:before="100" w:after="200" w:line="360" w:lineRule="auto"/>
        <w:ind w:firstLine="576"/>
        <w:jc w:val="left"/>
      </w:pPr>
      <w:r>
        <w:rPr>
          <w:rFonts w:ascii="宋体" w:eastAsia="宋体" w:hAnsi="宋体"/>
          <w:sz w:val="28"/>
        </w:rPr>
        <w:t>3月15号：3.15活动正式开始</w:t>
      </w:r>
    </w:p>
    <w:p>
      <w:pPr>
        <w:spacing w:before="100" w:after="200" w:line="360" w:lineRule="auto"/>
        <w:ind w:firstLine="576"/>
        <w:jc w:val="left"/>
      </w:pPr>
      <w:r>
        <w:rPr>
          <w:rFonts w:ascii="宋体" w:eastAsia="宋体" w:hAnsi="宋体"/>
          <w:sz w:val="28"/>
        </w:rPr>
        <w:t>5.注意事项</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（1）活动前通知各班生活委员有关与本次活动的相关事宜</w:t>
      </w:r>
    </w:p>
    <w:p>
      <w:pPr>
        <w:spacing w:before="100" w:after="200" w:line="360" w:lineRule="auto"/>
        <w:ind w:firstLine="576"/>
        <w:jc w:val="left"/>
      </w:pPr>
      <w:r>
        <w:rPr>
          <w:rFonts w:ascii="宋体" w:eastAsia="宋体" w:hAnsi="宋体"/>
          <w:sz w:val="28"/>
        </w:rPr>
        <w:t>第二阶段：活动现场安排</w:t>
      </w:r>
    </w:p>
    <w:p>
      <w:pPr>
        <w:spacing w:before="100" w:after="200" w:line="360" w:lineRule="auto"/>
        <w:ind w:firstLine="576"/>
        <w:jc w:val="left"/>
      </w:pPr>
      <w:r>
        <w:rPr>
          <w:rFonts w:ascii="宋体" w:eastAsia="宋体" w:hAnsi="宋体"/>
          <w:sz w:val="28"/>
        </w:rPr>
        <w:t>1.时间安排</w:t>
      </w:r>
    </w:p>
    <w:p>
      <w:pPr>
        <w:spacing w:before="100" w:after="200" w:line="360" w:lineRule="auto"/>
        <w:ind w:firstLine="576"/>
        <w:jc w:val="left"/>
      </w:pPr>
      <w:r>
        <w:rPr>
          <w:rFonts w:ascii="宋体" w:eastAsia="宋体" w:hAnsi="宋体"/>
          <w:sz w:val="28"/>
        </w:rPr>
        <w:t>20xx年3月15号7:30-18:00：在九食堂门前搭设帐篷，悬挂横幅，进行权益日知识展出</w:t>
      </w:r>
    </w:p>
    <w:p>
      <w:pPr>
        <w:spacing w:before="100" w:after="200" w:line="360" w:lineRule="auto"/>
        <w:ind w:firstLine="576"/>
        <w:jc w:val="left"/>
      </w:pPr>
      <w:r>
        <w:rPr>
          <w:rFonts w:ascii="宋体" w:eastAsia="宋体" w:hAnsi="宋体"/>
          <w:sz w:val="28"/>
        </w:rPr>
        <w:t>20xx年3月15号11.30与17.00将在九食堂与广播台合作播出</w:t>
      </w:r>
    </w:p>
    <w:p>
      <w:pPr>
        <w:spacing w:before="100" w:after="200" w:line="360" w:lineRule="auto"/>
        <w:ind w:firstLine="576"/>
        <w:jc w:val="left"/>
      </w:pPr>
      <w:r>
        <w:rPr>
          <w:rFonts w:ascii="宋体" w:eastAsia="宋体" w:hAnsi="宋体"/>
          <w:sz w:val="28"/>
        </w:rPr>
        <w:t>3.15消费者权益日节目</w:t>
      </w:r>
    </w:p>
    <w:p>
      <w:pPr>
        <w:spacing w:before="100" w:after="200" w:line="360" w:lineRule="auto"/>
        <w:ind w:firstLine="576"/>
        <w:jc w:val="left"/>
      </w:pPr>
      <w:r>
        <w:rPr>
          <w:rFonts w:ascii="宋体" w:eastAsia="宋体" w:hAnsi="宋体"/>
          <w:sz w:val="28"/>
        </w:rPr>
        <w:t>20xx年3月15号11：00—17:00将由权益部部委在活动现场派发权益知识传单，并收集同学们的投拆意见</w:t>
      </w:r>
    </w:p>
    <w:p>
      <w:pPr>
        <w:spacing w:before="100" w:after="200" w:line="360" w:lineRule="auto"/>
        <w:ind w:firstLine="576"/>
        <w:jc w:val="left"/>
      </w:pPr>
      <w:r>
        <w:rPr>
          <w:rFonts w:ascii="宋体" w:eastAsia="宋体" w:hAnsi="宋体"/>
          <w:sz w:val="28"/>
        </w:rPr>
        <w:t>活动结束后：权益部负责本次3.15活动的总结</w:t>
      </w:r>
    </w:p>
    <w:p>
      <w:pPr>
        <w:spacing w:before="100" w:after="200" w:line="360" w:lineRule="auto"/>
        <w:ind w:firstLine="576"/>
        <w:jc w:val="left"/>
      </w:pPr>
      <w:r>
        <w:rPr>
          <w:rFonts w:ascii="宋体" w:eastAsia="宋体" w:hAnsi="宋体"/>
          <w:sz w:val="28"/>
        </w:rPr>
        <w:t>篇2：活动策划书</w:t>
      </w:r>
    </w:p>
    <w:p>
      <w:pPr>
        <w:spacing w:before="100" w:after="200" w:line="360" w:lineRule="auto"/>
        <w:jc w:val="left"/>
      </w:pPr>
      <w:r>
        <w:rPr>
          <w:rFonts w:ascii="宋体 (中文正文)" w:eastAsia="宋体" w:hAnsi="宋体 (中文正文)"/>
          <w:sz w:val="28"/>
        </w:rPr>
        <w:t>一、活动宗旨：</w:t>
      </w:r>
    </w:p>
    <w:p>
      <w:pPr>
        <w:spacing w:before="100" w:after="200" w:line="360" w:lineRule="auto"/>
        <w:ind w:firstLine="576"/>
        <w:jc w:val="left"/>
      </w:pPr>
      <w:r>
        <w:rPr>
          <w:rFonts w:ascii="宋体" w:eastAsia="宋体" w:hAnsi="宋体"/>
          <w:sz w:val="28"/>
        </w:rPr>
        <w:t>丰富同学们的课外娱乐生活，提高我们的综合素质，培养积极向上的进取精神，致力于打造成一个真正属于法学院所有热爱篮球，钟情篮球的球迷的节日，致力于打造一个互相交流，互相学习的平台同时为校篮球赛选拔人才，作好充分的准备。</w:t>
      </w:r>
    </w:p>
    <w:p>
      <w:pPr>
        <w:spacing w:before="100" w:after="200" w:line="360" w:lineRule="auto"/>
        <w:jc w:val="left"/>
      </w:pPr>
      <w:r>
        <w:rPr>
          <w:rFonts w:ascii="宋体 (中文正文)" w:eastAsia="宋体" w:hAnsi="宋体 (中文正文)"/>
          <w:b/>
          <w:sz w:val="28"/>
        </w:rPr>
        <w:t>二、主办部门：法学院体育部</w:t>
      </w:r>
    </w:p>
    <w:p>
      <w:pPr>
        <w:spacing w:before="100" w:after="200" w:line="360" w:lineRule="auto"/>
        <w:jc w:val="left"/>
      </w:pPr>
      <w:r>
        <w:rPr>
          <w:rFonts w:ascii="宋体 (中文正文)" w:eastAsia="宋体" w:hAnsi="宋体 (中文正文)"/>
          <w:b/>
          <w:sz w:val="28"/>
        </w:rPr>
        <w:t>三、比赛地点及地点：四教篮球场,塑胶篮球场;x月x日，x月x日</w:t>
      </w:r>
    </w:p>
    <w:p>
      <w:pPr>
        <w:spacing w:before="100" w:after="200" w:line="360" w:lineRule="auto"/>
        <w:jc w:val="left"/>
      </w:pPr>
      <w:r>
        <w:rPr>
          <w:rFonts w:ascii="宋体 (中文正文)" w:eastAsia="宋体" w:hAnsi="宋体 (中文正文)"/>
          <w:sz w:val="28"/>
        </w:rPr>
        <w:t>四、比赛规则：</w:t>
      </w:r>
    </w:p>
    <w:p>
      <w:pPr>
        <w:spacing w:before="100" w:after="200" w:line="360" w:lineRule="auto"/>
        <w:ind w:firstLine="576"/>
        <w:jc w:val="left"/>
      </w:pPr>
      <w:r>
        <w:rPr>
          <w:rFonts w:ascii="宋体" w:eastAsia="宋体" w:hAnsi="宋体"/>
          <w:sz w:val="28"/>
        </w:rPr>
        <w:t>以各班为单位，每班报x支球队报名费每班x元。</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每队限报队员x人，领队x人。</w:t>
      </w:r>
    </w:p>
    <w:p>
      <w:pPr>
        <w:spacing w:before="100" w:after="200" w:line="360" w:lineRule="auto"/>
        <w:ind w:firstLine="576"/>
        <w:jc w:val="left"/>
      </w:pPr>
      <w:r>
        <w:rPr>
          <w:rFonts w:ascii="宋体" w:eastAsia="宋体" w:hAnsi="宋体"/>
          <w:sz w:val="28"/>
        </w:rPr>
        <w:t>比赛上下半场，各x分钟，中场休息x分钟。</w:t>
      </w:r>
    </w:p>
    <w:p>
      <w:pPr>
        <w:spacing w:before="100" w:after="200" w:line="360" w:lineRule="auto"/>
        <w:ind w:firstLine="576"/>
        <w:jc w:val="left"/>
      </w:pPr>
      <w:r>
        <w:rPr>
          <w:rFonts w:ascii="宋体" w:eastAsia="宋体" w:hAnsi="宋体"/>
          <w:sz w:val="28"/>
        </w:rPr>
        <w:t>每半场各队只可叫x次暂停，x次暂停的总用时为x分钟。</w:t>
      </w:r>
    </w:p>
    <w:p>
      <w:pPr>
        <w:spacing w:before="100" w:after="200" w:line="360" w:lineRule="auto"/>
        <w:ind w:firstLine="576"/>
        <w:jc w:val="left"/>
      </w:pPr>
      <w:r>
        <w:rPr>
          <w:rFonts w:ascii="宋体" w:eastAsia="宋体" w:hAnsi="宋体"/>
          <w:sz w:val="28"/>
        </w:rPr>
        <w:t>队员犯规满x次罚下。</w:t>
      </w:r>
    </w:p>
    <w:p>
      <w:pPr>
        <w:spacing w:before="100" w:after="200" w:line="360" w:lineRule="auto"/>
        <w:ind w:firstLine="576"/>
        <w:jc w:val="left"/>
      </w:pPr>
      <w:r>
        <w:rPr>
          <w:rFonts w:ascii="宋体" w:eastAsia="宋体" w:hAnsi="宋体"/>
          <w:sz w:val="28"/>
        </w:rPr>
        <w:t>每队队员人员固定，不得请外援来参赛。</w:t>
      </w:r>
    </w:p>
    <w:p>
      <w:pPr>
        <w:spacing w:before="100" w:after="200" w:line="360" w:lineRule="auto"/>
        <w:ind w:firstLine="576"/>
        <w:jc w:val="left"/>
      </w:pPr>
      <w:r>
        <w:rPr>
          <w:rFonts w:ascii="宋体" w:eastAsia="宋体" w:hAnsi="宋体"/>
          <w:sz w:val="28"/>
        </w:rPr>
        <w:t>参赛队或队员迟到x分钟以上者，以弃权论.</w:t>
      </w:r>
    </w:p>
    <w:p>
      <w:pPr>
        <w:spacing w:before="100" w:after="200" w:line="360" w:lineRule="auto"/>
        <w:jc w:val="left"/>
      </w:pPr>
      <w:r>
        <w:rPr>
          <w:rFonts w:ascii="宋体 (中文正文)" w:eastAsia="宋体" w:hAnsi="宋体 (中文正文)"/>
          <w:sz w:val="28"/>
        </w:rPr>
        <w:t>五、竞赛办法：</w:t>
      </w:r>
    </w:p>
    <w:p>
      <w:pPr>
        <w:spacing w:before="100" w:after="200" w:line="360" w:lineRule="auto"/>
        <w:ind w:firstLine="576"/>
        <w:jc w:val="left"/>
      </w:pPr>
      <w:r>
        <w:rPr>
          <w:rFonts w:ascii="宋体" w:eastAsia="宋体" w:hAnsi="宋体"/>
          <w:sz w:val="28"/>
        </w:rPr>
        <w:t>先进行小组循环赛，小组前两名出线，再进行复赛阶段的淘汰赛。</w:t>
      </w:r>
    </w:p>
    <w:p>
      <w:pPr>
        <w:spacing w:before="100" w:after="200" w:line="360" w:lineRule="auto"/>
        <w:ind w:firstLine="576"/>
        <w:jc w:val="left"/>
      </w:pPr>
      <w:r>
        <w:rPr>
          <w:rFonts w:ascii="宋体" w:eastAsia="宋体" w:hAnsi="宋体"/>
          <w:sz w:val="28"/>
        </w:rPr>
        <w:t>(具体比赛赛程见后附表)</w:t>
      </w:r>
    </w:p>
    <w:p>
      <w:pPr>
        <w:spacing w:before="100" w:after="200" w:line="360" w:lineRule="auto"/>
        <w:jc w:val="left"/>
      </w:pPr>
      <w:r>
        <w:rPr>
          <w:rFonts w:ascii="宋体 (中文正文)" w:eastAsia="宋体" w:hAnsi="宋体 (中文正文)"/>
          <w:sz w:val="28"/>
        </w:rPr>
        <w:t>六、奖励办法：</w:t>
      </w:r>
    </w:p>
    <w:p>
      <w:pPr>
        <w:spacing w:before="100" w:after="200" w:line="360" w:lineRule="auto"/>
        <w:ind w:firstLine="576"/>
        <w:jc w:val="left"/>
      </w:pPr>
      <w:r>
        <w:rPr>
          <w:rFonts w:ascii="宋体" w:eastAsia="宋体" w:hAnsi="宋体"/>
          <w:sz w:val="28"/>
        </w:rPr>
        <w:t>第一名：奖金xx元</w:t>
      </w:r>
    </w:p>
    <w:p>
      <w:pPr>
        <w:spacing w:before="100" w:after="200" w:line="360" w:lineRule="auto"/>
        <w:ind w:firstLine="576"/>
        <w:jc w:val="left"/>
      </w:pPr>
      <w:r>
        <w:rPr>
          <w:rFonts w:ascii="宋体" w:eastAsia="宋体" w:hAnsi="宋体"/>
          <w:sz w:val="28"/>
        </w:rPr>
        <w:t>第二名：奖金xx元</w:t>
      </w:r>
    </w:p>
    <w:p>
      <w:pPr>
        <w:spacing w:before="100" w:after="200" w:line="360" w:lineRule="auto"/>
        <w:ind w:firstLine="576"/>
        <w:jc w:val="left"/>
      </w:pPr>
      <w:r>
        <w:rPr>
          <w:rFonts w:ascii="宋体" w:eastAsia="宋体" w:hAnsi="宋体"/>
          <w:sz w:val="28"/>
        </w:rPr>
        <w:t>第三名：奖金xx元</w:t>
      </w:r>
    </w:p>
    <w:p>
      <w:pPr>
        <w:spacing w:before="100" w:after="200" w:line="360" w:lineRule="auto"/>
        <w:jc w:val="left"/>
      </w:pPr>
      <w:r>
        <w:rPr>
          <w:rFonts w:ascii="宋体 (中文正文)" w:eastAsia="宋体" w:hAnsi="宋体 (中文正文)"/>
          <w:sz w:val="28"/>
        </w:rPr>
        <w:t>七、活动经费情况：</w:t>
      </w:r>
    </w:p>
    <w:p>
      <w:pPr>
        <w:spacing w:before="100" w:after="200" w:line="360" w:lineRule="auto"/>
        <w:ind w:firstLine="576"/>
        <w:jc w:val="left"/>
      </w:pPr>
      <w:r>
        <w:rPr>
          <w:rFonts w:ascii="宋体" w:eastAsia="宋体" w:hAnsi="宋体"/>
          <w:sz w:val="28"/>
        </w:rPr>
        <w:t>总收入：各班报名费xx元</w:t>
      </w:r>
    </w:p>
    <w:p>
      <w:pPr>
        <w:spacing w:before="100" w:after="200" w:line="360" w:lineRule="auto"/>
        <w:jc w:val="left"/>
      </w:pPr>
      <w:r>
        <w:rPr>
          <w:rFonts w:ascii="宋体 (中文正文)" w:eastAsia="宋体" w:hAnsi="宋体 (中文正文)"/>
          <w:sz w:val="28"/>
        </w:rPr>
        <w:t>支出：</w:t>
      </w:r>
    </w:p>
    <w:p>
      <w:pPr>
        <w:spacing w:before="100" w:after="200" w:line="360" w:lineRule="auto"/>
        <w:ind w:firstLine="576"/>
        <w:jc w:val="left"/>
      </w:pPr>
      <w:r>
        <w:rPr>
          <w:rFonts w:ascii="宋体" w:eastAsia="宋体" w:hAnsi="宋体"/>
          <w:sz w:val="28"/>
        </w:rPr>
        <w:t>前三名奖金支出xx元</w:t>
      </w:r>
    </w:p>
    <w:p>
      <w:pPr>
        <w:spacing w:before="100" w:after="200" w:line="360" w:lineRule="auto"/>
        <w:ind w:firstLine="576"/>
        <w:jc w:val="left"/>
      </w:pPr>
      <w:r>
        <w:rPr>
          <w:rFonts w:ascii="宋体" w:eastAsia="宋体" w:hAnsi="宋体"/>
          <w:sz w:val="28"/>
        </w:rPr>
        <w:t>塑胶场场地费xx元</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裁判用水，哨子，记分板，打印复印记分表，赛程表及其他零星支出共xx元。</w:t>
      </w:r>
    </w:p>
    <w:p>
      <w:pPr>
        <w:spacing w:before="100" w:after="200" w:line="360" w:lineRule="auto"/>
        <w:ind w:firstLine="576"/>
        <w:jc w:val="left"/>
      </w:pPr>
      <w:r>
        <w:rPr>
          <w:rFonts w:ascii="宋体" w:eastAsia="宋体" w:hAnsi="宋体"/>
          <w:sz w:val="28"/>
        </w:rPr>
        <w:t>法苑杯篮球赛赛程表</w:t>
      </w:r>
    </w:p>
    <w:p>
      <w:pPr>
        <w:spacing w:before="100" w:after="200" w:line="360" w:lineRule="auto"/>
        <w:ind w:firstLine="576"/>
        <w:jc w:val="left"/>
      </w:pPr>
      <w:r>
        <w:rPr>
          <w:rFonts w:ascii="宋体" w:eastAsia="宋体" w:hAnsi="宋体"/>
          <w:sz w:val="28"/>
        </w:rPr>
        <w:t>A组A1:02法(1)A2:01法(1)A3:02法(3)A4:02法(2)</w:t>
      </w:r>
    </w:p>
    <w:p>
      <w:pPr>
        <w:spacing w:before="100" w:after="200" w:line="360" w:lineRule="auto"/>
        <w:ind w:firstLine="576"/>
        <w:jc w:val="left"/>
      </w:pPr>
      <w:r>
        <w:rPr>
          <w:rFonts w:ascii="宋体" w:eastAsia="宋体" w:hAnsi="宋体"/>
          <w:sz w:val="28"/>
        </w:rPr>
        <w:t>B组B1:01法(3)B2：01法(2)B3:03法(3)B4:03法(2)</w:t>
      </w:r>
    </w:p>
    <w:p>
      <w:pPr>
        <w:spacing w:before="100" w:after="200" w:line="360" w:lineRule="auto"/>
        <w:ind w:firstLine="576"/>
        <w:jc w:val="left"/>
      </w:pPr>
      <w:r>
        <w:rPr>
          <w:rFonts w:ascii="宋体" w:eastAsia="宋体" w:hAnsi="宋体"/>
          <w:sz w:val="28"/>
        </w:rPr>
        <w:t>11月3日16：30A1，A2(塑胶场)</w:t>
      </w:r>
    </w:p>
    <w:p>
      <w:pPr>
        <w:spacing w:before="100" w:after="200" w:line="360" w:lineRule="auto"/>
        <w:ind w:firstLine="576"/>
        <w:jc w:val="left"/>
      </w:pPr>
      <w:r>
        <w:rPr>
          <w:rFonts w:ascii="宋体" w:eastAsia="宋体" w:hAnsi="宋体"/>
          <w:sz w:val="28"/>
        </w:rPr>
        <w:t>A3，A4(塑胶场)</w:t>
      </w:r>
    </w:p>
    <w:p>
      <w:pPr>
        <w:spacing w:before="100" w:after="200" w:line="360" w:lineRule="auto"/>
        <w:ind w:firstLine="576"/>
        <w:jc w:val="left"/>
      </w:pPr>
      <w:r>
        <w:rPr>
          <w:rFonts w:ascii="宋体" w:eastAsia="宋体" w:hAnsi="宋体"/>
          <w:sz w:val="28"/>
        </w:rPr>
        <w:t>11月4日12：15</w:t>
      </w:r>
    </w:p>
    <w:p>
      <w:pPr>
        <w:spacing w:before="100" w:after="200" w:line="360" w:lineRule="auto"/>
        <w:ind w:firstLine="576"/>
        <w:jc w:val="left"/>
      </w:pPr>
      <w:r>
        <w:rPr>
          <w:rFonts w:ascii="宋体" w:eastAsia="宋体" w:hAnsi="宋体"/>
          <w:sz w:val="28"/>
        </w:rPr>
        <w:t>16：30A1，A5A2，A3(四教场)</w:t>
      </w:r>
    </w:p>
    <w:p>
      <w:pPr>
        <w:spacing w:before="100" w:after="200" w:line="360" w:lineRule="auto"/>
        <w:ind w:firstLine="576"/>
        <w:jc w:val="left"/>
      </w:pPr>
      <w:r>
        <w:rPr>
          <w:rFonts w:ascii="宋体" w:eastAsia="宋体" w:hAnsi="宋体"/>
          <w:sz w:val="28"/>
        </w:rPr>
        <w:t>B1，B2B3，B4(塑胶场)</w:t>
      </w:r>
    </w:p>
    <w:p>
      <w:pPr>
        <w:spacing w:before="100" w:after="200" w:line="360" w:lineRule="auto"/>
        <w:ind w:firstLine="576"/>
        <w:jc w:val="left"/>
      </w:pPr>
      <w:r>
        <w:rPr>
          <w:rFonts w:ascii="宋体" w:eastAsia="宋体" w:hAnsi="宋体"/>
          <w:sz w:val="28"/>
        </w:rPr>
        <w:t>11月5日12：15</w:t>
      </w:r>
    </w:p>
    <w:p>
      <w:pPr>
        <w:spacing w:before="100" w:after="200" w:line="360" w:lineRule="auto"/>
        <w:ind w:firstLine="576"/>
        <w:jc w:val="left"/>
      </w:pPr>
      <w:r>
        <w:rPr>
          <w:rFonts w:ascii="宋体" w:eastAsia="宋体" w:hAnsi="宋体"/>
          <w:sz w:val="28"/>
        </w:rPr>
        <w:t>16：30A1，A4A2，A5(四教场)</w:t>
      </w:r>
    </w:p>
    <w:p>
      <w:pPr>
        <w:spacing w:before="100" w:after="200" w:line="360" w:lineRule="auto"/>
        <w:ind w:firstLine="576"/>
        <w:jc w:val="left"/>
      </w:pPr>
      <w:r>
        <w:rPr>
          <w:rFonts w:ascii="宋体" w:eastAsia="宋体" w:hAnsi="宋体"/>
          <w:sz w:val="28"/>
        </w:rPr>
        <w:t>B1，B3B2，B4(塑胶场)</w:t>
      </w:r>
    </w:p>
    <w:p>
      <w:pPr>
        <w:spacing w:before="100" w:after="200" w:line="360" w:lineRule="auto"/>
        <w:ind w:firstLine="576"/>
        <w:jc w:val="left"/>
      </w:pPr>
      <w:r>
        <w:rPr>
          <w:rFonts w:ascii="宋体" w:eastAsia="宋体" w:hAnsi="宋体"/>
          <w:sz w:val="28"/>
        </w:rPr>
        <w:t>11月6日12：15</w:t>
      </w:r>
    </w:p>
    <w:p>
      <w:pPr>
        <w:spacing w:before="100" w:after="200" w:line="360" w:lineRule="auto"/>
        <w:ind w:firstLine="576"/>
        <w:jc w:val="left"/>
      </w:pPr>
      <w:r>
        <w:rPr>
          <w:rFonts w:ascii="宋体" w:eastAsia="宋体" w:hAnsi="宋体"/>
          <w:sz w:val="28"/>
        </w:rPr>
        <w:t>16：30B1，B4B2，B3(四教场)</w:t>
      </w:r>
    </w:p>
    <w:p>
      <w:pPr>
        <w:spacing w:before="100" w:after="200" w:line="360" w:lineRule="auto"/>
        <w:ind w:firstLine="576"/>
        <w:jc w:val="left"/>
      </w:pPr>
      <w:r>
        <w:rPr>
          <w:rFonts w:ascii="宋体" w:eastAsia="宋体" w:hAnsi="宋体"/>
          <w:sz w:val="28"/>
        </w:rPr>
        <w:t>A1，A3A4，A5(塑胶场)</w:t>
      </w:r>
    </w:p>
    <w:p>
      <w:pPr>
        <w:spacing w:before="100" w:after="200" w:line="360" w:lineRule="auto"/>
        <w:ind w:firstLine="576"/>
        <w:jc w:val="left"/>
      </w:pPr>
      <w:r>
        <w:rPr>
          <w:rFonts w:ascii="宋体" w:eastAsia="宋体" w:hAnsi="宋体"/>
          <w:sz w:val="28"/>
        </w:rPr>
        <w:t>11月7日9：30</w:t>
      </w:r>
    </w:p>
    <w:p>
      <w:pPr>
        <w:spacing w:before="100" w:after="200" w:line="360" w:lineRule="auto"/>
        <w:ind w:firstLine="576"/>
        <w:jc w:val="left"/>
      </w:pPr>
      <w:r>
        <w:rPr>
          <w:rFonts w:ascii="宋体" w:eastAsia="宋体" w:hAnsi="宋体"/>
          <w:sz w:val="28"/>
        </w:rPr>
        <w:t>10：3003女篮，02女篮(四教场)</w:t>
      </w:r>
    </w:p>
    <w:p>
      <w:pPr>
        <w:spacing w:before="100" w:after="200" w:line="360" w:lineRule="auto"/>
        <w:ind w:firstLine="576"/>
        <w:jc w:val="left"/>
      </w:pPr>
      <w:r>
        <w:rPr>
          <w:rFonts w:ascii="宋体" w:eastAsia="宋体" w:hAnsi="宋体"/>
          <w:sz w:val="28"/>
        </w:rPr>
        <w:t>A3，A5A2，A4(四教场)</w:t>
      </w:r>
    </w:p>
    <w:p>
      <w:pPr>
        <w:spacing w:before="100" w:after="200" w:line="360" w:lineRule="auto"/>
        <w:ind w:firstLine="576"/>
        <w:jc w:val="left"/>
      </w:pPr>
      <w:r>
        <w:rPr>
          <w:rFonts w:ascii="宋体" w:eastAsia="宋体" w:hAnsi="宋体"/>
          <w:sz w:val="28"/>
        </w:rPr>
        <w:t>x月x日xx</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x月x日xx</w:t>
      </w:r>
    </w:p>
    <w:p>
      <w:pPr>
        <w:spacing w:before="100" w:after="200" w:line="360" w:lineRule="auto"/>
        <w:ind w:firstLine="576"/>
        <w:jc w:val="left"/>
      </w:pPr>
      <w:r>
        <w:rPr>
          <w:rFonts w:ascii="宋体" w:eastAsia="宋体" w:hAnsi="宋体"/>
          <w:sz w:val="28"/>
        </w:rPr>
        <w:t>x月x日xx 半决赛(塑胶场)</w:t>
      </w:r>
    </w:p>
    <w:p>
      <w:pPr>
        <w:spacing w:before="100" w:after="200" w:line="360" w:lineRule="auto"/>
        <w:ind w:firstLine="576"/>
        <w:jc w:val="left"/>
      </w:pPr>
      <w:r>
        <w:rPr>
          <w:rFonts w:ascii="宋体" w:eastAsia="宋体" w:hAnsi="宋体"/>
          <w:sz w:val="28"/>
        </w:rPr>
        <w:t>三四名(塑胶场)</w:t>
      </w:r>
    </w:p>
    <w:p>
      <w:pPr>
        <w:spacing w:before="100" w:after="200" w:line="360" w:lineRule="auto"/>
        <w:ind w:firstLine="576"/>
        <w:jc w:val="left"/>
      </w:pPr>
      <w:r>
        <w:rPr>
          <w:rFonts w:ascii="宋体" w:eastAsia="宋体" w:hAnsi="宋体"/>
          <w:sz w:val="28"/>
        </w:rPr>
        <w:t>决赛(塑胶场)</w:t>
      </w:r>
    </w:p>
    <w:p>
      <w:pPr>
        <w:spacing w:before="100" w:after="200" w:line="360" w:lineRule="auto"/>
        <w:ind w:firstLine="576"/>
        <w:jc w:val="left"/>
      </w:pPr>
      <w:r>
        <w:rPr>
          <w:rFonts w:ascii="宋体" w:eastAsia="宋体" w:hAnsi="宋体"/>
          <w:sz w:val="28"/>
        </w:rPr>
        <w:t>篇3：活动策划书</w:t>
      </w:r>
    </w:p>
    <w:p>
      <w:pPr>
        <w:spacing w:before="100" w:after="200" w:line="360" w:lineRule="auto"/>
        <w:jc w:val="left"/>
      </w:pPr>
      <w:r>
        <w:rPr>
          <w:rFonts w:ascii="宋体 (中文正文)" w:eastAsia="宋体" w:hAnsi="宋体 (中文正文)"/>
          <w:b/>
          <w:sz w:val="28"/>
        </w:rPr>
        <w:t>一、指导思想</w:t>
      </w:r>
    </w:p>
    <w:p>
      <w:pPr>
        <w:spacing w:before="100" w:after="200" w:line="360" w:lineRule="auto"/>
        <w:ind w:firstLine="576"/>
        <w:jc w:val="left"/>
      </w:pPr>
      <w:r>
        <w:rPr>
          <w:rFonts w:ascii="宋体" w:eastAsia="宋体" w:hAnsi="宋体"/>
          <w:sz w:val="28"/>
        </w:rPr>
        <w:t>为了进一步丰富学校的校园文化生活，营造浓厚的校园文化氛围，深化学校的艺术教育工作，艺术节旨在面向全体学生，注重普及，通过开展丰富多彩的艺术活动，激发学生对艺术的兴趣和爱好。这一次，“六一活动与艺术节相结合，开展具有时代、校园和学生特色的艺术活动。</w:t>
      </w:r>
    </w:p>
    <w:p>
      <w:pPr>
        <w:spacing w:before="100" w:after="200" w:line="360" w:lineRule="auto"/>
        <w:jc w:val="left"/>
      </w:pPr>
      <w:r>
        <w:rPr>
          <w:rFonts w:ascii="宋体 (中文正文)" w:eastAsia="宋体" w:hAnsi="宋体 (中文正文)"/>
          <w:b/>
          <w:sz w:val="28"/>
        </w:rPr>
        <w:t>二、艺术节主题:</w:t>
      </w:r>
    </w:p>
    <w:p>
      <w:pPr>
        <w:spacing w:before="100" w:after="200" w:line="360" w:lineRule="auto"/>
        <w:ind w:firstLine="576"/>
        <w:jc w:val="left"/>
      </w:pPr>
      <w:r>
        <w:rPr>
          <w:rFonts w:ascii="宋体" w:eastAsia="宋体" w:hAnsi="宋体"/>
          <w:sz w:val="28"/>
        </w:rPr>
        <w:t>艺术让我们的生活更加丰富多彩。</w:t>
      </w:r>
    </w:p>
    <w:p>
      <w:pPr>
        <w:spacing w:before="100" w:after="200" w:line="360" w:lineRule="auto"/>
        <w:jc w:val="left"/>
      </w:pPr>
      <w:r>
        <w:rPr>
          <w:rFonts w:ascii="宋体 (中文正文)" w:eastAsia="宋体" w:hAnsi="宋体 (中文正文)"/>
          <w:b/>
          <w:sz w:val="28"/>
        </w:rPr>
        <w:t>三、活动时间:</w:t>
      </w:r>
    </w:p>
    <w:p>
      <w:pPr>
        <w:spacing w:before="100" w:after="200" w:line="360" w:lineRule="auto"/>
        <w:ind w:firstLine="576"/>
        <w:jc w:val="left"/>
      </w:pPr>
      <w:r>
        <w:rPr>
          <w:rFonts w:ascii="宋体" w:eastAsia="宋体" w:hAnsi="宋体"/>
          <w:sz w:val="28"/>
        </w:rPr>
        <w:t>20xx年5月11日-6月1日</w:t>
      </w:r>
    </w:p>
    <w:p>
      <w:pPr>
        <w:spacing w:before="100" w:after="200" w:line="360" w:lineRule="auto"/>
        <w:jc w:val="left"/>
      </w:pPr>
      <w:r>
        <w:rPr>
          <w:rFonts w:ascii="宋体 (中文正文)" w:eastAsia="宋体" w:hAnsi="宋体 (中文正文)"/>
          <w:b/>
          <w:sz w:val="28"/>
        </w:rPr>
        <w:t>四、活动:</w:t>
      </w:r>
    </w:p>
    <w:p>
      <w:pPr>
        <w:spacing w:before="100" w:after="200" w:line="360" w:lineRule="auto"/>
        <w:ind w:firstLine="576"/>
        <w:jc w:val="left"/>
      </w:pPr>
      <w:r>
        <w:rPr>
          <w:rFonts w:ascii="宋体" w:eastAsia="宋体" w:hAnsi="宋体"/>
          <w:sz w:val="28"/>
        </w:rPr>
        <w:t>全体师生</w:t>
      </w:r>
    </w:p>
    <w:p>
      <w:pPr>
        <w:spacing w:before="100" w:after="200" w:line="360" w:lineRule="auto"/>
        <w:ind w:firstLine="576"/>
        <w:jc w:val="left"/>
      </w:pPr>
      <w:r>
        <w:rPr>
          <w:rFonts w:ascii="宋体" w:eastAsia="宋体" w:hAnsi="宋体"/>
          <w:sz w:val="28"/>
        </w:rPr>
        <w:t>(1)领导小组:组长:赵校长</w:t>
      </w:r>
    </w:p>
    <w:p>
      <w:pPr>
        <w:spacing w:before="100" w:after="200" w:line="360" w:lineRule="auto"/>
        <w:ind w:firstLine="576"/>
        <w:jc w:val="left"/>
      </w:pPr>
      <w:r>
        <w:rPr>
          <w:rFonts w:ascii="宋体" w:eastAsia="宋体" w:hAnsi="宋体"/>
          <w:sz w:val="28"/>
        </w:rPr>
        <w:t>副组长:高苗詹荣成员:各班老师、学科老师</w:t>
      </w:r>
    </w:p>
    <w:p>
      <w:pPr>
        <w:spacing w:before="100" w:after="200" w:line="360" w:lineRule="auto"/>
        <w:ind w:firstLine="576"/>
        <w:jc w:val="left"/>
      </w:pPr>
      <w:r>
        <w:rPr>
          <w:rFonts w:ascii="宋体" w:eastAsia="宋体" w:hAnsi="宋体"/>
          <w:sz w:val="28"/>
        </w:rPr>
        <w:t>(2)法官小组成员:</w:t>
      </w:r>
    </w:p>
    <w:p>
      <w:pPr>
        <w:spacing w:before="100" w:after="200" w:line="360" w:lineRule="auto"/>
        <w:ind w:firstLine="576"/>
        <w:jc w:val="left"/>
      </w:pPr>
      <w:r>
        <w:rPr>
          <w:rFonts w:ascii="宋体" w:eastAsia="宋体" w:hAnsi="宋体"/>
          <w:sz w:val="28"/>
        </w:rPr>
        <w:t>赵恒邵建洲高李运国柏耀辉东夏柳岩苗小军张玉伟</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活动:</w:t>
      </w:r>
    </w:p>
    <w:p>
      <w:pPr>
        <w:spacing w:before="100" w:after="200" w:line="360" w:lineRule="auto"/>
        <w:ind w:firstLine="576"/>
        <w:jc w:val="left"/>
      </w:pPr>
      <w:r>
        <w:rPr>
          <w:rFonts w:ascii="宋体" w:eastAsia="宋体" w:hAnsi="宋体"/>
          <w:sz w:val="28"/>
        </w:rPr>
        <w:t>(一)班级:以班级和小组为单位，每个人都要参加展示要求:</w:t>
      </w:r>
    </w:p>
    <w:p>
      <w:pPr>
        <w:spacing w:before="100" w:after="200" w:line="360" w:lineRule="auto"/>
        <w:ind w:firstLine="576"/>
        <w:jc w:val="left"/>
      </w:pPr>
      <w:r>
        <w:rPr>
          <w:rFonts w:ascii="宋体" w:eastAsia="宋体" w:hAnsi="宋体"/>
          <w:sz w:val="28"/>
        </w:rPr>
        <w:t>1、以注重学生参与为目的，为学生搭建展示自我的舞台，树立学生的自信心，增加学生对艺术的兴趣。</w:t>
      </w:r>
    </w:p>
    <w:p>
      <w:pPr>
        <w:spacing w:before="100" w:after="200" w:line="360" w:lineRule="auto"/>
        <w:ind w:firstLine="576"/>
        <w:jc w:val="left"/>
      </w:pPr>
      <w:r>
        <w:rPr>
          <w:rFonts w:ascii="宋体" w:eastAsia="宋体" w:hAnsi="宋体"/>
          <w:sz w:val="28"/>
        </w:rPr>
        <w:t>2、表演形式不限，每个学生根据自己的特长(个人、两人一组或“快乐团队”为单位)等形式可以。主要是展示社区活动“美好的周三”活动的结果是主要的。</w:t>
      </w:r>
    </w:p>
    <w:p>
      <w:pPr>
        <w:spacing w:before="100" w:after="200" w:line="360" w:lineRule="auto"/>
        <w:ind w:firstLine="576"/>
        <w:jc w:val="left"/>
      </w:pPr>
      <w:r>
        <w:rPr>
          <w:rFonts w:ascii="宋体" w:eastAsia="宋体" w:hAnsi="宋体"/>
          <w:sz w:val="28"/>
        </w:rPr>
        <w:t>3、表演内容不限。可以是技巧上的表演，也可以是体育、音乐、艺术等方面的表演。(唱歌、跳舞、乐器、讲故事、朗诵等。)</w:t>
      </w:r>
    </w:p>
    <w:p>
      <w:pPr>
        <w:spacing w:before="100" w:after="200" w:line="360" w:lineRule="auto"/>
        <w:ind w:firstLine="576"/>
        <w:jc w:val="left"/>
      </w:pPr>
      <w:r>
        <w:rPr>
          <w:rFonts w:ascii="宋体" w:eastAsia="宋体" w:hAnsi="宋体"/>
          <w:sz w:val="28"/>
        </w:rPr>
        <w:t>4、书法、绘画、剪纸，以走秀的形式一起展示作品。</w:t>
      </w:r>
    </w:p>
    <w:p>
      <w:pPr>
        <w:spacing w:before="100" w:after="200" w:line="360" w:lineRule="auto"/>
        <w:ind w:firstLine="576"/>
        <w:jc w:val="left"/>
      </w:pPr>
      <w:r>
        <w:rPr>
          <w:rFonts w:ascii="宋体" w:eastAsia="宋体" w:hAnsi="宋体"/>
          <w:sz w:val="28"/>
        </w:rPr>
        <w:t>(1)②导演:张晓霞、杨洁，其他老师协助排练。)</w:t>
      </w:r>
    </w:p>
    <w:p>
      <w:pPr>
        <w:spacing w:before="100" w:after="200" w:line="360" w:lineRule="auto"/>
        <w:ind w:firstLine="576"/>
        <w:jc w:val="left"/>
      </w:pPr>
      <w:r>
        <w:rPr>
          <w:rFonts w:ascii="宋体" w:eastAsia="宋体" w:hAnsi="宋体"/>
          <w:sz w:val="28"/>
        </w:rPr>
        <w:t>五年级和一至五年级每个班至少有一个项目。六年级的两个班联合起来制作一个大型节目。13个社区团体每个都有一个项目，包括书法、绘画和剪纸。</w:t>
      </w:r>
    </w:p>
    <w:p>
      <w:pPr>
        <w:spacing w:before="100" w:after="200" w:line="360" w:lineRule="auto"/>
        <w:ind w:firstLine="576"/>
        <w:jc w:val="left"/>
      </w:pPr>
      <w:r>
        <w:rPr>
          <w:rFonts w:ascii="宋体" w:eastAsia="宋体" w:hAnsi="宋体"/>
          <w:sz w:val="28"/>
        </w:rPr>
        <w:t>6、有些老师可以和学生在同一个舞台上表演。</w:t>
      </w:r>
    </w:p>
    <w:p>
      <w:pPr>
        <w:spacing w:before="100" w:after="200" w:line="360" w:lineRule="auto"/>
        <w:ind w:firstLine="576"/>
        <w:jc w:val="left"/>
      </w:pPr>
      <w:r>
        <w:rPr>
          <w:rFonts w:ascii="宋体" w:eastAsia="宋体" w:hAnsi="宋体"/>
          <w:sz w:val="28"/>
        </w:rPr>
        <w:t>活动安排:</w:t>
      </w:r>
    </w:p>
    <w:p>
      <w:pPr>
        <w:spacing w:before="100" w:after="200" w:line="360" w:lineRule="auto"/>
        <w:ind w:firstLine="576"/>
        <w:jc w:val="left"/>
      </w:pPr>
      <w:r>
        <w:rPr>
          <w:rFonts w:ascii="宋体" w:eastAsia="宋体" w:hAnsi="宋体"/>
          <w:sz w:val="28"/>
        </w:rPr>
        <w:t>(1)宣传启动阶段及庆典“6月1日”艺术展和艺术节开幕式。</w:t>
      </w:r>
    </w:p>
    <w:p>
      <w:pPr>
        <w:spacing w:before="100" w:after="200" w:line="360" w:lineRule="auto"/>
        <w:ind w:firstLine="576"/>
        <w:jc w:val="left"/>
      </w:pPr>
      <w:r>
        <w:rPr>
          <w:rFonts w:ascii="宋体" w:eastAsia="宋体" w:hAnsi="宋体"/>
          <w:sz w:val="28"/>
        </w:rPr>
        <w:t>1、利用升旗仪式召开全校师生动员大会，让全校师生了解举办艺术节的意义，了解本次艺术节的主题、内容和艺术展示形式。</w:t>
      </w:r>
    </w:p>
    <w:p>
      <w:pPr>
        <w:spacing w:before="100" w:after="200" w:line="360" w:lineRule="auto"/>
        <w:ind w:firstLine="576"/>
        <w:jc w:val="left"/>
      </w:pPr>
      <w:r>
        <w:rPr>
          <w:rFonts w:ascii="宋体" w:eastAsia="宋体" w:hAnsi="宋体"/>
          <w:sz w:val="28"/>
        </w:rPr>
        <w:t>2、制定切实可行的艺术节活动计划和相关活动周的具体活动计划，以保证全校全体师生的参与和各年级各班艺术活动的全面深入开展。</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(2)全面实施阶段</w:t>
      </w:r>
    </w:p>
    <w:p>
      <w:pPr>
        <w:spacing w:before="100" w:after="200" w:line="360" w:lineRule="auto"/>
        <w:ind w:firstLine="576"/>
        <w:jc w:val="left"/>
      </w:pPr>
      <w:r>
        <w:rPr>
          <w:rFonts w:ascii="宋体" w:eastAsia="宋体" w:hAnsi="宋体"/>
          <w:sz w:val="28"/>
        </w:rPr>
        <w:t>1、这个节日旨在通过注重学生的参与来促进素质教育，使所有成员都能用手和大脑，愉快地参与，体验快乐，得到锻炼，享受成功的喜悦。</w:t>
      </w:r>
    </w:p>
    <w:p>
      <w:pPr>
        <w:spacing w:before="100" w:after="200" w:line="360" w:lineRule="auto"/>
        <w:ind w:firstLine="576"/>
        <w:jc w:val="left"/>
      </w:pPr>
      <w:r>
        <w:rPr>
          <w:rFonts w:ascii="宋体" w:eastAsia="宋体" w:hAnsi="宋体"/>
          <w:sz w:val="28"/>
        </w:rPr>
        <w:t>2、积极营造丰富的文化艺术氛围，利用主题小组会议、红领巾电台、学校网站等阵地播放校园歌曲，欣赏世界名曲，欣赏优秀书画作品</w:t>
      </w:r>
    </w:p>
    <w:p>
      <w:pPr>
        <w:spacing w:before="100" w:after="200" w:line="360" w:lineRule="auto"/>
        <w:ind w:firstLine="576"/>
        <w:jc w:val="left"/>
      </w:pPr>
      <w:r>
        <w:rPr>
          <w:rFonts w:ascii="宋体" w:eastAsia="宋体" w:hAnsi="宋体"/>
          <w:sz w:val="28"/>
        </w:rPr>
        <w:t>等形式激发学生对艺术的兴趣，培养学生感受美和创造美的能力。</w:t>
      </w:r>
    </w:p>
    <w:p>
      <w:pPr>
        <w:spacing w:before="100" w:after="200" w:line="360" w:lineRule="auto"/>
        <w:ind w:firstLine="576"/>
        <w:jc w:val="left"/>
      </w:pPr>
      <w:r>
        <w:rPr>
          <w:rFonts w:ascii="宋体" w:eastAsia="宋体" w:hAnsi="宋体"/>
          <w:sz w:val="28"/>
        </w:rPr>
        <w:t>3、每一位班主任都要积极配合，精心组织，指导本班参演项目和节目的准备和排练，做好学生报名工作。</w:t>
      </w:r>
    </w:p>
    <w:p>
      <w:pPr>
        <w:spacing w:before="100" w:after="200" w:line="360" w:lineRule="auto"/>
        <w:ind w:firstLine="576"/>
        <w:jc w:val="left"/>
      </w:pPr>
      <w:r>
        <w:rPr>
          <w:rFonts w:ascii="宋体" w:eastAsia="宋体" w:hAnsi="宋体"/>
          <w:sz w:val="28"/>
        </w:rPr>
        <w:t>4、社团要在周三组织各种活动和比赛。</w:t>
      </w:r>
    </w:p>
    <w:p>
      <w:pPr>
        <w:spacing w:before="100" w:after="200" w:line="360" w:lineRule="auto"/>
        <w:ind w:firstLine="576"/>
        <w:jc w:val="left"/>
      </w:pPr>
      <w:r>
        <w:rPr>
          <w:rFonts w:ascii="宋体" w:eastAsia="宋体" w:hAnsi="宋体"/>
          <w:sz w:val="28"/>
        </w:rPr>
        <w:t>5、美术组、书法组、剪纸组应组织作品的放映。(3)庆祝“6月1日”文艺表演和艺术节闭幕式。</w:t>
      </w:r>
    </w:p>
    <w:p>
      <w:pPr>
        <w:spacing w:before="100" w:after="200" w:line="360" w:lineRule="auto"/>
        <w:ind w:firstLine="576"/>
        <w:jc w:val="left"/>
      </w:pPr>
      <w:r>
        <w:rPr>
          <w:rFonts w:ascii="宋体" w:eastAsia="宋体" w:hAnsi="宋体"/>
          <w:sz w:val="28"/>
        </w:rPr>
        <w:t>学校定于6月1日上午8点举行艺术节综合表演。在此之前，相关人员要做好各种准备。</w:t>
      </w:r>
    </w:p>
    <w:p>
      <w:pPr>
        <w:spacing w:before="100" w:after="200" w:line="360" w:lineRule="auto"/>
        <w:ind w:firstLine="576"/>
        <w:jc w:val="left"/>
      </w:pPr>
      <w:r>
        <w:rPr>
          <w:rFonts w:ascii="宋体" w:eastAsia="宋体" w:hAnsi="宋体"/>
          <w:sz w:val="28"/>
        </w:rPr>
        <w:t>节日活动时间表:</w:t>
      </w:r>
    </w:p>
    <w:p>
      <w:pPr>
        <w:spacing w:before="100" w:after="200" w:line="360" w:lineRule="auto"/>
        <w:jc w:val="left"/>
      </w:pPr>
      <w:r>
        <w:rPr>
          <w:rFonts w:ascii="宋体 (中文正文)" w:eastAsia="宋体" w:hAnsi="宋体 (中文正文)"/>
          <w:b/>
          <w:sz w:val="28"/>
        </w:rPr>
        <w:t>七、奖项设置:</w:t>
      </w:r>
    </w:p>
    <w:p>
      <w:pPr>
        <w:spacing w:before="100" w:after="200" w:line="360" w:lineRule="auto"/>
        <w:ind w:firstLine="576"/>
        <w:jc w:val="left"/>
      </w:pPr>
      <w:r>
        <w:rPr>
          <w:rFonts w:ascii="宋体" w:eastAsia="宋体" w:hAnsi="宋体"/>
          <w:sz w:val="28"/>
        </w:rPr>
        <w:t>活动奖项分为舞蹈班、语言班、合唱班和体育班。(暂定。根据报纸上的节目进行调整。)</w:t>
      </w:r>
    </w:p>
    <w:p>
      <w:pPr>
        <w:spacing w:before="100" w:after="200" w:line="360" w:lineRule="auto"/>
        <w:jc w:val="left"/>
      </w:pPr>
      <w:r>
        <w:rPr>
          <w:rFonts w:ascii="宋体 (中文正文)" w:eastAsia="宋体" w:hAnsi="宋体 (中文正文)"/>
          <w:b/>
          <w:sz w:val="28"/>
        </w:rPr>
        <w:t>八、注意事项:</w:t>
      </w:r>
    </w:p>
    <w:p>
      <w:pPr>
        <w:spacing w:before="100" w:after="200" w:line="360" w:lineRule="auto"/>
        <w:ind w:firstLine="576"/>
        <w:jc w:val="left"/>
      </w:pPr>
      <w:r>
        <w:rPr>
          <w:rFonts w:ascii="宋体" w:eastAsia="宋体" w:hAnsi="宋体"/>
          <w:sz w:val="28"/>
        </w:rPr>
        <w:t>1、请于5月22日前将节目单报至学校大队部(纪建霞)，学校将于5月28日筛选各班文艺节目。</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2、安全:服从责任老师的安排，按要求行事。(负责人:班主任加强教育)</w:t>
      </w:r>
    </w:p>
    <w:p>
      <w:pPr>
        <w:spacing w:before="100" w:after="200" w:line="360" w:lineRule="auto"/>
        <w:ind w:firstLine="576"/>
        <w:jc w:val="left"/>
      </w:pPr>
      <w:r>
        <w:rPr>
          <w:rFonts w:ascii="宋体" w:eastAsia="宋体" w:hAnsi="宋体"/>
          <w:sz w:val="28"/>
        </w:rPr>
        <w:t>3、文明:自觉排队，不拥挤，礼貌谦和。</w:t>
      </w:r>
    </w:p>
    <w:p>
      <w:pPr>
        <w:spacing w:before="100" w:after="200" w:line="360" w:lineRule="auto"/>
        <w:ind w:firstLine="576"/>
        <w:jc w:val="left"/>
      </w:pPr>
      <w:r>
        <w:rPr>
          <w:rFonts w:ascii="宋体" w:eastAsia="宋体" w:hAnsi="宋体"/>
          <w:sz w:val="28"/>
        </w:rPr>
        <w:t>4、卫生:做好个人卫生，不乱扔果壳、纸屑、包装袋等废弃物，主动清理周围垃圾。活动结束后，打扫活动场所。</w:t>
      </w:r>
    </w:p>
    <w:p>
      <w:pPr>
        <w:spacing w:before="100" w:after="200" w:line="360" w:lineRule="auto"/>
        <w:ind w:firstLine="576"/>
        <w:jc w:val="left"/>
      </w:pPr>
      <w:r>
        <w:rPr>
          <w:rFonts w:ascii="宋体" w:eastAsia="宋体" w:hAnsi="宋体"/>
          <w:sz w:val="28"/>
        </w:rPr>
        <w:t>5、纪律:学生着装整洁，戴红领巾(保证当天红领巾干净)，遵守各项规定，有事向班主任请假。(负责人:班主任)</w:t>
      </w:r>
    </w:p>
    <w:p>
      <w:pPr>
        <w:spacing w:before="100" w:after="200" w:line="360" w:lineRule="auto"/>
        <w:ind w:firstLine="576"/>
        <w:jc w:val="left"/>
      </w:pPr>
      <w:r>
        <w:rPr>
          <w:rFonts w:ascii="宋体" w:eastAsia="宋体" w:hAnsi="宋体"/>
          <w:sz w:val="28"/>
        </w:rPr>
        <w:t>6、班主任要加强责任心，保证不出事故。(班主任全程参与活动)小贴士:天热，请通知学生防暑降温。</w:t>
      </w:r>
    </w:p>
    <w:p>
      <w:pPr>
        <w:spacing w:before="100" w:after="200" w:line="360" w:lineRule="auto"/>
        <w:jc w:val="left"/>
      </w:pPr>
      <w:r>
        <w:rPr>
          <w:rFonts w:ascii="宋体 (中文正文)" w:eastAsia="宋体" w:hAnsi="宋体 (中文正文)"/>
          <w:b/>
          <w:sz w:val="28"/>
        </w:rPr>
        <w:t>九、员工安排:</w:t>
      </w:r>
    </w:p>
    <w:p>
      <w:pPr>
        <w:spacing w:before="100" w:after="200" w:line="360" w:lineRule="auto"/>
        <w:ind w:firstLine="576"/>
        <w:jc w:val="left"/>
      </w:pPr>
      <w:r>
        <w:rPr>
          <w:rFonts w:ascii="宋体" w:eastAsia="宋体" w:hAnsi="宋体"/>
          <w:sz w:val="28"/>
        </w:rPr>
        <w:t>1、总体规划:赵恒</w:t>
      </w:r>
    </w:p>
    <w:p>
      <w:pPr>
        <w:spacing w:before="100" w:after="200" w:line="360" w:lineRule="auto"/>
        <w:ind w:firstLine="576"/>
        <w:jc w:val="left"/>
      </w:pPr>
      <w:r>
        <w:rPr>
          <w:rFonts w:ascii="宋体" w:eastAsia="宋体" w:hAnsi="宋体"/>
          <w:sz w:val="28"/>
        </w:rPr>
        <w:t>2、副总策划:苗晓军高刘运国王欣展荣纪健夏3。执行策划:冀建霞</w:t>
      </w:r>
    </w:p>
    <w:p>
      <w:pPr>
        <w:spacing w:before="100" w:after="200" w:line="360" w:lineRule="auto"/>
        <w:ind w:firstLine="576"/>
        <w:jc w:val="left"/>
      </w:pPr>
      <w:r>
        <w:rPr>
          <w:rFonts w:ascii="宋体" w:eastAsia="宋体" w:hAnsi="宋体"/>
          <w:sz w:val="28"/>
        </w:rPr>
        <w:t>4、导演:刘艳丽·姚辉·冀建霞</w:t>
      </w:r>
    </w:p>
    <w:p>
      <w:pPr>
        <w:spacing w:before="100" w:after="200" w:line="360" w:lineRule="auto"/>
        <w:ind w:firstLine="576"/>
        <w:jc w:val="left"/>
      </w:pPr>
      <w:r>
        <w:rPr>
          <w:rFonts w:ascii="宋体" w:eastAsia="宋体" w:hAnsi="宋体"/>
          <w:sz w:val="28"/>
        </w:rPr>
        <w:t>5、主持人:冀建霞刘彩霞高张海岳王巍博文</w:t>
      </w:r>
    </w:p>
    <w:p>
      <w:pPr>
        <w:spacing w:before="100" w:after="200" w:line="360" w:lineRule="auto"/>
        <w:ind w:firstLine="576"/>
        <w:jc w:val="left"/>
      </w:pPr>
      <w:r>
        <w:rPr>
          <w:rFonts w:ascii="宋体" w:eastAsia="宋体" w:hAnsi="宋体"/>
          <w:sz w:val="28"/>
        </w:rPr>
        <w:t>6、场地布置:白继云</w:t>
      </w:r>
    </w:p>
    <w:p>
      <w:pPr>
        <w:spacing w:before="100" w:after="200" w:line="360" w:lineRule="auto"/>
        <w:ind w:firstLine="576"/>
        <w:jc w:val="left"/>
      </w:pPr>
      <w:r>
        <w:rPr>
          <w:rFonts w:ascii="宋体" w:eastAsia="宋体" w:hAnsi="宋体"/>
          <w:sz w:val="28"/>
        </w:rPr>
        <w:t>7、声音:段玉山</w:t>
      </w:r>
    </w:p>
    <w:p>
      <w:pPr>
        <w:spacing w:before="100" w:after="200" w:line="360" w:lineRule="auto"/>
        <w:ind w:firstLine="576"/>
        <w:jc w:val="left"/>
      </w:pPr>
      <w:r>
        <w:rPr>
          <w:rFonts w:ascii="宋体" w:eastAsia="宋体" w:hAnsi="宋体"/>
          <w:sz w:val="28"/>
        </w:rPr>
        <w:t>8、音乐演奏:段玉山</w:t>
      </w:r>
    </w:p>
    <w:p>
      <w:pPr>
        <w:spacing w:before="100" w:after="200" w:line="360" w:lineRule="auto"/>
        <w:ind w:firstLine="576"/>
        <w:jc w:val="left"/>
      </w:pPr>
      <w:r>
        <w:rPr>
          <w:rFonts w:ascii="宋体" w:eastAsia="宋体" w:hAnsi="宋体"/>
          <w:sz w:val="28"/>
        </w:rPr>
        <w:t>9、摄影及上传活动:刘鑫</w:t>
      </w:r>
    </w:p>
    <w:p>
      <w:pPr>
        <w:spacing w:before="100" w:after="200" w:line="360" w:lineRule="auto"/>
        <w:ind w:firstLine="576"/>
        <w:jc w:val="left"/>
      </w:pPr>
      <w:r>
        <w:rPr>
          <w:rFonts w:ascii="宋体" w:eastAsia="宋体" w:hAnsi="宋体"/>
          <w:sz w:val="28"/>
        </w:rPr>
        <w:t>10、安全卫生保健:孙和保安。</w:t>
      </w:r>
    </w:p>
    <w:p>
      <w:pPr>
        <w:spacing w:before="100" w:after="200" w:line="360" w:lineRule="auto"/>
        <w:ind w:firstLine="576"/>
        <w:jc w:val="left"/>
      </w:pPr>
      <w:r>
        <w:rPr>
          <w:rFonts w:ascii="宋体" w:eastAsia="宋体" w:hAnsi="宋体"/>
          <w:sz w:val="28"/>
        </w:rPr>
        <w:t>11、统计:和宝佘成岭(地点:2(3))</w:t>
      </w:r>
    </w:p>
    <w:p>
      <w:pPr>
        <w:spacing w:before="100" w:after="200" w:line="360" w:lineRule="auto"/>
        <w:ind w:firstLine="576"/>
        <w:jc w:val="left"/>
      </w:pPr>
      <w:r>
        <w:rPr>
          <w:rFonts w:ascii="宋体" w:eastAsia="宋体" w:hAnsi="宋体"/>
          <w:sz w:val="28"/>
        </w:rPr>
        <w:t>12、写奖状:王占荣(地点:2(3))</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r>
        <w:rPr>
          <w:rFonts w:ascii="宋体" w:eastAsia="宋体" w:hAnsi="宋体"/>
          <w:sz w:val="28"/>
        </w:rPr>
        <w:t>篇4：活动策划书</w:t>
      </w:r>
    </w:p>
    <w:p>
      <w:pPr>
        <w:spacing w:before="100" w:after="200" w:line="360" w:lineRule="auto"/>
        <w:jc w:val="left"/>
      </w:pPr>
      <w:r>
        <w:rPr>
          <w:rFonts w:ascii="宋体 (中文正文)" w:eastAsia="宋体" w:hAnsi="宋体 (中文正文)"/>
          <w:b/>
          <w:sz w:val="28"/>
        </w:rPr>
        <w:t>一、活动的背景是墙内盛开，墙外芬芳，春城的阳光四射。绿色高速交通，和美国“亚洲”心舒心。</w:t>
      </w:r>
    </w:p>
    <w:p>
      <w:pPr>
        <w:spacing w:before="100" w:after="200" w:line="360" w:lineRule="auto"/>
        <w:ind w:firstLine="576"/>
        <w:jc w:val="left"/>
      </w:pPr>
      <w:r>
        <w:rPr>
          <w:rFonts w:ascii="宋体" w:eastAsia="宋体" w:hAnsi="宋体"/>
          <w:sz w:val="28"/>
        </w:rPr>
        <w:t>昆明四季如春，尤其是呈贡公路沿线的花草树木绿意盎然，令人心旷神怡。整天坐在家里或办公室的人应该出去活动呼吸新鲜空气，定期骑自行车，锻炼身体，欣赏美丽的风景，以促进身心的健康发展。</w:t>
      </w:r>
    </w:p>
    <w:p>
      <w:pPr>
        <w:spacing w:before="100" w:after="200" w:line="360" w:lineRule="auto"/>
        <w:jc w:val="left"/>
      </w:pPr>
      <w:r>
        <w:rPr>
          <w:rFonts w:ascii="宋体 (中文正文)" w:eastAsia="宋体" w:hAnsi="宋体 (中文正文)"/>
          <w:b/>
          <w:sz w:val="28"/>
        </w:rPr>
        <w:t>二、活动的目的</w:t>
      </w:r>
    </w:p>
    <w:p>
      <w:pPr>
        <w:spacing w:before="100" w:after="200" w:line="360" w:lineRule="auto"/>
        <w:ind w:firstLine="576"/>
        <w:jc w:val="left"/>
      </w:pPr>
      <w:r>
        <w:rPr>
          <w:rFonts w:ascii="宋体" w:eastAsia="宋体" w:hAnsi="宋体"/>
          <w:sz w:val="28"/>
        </w:rPr>
        <w:t>(1)通过骑自行车传播文明交通和绿色旅游，倡导健康、进步、时尚和环保的生活理念。促进社区居民身心健康发展，使其闲暇时间更加丰富多彩，增进业主与物业之间的感情。</w:t>
      </w:r>
    </w:p>
    <w:p>
      <w:pPr>
        <w:spacing w:before="100" w:after="200" w:line="360" w:lineRule="auto"/>
        <w:ind w:firstLine="576"/>
        <w:jc w:val="left"/>
      </w:pPr>
      <w:r>
        <w:rPr>
          <w:rFonts w:ascii="宋体" w:eastAsia="宋体" w:hAnsi="宋体"/>
          <w:sz w:val="28"/>
        </w:rPr>
        <w:t>(2)通过这次公益活动提升公司的品牌形象。</w:t>
      </w:r>
    </w:p>
    <w:p>
      <w:pPr>
        <w:spacing w:before="100" w:after="200" w:line="360" w:lineRule="auto"/>
        <w:jc w:val="left"/>
      </w:pPr>
      <w:r>
        <w:rPr>
          <w:rFonts w:ascii="宋体 (中文正文)" w:eastAsia="宋体" w:hAnsi="宋体 (中文正文)"/>
          <w:b/>
          <w:sz w:val="28"/>
        </w:rPr>
        <w:t>三、组织者</w:t>
      </w:r>
    </w:p>
    <w:p>
      <w:pPr>
        <w:spacing w:before="100" w:after="200" w:line="360" w:lineRule="auto"/>
        <w:ind w:firstLine="576"/>
        <w:jc w:val="left"/>
      </w:pPr>
      <w:r>
        <w:rPr>
          <w:rFonts w:ascii="宋体" w:eastAsia="宋体" w:hAnsi="宋体"/>
          <w:sz w:val="28"/>
        </w:rPr>
        <w:t>昆明凯威物业管理有限公司</w:t>
      </w:r>
    </w:p>
    <w:p>
      <w:pPr>
        <w:spacing w:before="100" w:after="200" w:line="360" w:lineRule="auto"/>
        <w:jc w:val="left"/>
      </w:pPr>
      <w:r>
        <w:rPr>
          <w:rFonts w:ascii="宋体 (中文正文)" w:eastAsia="宋体" w:hAnsi="宋体 (中文正文)"/>
          <w:b/>
          <w:sz w:val="28"/>
        </w:rPr>
        <w:t>四、活动主题</w:t>
      </w:r>
    </w:p>
    <w:p>
      <w:pPr>
        <w:spacing w:before="100" w:after="200" w:line="360" w:lineRule="auto"/>
        <w:ind w:firstLine="576"/>
        <w:jc w:val="left"/>
      </w:pPr>
      <w:r>
        <w:rPr>
          <w:rFonts w:ascii="宋体" w:eastAsia="宋体" w:hAnsi="宋体"/>
          <w:sz w:val="28"/>
        </w:rPr>
        <w:t>创造绿色高速，畅游美国和“亚洲”</w:t>
      </w:r>
    </w:p>
    <w:p>
      <w:pPr>
        <w:spacing w:before="100" w:after="200" w:line="360" w:lineRule="auto"/>
        <w:ind w:firstLine="576"/>
        <w:jc w:val="left"/>
      </w:pPr>
      <w:r>
        <w:rPr>
          <w:rFonts w:ascii="宋体" w:eastAsia="宋体" w:hAnsi="宋体"/>
          <w:sz w:val="28"/>
        </w:rPr>
        <w:t>动词（verb的缩写）工字续时间</w:t>
      </w:r>
    </w:p>
    <w:p>
      <w:pPr>
        <w:spacing w:before="100" w:after="200" w:line="360" w:lineRule="auto"/>
        <w:ind w:firstLine="576"/>
        <w:jc w:val="left"/>
      </w:pPr>
      <w:r>
        <w:rPr>
          <w:rFonts w:ascii="宋体" w:eastAsia="宋体" w:hAnsi="宋体"/>
          <w:sz w:val="28"/>
        </w:rPr>
        <w:t>20xx年8月9日，上午8:30-12:00</w:t>
      </w:r>
    </w:p>
    <w:p>
      <w:pPr>
        <w:spacing w:before="100" w:after="200" w:line="360" w:lineRule="auto"/>
        <w:ind w:firstLine="576"/>
        <w:jc w:val="left"/>
      </w:pPr>
      <w:r>
        <w:rPr>
          <w:rFonts w:ascii="宋体" w:eastAsia="宋体" w:hAnsi="宋体"/>
          <w:sz w:val="28"/>
        </w:rPr>
        <w:t>不及物动词活动模式</w:t>
      </w:r>
    </w:p>
    <w:p>
      <w:pPr>
        <w:spacing w:before="100" w:after="200" w:line="360" w:lineRule="auto"/>
        <w:ind w:firstLine="576"/>
        <w:jc w:val="left"/>
      </w:pPr>
      <w:r>
        <w:rPr>
          <w:rFonts w:ascii="宋体" w:eastAsia="宋体" w:hAnsi="宋体"/>
          <w:sz w:val="28"/>
        </w:rPr>
        <w:t>凯威物业管理有限公司从新亚体育城到呈贡县广场，宣传组织了一至七期、杜兴区、商业街区的30名业主，以及物业公司的10名相关组织人员。</w:t>
      </w:r>
    </w:p>
    <w:p>
      <w:pPr>
        <w:spacing w:before="100" w:after="200" w:line="360" w:lineRule="auto"/>
        <w:jc w:val="left"/>
        <w:sectPr w:rsidSect="00034616">
          <w:type w:val="nextPage"/>
          <w:pgSz w:w="11906" w:h="16838"/>
          <w:pgMar w:top="1440" w:right="1440" w:bottom="1440" w:left="1440" w:header="720" w:footer="720" w:gutter="0"/>
          <w:pgNumType w:start="12"/>
          <w:cols w:space="720"/>
          <w:titlePg w:val="0"/>
          <w:docGrid w:linePitch="360"/>
        </w:sectPr>
      </w:pPr>
      <w:r>
        <w:rPr>
          <w:rFonts w:ascii="宋体 (中文正文)" w:eastAsia="宋体" w:hAnsi="宋体 (中文正文)"/>
          <w:b/>
          <w:sz w:val="28"/>
        </w:rPr>
        <w:t>五、活动安排</w:t>
      </w:r>
    </w:p>
    <w:p>
      <w:pPr>
        <w:spacing w:before="100" w:after="200" w:line="360" w:lineRule="auto"/>
        <w:ind w:firstLine="576"/>
        <w:jc w:val="left"/>
      </w:pPr>
      <w:r>
        <w:rPr>
          <w:rFonts w:ascii="宋体" w:eastAsia="宋体" w:hAnsi="宋体"/>
          <w:sz w:val="28"/>
        </w:rPr>
        <w:t>20xx年8月9日周六，上午8点在新亚体育城广场集合。聚会前，请准备好自己的个人物品。8: 30从新亚洲体育城出发，从广府立交桥北站乘坐12路公交车到呈贡广场。</w:t>
      </w:r>
    </w:p>
    <w:p>
      <w:pPr>
        <w:spacing w:before="100" w:after="200" w:line="360" w:lineRule="auto"/>
        <w:ind w:firstLine="576"/>
        <w:jc w:val="left"/>
      </w:pPr>
      <w:r>
        <w:rPr>
          <w:rFonts w:ascii="宋体" w:eastAsia="宋体" w:hAnsi="宋体"/>
          <w:sz w:val="28"/>
        </w:rPr>
        <w:t>到达广场后，合影20分钟，11点返回。12点前到达新亚体育城起点。</w:t>
      </w:r>
    </w:p>
    <w:p>
      <w:pPr>
        <w:spacing w:before="100" w:after="200" w:line="360" w:lineRule="auto"/>
        <w:jc w:val="left"/>
      </w:pPr>
      <w:r>
        <w:rPr>
          <w:rFonts w:ascii="宋体 (中文正文)" w:eastAsia="宋体" w:hAnsi="宋体 (中文正文)"/>
          <w:b/>
          <w:sz w:val="28"/>
        </w:rPr>
        <w:t>六、活动说明</w:t>
      </w:r>
    </w:p>
    <w:p>
      <w:pPr>
        <w:spacing w:before="100" w:after="200" w:line="360" w:lineRule="auto"/>
        <w:ind w:firstLine="576"/>
        <w:jc w:val="left"/>
      </w:pPr>
      <w:r>
        <w:rPr>
          <w:rFonts w:ascii="宋体" w:eastAsia="宋体" w:hAnsi="宋体"/>
          <w:sz w:val="28"/>
        </w:rPr>
        <w:t>(1)单车活动旨在提供良好的交流平台，所有成员必须以追求健康、自助环保、团结友好的态度参与。</w:t>
      </w:r>
    </w:p>
    <w:p>
      <w:pPr>
        <w:spacing w:before="100" w:after="200" w:line="360" w:lineRule="auto"/>
        <w:ind w:firstLine="576"/>
        <w:jc w:val="left"/>
      </w:pPr>
      <w:r>
        <w:rPr>
          <w:rFonts w:ascii="宋体" w:eastAsia="宋体" w:hAnsi="宋体"/>
          <w:sz w:val="28"/>
        </w:rPr>
        <w:t>(2)承担户外活动中的一切风险，包括使用交通工具和其他第三方设施的风险；如果在活动中受伤，包括滑倒、跌倒、日晒和其他自然和人为因素，个人应承担自己的责任或向造成损害的直接方索赔。</w:t>
      </w:r>
    </w:p>
    <w:p>
      <w:pPr>
        <w:spacing w:before="100" w:after="200" w:line="360" w:lineRule="auto"/>
        <w:ind w:firstLine="576"/>
        <w:jc w:val="left"/>
      </w:pPr>
      <w:r>
        <w:rPr>
          <w:rFonts w:ascii="宋体" w:eastAsia="宋体" w:hAnsi="宋体"/>
          <w:sz w:val="28"/>
        </w:rPr>
        <w:t>(3)因参与者个人不遵守活动规定或活动场所的安全规定而造成事故的，除自行负责外，还应对给他人造成的损失负责。</w:t>
      </w:r>
    </w:p>
    <w:p>
      <w:pPr>
        <w:spacing w:before="100" w:after="200" w:line="360" w:lineRule="auto"/>
        <w:ind w:firstLine="576"/>
        <w:jc w:val="left"/>
      </w:pPr>
      <w:r>
        <w:rPr>
          <w:rFonts w:ascii="宋体" w:eastAsia="宋体" w:hAnsi="宋体"/>
          <w:sz w:val="28"/>
        </w:rPr>
        <w:t>(4)骑行前一天晚上，需要对自己的自行车进行一次“体检”，带上自己所有的衣服和自行车修理工具，准备好常用的药物。</w:t>
      </w:r>
    </w:p>
    <w:p>
      <w:pPr>
        <w:spacing w:before="100" w:after="200" w:line="360" w:lineRule="auto"/>
        <w:ind w:firstLine="576"/>
        <w:jc w:val="left"/>
      </w:pPr>
      <w:r>
        <w:rPr>
          <w:rFonts w:ascii="宋体" w:eastAsia="宋体" w:hAnsi="宋体"/>
          <w:sz w:val="28"/>
        </w:rPr>
        <w:t>(5)活动可能因天气原因取消或推迟。</w:t>
      </w:r>
    </w:p>
    <w:p>
      <w:pPr>
        <w:spacing w:before="100" w:after="200" w:line="360" w:lineRule="auto"/>
        <w:ind w:firstLine="576"/>
        <w:jc w:val="left"/>
      </w:pPr>
      <w:r>
        <w:rPr>
          <w:rFonts w:ascii="宋体" w:eastAsia="宋体" w:hAnsi="宋体"/>
          <w:sz w:val="28"/>
        </w:rPr>
        <w:t>(6)本次活动为非营利性骑行活动，参与者需对自身安全负责。</w:t>
      </w:r>
    </w:p>
    <w:p>
      <w:pPr>
        <w:spacing w:before="100" w:after="200" w:line="360" w:lineRule="auto"/>
        <w:ind w:firstLine="576"/>
        <w:jc w:val="left"/>
      </w:pPr>
      <w:r>
        <w:rPr>
          <w:rFonts w:ascii="宋体" w:eastAsia="宋体" w:hAnsi="宋体"/>
          <w:sz w:val="28"/>
        </w:rPr>
        <w:t>篇5：活动策划书</w:t>
      </w:r>
    </w:p>
    <w:p>
      <w:pPr>
        <w:spacing w:before="100" w:after="200" w:line="360" w:lineRule="auto"/>
        <w:jc w:val="left"/>
      </w:pPr>
      <w:r>
        <w:rPr>
          <w:rFonts w:ascii="宋体 (中文正文)" w:eastAsia="宋体" w:hAnsi="宋体 (中文正文)"/>
          <w:b/>
          <w:sz w:val="28"/>
        </w:rPr>
        <w:t>一、确定方案</w:t>
      </w:r>
    </w:p>
    <w:p>
      <w:pPr>
        <w:spacing w:before="100" w:after="200" w:line="360" w:lineRule="auto"/>
        <w:ind w:firstLine="576"/>
        <w:jc w:val="left"/>
        <w:sectPr w:rsidSect="00034616">
          <w:type w:val="nextPage"/>
          <w:pgSz w:w="11906" w:h="16838"/>
          <w:pgMar w:top="1440" w:right="1440" w:bottom="1440" w:left="1440" w:header="720" w:footer="720" w:gutter="0"/>
          <w:pgNumType w:start="13"/>
          <w:cols w:space="720"/>
          <w:titlePg w:val="0"/>
          <w:docGrid w:linePitch="360"/>
        </w:sectPr>
      </w:pPr>
      <w:r>
        <w:rPr>
          <w:rFonts w:ascii="宋体" w:eastAsia="宋体" w:hAnsi="宋体"/>
          <w:sz w:val="28"/>
        </w:rPr>
        <w:t>1、晚会的主题：送旧迎新</w:t>
      </w:r>
    </w:p>
    <w:p>
      <w:pPr>
        <w:spacing w:before="100" w:after="200" w:line="360" w:lineRule="auto"/>
        <w:ind w:firstLine="576"/>
        <w:jc w:val="left"/>
      </w:pPr>
      <w:r>
        <w:rPr>
          <w:rFonts w:ascii="宋体" w:eastAsia="宋体" w:hAnsi="宋体"/>
          <w:sz w:val="28"/>
        </w:rPr>
        <w:t>2、晚会的目的：为新老生交流提供一个平台，同时也为了下一届学生会成员更好的.开展工作。同时也为了表达对老一届学生会全体成员的感谢。</w:t>
      </w:r>
    </w:p>
    <w:p>
      <w:pPr>
        <w:spacing w:before="100" w:after="200" w:line="360" w:lineRule="auto"/>
        <w:ind w:firstLine="576"/>
        <w:jc w:val="left"/>
      </w:pPr>
      <w:r>
        <w:rPr>
          <w:rFonts w:ascii="宋体" w:eastAsia="宋体" w:hAnsi="宋体"/>
          <w:sz w:val="28"/>
        </w:rPr>
        <w:t>3、活动面向对象：外语学院全体学生会成员</w:t>
      </w:r>
    </w:p>
    <w:p>
      <w:pPr>
        <w:spacing w:before="100" w:after="200" w:line="360" w:lineRule="auto"/>
        <w:ind w:firstLine="576"/>
        <w:jc w:val="left"/>
      </w:pPr>
      <w:r>
        <w:rPr>
          <w:rFonts w:ascii="宋体" w:eastAsia="宋体" w:hAnsi="宋体"/>
          <w:sz w:val="28"/>
        </w:rPr>
        <w:t>4、晚会时间：2xxx年10月22日晚上7:00</w:t>
      </w:r>
    </w:p>
    <w:p>
      <w:pPr>
        <w:spacing w:before="100" w:after="200" w:line="360" w:lineRule="auto"/>
        <w:ind w:firstLine="576"/>
        <w:jc w:val="left"/>
      </w:pPr>
      <w:r>
        <w:rPr>
          <w:rFonts w:ascii="宋体" w:eastAsia="宋体" w:hAnsi="宋体"/>
          <w:sz w:val="28"/>
        </w:rPr>
        <w:t>5、地点：二栋教学楼教室暂定</w:t>
      </w:r>
    </w:p>
    <w:p>
      <w:pPr>
        <w:spacing w:before="100" w:after="200" w:line="360" w:lineRule="auto"/>
        <w:jc w:val="left"/>
      </w:pPr>
      <w:r>
        <w:rPr>
          <w:rFonts w:ascii="宋体 (中文正文)" w:eastAsia="宋体" w:hAnsi="宋体 (中文正文)"/>
          <w:b/>
          <w:sz w:val="28"/>
        </w:rPr>
        <w:t>二、具体工作与人员安排</w:t>
      </w:r>
    </w:p>
    <w:p>
      <w:pPr>
        <w:spacing w:before="100" w:after="200" w:line="360" w:lineRule="auto"/>
        <w:ind w:firstLine="576"/>
        <w:jc w:val="left"/>
      </w:pPr>
      <w:r>
        <w:rPr>
          <w:rFonts w:ascii="宋体" w:eastAsia="宋体" w:hAnsi="宋体"/>
          <w:sz w:val="28"/>
        </w:rPr>
        <w:t>（1）文体部：1、收集各部门节目表并初步排出节目单；</w:t>
      </w:r>
    </w:p>
    <w:p>
      <w:pPr>
        <w:spacing w:before="100" w:after="200" w:line="360" w:lineRule="auto"/>
        <w:ind w:firstLine="576"/>
        <w:jc w:val="left"/>
      </w:pPr>
      <w:r>
        <w:rPr>
          <w:rFonts w:ascii="宋体" w:eastAsia="宋体" w:hAnsi="宋体"/>
          <w:sz w:val="28"/>
        </w:rPr>
        <w:t>2、日确定主持人和新旧生发言代表；</w:t>
      </w:r>
    </w:p>
    <w:p>
      <w:pPr>
        <w:spacing w:before="100" w:after="200" w:line="360" w:lineRule="auto"/>
        <w:ind w:firstLine="576"/>
        <w:jc w:val="left"/>
      </w:pPr>
      <w:r>
        <w:rPr>
          <w:rFonts w:ascii="宋体" w:eastAsia="宋体" w:hAnsi="宋体"/>
          <w:sz w:val="28"/>
        </w:rPr>
        <w:t>3、晚会场地布置的具体工作；</w:t>
      </w:r>
    </w:p>
    <w:p>
      <w:pPr>
        <w:spacing w:before="100" w:after="200" w:line="360" w:lineRule="auto"/>
        <w:ind w:firstLine="576"/>
        <w:jc w:val="left"/>
      </w:pPr>
      <w:r>
        <w:rPr>
          <w:rFonts w:ascii="宋体" w:eastAsia="宋体" w:hAnsi="宋体"/>
          <w:sz w:val="28"/>
        </w:rPr>
        <w:t>4、组织各部门进行节目彩排（包括各表演人员及主持人）；</w:t>
      </w:r>
    </w:p>
    <w:p>
      <w:pPr>
        <w:spacing w:before="100" w:after="200" w:line="360" w:lineRule="auto"/>
        <w:ind w:firstLine="576"/>
        <w:jc w:val="left"/>
      </w:pPr>
      <w:r>
        <w:rPr>
          <w:rFonts w:ascii="宋体" w:eastAsia="宋体" w:hAnsi="宋体"/>
          <w:sz w:val="28"/>
        </w:rPr>
        <w:t>（2）生活部：1、做好晚会用品的分配</w:t>
      </w:r>
    </w:p>
    <w:p>
      <w:pPr>
        <w:spacing w:before="100" w:after="200" w:line="360" w:lineRule="auto"/>
        <w:ind w:firstLine="576"/>
        <w:jc w:val="left"/>
      </w:pPr>
      <w:r>
        <w:rPr>
          <w:rFonts w:ascii="宋体" w:eastAsia="宋体" w:hAnsi="宋体"/>
          <w:sz w:val="28"/>
        </w:rPr>
        <w:t>2、晚会用品分发和摆放，纪念品分发</w:t>
      </w:r>
    </w:p>
    <w:p>
      <w:pPr>
        <w:spacing w:before="100" w:after="200" w:line="360" w:lineRule="auto"/>
        <w:ind w:firstLine="576"/>
        <w:jc w:val="left"/>
      </w:pPr>
      <w:r>
        <w:rPr>
          <w:rFonts w:ascii="宋体" w:eastAsia="宋体" w:hAnsi="宋体"/>
          <w:sz w:val="28"/>
        </w:rPr>
        <w:t>3、核对所购晚会所需用品的种类、数量；</w:t>
      </w:r>
    </w:p>
    <w:p>
      <w:pPr>
        <w:spacing w:before="100" w:after="200" w:line="360" w:lineRule="auto"/>
        <w:ind w:firstLine="576"/>
        <w:jc w:val="left"/>
      </w:pPr>
      <w:r>
        <w:rPr>
          <w:rFonts w:ascii="宋体" w:eastAsia="宋体" w:hAnsi="宋体"/>
          <w:sz w:val="28"/>
        </w:rPr>
        <w:t>4、接待所请老师和嘉宾</w:t>
      </w:r>
    </w:p>
    <w:p>
      <w:pPr>
        <w:spacing w:before="100" w:after="200" w:line="360" w:lineRule="auto"/>
        <w:ind w:firstLine="576"/>
        <w:jc w:val="left"/>
      </w:pPr>
      <w:r>
        <w:rPr>
          <w:rFonts w:ascii="宋体" w:eastAsia="宋体" w:hAnsi="宋体"/>
          <w:sz w:val="28"/>
        </w:rPr>
        <w:t>（3）学宣传部：1、做好晚会场地整体装饰布置设计；</w:t>
      </w:r>
    </w:p>
    <w:p>
      <w:pPr>
        <w:spacing w:before="100" w:after="200" w:line="360" w:lineRule="auto"/>
        <w:ind w:firstLine="576"/>
        <w:jc w:val="left"/>
      </w:pPr>
      <w:r>
        <w:rPr>
          <w:rFonts w:ascii="宋体" w:eastAsia="宋体" w:hAnsi="宋体"/>
          <w:sz w:val="28"/>
        </w:rPr>
        <w:t>2、收集节目所需伴奏等。</w:t>
      </w:r>
    </w:p>
    <w:p>
      <w:pPr>
        <w:spacing w:before="100" w:after="200" w:line="360" w:lineRule="auto"/>
        <w:ind w:firstLine="576"/>
        <w:jc w:val="left"/>
      </w:pPr>
      <w:r>
        <w:rPr>
          <w:rFonts w:ascii="宋体" w:eastAsia="宋体" w:hAnsi="宋体"/>
          <w:sz w:val="28"/>
        </w:rPr>
        <w:t>3、完成场地背景的绘画工作及晚会游戏各项道具的准备。</w:t>
      </w:r>
    </w:p>
    <w:p>
      <w:pPr>
        <w:spacing w:before="100" w:after="200" w:line="360" w:lineRule="auto"/>
        <w:ind w:firstLine="576"/>
        <w:jc w:val="left"/>
        <w:sectPr w:rsidSect="00034616">
          <w:type w:val="nextPage"/>
          <w:pgSz w:w="11906" w:h="16838"/>
          <w:pgMar w:top="1440" w:right="1440" w:bottom="1440" w:left="1440" w:header="720" w:footer="720" w:gutter="0"/>
          <w:pgNumType w:start="14"/>
          <w:cols w:space="720"/>
          <w:titlePg w:val="0"/>
          <w:docGrid w:linePitch="360"/>
        </w:sectPr>
      </w:pPr>
      <w:r>
        <w:rPr>
          <w:rFonts w:ascii="宋体" w:eastAsia="宋体" w:hAnsi="宋体"/>
          <w:sz w:val="28"/>
        </w:rPr>
        <w:t>4、做好晚会摄影工作准备；</w:t>
      </w:r>
    </w:p>
    <w:p>
      <w:pPr>
        <w:spacing w:before="100" w:after="200" w:line="360" w:lineRule="auto"/>
        <w:ind w:firstLine="576"/>
        <w:jc w:val="left"/>
      </w:pPr>
      <w:r>
        <w:rPr>
          <w:rFonts w:ascii="宋体" w:eastAsia="宋体" w:hAnsi="宋体"/>
          <w:sz w:val="28"/>
        </w:rPr>
        <w:t>5、到会场做好晚会场地的装饰布置工作。</w:t>
      </w:r>
    </w:p>
    <w:p>
      <w:pPr>
        <w:spacing w:before="100" w:after="200" w:line="360" w:lineRule="auto"/>
        <w:ind w:firstLine="576"/>
        <w:jc w:val="left"/>
      </w:pPr>
      <w:r>
        <w:rPr>
          <w:rFonts w:ascii="宋体" w:eastAsia="宋体" w:hAnsi="宋体"/>
          <w:sz w:val="28"/>
        </w:rPr>
        <w:t>（4）外联部：1、购买布置会场所需的彩纸、彩带、气球、饮料、零食等。</w:t>
      </w:r>
    </w:p>
    <w:p>
      <w:pPr>
        <w:spacing w:before="100" w:after="200" w:line="360" w:lineRule="auto"/>
        <w:ind w:firstLine="576"/>
        <w:jc w:val="left"/>
      </w:pPr>
      <w:r>
        <w:rPr>
          <w:rFonts w:ascii="宋体" w:eastAsia="宋体" w:hAnsi="宋体"/>
          <w:sz w:val="28"/>
        </w:rPr>
        <w:t>3、申请晚会场地。</w:t>
      </w:r>
    </w:p>
    <w:p>
      <w:pPr>
        <w:spacing w:before="100" w:after="200" w:line="360" w:lineRule="auto"/>
        <w:ind w:firstLine="576"/>
        <w:jc w:val="left"/>
      </w:pPr>
      <w:r>
        <w:rPr>
          <w:rFonts w:ascii="宋体" w:eastAsia="宋体" w:hAnsi="宋体"/>
          <w:sz w:val="28"/>
        </w:rPr>
        <w:t>4、分送邀请函</w:t>
      </w:r>
    </w:p>
    <w:p>
      <w:pPr>
        <w:spacing w:before="100" w:after="200" w:line="360" w:lineRule="auto"/>
        <w:ind w:firstLine="576"/>
        <w:jc w:val="left"/>
      </w:pPr>
      <w:r>
        <w:rPr>
          <w:rFonts w:ascii="宋体" w:eastAsia="宋体" w:hAnsi="宋体"/>
          <w:sz w:val="28"/>
        </w:rPr>
        <w:t>(5)办公室1、确认晚会场地。</w:t>
      </w:r>
    </w:p>
    <w:p>
      <w:pPr>
        <w:spacing w:before="100" w:after="200" w:line="360" w:lineRule="auto"/>
        <w:ind w:firstLine="576"/>
        <w:jc w:val="left"/>
      </w:pPr>
      <w:r>
        <w:rPr>
          <w:rFonts w:ascii="宋体" w:eastAsia="宋体" w:hAnsi="宋体"/>
          <w:sz w:val="28"/>
        </w:rPr>
        <w:t>2、确认出席人数；</w:t>
      </w:r>
    </w:p>
    <w:p>
      <w:pPr>
        <w:spacing w:before="100" w:after="200" w:line="360" w:lineRule="auto"/>
        <w:ind w:firstLine="576"/>
        <w:jc w:val="left"/>
      </w:pPr>
      <w:r>
        <w:rPr>
          <w:rFonts w:ascii="宋体" w:eastAsia="宋体" w:hAnsi="宋体"/>
          <w:sz w:val="28"/>
        </w:rPr>
        <w:t>3、印制晚</w:t>
      </w:r>
    </w:p>
    <w:p>
      <w:pPr>
        <w:spacing w:before="100" w:after="200" w:line="360" w:lineRule="auto"/>
        <w:ind w:firstLine="576"/>
        <w:jc w:val="left"/>
      </w:pPr>
      <w:r>
        <w:rPr>
          <w:rFonts w:ascii="宋体" w:eastAsia="宋体" w:hAnsi="宋体"/>
          <w:sz w:val="28"/>
        </w:rPr>
        <w:t>会节目单。</w:t>
      </w:r>
    </w:p>
    <w:p>
      <w:pPr>
        <w:spacing w:before="100" w:after="200" w:line="360" w:lineRule="auto"/>
        <w:ind w:firstLine="576"/>
        <w:jc w:val="left"/>
      </w:pPr>
      <w:r>
        <w:rPr>
          <w:rFonts w:ascii="宋体" w:eastAsia="宋体" w:hAnsi="宋体"/>
          <w:sz w:val="28"/>
        </w:rPr>
        <w:t>4、制作晚会嘉宾邀请函</w:t>
      </w:r>
    </w:p>
    <w:p>
      <w:pPr>
        <w:spacing w:before="100" w:after="200" w:line="360" w:lineRule="auto"/>
        <w:ind w:firstLine="576"/>
        <w:jc w:val="left"/>
      </w:pPr>
      <w:r>
        <w:rPr>
          <w:rFonts w:ascii="宋体" w:eastAsia="宋体" w:hAnsi="宋体"/>
          <w:sz w:val="28"/>
        </w:rPr>
        <w:t>5、调试音响音量，负责场地音响电脑控制，确认场地布置。</w:t>
      </w:r>
    </w:p>
    <w:p>
      <w:pPr>
        <w:spacing w:before="100" w:after="200" w:line="360" w:lineRule="auto"/>
        <w:ind w:firstLine="576"/>
        <w:jc w:val="left"/>
      </w:pPr>
      <w:r>
        <w:rPr>
          <w:rFonts w:ascii="宋体" w:eastAsia="宋体" w:hAnsi="宋体"/>
          <w:sz w:val="28"/>
        </w:rPr>
        <w:t>（6）组织部：协调各个部门进行工作。晚会结束后收尾工作：晚会结束后，全体工作人员留下清理场地。</w:t>
      </w:r>
    </w:p>
    <w:p>
      <w:pPr>
        <w:spacing w:before="100" w:after="200" w:line="360" w:lineRule="auto"/>
        <w:jc w:val="left"/>
      </w:pPr>
      <w:r>
        <w:rPr>
          <w:rFonts w:ascii="宋体 (中文正文)" w:eastAsia="宋体" w:hAnsi="宋体 (中文正文)"/>
          <w:b/>
          <w:sz w:val="28"/>
        </w:rPr>
        <w:t>三、晚会流程</w:t>
      </w:r>
    </w:p>
    <w:p>
      <w:pPr>
        <w:spacing w:before="100" w:after="200" w:line="360" w:lineRule="auto"/>
        <w:ind w:firstLine="576"/>
        <w:jc w:val="left"/>
      </w:pPr>
      <w:r>
        <w:rPr>
          <w:rFonts w:ascii="宋体" w:eastAsia="宋体" w:hAnsi="宋体"/>
          <w:sz w:val="28"/>
        </w:rPr>
        <w:t>活动分为两部分</w:t>
      </w:r>
    </w:p>
    <w:p>
      <w:pPr>
        <w:spacing w:before="100" w:after="200" w:line="360" w:lineRule="auto"/>
        <w:ind w:firstLine="576"/>
        <w:jc w:val="left"/>
      </w:pPr>
      <w:r>
        <w:rPr>
          <w:rFonts w:ascii="宋体" w:eastAsia="宋体" w:hAnsi="宋体"/>
          <w:sz w:val="28"/>
        </w:rPr>
        <w:t>（一）交流</w:t>
      </w:r>
    </w:p>
    <w:p>
      <w:pPr>
        <w:spacing w:before="100" w:after="200" w:line="360" w:lineRule="auto"/>
        <w:ind w:firstLine="576"/>
        <w:jc w:val="left"/>
        <w:sectPr w:rsidSect="00034616">
          <w:type w:val="nextPage"/>
          <w:pgSz w:w="11906" w:h="16838"/>
          <w:pgMar w:top="1440" w:right="1440" w:bottom="1440" w:left="1440" w:header="720" w:footer="720" w:gutter="0"/>
          <w:pgNumType w:start="15"/>
          <w:cols w:space="720"/>
          <w:titlePg w:val="0"/>
          <w:docGrid w:linePitch="360"/>
        </w:sectPr>
      </w:pPr>
      <w:r>
        <w:rPr>
          <w:rFonts w:ascii="宋体" w:eastAsia="宋体" w:hAnsi="宋体"/>
          <w:sz w:val="28"/>
        </w:rPr>
        <w:t>（1）按照主席团、办公室、组织部、学宣部、生活部、文体部、英乐之声俱乐部、青协顺序，有请各部长及其成员代表为新成员致词，以及传授个人任职经验，以及对后期工作的建议。</w:t>
      </w:r>
    </w:p>
    <w:p>
      <w:pPr>
        <w:spacing w:before="100" w:after="200" w:line="360" w:lineRule="auto"/>
        <w:ind w:firstLine="576"/>
        <w:jc w:val="left"/>
      </w:pPr>
      <w:r>
        <w:rPr>
          <w:rFonts w:ascii="宋体" w:eastAsia="宋体" w:hAnsi="宋体"/>
          <w:sz w:val="28"/>
        </w:rPr>
        <w:t>（2）新成员可自由对老成员的感谢致词及疑难请教，新部长对自己担任工作后期计划及展望。</w:t>
      </w:r>
    </w:p>
    <w:p>
      <w:pPr>
        <w:spacing w:before="100" w:after="200" w:line="360" w:lineRule="auto"/>
        <w:ind w:firstLine="576"/>
        <w:jc w:val="left"/>
      </w:pPr>
      <w:r>
        <w:rPr>
          <w:rFonts w:ascii="宋体" w:eastAsia="宋体" w:hAnsi="宋体"/>
          <w:sz w:val="28"/>
        </w:rPr>
        <w:t>（3）由老师为老成员颁发纪念品，祝以寄语。</w:t>
      </w:r>
    </w:p>
    <w:p>
      <w:pPr>
        <w:spacing w:before="100" w:after="200" w:line="360" w:lineRule="auto"/>
        <w:ind w:firstLine="576"/>
        <w:jc w:val="left"/>
      </w:pPr>
      <w:r>
        <w:rPr>
          <w:rFonts w:ascii="宋体" w:eastAsia="宋体" w:hAnsi="宋体"/>
          <w:sz w:val="28"/>
        </w:rPr>
        <w:t>（二）互动</w:t>
      </w:r>
    </w:p>
    <w:p>
      <w:pPr>
        <w:spacing w:before="100" w:after="200" w:line="360" w:lineRule="auto"/>
        <w:jc w:val="left"/>
      </w:pPr>
      <w:r>
        <w:rPr>
          <w:rFonts w:ascii="宋体 (中文正文)" w:eastAsia="宋体" w:hAnsi="宋体 (中文正文)"/>
          <w:sz w:val="28"/>
        </w:rPr>
        <w:t>（1）互动游戏：</w:t>
      </w:r>
    </w:p>
    <w:p>
      <w:pPr>
        <w:spacing w:before="100" w:after="200" w:line="360" w:lineRule="auto"/>
        <w:ind w:firstLine="576"/>
        <w:jc w:val="left"/>
      </w:pPr>
      <w:r>
        <w:rPr>
          <w:rFonts w:ascii="宋体" w:eastAsia="宋体" w:hAnsi="宋体"/>
          <w:sz w:val="28"/>
        </w:rPr>
        <w:t>气球爆破（规则：由主持人抽签新老成员名字各抽一半，</w:t>
      </w:r>
    </w:p>
    <w:p>
      <w:pPr>
        <w:spacing w:before="100" w:after="200" w:line="360" w:lineRule="auto"/>
        <w:ind w:firstLine="576"/>
        <w:jc w:val="left"/>
      </w:pPr>
      <w:r>
        <w:rPr>
          <w:rFonts w:ascii="宋体" w:eastAsia="宋体" w:hAnsi="宋体"/>
          <w:sz w:val="28"/>
        </w:rPr>
        <w:t>幸运者分为三组两个人一起用屁股把两个气球坐爆，哪组先坐爆完那两个气球哪个组获胜）</w:t>
      </w:r>
    </w:p>
    <w:p>
      <w:pPr>
        <w:spacing w:before="100" w:after="200" w:line="360" w:lineRule="auto"/>
        <w:ind w:firstLine="576"/>
        <w:jc w:val="left"/>
      </w:pPr>
      <w:r>
        <w:rPr>
          <w:rFonts w:ascii="宋体" w:eastAsia="宋体" w:hAnsi="宋体"/>
          <w:sz w:val="28"/>
        </w:rPr>
        <w:t>（2）知识竞猜（按照部门分组，得分最多的部门获胜）</w:t>
      </w:r>
    </w:p>
    <w:p>
      <w:pPr>
        <w:spacing w:before="100" w:after="200" w:line="360" w:lineRule="auto"/>
        <w:ind w:firstLine="576"/>
        <w:jc w:val="left"/>
      </w:pPr>
      <w:r>
        <w:rPr>
          <w:rFonts w:ascii="宋体" w:eastAsia="宋体" w:hAnsi="宋体"/>
          <w:sz w:val="28"/>
        </w:rPr>
        <w:t>（3）电视剧情节现场表演（由主持人抽签被抽到的部门派代表现场表演，由我方提供台词，几个由参演者代表抽选）</w:t>
      </w:r>
    </w:p>
    <w:p>
      <w:pPr>
        <w:spacing w:before="100" w:after="200" w:line="360" w:lineRule="auto"/>
        <w:ind w:firstLine="576"/>
        <w:jc w:val="left"/>
      </w:pPr>
      <w:r>
        <w:rPr>
          <w:rFonts w:ascii="宋体" w:eastAsia="宋体" w:hAnsi="宋体"/>
          <w:sz w:val="28"/>
        </w:rPr>
        <w:t>（4）中间掺差节目表演</w:t>
      </w:r>
    </w:p>
    <w:p>
      <w:pPr>
        <w:spacing w:before="100" w:after="200" w:line="360" w:lineRule="auto"/>
        <w:jc w:val="left"/>
      </w:pPr>
      <w:r>
        <w:rPr>
          <w:rFonts w:ascii="宋体 (中文正文)" w:eastAsia="宋体" w:hAnsi="宋体 (中文正文)"/>
          <w:b/>
          <w:sz w:val="28"/>
        </w:rPr>
        <w:t>四、晚会经费预算</w:t>
      </w:r>
    </w:p>
    <w:p>
      <w:pPr>
        <w:spacing w:before="100" w:after="200" w:line="360" w:lineRule="auto"/>
        <w:ind w:firstLine="576"/>
        <w:jc w:val="left"/>
      </w:pPr>
      <w:r>
        <w:rPr>
          <w:rFonts w:ascii="宋体" w:eastAsia="宋体" w:hAnsi="宋体"/>
          <w:sz w:val="28"/>
        </w:rPr>
        <w:t>所需物品：水果（小蜜桔便于分发）、瓜子、花生、纯净水（3桶）、纪念品、气球、装饰用品、活动小奖品、邀请函</w:t>
      </w:r>
    </w:p>
    <w:p>
      <w:pPr>
        <w:spacing w:before="100" w:after="200" w:line="360" w:lineRule="auto"/>
        <w:ind w:firstLine="576"/>
        <w:jc w:val="left"/>
      </w:pPr>
      <w:r>
        <w:rPr>
          <w:rFonts w:ascii="宋体" w:eastAsia="宋体" w:hAnsi="宋体"/>
          <w:sz w:val="28"/>
        </w:rPr>
        <w:t>6、送老生晚会策划书</w:t>
      </w:r>
    </w:p>
    <w:p>
      <w:pPr>
        <w:spacing w:before="100" w:after="200" w:line="360" w:lineRule="auto"/>
        <w:ind w:firstLine="576"/>
        <w:jc w:val="left"/>
        <w:sectPr w:rsidSect="00034616">
          <w:type w:val="nextPage"/>
          <w:pgSz w:w="11906" w:h="16838"/>
          <w:pgMar w:top="1440" w:right="1440" w:bottom="1440" w:left="1440" w:header="720" w:footer="720" w:gutter="0"/>
          <w:pgNumType w:start="16"/>
          <w:cols w:space="720"/>
          <w:titlePg w:val="0"/>
          <w:docGrid w:linePitch="360"/>
        </w:sectPr>
      </w:pPr>
    </w:p>
    <w:p>
      <w:pPr>
        <w:spacing w:before="100" w:after="200" w:line="360" w:lineRule="auto"/>
        <w:ind w:firstLine="576"/>
        <w:jc w:val="left"/>
      </w:pPr>
      <w:r>
        <w:rPr>
          <w:rFonts w:ascii="宋体" w:eastAsia="宋体" w:hAnsi="宋体"/>
          <w:sz w:val="28"/>
        </w:rPr>
        <w:t>学校简介阜阳学位于安徽省西北中心城市----阜阳市，是皖西北地区唯一的省属全日制普通本科高等学校。学校目前拥有清河和西湖两个校区，占地面积1400亩，校园面积35万平方米，其中教学用房16.5万平方米，实验室面积706万平方米。学校现有13个院系，16个省院级研究机构，近20个省院级重点学科，重点实验室，并设有信息工程学院，教育学院和继续教育中心。现有普通全日制本科专业37个，其中师范专业20个，非师范专业17个。从1977年至今普通班本科毕业生24000多名，教育本科专业毕业生21000多名。20xx年，学院在河南，河北，山东，山西，浙江，江苏，江西，陕西，湖北，黑龙江，四及安徽等12省招生。</w:t>
      </w:r>
    </w:p>
    <w:p>
      <w:pPr>
        <w:spacing w:before="100" w:after="200" w:line="360" w:lineRule="auto"/>
        <w:ind w:firstLine="576"/>
        <w:jc w:val="left"/>
      </w:pPr>
      <w:r>
        <w:rPr>
          <w:rFonts w:ascii="宋体" w:eastAsia="宋体" w:hAnsi="宋体"/>
          <w:sz w:val="28"/>
        </w:rPr>
        <w:t>目前在校普通本专科生15000多人。安徽省和阜阳市的《国民经济和社会发展第十一个五年规划纲要》已分别提出“十一五”期间成立阜阳学的建设目标，阜阳市市政府高度重视，将建阜阳学列为20xx年阜阳市重工程项目予以推进。学校将以此为契机，融入阜阳，立足安徽，面向全国;以本科教育为主，积极发展研究生教育;发挥教师教育优势，积极培养应用型人才;为地方社会经济发展提供人才和智力支持;努力建设有明显特色的省属多科类学。</w:t>
      </w:r>
    </w:p>
    <w:p>
      <w:pPr>
        <w:spacing w:before="100" w:after="200" w:line="360" w:lineRule="auto"/>
        <w:ind w:firstLine="576"/>
        <w:jc w:val="left"/>
      </w:pPr>
      <w:r>
        <w:rPr>
          <w:rFonts w:ascii="宋体" w:eastAsia="宋体" w:hAnsi="宋体"/>
          <w:sz w:val="28"/>
        </w:rPr>
        <w:t>文学院及其活动介绍文学院包括中文系和新闻系两个系，其中中文系是阜阳学最早佳丽的系科之一，已有50年的办学历史，1977年开始招收本科专业，现设有汉语言文学，人文教育，汉语言三个专业。汉语言专业为院省级教改示范专业。目前中文系本专科在校生打3000多人，是全校14个本科院系中，学生人数最多，师资力量最强，教学设备最齐全的一个系。</w:t>
      </w:r>
    </w:p>
    <w:p>
      <w:pPr>
        <w:spacing w:before="100" w:after="200" w:line="360" w:lineRule="auto"/>
        <w:ind w:firstLine="576"/>
        <w:jc w:val="left"/>
        <w:sectPr w:rsidSect="00034616">
          <w:type w:val="nextPage"/>
          <w:pgSz w:w="11906" w:h="16838"/>
          <w:pgMar w:top="1440" w:right="1440" w:bottom="1440" w:left="1440" w:header="720" w:footer="720" w:gutter="0"/>
          <w:pgNumType w:start="17"/>
          <w:cols w:space="720"/>
          <w:titlePg w:val="0"/>
          <w:docGrid w:linePitch="360"/>
        </w:sectPr>
      </w:pPr>
    </w:p>
    <w:p>
      <w:pPr>
        <w:spacing w:before="100" w:after="200" w:line="360" w:lineRule="auto"/>
        <w:ind w:firstLine="576"/>
        <w:jc w:val="left"/>
      </w:pPr>
      <w:r>
        <w:rPr>
          <w:rFonts w:ascii="宋体" w:eastAsia="宋体" w:hAnsi="宋体"/>
          <w:sz w:val="28"/>
        </w:rPr>
        <w:t>作为文学院的龙头老各种公益活动，文艺节目丰富多彩，接踵而至是文学院的'第一特色。不仅有新生卡拉OK赛，以及篮球联赛，广播操比赛，秋季运动会等一系列为期一个月的的迎新活动;更有相声小品舞蹈赛，校园十佳歌手赛，主持人赛，元旦晚会，校训演讲赛，新生辩论赛，以及语言文化艺术节这些针对全院的型活动。我们文学院的活动可谓从不间断;我们一向以“求创新，办特色”为活动宗旨。所办活动因为主题鲜明，内容丰富新颖而在院内外广受好评。更因为我们文学院在院内外一直享有良好的声誉，多年来一直受到商家的支持和信赖。曾为多家合作单位成功打开校园市场，提高了在师生中的影响力。我们更多次和阜阳电视台，阜阳广播电视台进行了愉快的合作。</w:t>
      </w:r>
    </w:p>
    <w:p>
      <w:pPr>
        <w:spacing w:before="100" w:after="200" w:line="360" w:lineRule="auto"/>
        <w:ind w:firstLine="576"/>
        <w:jc w:val="left"/>
      </w:pPr>
      <w:r>
        <w:rPr>
          <w:rFonts w:ascii="宋体" w:eastAsia="宋体" w:hAnsi="宋体"/>
          <w:sz w:val="28"/>
        </w:rPr>
        <w:t>赞助和宣传一场精心准备具备展现师院风采的送老生晚会一定会吸引全员众多师生，得到他们的关注。这是有利于赞助公司更加集中的进行公司形象宣传，扩主场影响力。</w:t>
      </w:r>
    </w:p>
    <w:p>
      <w:pPr>
        <w:spacing w:before="100" w:after="200" w:line="360" w:lineRule="auto"/>
        <w:ind w:firstLine="576"/>
        <w:jc w:val="left"/>
      </w:pPr>
      <w:r>
        <w:rPr>
          <w:rFonts w:ascii="宋体" w:eastAsia="宋体" w:hAnsi="宋体"/>
          <w:sz w:val="28"/>
        </w:rPr>
        <w:t>1、宣传范围广本次活动面向去全院师生，通过我们的宣传可以对全院的师生产生一定的影响，为贵公司打开广阔的销售市场，提高商品的认知度，拓展潜在商机。</w:t>
      </w:r>
    </w:p>
    <w:p>
      <w:pPr>
        <w:spacing w:before="100" w:after="200" w:line="360" w:lineRule="auto"/>
        <w:ind w:firstLine="576"/>
        <w:jc w:val="left"/>
      </w:pPr>
      <w:r>
        <w:rPr>
          <w:rFonts w:ascii="宋体" w:eastAsia="宋体" w:hAnsi="宋体"/>
          <w:sz w:val="28"/>
        </w:rPr>
        <w:t>2、宣传时间长本次活动可以为赞助商提供充足的时间对其产品服务及品牌进信推销和宣传，在师院师生中产生良好效应。</w:t>
      </w:r>
    </w:p>
    <w:p>
      <w:pPr>
        <w:spacing w:before="100" w:after="200" w:line="360" w:lineRule="auto"/>
        <w:ind w:firstLine="576"/>
        <w:jc w:val="left"/>
      </w:pPr>
      <w:r>
        <w:rPr>
          <w:rFonts w:ascii="宋体" w:eastAsia="宋体" w:hAnsi="宋体"/>
          <w:sz w:val="28"/>
        </w:rPr>
        <w:t>3、投资费用少本次活动经费20xx元左右。</w:t>
      </w:r>
    </w:p>
    <w:p>
      <w:pPr>
        <w:spacing w:before="100" w:after="200" w:line="360" w:lineRule="auto"/>
        <w:ind w:firstLine="576"/>
        <w:jc w:val="left"/>
      </w:pPr>
      <w:r>
        <w:rPr>
          <w:rFonts w:ascii="宋体" w:eastAsia="宋体" w:hAnsi="宋体"/>
          <w:sz w:val="28"/>
        </w:rPr>
        <w:t>赞助方式</w:t>
      </w:r>
    </w:p>
    <w:p>
      <w:pPr>
        <w:spacing w:before="100" w:after="200" w:line="360" w:lineRule="auto"/>
        <w:ind w:firstLine="576"/>
        <w:jc w:val="left"/>
      </w:pPr>
      <w:r>
        <w:rPr>
          <w:rFonts w:ascii="宋体" w:eastAsia="宋体" w:hAnsi="宋体"/>
          <w:sz w:val="28"/>
        </w:rPr>
        <w:t>1、实物赞助和现金赞助均可</w:t>
      </w:r>
    </w:p>
    <w:p>
      <w:pPr>
        <w:spacing w:before="100" w:after="200" w:line="360" w:lineRule="auto"/>
        <w:ind w:firstLine="576"/>
        <w:jc w:val="left"/>
      </w:pPr>
      <w:r>
        <w:rPr>
          <w:rFonts w:ascii="宋体" w:eastAsia="宋体" w:hAnsi="宋体"/>
          <w:sz w:val="28"/>
        </w:rPr>
        <w:t>2、赞助公司宣传用的横幅，海报展板，广告及其现场礼品赞助公司自备，宣传用语由双方协商后使用。</w:t>
      </w:r>
    </w:p>
    <w:p>
      <w:pPr>
        <w:spacing w:before="100" w:after="200" w:line="360" w:lineRule="auto"/>
        <w:ind w:firstLine="576"/>
        <w:jc w:val="left"/>
      </w:pPr>
      <w:r>
        <w:rPr>
          <w:rFonts w:ascii="宋体" w:eastAsia="宋体" w:hAnsi="宋体"/>
          <w:sz w:val="28"/>
        </w:rPr>
        <w:t>3、为了更有利于赞助商产品形象，服务宗旨的宣传，公司也可加入到整个活动的筹备工作中，在策划过程中插入宣传内容。</w:t>
      </w:r>
    </w:p>
    <w:p>
      <w:pPr>
        <w:spacing w:before="100" w:after="200" w:line="360" w:lineRule="auto"/>
        <w:ind w:firstLine="576"/>
        <w:jc w:val="left"/>
      </w:pPr>
      <w:r>
        <w:rPr>
          <w:rFonts w:ascii="宋体" w:eastAsia="宋体" w:hAnsi="宋体"/>
          <w:sz w:val="28"/>
        </w:rPr>
        <w:t>篇6：活动策划书</w:t>
      </w:r>
    </w:p>
    <w:p>
      <w:pPr>
        <w:spacing w:before="100" w:after="200" w:line="360" w:lineRule="auto"/>
        <w:jc w:val="left"/>
      </w:pPr>
      <w:r>
        <w:rPr>
          <w:rFonts w:ascii="宋体 (中文正文)" w:eastAsia="宋体" w:hAnsi="宋体 (中文正文)"/>
          <w:b/>
          <w:sz w:val="28"/>
        </w:rPr>
        <w:t>一、时间:星期五</w:t>
      </w:r>
    </w:p>
    <w:p>
      <w:pPr>
        <w:spacing w:before="100" w:after="200" w:line="360" w:lineRule="auto"/>
        <w:ind w:firstLine="576"/>
        <w:jc w:val="left"/>
        <w:sectPr w:rsidSect="00034616">
          <w:type w:val="nextPage"/>
          <w:pgSz w:w="11906" w:h="16838"/>
          <w:pgMar w:top="1440" w:right="1440" w:bottom="1440" w:left="1440" w:header="720" w:footer="720" w:gutter="0"/>
          <w:pgNumType w:start="18"/>
          <w:cols w:space="720"/>
          <w:titlePg w:val="0"/>
          <w:docGrid w:linePitch="360"/>
        </w:sectPr>
      </w:pPr>
      <w:r>
        <w:rPr>
          <w:rFonts w:ascii="宋体" w:eastAsia="宋体" w:hAnsi="宋体"/>
          <w:sz w:val="28"/>
        </w:rPr>
        <w:t>二.地点:公园里</w:t>
      </w:r>
    </w:p>
    <w:p>
      <w:pPr>
        <w:spacing w:before="100" w:after="200" w:line="360" w:lineRule="auto"/>
        <w:jc w:val="left"/>
      </w:pPr>
      <w:r>
        <w:rPr>
          <w:rFonts w:ascii="宋体 (中文正文)" w:eastAsia="宋体" w:hAnsi="宋体 (中文正文)"/>
          <w:b/>
          <w:sz w:val="28"/>
        </w:rPr>
        <w:t>三、主题解读</w:t>
      </w:r>
    </w:p>
    <w:p>
      <w:pPr>
        <w:spacing w:before="100" w:after="200" w:line="360" w:lineRule="auto"/>
        <w:ind w:firstLine="576"/>
        <w:jc w:val="left"/>
      </w:pPr>
      <w:r>
        <w:rPr>
          <w:rFonts w:ascii="宋体" w:eastAsia="宋体" w:hAnsi="宋体"/>
          <w:sz w:val="28"/>
        </w:rPr>
        <w:t>在中国，父亲在外面工作，母亲在家做家务来教育孩子是一种由来已久的做法。经常是父亲每天天不亮就去上班，孩子还没醒；我回家晚了，孩子已经睡着了。星期天，父亲睡着了，几乎没有时间陪孩子。所以父亲在孩子眼里的分量相对较轻，和孩子的感情相对较淡。</w:t>
      </w:r>
    </w:p>
    <w:p>
      <w:pPr>
        <w:spacing w:before="100" w:after="200" w:line="360" w:lineRule="auto"/>
        <w:ind w:firstLine="576"/>
        <w:jc w:val="left"/>
      </w:pPr>
      <w:r>
        <w:rPr>
          <w:rFonts w:ascii="宋体" w:eastAsia="宋体" w:hAnsi="宋体"/>
          <w:sz w:val="28"/>
        </w:rPr>
        <w:t>四.活动目标:</w:t>
      </w:r>
    </w:p>
    <w:p>
      <w:pPr>
        <w:spacing w:before="100" w:after="200" w:line="360" w:lineRule="auto"/>
        <w:ind w:firstLine="576"/>
        <w:jc w:val="left"/>
      </w:pPr>
      <w:r>
        <w:rPr>
          <w:rFonts w:ascii="宋体" w:eastAsia="宋体" w:hAnsi="宋体"/>
          <w:sz w:val="28"/>
        </w:rPr>
        <w:t>1、通过各种活动，引导孩子体验深厚的亲情，激发孩子的爱情观，培养孩子懂得思考饮水的源头，尊重和欣赏他人的劳动，懂得回报和关心他人。</w:t>
      </w:r>
    </w:p>
    <w:p>
      <w:pPr>
        <w:spacing w:before="100" w:after="200" w:line="360" w:lineRule="auto"/>
        <w:ind w:firstLine="576"/>
        <w:jc w:val="left"/>
      </w:pPr>
      <w:r>
        <w:rPr>
          <w:rFonts w:ascii="宋体" w:eastAsia="宋体" w:hAnsi="宋体"/>
          <w:sz w:val="28"/>
        </w:rPr>
        <w:t>2.重点通过各种形式引导孩子理解父亲的责任和工作</w:t>
      </w:r>
    </w:p>
    <w:p>
      <w:pPr>
        <w:spacing w:before="100" w:after="200" w:line="360" w:lineRule="auto"/>
        <w:ind w:firstLine="576"/>
        <w:jc w:val="left"/>
      </w:pPr>
      <w:r>
        <w:rPr>
          <w:rFonts w:ascii="宋体" w:eastAsia="宋体" w:hAnsi="宋体"/>
          <w:sz w:val="28"/>
        </w:rPr>
        <w:t>3.知道父亲节的由来。19，美国首次提出庆祝父亲节，从1934年开始，6月的第三个星期天被指定为父亲节。大约从1950年开始，日本正式将父亲节定为全国性节日。</w:t>
      </w:r>
    </w:p>
    <w:p>
      <w:pPr>
        <w:spacing w:before="100" w:after="200" w:line="360" w:lineRule="auto"/>
        <w:ind w:firstLine="576"/>
        <w:jc w:val="left"/>
      </w:pPr>
      <w:r>
        <w:rPr>
          <w:rFonts w:ascii="宋体" w:eastAsia="宋体" w:hAnsi="宋体"/>
          <w:sz w:val="28"/>
        </w:rPr>
        <w:t>五.活动筹备:</w:t>
      </w:r>
    </w:p>
    <w:p>
      <w:pPr>
        <w:spacing w:before="100" w:after="200" w:line="360" w:lineRule="auto"/>
        <w:ind w:firstLine="576"/>
        <w:jc w:val="left"/>
      </w:pPr>
      <w:r>
        <w:rPr>
          <w:rFonts w:ascii="宋体" w:eastAsia="宋体" w:hAnsi="宋体"/>
          <w:sz w:val="28"/>
        </w:rPr>
        <w:t>1.让老师先发校报和爸爸沟通，告诉孩子自己做什么，能和孩子做什么，比如拔河，猜拳，大压力游戏，孩子和爸爸一起完成“大手牵手”的手印画。(老师送纸让爸爸印大手)1。画纸、颜料、音乐、彩纸等。；</w:t>
      </w:r>
    </w:p>
    <w:p>
      <w:pPr>
        <w:spacing w:before="100" w:after="200" w:line="360" w:lineRule="auto"/>
        <w:ind w:firstLine="576"/>
        <w:jc w:val="left"/>
      </w:pPr>
      <w:r>
        <w:rPr>
          <w:rFonts w:ascii="宋体" w:eastAsia="宋体" w:hAnsi="宋体"/>
          <w:sz w:val="28"/>
        </w:rPr>
        <w:t>2.成功优质节日主题教材和节日主题音乐六大活动；老师向孩子们介绍父亲节的由来。</w:t>
      </w:r>
    </w:p>
    <w:p>
      <w:pPr>
        <w:spacing w:before="100" w:after="200" w:line="360" w:lineRule="auto"/>
        <w:ind w:firstLine="576"/>
        <w:jc w:val="left"/>
      </w:pPr>
      <w:r>
        <w:rPr>
          <w:rFonts w:ascii="宋体" w:eastAsia="宋体" w:hAnsi="宋体"/>
          <w:sz w:val="28"/>
        </w:rPr>
        <w:t>3.孩子分享爸爸的快乐(请告诉孩子我爸爸会怎么做？我喜欢我的父亲)</w:t>
      </w:r>
    </w:p>
    <w:p>
      <w:pPr>
        <w:spacing w:before="100" w:after="200" w:line="360" w:lineRule="auto"/>
        <w:ind w:firstLine="576"/>
        <w:jc w:val="left"/>
        <w:sectPr w:rsidSect="00034616">
          <w:type w:val="nextPage"/>
          <w:pgSz w:w="11906" w:h="16838"/>
          <w:pgMar w:top="1440" w:right="1440" w:bottom="1440" w:left="1440" w:header="720" w:footer="720" w:gutter="0"/>
          <w:pgNumType w:start="19"/>
          <w:cols w:space="720"/>
          <w:titlePg w:val="0"/>
          <w:docGrid w:linePitch="360"/>
        </w:sectPr>
      </w:pPr>
      <w:r>
        <w:rPr>
          <w:rFonts w:ascii="宋体" w:eastAsia="宋体" w:hAnsi="宋体"/>
          <w:sz w:val="28"/>
        </w:rPr>
        <w:t>4.出示爸爸大手的手印画，“大手牵小手”。</w:t>
      </w:r>
    </w:p>
    <w:p>
      <w:pPr>
        <w:spacing w:before="100" w:after="200" w:line="360" w:lineRule="auto"/>
        <w:ind w:firstLine="576"/>
        <w:jc w:val="left"/>
      </w:pPr>
      <w:r>
        <w:rPr>
          <w:rFonts w:ascii="宋体" w:eastAsia="宋体" w:hAnsi="宋体"/>
          <w:sz w:val="28"/>
        </w:rPr>
        <w:t>5.孩子们唱父亲节的歌。</w:t>
      </w:r>
    </w:p>
    <w:p>
      <w:pPr>
        <w:spacing w:before="100" w:after="200" w:line="360" w:lineRule="auto"/>
        <w:ind w:firstLine="576"/>
        <w:jc w:val="left"/>
      </w:pPr>
      <w:r>
        <w:rPr>
          <w:rFonts w:ascii="宋体" w:eastAsia="宋体" w:hAnsi="宋体"/>
          <w:sz w:val="28"/>
        </w:rPr>
        <w:t>6.孩子给父亲做的小礼物。(皮带、钱包、枕头、眼镜)，回家后送爸爸一个小礼物，说出来；爸爸，你辛苦了。我爱你。</w:t>
      </w:r>
    </w:p>
    <w:p>
      <w:pPr>
        <w:spacing w:before="100" w:after="200" w:line="360" w:lineRule="auto"/>
        <w:ind w:firstLine="576"/>
        <w:jc w:val="left"/>
      </w:pPr>
      <w:r>
        <w:rPr>
          <w:rFonts w:ascii="宋体" w:eastAsia="宋体" w:hAnsi="宋体"/>
          <w:sz w:val="28"/>
        </w:rPr>
        <w:t>篇7：活动策划书</w:t>
      </w:r>
    </w:p>
    <w:p>
      <w:pPr>
        <w:spacing w:before="100" w:after="200" w:line="360" w:lineRule="auto"/>
        <w:jc w:val="left"/>
      </w:pPr>
      <w:r>
        <w:rPr>
          <w:rFonts w:ascii="宋体 (中文正文)" w:eastAsia="宋体" w:hAnsi="宋体 (中文正文)"/>
          <w:b/>
          <w:sz w:val="28"/>
        </w:rPr>
        <w:t>一、活动目的</w:t>
      </w:r>
    </w:p>
    <w:p>
      <w:pPr>
        <w:spacing w:before="100" w:after="200" w:line="360" w:lineRule="auto"/>
        <w:ind w:firstLine="576"/>
        <w:jc w:val="left"/>
      </w:pPr>
      <w:r>
        <w:rPr>
          <w:rFonts w:ascii="宋体" w:eastAsia="宋体" w:hAnsi="宋体"/>
          <w:sz w:val="28"/>
        </w:rPr>
        <w:t>提高销售，提高商品利润，提升品牌形象及知名度！</w:t>
      </w:r>
    </w:p>
    <w:p>
      <w:pPr>
        <w:spacing w:before="100" w:after="200" w:line="360" w:lineRule="auto"/>
        <w:jc w:val="left"/>
      </w:pPr>
      <w:r>
        <w:rPr>
          <w:rFonts w:ascii="宋体 (中文正文)" w:eastAsia="宋体" w:hAnsi="宋体 (中文正文)"/>
          <w:b/>
          <w:sz w:val="28"/>
        </w:rPr>
        <w:t>二、活动时间</w:t>
      </w:r>
    </w:p>
    <w:p>
      <w:pPr>
        <w:spacing w:before="100" w:after="200" w:line="360" w:lineRule="auto"/>
        <w:ind w:firstLine="576"/>
        <w:jc w:val="left"/>
      </w:pPr>
      <w:r>
        <w:rPr>
          <w:rFonts w:ascii="宋体" w:eastAsia="宋体" w:hAnsi="宋体"/>
          <w:sz w:val="28"/>
        </w:rPr>
        <w:t>20xx年x月x日至20xx年x月x日。</w:t>
      </w:r>
    </w:p>
    <w:p>
      <w:pPr>
        <w:spacing w:before="100" w:after="200" w:line="360" w:lineRule="auto"/>
        <w:jc w:val="left"/>
      </w:pPr>
      <w:r>
        <w:rPr>
          <w:rFonts w:ascii="宋体 (中文正文)" w:eastAsia="宋体" w:hAnsi="宋体 (中文正文)"/>
          <w:b/>
          <w:sz w:val="28"/>
        </w:rPr>
        <w:t>三、活动地点</w:t>
      </w:r>
    </w:p>
    <w:p>
      <w:pPr>
        <w:spacing w:before="100" w:after="200" w:line="360" w:lineRule="auto"/>
        <w:ind w:firstLine="576"/>
        <w:jc w:val="left"/>
      </w:pPr>
      <w:r>
        <w:rPr>
          <w:rFonts w:ascii="宋体" w:eastAsia="宋体" w:hAnsi="宋体"/>
          <w:sz w:val="28"/>
        </w:rPr>
        <w:t>xx。</w:t>
      </w:r>
    </w:p>
    <w:p>
      <w:pPr>
        <w:spacing w:before="100" w:after="200" w:line="360" w:lineRule="auto"/>
        <w:jc w:val="left"/>
      </w:pPr>
      <w:r>
        <w:rPr>
          <w:rFonts w:ascii="宋体 (中文正文)" w:eastAsia="宋体" w:hAnsi="宋体 (中文正文)"/>
          <w:b/>
          <w:sz w:val="28"/>
        </w:rPr>
        <w:t>四、活动主题</w:t>
      </w:r>
    </w:p>
    <w:p>
      <w:pPr>
        <w:spacing w:before="100" w:after="200" w:line="360" w:lineRule="auto"/>
        <w:ind w:firstLine="576"/>
        <w:jc w:val="left"/>
      </w:pPr>
      <w:r>
        <w:rPr>
          <w:rFonts w:ascii="宋体" w:eastAsia="宋体" w:hAnsi="宋体"/>
          <w:sz w:val="28"/>
        </w:rPr>
        <w:t>激情时刻、共饮xx。</w:t>
      </w:r>
    </w:p>
    <w:p>
      <w:pPr>
        <w:spacing w:before="100" w:after="200" w:line="360" w:lineRule="auto"/>
        <w:jc w:val="left"/>
      </w:pPr>
      <w:r>
        <w:rPr>
          <w:rFonts w:ascii="宋体 (中文正文)" w:eastAsia="宋体" w:hAnsi="宋体 (中文正文)"/>
          <w:b/>
          <w:sz w:val="28"/>
        </w:rPr>
        <w:t>五、活动内容</w:t>
      </w:r>
    </w:p>
    <w:p>
      <w:pPr>
        <w:spacing w:before="100" w:after="200" w:line="360" w:lineRule="auto"/>
        <w:ind w:firstLine="576"/>
        <w:jc w:val="left"/>
      </w:pPr>
      <w:r>
        <w:rPr>
          <w:rFonts w:ascii="宋体" w:eastAsia="宋体" w:hAnsi="宋体"/>
          <w:sz w:val="28"/>
        </w:rPr>
        <w:t>凡在xx中学xx超市店面购xx600ml系列产品任意两瓶，均可获赠刮刮卡一张。</w:t>
      </w:r>
    </w:p>
    <w:p>
      <w:pPr>
        <w:spacing w:before="100" w:after="200" w:line="360" w:lineRule="auto"/>
        <w:jc w:val="left"/>
      </w:pPr>
      <w:r>
        <w:rPr>
          <w:rFonts w:ascii="宋体 (中文正文)" w:eastAsia="宋体" w:hAnsi="宋体 (中文正文)"/>
          <w:sz w:val="28"/>
        </w:rPr>
        <w:t>奖项设置：</w:t>
      </w:r>
    </w:p>
    <w:p>
      <w:pPr>
        <w:spacing w:before="100" w:after="200" w:line="360" w:lineRule="auto"/>
        <w:ind w:firstLine="576"/>
        <w:jc w:val="left"/>
      </w:pPr>
      <w:r>
        <w:rPr>
          <w:rFonts w:ascii="宋体" w:eastAsia="宋体" w:hAnsi="宋体"/>
          <w:sz w:val="28"/>
        </w:rPr>
        <w:t>特等奖：xx笔记本（1台）</w:t>
      </w:r>
    </w:p>
    <w:p>
      <w:pPr>
        <w:spacing w:before="100" w:after="200" w:line="360" w:lineRule="auto"/>
        <w:ind w:firstLine="576"/>
        <w:jc w:val="left"/>
      </w:pPr>
      <w:r>
        <w:rPr>
          <w:rFonts w:ascii="宋体" w:eastAsia="宋体" w:hAnsi="宋体"/>
          <w:sz w:val="28"/>
        </w:rPr>
        <w:t>一等奖：双肩包（1个）</w:t>
      </w:r>
    </w:p>
    <w:p>
      <w:pPr>
        <w:spacing w:before="100" w:after="200" w:line="360" w:lineRule="auto"/>
        <w:ind w:firstLine="576"/>
        <w:jc w:val="left"/>
        <w:sectPr w:rsidSect="00034616">
          <w:type w:val="nextPage"/>
          <w:pgSz w:w="11906" w:h="16838"/>
          <w:pgMar w:top="1440" w:right="1440" w:bottom="1440" w:left="1440" w:header="720" w:footer="720" w:gutter="0"/>
          <w:pgNumType w:start="20"/>
          <w:cols w:space="720"/>
          <w:titlePg w:val="0"/>
          <w:docGrid w:linePitch="360"/>
        </w:sectPr>
      </w:pPr>
      <w:r>
        <w:rPr>
          <w:rFonts w:ascii="宋体" w:eastAsia="宋体" w:hAnsi="宋体"/>
          <w:sz w:val="28"/>
        </w:rPr>
        <w:t>二等奖：xx抱枕（1个）</w:t>
      </w:r>
    </w:p>
    <w:p>
      <w:pPr>
        <w:spacing w:before="100" w:after="200" w:line="360" w:lineRule="auto"/>
        <w:ind w:firstLine="576"/>
        <w:jc w:val="left"/>
      </w:pPr>
      <w:r>
        <w:rPr>
          <w:rFonts w:ascii="宋体" w:eastAsia="宋体" w:hAnsi="宋体"/>
          <w:sz w:val="28"/>
        </w:rPr>
        <w:t>三等奖：饭盒（1个）</w:t>
      </w:r>
    </w:p>
    <w:p>
      <w:pPr>
        <w:spacing w:before="100" w:after="200" w:line="360" w:lineRule="auto"/>
        <w:ind w:firstLine="576"/>
        <w:jc w:val="left"/>
      </w:pPr>
      <w:r>
        <w:rPr>
          <w:rFonts w:ascii="宋体" w:eastAsia="宋体" w:hAnsi="宋体"/>
          <w:sz w:val="28"/>
        </w:rPr>
        <w:t>四等奖：精美笔（1支）或xx330ml拉罐（1瓶）</w:t>
      </w:r>
    </w:p>
    <w:p>
      <w:pPr>
        <w:spacing w:before="100" w:after="200" w:line="360" w:lineRule="auto"/>
        <w:jc w:val="left"/>
      </w:pPr>
      <w:r>
        <w:rPr>
          <w:rFonts w:ascii="宋体 (中文正文)" w:eastAsia="宋体" w:hAnsi="宋体 (中文正文)"/>
          <w:sz w:val="28"/>
        </w:rPr>
        <w:t>活动配置：</w:t>
      </w:r>
    </w:p>
    <w:p>
      <w:pPr>
        <w:spacing w:before="100" w:after="200" w:line="360" w:lineRule="auto"/>
        <w:ind w:firstLine="576"/>
        <w:jc w:val="left"/>
      </w:pPr>
      <w:r>
        <w:rPr>
          <w:rFonts w:ascii="宋体" w:eastAsia="宋体" w:hAnsi="宋体"/>
          <w:sz w:val="28"/>
        </w:rPr>
        <w:t>宣传海报：x展架2个，（摆放在新超市）。</w:t>
      </w:r>
    </w:p>
    <w:p>
      <w:pPr>
        <w:spacing w:before="100" w:after="200" w:line="360" w:lineRule="auto"/>
        <w:ind w:firstLine="576"/>
        <w:jc w:val="left"/>
      </w:pPr>
      <w:r>
        <w:rPr>
          <w:rFonts w:ascii="宋体" w:eastAsia="宋体" w:hAnsi="宋体"/>
          <w:sz w:val="28"/>
        </w:rPr>
        <w:t>宣传广告纸：3张（张贴在宿舍区、师范区）。</w:t>
      </w:r>
    </w:p>
    <w:p>
      <w:pPr>
        <w:spacing w:before="100" w:after="200" w:line="360" w:lineRule="auto"/>
        <w:ind w:firstLine="576"/>
        <w:jc w:val="left"/>
      </w:pPr>
      <w:r>
        <w:rPr>
          <w:rFonts w:ascii="宋体" w:eastAsia="宋体" w:hAnsi="宋体"/>
          <w:sz w:val="28"/>
        </w:rPr>
        <w:t>活动费用:</w:t>
      </w:r>
    </w:p>
    <w:p>
      <w:pPr>
        <w:spacing w:before="100" w:after="200" w:line="360" w:lineRule="auto"/>
        <w:ind w:firstLine="576"/>
        <w:jc w:val="left"/>
      </w:pPr>
      <w:r>
        <w:rPr>
          <w:rFonts w:ascii="宋体" w:eastAsia="宋体" w:hAnsi="宋体"/>
          <w:sz w:val="28"/>
        </w:rPr>
        <w:t>由xx公司提供。</w:t>
      </w:r>
    </w:p>
    <w:p>
      <w:pPr>
        <w:spacing w:before="100" w:after="200" w:line="360" w:lineRule="auto"/>
        <w:ind w:firstLine="576"/>
        <w:jc w:val="left"/>
      </w:pPr>
      <w:r>
        <w:rPr>
          <w:rFonts w:ascii="宋体" w:eastAsia="宋体" w:hAnsi="宋体"/>
          <w:sz w:val="28"/>
        </w:rPr>
        <w:t>活动事项:</w:t>
      </w:r>
    </w:p>
    <w:p>
      <w:pPr>
        <w:spacing w:before="100" w:after="200" w:line="360" w:lineRule="auto"/>
        <w:ind w:firstLine="576"/>
        <w:jc w:val="left"/>
      </w:pPr>
      <w:r>
        <w:rPr>
          <w:rFonts w:ascii="宋体" w:eastAsia="宋体" w:hAnsi="宋体"/>
          <w:sz w:val="28"/>
        </w:rPr>
        <w:t>1、此次活动由厂家促销人员，驻新华中学新超市里兑取刮刮卡，是为防止其它销售点在我xx超市混取此次活动。厂家促销人员不得参与现金销卖及日常事务的管理。</w:t>
      </w:r>
    </w:p>
    <w:p>
      <w:pPr>
        <w:spacing w:before="100" w:after="200" w:line="360" w:lineRule="auto"/>
        <w:ind w:firstLine="576"/>
        <w:jc w:val="left"/>
      </w:pPr>
      <w:r>
        <w:rPr>
          <w:rFonts w:ascii="宋体" w:eastAsia="宋体" w:hAnsi="宋体"/>
          <w:sz w:val="28"/>
        </w:rPr>
        <w:t>2、厂家促销人员驻店时间为（12：00-14：00、17：00-18：30）。</w:t>
      </w:r>
    </w:p>
    <w:p>
      <w:pPr>
        <w:spacing w:before="100" w:after="200" w:line="360" w:lineRule="auto"/>
        <w:ind w:firstLine="576"/>
        <w:jc w:val="left"/>
      </w:pPr>
      <w:r>
        <w:rPr>
          <w:rFonts w:ascii="宋体" w:eastAsia="宋体" w:hAnsi="宋体"/>
          <w:sz w:val="28"/>
        </w:rPr>
        <w:t>3、xx员工培训：此次活动除了海报宣传外，xx超市员工必须做好厂家促销人员不在现场其它时间的宣传及活动解释。</w:t>
      </w:r>
    </w:p>
    <w:p>
      <w:pPr>
        <w:spacing w:before="100" w:after="200" w:line="360" w:lineRule="auto"/>
        <w:ind w:firstLine="576"/>
        <w:jc w:val="left"/>
      </w:pPr>
      <w:r>
        <w:rPr>
          <w:rFonts w:ascii="宋体" w:eastAsia="宋体" w:hAnsi="宋体"/>
          <w:sz w:val="28"/>
        </w:rPr>
        <w:t>篇8：活动策划书</w:t>
      </w:r>
    </w:p>
    <w:p>
      <w:pPr>
        <w:spacing w:before="100" w:after="200" w:line="360" w:lineRule="auto"/>
        <w:jc w:val="left"/>
      </w:pPr>
      <w:r>
        <w:rPr>
          <w:rFonts w:ascii="宋体 (中文正文)" w:eastAsia="宋体" w:hAnsi="宋体 (中文正文)"/>
          <w:sz w:val="28"/>
        </w:rPr>
        <w:t>一、目的：</w:t>
      </w:r>
    </w:p>
    <w:p>
      <w:pPr>
        <w:spacing w:before="100" w:after="200" w:line="360" w:lineRule="auto"/>
        <w:ind w:firstLine="576"/>
        <w:jc w:val="left"/>
        <w:sectPr w:rsidSect="00034616">
          <w:type w:val="nextPage"/>
          <w:pgSz w:w="11906" w:h="16838"/>
          <w:pgMar w:top="1440" w:right="1440" w:bottom="1440" w:left="1440" w:header="720" w:footer="720" w:gutter="0"/>
          <w:pgNumType w:start="21"/>
          <w:cols w:space="720"/>
          <w:titlePg w:val="0"/>
          <w:docGrid w:linePitch="360"/>
        </w:sectPr>
      </w:pPr>
      <w:r>
        <w:rPr>
          <w:rFonts w:ascii="宋体" w:eastAsia="宋体" w:hAnsi="宋体"/>
          <w:sz w:val="28"/>
        </w:rPr>
        <w:t>数苑家教中心是一个才刚刚成立三四个月的组织，其发展前景十分乐观，发展空间非常广大。为了能够让我数院家教中心能够为更多的华师学子提供优秀的家教信息，使我数院家教中心在不久的将来的日子里能为众人所知，使我家教中心发展成为数院的招牌、华师的招牌，甚至是家教市场的一个招牌。</w:t>
      </w:r>
    </w:p>
    <w:p>
      <w:pPr>
        <w:spacing w:before="100" w:after="200" w:line="360" w:lineRule="auto"/>
        <w:jc w:val="left"/>
      </w:pPr>
      <w:r>
        <w:rPr>
          <w:rFonts w:ascii="宋体 (中文正文)" w:eastAsia="宋体" w:hAnsi="宋体 (中文正文)"/>
          <w:sz w:val="28"/>
        </w:rPr>
        <w:t>二、宣传方案：</w:t>
      </w:r>
    </w:p>
    <w:p>
      <w:pPr>
        <w:spacing w:before="100" w:after="200" w:line="360" w:lineRule="auto"/>
        <w:jc w:val="left"/>
      </w:pPr>
      <w:r>
        <w:rPr>
          <w:rFonts w:ascii="宋体 (中文正文)" w:eastAsia="宋体" w:hAnsi="宋体 (中文正文)"/>
          <w:sz w:val="28"/>
        </w:rPr>
        <w:t>1:外部宣传：</w:t>
      </w:r>
    </w:p>
    <w:p>
      <w:pPr>
        <w:spacing w:before="100" w:after="200" w:line="360" w:lineRule="auto"/>
        <w:ind w:firstLine="576"/>
        <w:jc w:val="left"/>
      </w:pPr>
      <w:r>
        <w:rPr>
          <w:rFonts w:ascii="宋体" w:eastAsia="宋体" w:hAnsi="宋体"/>
          <w:sz w:val="28"/>
        </w:rPr>
        <w:t>①信息部人员在信息采集的地方定点粘贴我中心的宣传稿件。</w:t>
      </w:r>
    </w:p>
    <w:p>
      <w:pPr>
        <w:spacing w:before="100" w:after="200" w:line="360" w:lineRule="auto"/>
        <w:ind w:firstLine="576"/>
        <w:jc w:val="left"/>
      </w:pPr>
      <w:r>
        <w:rPr>
          <w:rFonts w:ascii="宋体" w:eastAsia="宋体" w:hAnsi="宋体"/>
          <w:sz w:val="28"/>
        </w:rPr>
        <w:t>②信息部人员在信息采集的时候多多给家长们讲解一下我们数苑家教中心的情况。我们是更加专业的队伍。</w:t>
      </w:r>
    </w:p>
    <w:p>
      <w:pPr>
        <w:spacing w:before="100" w:after="200" w:line="360" w:lineRule="auto"/>
        <w:ind w:firstLine="576"/>
        <w:jc w:val="left"/>
      </w:pPr>
      <w:r>
        <w:rPr>
          <w:rFonts w:ascii="宋体" w:eastAsia="宋体" w:hAnsi="宋体"/>
          <w:sz w:val="28"/>
        </w:rPr>
        <w:t>③聘请在做家教的学生，在外做家教的途中顺便帮忙粘贴宣传稿件。</w:t>
      </w:r>
    </w:p>
    <w:p>
      <w:pPr>
        <w:spacing w:before="100" w:after="200" w:line="360" w:lineRule="auto"/>
        <w:jc w:val="left"/>
      </w:pPr>
      <w:r>
        <w:rPr>
          <w:rFonts w:ascii="宋体 (中文正文)" w:eastAsia="宋体" w:hAnsi="宋体 (中文正文)"/>
          <w:sz w:val="28"/>
        </w:rPr>
        <w:t>2：内部宣传：</w:t>
      </w:r>
    </w:p>
    <w:p>
      <w:pPr>
        <w:spacing w:before="100" w:after="200" w:line="360" w:lineRule="auto"/>
        <w:ind w:firstLine="576"/>
        <w:jc w:val="left"/>
      </w:pPr>
      <w:r>
        <w:rPr>
          <w:rFonts w:ascii="宋体" w:eastAsia="宋体" w:hAnsi="宋体"/>
          <w:sz w:val="28"/>
        </w:rPr>
        <w:t>更为广大的学生群体能够看到我们的信息。④在学校内部，寻找几个可以粘贴广告的地方，固定粘贴所有的及时信息。</w:t>
      </w:r>
    </w:p>
    <w:p>
      <w:pPr>
        <w:spacing w:before="100" w:after="200" w:line="360" w:lineRule="auto"/>
        <w:ind w:firstLine="576"/>
        <w:jc w:val="left"/>
      </w:pPr>
      <w:r>
        <w:rPr>
          <w:rFonts w:ascii="宋体" w:eastAsia="宋体" w:hAnsi="宋体"/>
          <w:sz w:val="28"/>
        </w:rPr>
        <w:t>⑤在东区小树林和西区报亭固定摆放信息栏，用红纸黑字公布信息。</w:t>
      </w:r>
    </w:p>
    <w:p>
      <w:pPr>
        <w:spacing w:before="100" w:after="200" w:line="360" w:lineRule="auto"/>
        <w:ind w:firstLine="576"/>
        <w:jc w:val="left"/>
      </w:pPr>
      <w:r>
        <w:rPr>
          <w:rFonts w:ascii="宋体" w:eastAsia="宋体" w:hAnsi="宋体"/>
          <w:sz w:val="28"/>
        </w:rPr>
        <w:t>篇9：活动策划书</w:t>
      </w:r>
    </w:p>
    <w:p>
      <w:pPr>
        <w:spacing w:before="100" w:after="200" w:line="360" w:lineRule="auto"/>
        <w:ind w:firstLine="576"/>
        <w:jc w:val="left"/>
      </w:pPr>
      <w:r>
        <w:rPr>
          <w:rFonts w:ascii="宋体" w:eastAsia="宋体" w:hAnsi="宋体"/>
          <w:sz w:val="28"/>
        </w:rPr>
        <w:t>平时在寻找策划书过程中，可能会需要到怎么写活动策划书呢，希望能让您节省时间起到了帮助的作用。</w:t>
      </w:r>
    </w:p>
    <w:p>
      <w:pPr>
        <w:spacing w:before="100" w:after="200" w:line="360" w:lineRule="auto"/>
        <w:ind w:firstLine="576"/>
        <w:jc w:val="left"/>
      </w:pPr>
      <w:r>
        <w:rPr>
          <w:rFonts w:ascii="宋体" w:eastAsia="宋体" w:hAnsi="宋体"/>
          <w:sz w:val="28"/>
        </w:rPr>
        <w:t>1、怎么写活动策划书呢</w:t>
      </w:r>
    </w:p>
    <w:p>
      <w:pPr>
        <w:spacing w:before="100" w:after="200" w:line="360" w:lineRule="auto"/>
        <w:ind w:firstLine="576"/>
        <w:jc w:val="left"/>
      </w:pPr>
      <w:r>
        <w:rPr>
          <w:rFonts w:ascii="宋体" w:eastAsia="宋体" w:hAnsi="宋体"/>
          <w:sz w:val="28"/>
        </w:rPr>
        <w:t>策划书是目标规划的文字书，是实现目标的指路灯。撰写策划书就是用现有的知识开发想象力，在可以得到的资源的现实中最可能最快的达到目标。今天为家准备的是活动策划书的写法，希望能满足家的阅读需求。</w:t>
      </w:r>
    </w:p>
    <w:p>
      <w:pPr>
        <w:spacing w:before="100" w:after="200" w:line="360" w:lineRule="auto"/>
        <w:ind w:firstLine="576"/>
        <w:jc w:val="left"/>
      </w:pPr>
      <w:r>
        <w:rPr>
          <w:rFonts w:ascii="宋体" w:eastAsia="宋体" w:hAnsi="宋体"/>
          <w:sz w:val="28"/>
        </w:rPr>
        <w:t>1、撰写策划书要详略得当。有些部分是象征性的礼貌和套路的`需要，简洁即可；而有些部分。就是有实质性意义的，例如活动的介绍、赞助方式、宣传方式，就应该适当着墨更多。</w:t>
      </w:r>
    </w:p>
    <w:p>
      <w:pPr>
        <w:spacing w:before="100" w:after="200" w:line="360" w:lineRule="auto"/>
        <w:ind w:firstLine="576"/>
        <w:jc w:val="left"/>
        <w:sectPr w:rsidSect="00034616">
          <w:type w:val="nextPage"/>
          <w:pgSz w:w="11906" w:h="16838"/>
          <w:pgMar w:top="1440" w:right="1440" w:bottom="1440" w:left="1440" w:header="720" w:footer="720" w:gutter="0"/>
          <w:pgNumType w:start="22"/>
          <w:cols w:space="720"/>
          <w:titlePg w:val="0"/>
          <w:docGrid w:linePitch="360"/>
        </w:sectPr>
      </w:pPr>
      <w:r>
        <w:rPr>
          <w:rFonts w:ascii="宋体" w:eastAsia="宋体" w:hAnsi="宋体"/>
          <w:sz w:val="28"/>
        </w:rPr>
        <w:t>2、策划书不宜太花哨，要把实质性的提议呈现给商家。</w:t>
      </w:r>
    </w:p>
    <w:p>
      <w:pPr>
        <w:spacing w:before="100" w:after="200" w:line="360" w:lineRule="auto"/>
        <w:ind w:firstLine="576"/>
        <w:jc w:val="left"/>
      </w:pPr>
      <w:r>
        <w:rPr>
          <w:rFonts w:ascii="宋体" w:eastAsia="宋体" w:hAnsi="宋体"/>
          <w:sz w:val="28"/>
        </w:rPr>
        <w:t>3、策划书用词要礼貌得体，不能太绝对，要留下商量的余地</w:t>
      </w:r>
    </w:p>
    <w:p>
      <w:pPr>
        <w:spacing w:before="100" w:after="200" w:line="360" w:lineRule="auto"/>
        <w:ind w:firstLine="576"/>
        <w:jc w:val="left"/>
      </w:pPr>
      <w:r>
        <w:rPr>
          <w:rFonts w:ascii="宋体" w:eastAsia="宋体" w:hAnsi="宋体"/>
          <w:sz w:val="28"/>
        </w:rPr>
        <w:t>4、策划书一定要为商家传递这样的想法：</w:t>
      </w:r>
    </w:p>
    <w:p>
      <w:pPr>
        <w:spacing w:before="100" w:after="200" w:line="360" w:lineRule="auto"/>
        <w:ind w:firstLine="576"/>
        <w:jc w:val="left"/>
      </w:pPr>
      <w:r>
        <w:rPr>
          <w:rFonts w:ascii="宋体" w:eastAsia="宋体" w:hAnsi="宋体"/>
          <w:sz w:val="28"/>
        </w:rPr>
        <w:t>1）这只是我们初步提出的建议，更好更完美的方案我们期待和您洽谈得出。</w:t>
      </w:r>
    </w:p>
    <w:p>
      <w:pPr>
        <w:spacing w:before="100" w:after="200" w:line="360" w:lineRule="auto"/>
        <w:ind w:firstLine="576"/>
        <w:jc w:val="left"/>
      </w:pPr>
      <w:r>
        <w:rPr>
          <w:rFonts w:ascii="宋体" w:eastAsia="宋体" w:hAnsi="宋体"/>
          <w:sz w:val="28"/>
        </w:rPr>
        <w:t>2）我们热切期待与你们的合作。</w:t>
      </w:r>
    </w:p>
    <w:p>
      <w:pPr>
        <w:spacing w:before="100" w:after="200" w:line="360" w:lineRule="auto"/>
        <w:ind w:firstLine="576"/>
        <w:jc w:val="left"/>
      </w:pPr>
      <w:r>
        <w:rPr>
          <w:rFonts w:ascii="宋体" w:eastAsia="宋体" w:hAnsi="宋体"/>
          <w:sz w:val="28"/>
        </w:rPr>
        <w:t>5、因为策划书一般篇幅较长，所以重点的地方要有所突出，例如标下划线或粗体标记。</w:t>
      </w:r>
    </w:p>
    <w:p>
      <w:pPr>
        <w:spacing w:before="100" w:after="200" w:line="360" w:lineRule="auto"/>
        <w:ind w:firstLine="576"/>
        <w:jc w:val="left"/>
      </w:pPr>
      <w:r>
        <w:rPr>
          <w:rFonts w:ascii="宋体" w:eastAsia="宋体" w:hAnsi="宋体"/>
          <w:sz w:val="28"/>
        </w:rPr>
        <w:t>2、如何写一份活动策划书</w:t>
      </w:r>
    </w:p>
    <w:p>
      <w:pPr>
        <w:spacing w:before="100" w:after="200" w:line="360" w:lineRule="auto"/>
        <w:jc w:val="left"/>
      </w:pPr>
      <w:r>
        <w:rPr>
          <w:rFonts w:ascii="宋体 (中文正文)" w:eastAsia="宋体" w:hAnsi="宋体 (中文正文)"/>
          <w:sz w:val="28"/>
        </w:rPr>
        <w:t>一、策划书的名称：</w:t>
      </w:r>
    </w:p>
    <w:p>
      <w:pPr>
        <w:spacing w:before="100" w:after="200" w:line="360" w:lineRule="auto"/>
        <w:ind w:firstLine="576"/>
        <w:jc w:val="left"/>
      </w:pPr>
      <w:r>
        <w:rPr>
          <w:rFonts w:ascii="宋体" w:eastAsia="宋体" w:hAnsi="宋体"/>
          <w:sz w:val="28"/>
        </w:rPr>
        <w:t>要清楚具体写出活动的要点</w:t>
      </w:r>
    </w:p>
    <w:p>
      <w:pPr>
        <w:spacing w:before="100" w:after="200" w:line="360" w:lineRule="auto"/>
        <w:jc w:val="left"/>
      </w:pPr>
      <w:r>
        <w:rPr>
          <w:rFonts w:ascii="宋体 (中文正文)" w:eastAsia="宋体" w:hAnsi="宋体 (中文正文)"/>
          <w:sz w:val="28"/>
        </w:rPr>
        <w:t>二、活动目的及意义：</w:t>
      </w:r>
    </w:p>
    <w:p>
      <w:pPr>
        <w:spacing w:before="100" w:after="200" w:line="360" w:lineRule="auto"/>
        <w:ind w:firstLine="576"/>
        <w:jc w:val="left"/>
      </w:pPr>
      <w:r>
        <w:rPr>
          <w:rFonts w:ascii="宋体" w:eastAsia="宋体" w:hAnsi="宋体"/>
          <w:sz w:val="28"/>
        </w:rPr>
        <w:t>活动的目的、意义应用简洁明了的语言将目的要点表述清楚；在陈述目的要点时，该活动的核心构成或策划的到之处及由此产生的意义都应该明确写出。</w:t>
      </w:r>
    </w:p>
    <w:p>
      <w:pPr>
        <w:spacing w:before="100" w:after="200" w:line="360" w:lineRule="auto"/>
        <w:jc w:val="left"/>
      </w:pPr>
      <w:r>
        <w:rPr>
          <w:rFonts w:ascii="宋体 (中文正文)" w:eastAsia="宋体" w:hAnsi="宋体 (中文正文)"/>
          <w:sz w:val="28"/>
        </w:rPr>
        <w:t>三、活动的时间、地点：</w:t>
      </w:r>
    </w:p>
    <w:p>
      <w:pPr>
        <w:spacing w:before="100" w:after="200" w:line="360" w:lineRule="auto"/>
        <w:ind w:firstLine="576"/>
        <w:jc w:val="left"/>
      </w:pPr>
      <w:r>
        <w:rPr>
          <w:rFonts w:ascii="宋体" w:eastAsia="宋体" w:hAnsi="宋体"/>
          <w:sz w:val="28"/>
        </w:rPr>
        <w:t>时间、地点都要明确，具体，使人一目了然。</w:t>
      </w:r>
    </w:p>
    <w:p>
      <w:pPr>
        <w:spacing w:before="100" w:after="200" w:line="360" w:lineRule="auto"/>
        <w:jc w:val="left"/>
      </w:pPr>
      <w:r>
        <w:rPr>
          <w:rFonts w:ascii="宋体 (中文正文)" w:eastAsia="宋体" w:hAnsi="宋体 (中文正文)"/>
          <w:b/>
          <w:sz w:val="28"/>
        </w:rPr>
        <w:t>四、活动负责人及主要参与者：</w:t>
      </w:r>
    </w:p>
    <w:p>
      <w:pPr>
        <w:spacing w:before="100" w:after="200" w:line="360" w:lineRule="auto"/>
        <w:ind w:firstLine="576"/>
        <w:jc w:val="left"/>
      </w:pPr>
      <w:r>
        <w:rPr>
          <w:rFonts w:ascii="宋体" w:eastAsia="宋体" w:hAnsi="宋体"/>
          <w:sz w:val="28"/>
        </w:rPr>
        <w:t>注明组织者、参与者姓名及嘉宾。</w:t>
      </w:r>
    </w:p>
    <w:p>
      <w:pPr>
        <w:spacing w:before="100" w:after="200" w:line="360" w:lineRule="auto"/>
        <w:jc w:val="left"/>
        <w:sectPr w:rsidSect="00034616">
          <w:type w:val="nextPage"/>
          <w:pgSz w:w="11906" w:h="16838"/>
          <w:pgMar w:top="1440" w:right="1440" w:bottom="1440" w:left="1440" w:header="720" w:footer="720" w:gutter="0"/>
          <w:pgNumType w:start="23"/>
          <w:cols w:space="720"/>
          <w:titlePg w:val="0"/>
          <w:docGrid w:linePitch="360"/>
        </w:sectPr>
      </w:pPr>
      <w:r>
        <w:rPr>
          <w:rFonts w:ascii="宋体 (中文正文)" w:eastAsia="宋体" w:hAnsi="宋体 (中文正文)"/>
          <w:b/>
          <w:sz w:val="28"/>
        </w:rPr>
        <w:t>五、活动安排（流程、工作安排）：</w:t>
      </w:r>
    </w:p>
    <w:p>
      <w:pPr>
        <w:spacing w:before="100" w:after="200" w:line="360" w:lineRule="auto"/>
        <w:ind w:firstLine="576"/>
        <w:jc w:val="left"/>
      </w:pPr>
      <w:r>
        <w:rPr>
          <w:rFonts w:ascii="宋体" w:eastAsia="宋体" w:hAnsi="宋体"/>
          <w:sz w:val="28"/>
        </w:rPr>
        <w:t>作为策划的正文部分，表现方式要简洁明了，使人容易理解，但表述方面要力求详尽，写出每一点能设想到的东西，没有遗漏。在此部分中，不仅仅局限于用文字表述，也可适当加入图表等说明；对策划的各工作项目，应按照时间的先后顺序排列。人员的组织配置、活动对象、相应权责及时间地点也应在这部分加以说明，执行的应变程序也应该在这部分加以考虑。</w:t>
      </w:r>
    </w:p>
    <w:p>
      <w:pPr>
        <w:spacing w:before="100" w:after="200" w:line="360" w:lineRule="auto"/>
        <w:jc w:val="left"/>
      </w:pPr>
      <w:r>
        <w:rPr>
          <w:rFonts w:ascii="宋体 (中文正文)" w:eastAsia="宋体" w:hAnsi="宋体 (中文正文)"/>
          <w:sz w:val="28"/>
        </w:rPr>
        <w:t>六、经费预算：</w:t>
      </w:r>
    </w:p>
    <w:p>
      <w:pPr>
        <w:spacing w:before="100" w:after="200" w:line="360" w:lineRule="auto"/>
        <w:ind w:firstLine="576"/>
        <w:jc w:val="left"/>
      </w:pPr>
      <w:r>
        <w:rPr>
          <w:rFonts w:ascii="宋体" w:eastAsia="宋体" w:hAnsi="宋体"/>
          <w:sz w:val="28"/>
        </w:rPr>
        <w:t>活动的各项费用在根据实际情况进行具体、周密的.计算后，用清晰明了的形式列出。</w:t>
      </w:r>
    </w:p>
    <w:p>
      <w:pPr>
        <w:spacing w:before="100" w:after="200" w:line="360" w:lineRule="auto"/>
        <w:jc w:val="left"/>
      </w:pPr>
      <w:r>
        <w:rPr>
          <w:rFonts w:ascii="宋体 (中文正文)" w:eastAsia="宋体" w:hAnsi="宋体 (中文正文)"/>
          <w:b/>
          <w:sz w:val="28"/>
        </w:rPr>
        <w:t>七、活动中应注意的问题及细节：</w:t>
      </w:r>
    </w:p>
    <w:p>
      <w:pPr>
        <w:spacing w:before="100" w:after="200" w:line="360" w:lineRule="auto"/>
        <w:ind w:firstLine="576"/>
        <w:jc w:val="left"/>
      </w:pPr>
      <w:r>
        <w:rPr>
          <w:rFonts w:ascii="宋体" w:eastAsia="宋体" w:hAnsi="宋体"/>
          <w:sz w:val="28"/>
        </w:rPr>
        <w:t>每举行一项活动都会有一些值得注意但又容易疏忽的问题及细节，因此在写完策划时要提醒各参与人员要注意的问题。</w:t>
      </w:r>
    </w:p>
    <w:p>
      <w:pPr>
        <w:spacing w:before="100" w:after="200" w:line="360" w:lineRule="auto"/>
        <w:jc w:val="left"/>
      </w:pPr>
      <w:r>
        <w:rPr>
          <w:rFonts w:ascii="宋体 (中文正文)" w:eastAsia="宋体" w:hAnsi="宋体 (中文正文)"/>
          <w:sz w:val="28"/>
        </w:rPr>
        <w:t>完整的策划案制作流程：</w:t>
      </w:r>
    </w:p>
    <w:p>
      <w:pPr>
        <w:spacing w:before="100" w:after="200" w:line="360" w:lineRule="auto"/>
        <w:ind w:firstLine="576"/>
        <w:jc w:val="left"/>
      </w:pPr>
      <w:r>
        <w:rPr>
          <w:rFonts w:ascii="宋体" w:eastAsia="宋体" w:hAnsi="宋体"/>
          <w:sz w:val="28"/>
        </w:rPr>
        <w:t>1、收集各方面的策划方案；</w:t>
      </w:r>
    </w:p>
    <w:p>
      <w:pPr>
        <w:spacing w:before="100" w:after="200" w:line="360" w:lineRule="auto"/>
        <w:ind w:firstLine="576"/>
        <w:jc w:val="left"/>
      </w:pPr>
      <w:r>
        <w:rPr>
          <w:rFonts w:ascii="宋体" w:eastAsia="宋体" w:hAnsi="宋体"/>
          <w:sz w:val="28"/>
        </w:rPr>
        <w:t>2、负责组讨论完善策划的方案；</w:t>
      </w:r>
    </w:p>
    <w:p>
      <w:pPr>
        <w:spacing w:before="100" w:after="200" w:line="360" w:lineRule="auto"/>
        <w:ind w:firstLine="576"/>
        <w:jc w:val="left"/>
      </w:pPr>
      <w:r>
        <w:rPr>
          <w:rFonts w:ascii="宋体" w:eastAsia="宋体" w:hAnsi="宋体"/>
          <w:sz w:val="28"/>
        </w:rPr>
        <w:t>3、发放拟定策划方案；</w:t>
      </w:r>
    </w:p>
    <w:p>
      <w:pPr>
        <w:spacing w:before="100" w:after="200" w:line="360" w:lineRule="auto"/>
        <w:ind w:firstLine="576"/>
        <w:jc w:val="left"/>
      </w:pPr>
      <w:r>
        <w:rPr>
          <w:rFonts w:ascii="宋体" w:eastAsia="宋体" w:hAnsi="宋体"/>
          <w:sz w:val="28"/>
        </w:rPr>
        <w:t>4、分配负责工作；</w:t>
      </w:r>
    </w:p>
    <w:p>
      <w:pPr>
        <w:spacing w:before="100" w:after="200" w:line="360" w:lineRule="auto"/>
        <w:ind w:firstLine="576"/>
        <w:jc w:val="left"/>
      </w:pPr>
      <w:r>
        <w:rPr>
          <w:rFonts w:ascii="宋体" w:eastAsia="宋体" w:hAnsi="宋体"/>
          <w:sz w:val="28"/>
        </w:rPr>
        <w:t>5、完善策划案；</w:t>
      </w:r>
    </w:p>
    <w:p>
      <w:pPr>
        <w:spacing w:before="100" w:after="200" w:line="360" w:lineRule="auto"/>
        <w:ind w:firstLine="576"/>
        <w:jc w:val="left"/>
      </w:pPr>
      <w:r>
        <w:rPr>
          <w:rFonts w:ascii="宋体" w:eastAsia="宋体" w:hAnsi="宋体"/>
          <w:sz w:val="28"/>
        </w:rPr>
        <w:t>6、提交上级审批。</w:t>
      </w:r>
    </w:p>
    <w:p>
      <w:pPr>
        <w:spacing w:before="100" w:after="200" w:line="360" w:lineRule="auto"/>
        <w:ind w:firstLine="576"/>
        <w:jc w:val="left"/>
      </w:pPr>
      <w:r>
        <w:rPr>
          <w:rFonts w:ascii="宋体" w:eastAsia="宋体" w:hAnsi="宋体"/>
          <w:sz w:val="28"/>
        </w:rPr>
        <w:t>篇10：活动策划书</w:t>
      </w:r>
    </w:p>
    <w:p>
      <w:pPr>
        <w:spacing w:before="100" w:after="200" w:line="360" w:lineRule="auto"/>
        <w:ind w:firstLine="576"/>
        <w:jc w:val="left"/>
        <w:sectPr w:rsidSect="00034616">
          <w:type w:val="nextPage"/>
          <w:pgSz w:w="11906" w:h="16838"/>
          <w:pgMar w:top="1440" w:right="1440" w:bottom="1440" w:left="1440" w:header="720" w:footer="720" w:gutter="0"/>
          <w:pgNumType w:start="24"/>
          <w:cols w:space="720"/>
          <w:titlePg w:val="0"/>
          <w:docGrid w:linePitch="360"/>
        </w:sectPr>
      </w:pPr>
      <w:r>
        <w:rPr>
          <w:rFonts w:ascii="宋体" w:eastAsia="宋体" w:hAnsi="宋体"/>
          <w:sz w:val="28"/>
        </w:rPr>
        <w:t>一.活动概述</w:t>
      </w:r>
    </w:p>
    <w:p>
      <w:pPr>
        <w:spacing w:before="100" w:after="200" w:line="360" w:lineRule="auto"/>
        <w:ind w:firstLine="576"/>
        <w:jc w:val="left"/>
      </w:pPr>
      <w:r>
        <w:rPr>
          <w:rFonts w:ascii="宋体" w:eastAsia="宋体" w:hAnsi="宋体"/>
          <w:sz w:val="28"/>
        </w:rPr>
        <w:t>1.活动主题:弘扬志愿精神，传递世界温暖</w:t>
      </w:r>
    </w:p>
    <w:p>
      <w:pPr>
        <w:spacing w:before="100" w:after="200" w:line="360" w:lineRule="auto"/>
        <w:ind w:firstLine="576"/>
        <w:jc w:val="left"/>
      </w:pPr>
      <w:r>
        <w:rPr>
          <w:rFonts w:ascii="宋体" w:eastAsia="宋体" w:hAnsi="宋体"/>
          <w:sz w:val="28"/>
        </w:rPr>
        <w:t>2.活动时间:11月12日至12月4日</w:t>
      </w:r>
    </w:p>
    <w:p>
      <w:pPr>
        <w:spacing w:before="100" w:after="200" w:line="360" w:lineRule="auto"/>
        <w:ind w:firstLine="576"/>
        <w:jc w:val="left"/>
      </w:pPr>
      <w:r>
        <w:rPr>
          <w:rFonts w:ascii="宋体" w:eastAsia="宋体" w:hAnsi="宋体"/>
          <w:sz w:val="28"/>
        </w:rPr>
        <w:t>3.活动形式:宣传志愿服务，招募校园志愿者参与志愿服务活动</w:t>
      </w:r>
    </w:p>
    <w:p>
      <w:pPr>
        <w:spacing w:before="100" w:after="200" w:line="360" w:lineRule="auto"/>
        <w:ind w:firstLine="576"/>
        <w:jc w:val="left"/>
      </w:pPr>
      <w:r>
        <w:rPr>
          <w:rFonts w:ascii="宋体" w:eastAsia="宋体" w:hAnsi="宋体"/>
          <w:sz w:val="28"/>
        </w:rPr>
        <w:t>4.协办单位:学校环保协会、学校爱心协会、学校阳光灵魂协会、学校大学生影视协会、学校千草诗社、不求人</w:t>
      </w:r>
    </w:p>
    <w:p>
      <w:pPr>
        <w:spacing w:before="100" w:after="200" w:line="360" w:lineRule="auto"/>
        <w:ind w:firstLine="576"/>
        <w:jc w:val="left"/>
      </w:pPr>
      <w:r>
        <w:rPr>
          <w:rFonts w:ascii="宋体" w:eastAsia="宋体" w:hAnsi="宋体"/>
          <w:sz w:val="28"/>
        </w:rPr>
        <w:t>二.活动的具体介绍</w:t>
      </w:r>
    </w:p>
    <w:p>
      <w:pPr>
        <w:spacing w:before="100" w:after="200" w:line="360" w:lineRule="auto"/>
        <w:ind w:firstLine="576"/>
        <w:jc w:val="left"/>
      </w:pPr>
      <w:r>
        <w:rPr>
          <w:rFonts w:ascii="宋体" w:eastAsia="宋体" w:hAnsi="宋体"/>
          <w:sz w:val="28"/>
        </w:rPr>
        <w:t>本次志愿者文化节分为两个模块:</w:t>
      </w:r>
    </w:p>
    <w:p>
      <w:pPr>
        <w:spacing w:before="100" w:after="200" w:line="360" w:lineRule="auto"/>
        <w:ind w:firstLine="576"/>
        <w:jc w:val="left"/>
      </w:pPr>
      <w:r>
        <w:rPr>
          <w:rFonts w:ascii="宋体" w:eastAsia="宋体" w:hAnsi="宋体"/>
          <w:sz w:val="28"/>
        </w:rPr>
        <w:t>1.宣传模块:</w:t>
      </w:r>
    </w:p>
    <w:p>
      <w:pPr>
        <w:spacing w:before="100" w:after="200" w:line="360" w:lineRule="auto"/>
        <w:ind w:firstLine="576"/>
        <w:jc w:val="left"/>
      </w:pPr>
      <w:r>
        <w:rPr>
          <w:rFonts w:ascii="宋体" w:eastAsia="宋体" w:hAnsi="宋体"/>
          <w:sz w:val="28"/>
        </w:rPr>
        <w:t>a、主要通过海报、展板、喷绘、现场演讲等形式宣扬志愿者精神，同时在一定程度上宣传青协的发展史。</w:t>
      </w:r>
    </w:p>
    <w:p>
      <w:pPr>
        <w:spacing w:before="100" w:after="200" w:line="360" w:lineRule="auto"/>
        <w:ind w:firstLine="576"/>
        <w:jc w:val="left"/>
      </w:pPr>
      <w:r>
        <w:rPr>
          <w:rFonts w:ascii="宋体" w:eastAsia="宋体" w:hAnsi="宋体"/>
          <w:sz w:val="28"/>
        </w:rPr>
        <w:t>b、与大学生影视协会合作放映关于志愿服务的电影，利用影视的力量感染周围的人，让更多的人了解志愿服务的精神，加入志愿服务的行列。</w:t>
      </w:r>
    </w:p>
    <w:p>
      <w:pPr>
        <w:spacing w:before="100" w:after="200" w:line="360" w:lineRule="auto"/>
        <w:ind w:firstLine="576"/>
        <w:jc w:val="left"/>
      </w:pPr>
      <w:r>
        <w:rPr>
          <w:rFonts w:ascii="宋体" w:eastAsia="宋体" w:hAnsi="宋体"/>
          <w:sz w:val="28"/>
        </w:rPr>
        <w:t>c、配合学校钱草诗歌会开展以志愿服务为主题的征文比赛。</w:t>
      </w:r>
    </w:p>
    <w:p>
      <w:pPr>
        <w:spacing w:before="100" w:after="200" w:line="360" w:lineRule="auto"/>
        <w:ind w:firstLine="576"/>
        <w:jc w:val="left"/>
      </w:pPr>
      <w:r>
        <w:rPr>
          <w:rFonts w:ascii="宋体" w:eastAsia="宋体" w:hAnsi="宋体"/>
          <w:sz w:val="28"/>
        </w:rPr>
        <w:t>2.参与志愿服务活动模块:</w:t>
      </w:r>
    </w:p>
    <w:p>
      <w:pPr>
        <w:spacing w:before="100" w:after="200" w:line="360" w:lineRule="auto"/>
        <w:ind w:firstLine="576"/>
        <w:jc w:val="left"/>
      </w:pPr>
      <w:r>
        <w:rPr>
          <w:rFonts w:ascii="宋体" w:eastAsia="宋体" w:hAnsi="宋体"/>
          <w:sz w:val="28"/>
        </w:rPr>
        <w:t>通过海报和现场招聘，为所有学生招聘校园志愿者。对于招募的志愿者，我们将为他们提供体验志愿服务和亲身体验志愿服务的机会。培养大学生志愿服务精神。</w:t>
      </w:r>
    </w:p>
    <w:p>
      <w:pPr>
        <w:spacing w:before="100" w:after="200" w:line="360" w:lineRule="auto"/>
        <w:ind w:firstLine="576"/>
        <w:jc w:val="left"/>
      </w:pPr>
      <w:r>
        <w:rPr>
          <w:rFonts w:ascii="宋体" w:eastAsia="宋体" w:hAnsi="宋体"/>
          <w:sz w:val="28"/>
        </w:rPr>
        <w:t>第三，事件的准备</w:t>
      </w:r>
    </w:p>
    <w:p>
      <w:pPr>
        <w:spacing w:before="100" w:after="200" w:line="360" w:lineRule="auto"/>
        <w:ind w:firstLine="576"/>
        <w:jc w:val="left"/>
        <w:sectPr w:rsidSect="00034616">
          <w:type w:val="nextPage"/>
          <w:pgSz w:w="11906" w:h="16838"/>
          <w:pgMar w:top="1440" w:right="1440" w:bottom="1440" w:left="1440" w:header="720" w:footer="720" w:gutter="0"/>
          <w:pgNumType w:start="25"/>
          <w:cols w:space="720"/>
          <w:titlePg w:val="0"/>
          <w:docGrid w:linePitch="360"/>
        </w:sectPr>
      </w:pPr>
      <w:r>
        <w:rPr>
          <w:rFonts w:ascii="宋体" w:eastAsia="宋体" w:hAnsi="宋体"/>
          <w:sz w:val="28"/>
        </w:rPr>
        <w:t>1.秘书部:负责活动签到；制作、收集、保存校园志愿者个人资料；并安排校园志愿者在合适的时间参加活动。</w:t>
      </w:r>
    </w:p>
    <w:p>
      <w:pPr>
        <w:spacing w:before="100" w:after="200" w:line="360" w:lineRule="auto"/>
        <w:ind w:firstLine="576"/>
        <w:jc w:val="left"/>
      </w:pPr>
      <w:r>
        <w:rPr>
          <w:rFonts w:ascii="宋体" w:eastAsia="宋体" w:hAnsi="宋体"/>
          <w:sz w:val="28"/>
        </w:rPr>
        <w:t>2.实习部:负责活动策划，包括宣传策划书、征文大赛策划、影视放映策划、校园志愿者参加活动策划等。</w:t>
      </w:r>
    </w:p>
    <w:p>
      <w:pPr>
        <w:spacing w:before="100" w:after="200" w:line="360" w:lineRule="auto"/>
        <w:ind w:firstLine="576"/>
        <w:jc w:val="left"/>
      </w:pPr>
      <w:r>
        <w:rPr>
          <w:rFonts w:ascii="宋体" w:eastAsia="宋体" w:hAnsi="宋体"/>
          <w:sz w:val="28"/>
        </w:rPr>
        <w:t>3.财务部:负责活动期间的物品采购，财务预算等。</w:t>
      </w:r>
    </w:p>
    <w:p>
      <w:pPr>
        <w:spacing w:before="100" w:after="200" w:line="360" w:lineRule="auto"/>
        <w:ind w:firstLine="576"/>
        <w:jc w:val="left"/>
      </w:pPr>
      <w:r>
        <w:rPr>
          <w:rFonts w:ascii="宋体" w:eastAsia="宋体" w:hAnsi="宋体"/>
          <w:sz w:val="28"/>
        </w:rPr>
        <w:t>5.宣传部:运用创意思维宣传活动，招募校园志愿者，宣传青协的发展历程等。</w:t>
      </w:r>
    </w:p>
    <w:p>
      <w:pPr>
        <w:spacing w:before="100" w:after="200" w:line="360" w:lineRule="auto"/>
        <w:ind w:firstLine="576"/>
        <w:jc w:val="left"/>
      </w:pPr>
      <w:r>
        <w:rPr>
          <w:rFonts w:ascii="宋体" w:eastAsia="宋体" w:hAnsi="宋体"/>
          <w:sz w:val="28"/>
        </w:rPr>
        <w:t>6.文化体育部:做好音频租借和归还工作，协助大学生影视协会做好影视放映工作，现场维护秩序</w:t>
      </w:r>
    </w:p>
    <w:p>
      <w:pPr>
        <w:spacing w:before="100" w:after="200" w:line="360" w:lineRule="auto"/>
        <w:ind w:firstLine="576"/>
        <w:jc w:val="left"/>
      </w:pPr>
      <w:r>
        <w:rPr>
          <w:rFonts w:ascii="宋体" w:eastAsia="宋体" w:hAnsi="宋体"/>
          <w:sz w:val="28"/>
        </w:rPr>
        <w:t>四.活动的具体安排</w:t>
      </w:r>
    </w:p>
    <w:p>
      <w:pPr>
        <w:spacing w:before="100" w:after="200" w:line="360" w:lineRule="auto"/>
        <w:ind w:firstLine="576"/>
        <w:jc w:val="left"/>
      </w:pPr>
      <w:r>
        <w:rPr>
          <w:rFonts w:ascii="宋体" w:eastAsia="宋体" w:hAnsi="宋体"/>
          <w:sz w:val="28"/>
        </w:rPr>
        <w:t>11月13日，a.西门广场现场演讲，宣传志愿服务精神；b.开展以“拒绝莫莫，传递温暖”为主题的贴纸活动；c、招募校园志愿者；d、开展征文活动的宣传工作</w:t>
      </w:r>
    </w:p>
    <w:p>
      <w:pPr>
        <w:spacing w:before="100" w:after="200" w:line="360" w:lineRule="auto"/>
        <w:ind w:firstLine="576"/>
        <w:jc w:val="left"/>
      </w:pPr>
      <w:r>
        <w:rPr>
          <w:rFonts w:ascii="宋体" w:eastAsia="宋体" w:hAnsi="宋体"/>
          <w:sz w:val="28"/>
        </w:rPr>
        <w:t>11月16日，组织部分校园志愿者开展“志愿服务，传递温暖”活动，清理校园小广告</w:t>
      </w:r>
    </w:p>
    <w:p>
      <w:pPr>
        <w:spacing w:before="100" w:after="200" w:line="360" w:lineRule="auto"/>
        <w:ind w:firstLine="576"/>
        <w:jc w:val="left"/>
      </w:pPr>
      <w:r>
        <w:rPr>
          <w:rFonts w:ascii="宋体" w:eastAsia="宋体" w:hAnsi="宋体"/>
          <w:sz w:val="28"/>
        </w:rPr>
        <w:t>11月18日放映志愿服务电影；论文写作的截止日期</w:t>
      </w:r>
    </w:p>
    <w:p>
      <w:pPr>
        <w:spacing w:before="100" w:after="200" w:line="360" w:lineRule="auto"/>
        <w:ind w:firstLine="576"/>
        <w:jc w:val="left"/>
      </w:pPr>
      <w:r>
        <w:rPr>
          <w:rFonts w:ascii="宋体" w:eastAsia="宋体" w:hAnsi="宋体"/>
          <w:sz w:val="28"/>
        </w:rPr>
        <w:t>11月19日，组织部分志愿者参加一对一援助活动</w:t>
      </w:r>
    </w:p>
    <w:p>
      <w:pPr>
        <w:spacing w:before="100" w:after="200" w:line="360" w:lineRule="auto"/>
        <w:ind w:firstLine="576"/>
        <w:jc w:val="left"/>
      </w:pPr>
      <w:r>
        <w:rPr>
          <w:rFonts w:ascii="宋体" w:eastAsia="宋体" w:hAnsi="宋体"/>
          <w:sz w:val="28"/>
        </w:rPr>
        <w:t>11月20日，组织了一些志愿者参观养老院</w:t>
      </w:r>
    </w:p>
    <w:p>
      <w:pPr>
        <w:spacing w:before="100" w:after="200" w:line="360" w:lineRule="auto"/>
        <w:ind w:firstLine="576"/>
        <w:jc w:val="left"/>
      </w:pPr>
      <w:r>
        <w:rPr>
          <w:rFonts w:ascii="宋体" w:eastAsia="宋体" w:hAnsi="宋体"/>
          <w:sz w:val="28"/>
        </w:rPr>
        <w:t>11月21-23日，组织部分志愿者开展为期三天的活动，维护食堂用餐秩序</w:t>
      </w:r>
    </w:p>
    <w:p>
      <w:pPr>
        <w:spacing w:before="100" w:after="200" w:line="360" w:lineRule="auto"/>
        <w:ind w:firstLine="576"/>
        <w:jc w:val="left"/>
      </w:pPr>
      <w:r>
        <w:rPr>
          <w:rFonts w:ascii="宋体" w:eastAsia="宋体" w:hAnsi="宋体"/>
          <w:sz w:val="28"/>
        </w:rPr>
        <w:t>12月4日，为了庆祝国际志愿者日和第一届志愿者文化节的闭幕，在凤北小学举行了一场晚会</w:t>
      </w:r>
    </w:p>
    <w:p>
      <w:pPr>
        <w:spacing w:before="100" w:after="200" w:line="360" w:lineRule="auto"/>
        <w:jc w:val="left"/>
        <w:sectPr w:rsidSect="00034616">
          <w:type w:val="nextPage"/>
          <w:pgSz w:w="11906" w:h="16838"/>
          <w:pgMar w:top="1440" w:right="1440" w:bottom="1440" w:left="1440" w:header="720" w:footer="720" w:gutter="0"/>
          <w:pgNumType w:start="26"/>
          <w:cols w:space="720"/>
          <w:titlePg w:val="0"/>
          <w:docGrid w:linePitch="360"/>
        </w:sectPr>
      </w:pPr>
      <w:r>
        <w:rPr>
          <w:rFonts w:ascii="宋体 (中文正文)" w:eastAsia="宋体" w:hAnsi="宋体 (中文正文)"/>
          <w:b/>
          <w:sz w:val="28"/>
        </w:rPr>
        <w:t>五、活动的具体要求和注意事项</w:t>
      </w:r>
    </w:p>
    <w:p>
      <w:pPr>
        <w:spacing w:before="100" w:after="200" w:line="360" w:lineRule="auto"/>
        <w:ind w:firstLine="576"/>
        <w:jc w:val="left"/>
      </w:pPr>
      <w:r>
        <w:rPr>
          <w:rFonts w:ascii="宋体" w:eastAsia="宋体" w:hAnsi="宋体"/>
          <w:sz w:val="28"/>
        </w:rPr>
        <w:t>1.招募志愿者的要求:</w:t>
      </w:r>
    </w:p>
    <w:p>
      <w:pPr>
        <w:spacing w:before="100" w:after="200" w:line="360" w:lineRule="auto"/>
        <w:ind w:firstLine="576"/>
        <w:jc w:val="left"/>
      </w:pPr>
      <w:r>
        <w:rPr>
          <w:rFonts w:ascii="宋体" w:eastAsia="宋体" w:hAnsi="宋体"/>
          <w:sz w:val="28"/>
        </w:rPr>
        <w:t>a、遵守学校的规章制度，遵守学校学生协会和学校青年协会的有关规定</w:t>
      </w:r>
    </w:p>
    <w:p>
      <w:pPr>
        <w:spacing w:before="100" w:after="200" w:line="360" w:lineRule="auto"/>
        <w:ind w:firstLine="576"/>
        <w:jc w:val="left"/>
      </w:pPr>
      <w:r>
        <w:rPr>
          <w:rFonts w:ascii="宋体" w:eastAsia="宋体" w:hAnsi="宋体"/>
          <w:sz w:val="28"/>
        </w:rPr>
        <w:t>B.能够积极参加志愿服务活动，乐于奉献，敢于吃苦；有爱有责任</w:t>
      </w:r>
    </w:p>
    <w:p>
      <w:pPr>
        <w:spacing w:before="100" w:after="200" w:line="360" w:lineRule="auto"/>
        <w:ind w:firstLine="576"/>
        <w:jc w:val="left"/>
      </w:pPr>
      <w:r>
        <w:rPr>
          <w:rFonts w:ascii="宋体" w:eastAsia="宋体" w:hAnsi="宋体"/>
          <w:sz w:val="28"/>
        </w:rPr>
        <w:t>C.团结学生，有思想，有纪律，有组织</w:t>
      </w:r>
    </w:p>
    <w:p>
      <w:pPr>
        <w:spacing w:before="100" w:after="200" w:line="360" w:lineRule="auto"/>
        <w:ind w:firstLine="576"/>
        <w:jc w:val="left"/>
      </w:pPr>
      <w:r>
        <w:rPr>
          <w:rFonts w:ascii="宋体" w:eastAsia="宋体" w:hAnsi="宋体"/>
          <w:sz w:val="28"/>
        </w:rPr>
        <w:t>D.参加志愿服务活动时，必须服从青年协会的安排</w:t>
      </w:r>
    </w:p>
    <w:p>
      <w:pPr>
        <w:spacing w:before="100" w:after="200" w:line="360" w:lineRule="auto"/>
        <w:ind w:firstLine="576"/>
        <w:jc w:val="left"/>
      </w:pPr>
      <w:r>
        <w:rPr>
          <w:rFonts w:ascii="宋体" w:eastAsia="宋体" w:hAnsi="宋体"/>
          <w:sz w:val="28"/>
        </w:rPr>
        <w:t>E.严禁通过参与本活动进行商业宣传</w:t>
      </w:r>
    </w:p>
    <w:p>
      <w:pPr>
        <w:spacing w:before="100" w:after="200" w:line="360" w:lineRule="auto"/>
        <w:ind w:firstLine="576"/>
        <w:jc w:val="left"/>
      </w:pPr>
      <w:r>
        <w:rPr>
          <w:rFonts w:ascii="宋体" w:eastAsia="宋体" w:hAnsi="宋体"/>
          <w:sz w:val="28"/>
        </w:rPr>
        <w:t>2.活动注意事项:a.活动期间，各项活动负责人必须到位，人员统筹安排，确保活动有序开展</w:t>
      </w:r>
    </w:p>
    <w:p>
      <w:pPr>
        <w:spacing w:before="100" w:after="200" w:line="360" w:lineRule="auto"/>
        <w:ind w:firstLine="576"/>
        <w:jc w:val="left"/>
      </w:pPr>
      <w:r>
        <w:rPr>
          <w:rFonts w:ascii="宋体" w:eastAsia="宋体" w:hAnsi="宋体"/>
          <w:sz w:val="28"/>
        </w:rPr>
        <w:t>B.志愿者在开展活动时，必须服从负责人的安排。如果在活动场所范围之外发生事情，后果由自己承担</w:t>
      </w:r>
    </w:p>
    <w:p>
      <w:pPr>
        <w:spacing w:before="100" w:after="200" w:line="360" w:lineRule="auto"/>
        <w:ind w:firstLine="576"/>
        <w:jc w:val="left"/>
      </w:pPr>
      <w:r>
        <w:rPr>
          <w:rFonts w:ascii="宋体" w:eastAsia="宋体" w:hAnsi="宋体"/>
          <w:sz w:val="28"/>
        </w:rPr>
        <w:t>C.保护校园志愿者的权利。申请者将有机会体验志愿者活动</w:t>
      </w:r>
    </w:p>
    <w:p>
      <w:pPr>
        <w:spacing w:before="100" w:after="200" w:line="360" w:lineRule="auto"/>
        <w:ind w:firstLine="576"/>
        <w:jc w:val="left"/>
      </w:pPr>
      <w:r>
        <w:rPr>
          <w:rFonts w:ascii="宋体" w:eastAsia="宋体" w:hAnsi="宋体"/>
          <w:sz w:val="28"/>
        </w:rPr>
        <w:t>安1479008郝1895504</w:t>
      </w:r>
    </w:p>
    <w:p>
      <w:pPr>
        <w:spacing w:before="100" w:after="200" w:line="360" w:lineRule="auto"/>
        <w:ind w:firstLine="576"/>
        <w:jc w:val="left"/>
      </w:pPr>
      <w:r>
        <w:rPr>
          <w:rFonts w:ascii="宋体" w:eastAsia="宋体" w:hAnsi="宋体"/>
          <w:sz w:val="28"/>
        </w:rPr>
        <w:t>岳1825502杨1825502</w:t>
      </w:r>
    </w:p>
    <w:p>
      <w:pPr>
        <w:spacing w:before="100" w:after="200" w:line="360" w:lineRule="auto"/>
        <w:ind w:firstLine="576"/>
        <w:jc w:val="left"/>
      </w:pPr>
      <w:r>
        <w:rPr>
          <w:rFonts w:ascii="宋体" w:eastAsia="宋体" w:hAnsi="宋体"/>
          <w:sz w:val="28"/>
        </w:rPr>
        <w:t>袁1479008</w:t>
      </w:r>
    </w:p>
    <w:p>
      <w:pPr>
        <w:spacing w:before="100" w:after="200" w:line="360" w:lineRule="auto"/>
        <w:jc w:val="left"/>
      </w:pPr>
      <w:r>
        <w:rPr>
          <w:rFonts w:ascii="宋体 (中文正文)" w:eastAsia="宋体" w:hAnsi="宋体 (中文正文)"/>
          <w:b/>
          <w:sz w:val="28"/>
        </w:rPr>
        <w:t>六、财务预算</w:t>
      </w:r>
    </w:p>
    <w:p>
      <w:pPr>
        <w:spacing w:before="100" w:after="200" w:line="360" w:lineRule="auto"/>
        <w:ind w:firstLine="576"/>
        <w:jc w:val="left"/>
      </w:pPr>
      <w:r>
        <w:rPr>
          <w:rFonts w:ascii="宋体" w:eastAsia="宋体" w:hAnsi="宋体"/>
          <w:sz w:val="28"/>
        </w:rPr>
        <w:t>横幅802160</w:t>
      </w:r>
    </w:p>
    <w:p>
      <w:pPr>
        <w:spacing w:before="100" w:after="200" w:line="360" w:lineRule="auto"/>
        <w:ind w:firstLine="576"/>
        <w:jc w:val="left"/>
      </w:pPr>
      <w:r>
        <w:rPr>
          <w:rFonts w:ascii="宋体" w:eastAsia="宋体" w:hAnsi="宋体"/>
          <w:sz w:val="28"/>
        </w:rPr>
        <w:t>喷墨503150</w:t>
      </w:r>
    </w:p>
    <w:p>
      <w:pPr>
        <w:spacing w:before="100" w:after="200" w:line="360" w:lineRule="auto"/>
        <w:ind w:firstLine="576"/>
        <w:jc w:val="left"/>
      </w:pPr>
      <w:r>
        <w:rPr>
          <w:rFonts w:ascii="宋体" w:eastAsia="宋体" w:hAnsi="宋体"/>
          <w:sz w:val="28"/>
        </w:rPr>
        <w:t>礼物200</w:t>
      </w:r>
    </w:p>
    <w:p>
      <w:pPr>
        <w:spacing w:before="100" w:after="200" w:line="360" w:lineRule="auto"/>
        <w:ind w:firstLine="576"/>
        <w:jc w:val="left"/>
      </w:pPr>
      <w:r>
        <w:rPr>
          <w:rFonts w:ascii="宋体" w:eastAsia="宋体" w:hAnsi="宋体"/>
          <w:sz w:val="28"/>
        </w:rPr>
        <w:t>总计510</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https://d.book118.com/445220224241011123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27"/>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445220224241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