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2024电缆购销合同范本（21篇）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2024最新电缆购销合同范本（通用21篇）</w:t>
      </w:r>
      <w:r>
        <w:rPr>
          <w:lang w:eastAsia="zh-CN"/>
        </w:rPr>
        <w:br/>
      </w:r>
      <w:r>
        <w:rPr>
          <w:lang w:eastAsia="zh-CN"/>
        </w:rPr>
        <w:t xml:space="preserve">    2024最新电缆购销合同范本 篇1 </w:t>
      </w:r>
      <w:r>
        <w:rPr>
          <w:lang w:eastAsia="zh-CN"/>
        </w:rPr>
        <w:br/>
      </w:r>
      <w:r>
        <w:rPr>
          <w:lang w:eastAsia="zh-CN"/>
        </w:rPr>
        <w:t>　　甲方(供货方)：</w:t>
      </w:r>
      <w:r>
        <w:rPr>
          <w:lang w:eastAsia="zh-CN"/>
        </w:rPr>
        <w:br/>
      </w:r>
      <w:r>
        <w:rPr>
          <w:lang w:eastAsia="zh-CN"/>
        </w:rPr>
        <w:t>　　乙方(购货方)：</w:t>
      </w:r>
      <w:r>
        <w:rPr>
          <w:lang w:eastAsia="zh-CN"/>
        </w:rPr>
        <w:br/>
      </w:r>
      <w:r>
        <w:rPr>
          <w:lang w:eastAsia="zh-CN"/>
        </w:rPr>
        <w:t>　　标的物名称、规格、数量、价款及交(提)货时间：</w:t>
      </w:r>
      <w:r>
        <w:rPr>
          <w:lang w:eastAsia="zh-CN"/>
        </w:rPr>
        <w:br/>
      </w:r>
      <w:r>
        <w:rPr>
          <w:lang w:eastAsia="zh-CN"/>
        </w:rPr>
        <w:t>　　一、质量及验收标准：按产品标准的要求交付与验收。执行国家标准</w:t>
      </w:r>
      <w:r>
        <w:rPr>
          <w:lang w:eastAsia="zh-CN"/>
        </w:rPr>
        <w:br/>
      </w:r>
      <w:r>
        <w:rPr>
          <w:lang w:eastAsia="zh-CN"/>
        </w:rPr>
        <w:t>　　二、质量保证期：在一年内产品制造质量实行三包。交货半年内提出异议。</w:t>
      </w:r>
      <w:r>
        <w:rPr>
          <w:lang w:eastAsia="zh-CN"/>
        </w:rPr>
        <w:br/>
      </w:r>
      <w:r>
        <w:rPr>
          <w:lang w:eastAsia="zh-CN"/>
        </w:rPr>
        <w:t>　　三、包装物的供应与回收：甲方免收包装费，使用后的电缆包装盘由乙方保管好，并通知甲方收回。</w:t>
      </w:r>
      <w:r>
        <w:rPr>
          <w:lang w:eastAsia="zh-CN"/>
        </w:rPr>
        <w:br/>
      </w:r>
      <w:r>
        <w:rPr>
          <w:lang w:eastAsia="zh-CN"/>
        </w:rPr>
        <w:t>　　四、交货方式、地点：施工现场</w:t>
      </w:r>
      <w:r>
        <w:rPr>
          <w:lang w:eastAsia="zh-CN"/>
        </w:rPr>
        <w:br/>
      </w:r>
      <w:r>
        <w:rPr>
          <w:lang w:eastAsia="zh-CN"/>
        </w:rPr>
        <w:t>　　五、付款方式：预付定金五万元，提货时一次性付清</w:t>
      </w:r>
      <w:r>
        <w:rPr>
          <w:lang w:eastAsia="zh-CN"/>
        </w:rPr>
        <w:br/>
      </w:r>
      <w:r>
        <w:rPr>
          <w:lang w:eastAsia="zh-CN"/>
        </w:rPr>
        <w:t>　　六、合同解除的条件：无</w:t>
      </w:r>
      <w:r>
        <w:rPr>
          <w:lang w:eastAsia="zh-CN"/>
        </w:rPr>
        <w:br/>
      </w:r>
      <w:r>
        <w:rPr>
          <w:lang w:eastAsia="zh-CN"/>
        </w:rPr>
        <w:t>　　七、特别约定：未尽事宜，双方协商解决。</w:t>
      </w:r>
      <w:r>
        <w:rPr>
          <w:lang w:eastAsia="zh-CN"/>
        </w:rPr>
        <w:br/>
      </w:r>
      <w:r>
        <w:rPr>
          <w:lang w:eastAsia="zh-CN"/>
        </w:rPr>
        <w:t>　　八、订立本合同时，双方均应出示营业执照或身份证、委托书，并在合同上指定经手人。本合同一式二份，自双方签字盖章后生效。</w:t>
      </w:r>
      <w:r>
        <w:rPr>
          <w:lang w:eastAsia="zh-CN"/>
        </w:rPr>
        <w:br/>
      </w:r>
      <w:r>
        <w:rPr>
          <w:lang w:eastAsia="zh-CN"/>
        </w:rPr>
        <w:t>　　甲方(公章)：_________ 乙方(公章)：_________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xml:space="preserve">    2024最新电缆购销合同范本 篇2 </w:t>
      </w:r>
      <w:r>
        <w:rPr>
          <w:lang w:eastAsia="zh-CN"/>
        </w:rPr>
        <w:br/>
      </w:r>
      <w:r>
        <w:rPr>
          <w:lang w:eastAsia="zh-CN"/>
        </w:rPr>
        <w:t>　　_______(供方)(以下简称乙方)</w:t>
      </w:r>
      <w:r>
        <w:rPr>
          <w:lang w:eastAsia="zh-CN"/>
        </w:rPr>
        <w:br/>
      </w:r>
      <w:r>
        <w:rPr>
          <w:lang w:eastAsia="zh-CN"/>
        </w:rPr>
        <w:t>　　立合同人:__(需方)(以下简称甲方)</w:t>
      </w:r>
      <w:r>
        <w:rPr>
          <w:lang w:eastAsia="zh-CN"/>
        </w:rPr>
        <w:br/>
      </w:r>
      <w:r>
        <w:rPr>
          <w:lang w:eastAsia="zh-CN"/>
        </w:rPr>
        <w:t>　　经协商同意,根据中华人民共和国经济法的规定,订立合同如下:</w:t>
      </w:r>
      <w:r>
        <w:rPr>
          <w:lang w:eastAsia="zh-CN"/>
        </w:rPr>
        <w:br/>
      </w:r>
      <w:r>
        <w:rPr>
          <w:lang w:eastAsia="zh-CN"/>
        </w:rPr>
        <w:t>　　第一条 甲方向乙方订货总值为人民币__元。其产品称号、规格、质量(技术指标)、单价、总价等如表所列</w:t>
      </w:r>
      <w:r>
        <w:rPr>
          <w:lang w:eastAsia="zh-CN"/>
        </w:rPr>
        <w:br/>
      </w:r>
      <w:r>
        <w:rPr>
          <w:lang w:eastAsia="zh-CN"/>
        </w:rPr>
        <w:t>　　第二条 产品包装规格及费用_______</w:t>
      </w:r>
      <w:r>
        <w:rPr>
          <w:lang w:eastAsia="zh-CN"/>
        </w:rPr>
        <w:br/>
      </w:r>
      <w:r>
        <w:rPr>
          <w:lang w:eastAsia="zh-CN"/>
        </w:rPr>
        <w:t>　　第三条 验收方法______</w:t>
      </w:r>
      <w:r>
        <w:rPr>
          <w:lang w:eastAsia="zh-CN"/>
        </w:rPr>
        <w:br/>
      </w:r>
      <w:r>
        <w:rPr>
          <w:lang w:eastAsia="zh-CN"/>
        </w:rPr>
        <w:t>　　┌┬┬┬┬┬┐</w:t>
      </w:r>
      <w:r>
        <w:rPr>
          <w:lang w:eastAsia="zh-CN"/>
        </w:rPr>
        <w:br/>
      </w:r>
      <w:r>
        <w:rPr>
          <w:lang w:eastAsia="zh-CN"/>
        </w:rPr>
        <w:t>　　│质料称号及│规格(毫米)│ 质量标准或 │计量单位│单价(元)│ 算计(元) │</w:t>
      </w:r>
      <w:r>
        <w:rPr>
          <w:lang w:eastAsia="zh-CN"/>
        </w:rPr>
        <w:br/>
      </w:r>
      <w:r>
        <w:rPr>
          <w:lang w:eastAsia="zh-CN"/>
        </w:rPr>
        <w:t>　　│ 花色 │ 及型号 │ 技术指标 │ │ │ │</w:t>
      </w:r>
      <w:r>
        <w:rPr>
          <w:lang w:eastAsia="zh-CN"/>
        </w:rPr>
        <w:br/>
      </w:r>
      <w:r>
        <w:rPr>
          <w:lang w:eastAsia="zh-CN"/>
        </w:rPr>
        <w:t>　　├┼┼┼┼┼┤</w:t>
      </w:r>
      <w:r>
        <w:rPr>
          <w:lang w:eastAsia="zh-CN"/>
        </w:rPr>
        <w:br/>
      </w:r>
      <w:r>
        <w:rPr>
          <w:lang w:eastAsia="zh-CN"/>
        </w:rPr>
        <w:t>　　│ │ │ │ │ │ │</w:t>
      </w:r>
      <w:r>
        <w:rPr>
          <w:lang w:eastAsia="zh-CN"/>
        </w:rPr>
        <w:br/>
      </w:r>
      <w:r>
        <w:rPr>
          <w:lang w:eastAsia="zh-CN"/>
        </w:rPr>
        <w:t>　　├┼┼┼┼┼┤</w:t>
      </w:r>
      <w:r>
        <w:rPr>
          <w:lang w:eastAsia="zh-CN"/>
        </w:rPr>
        <w:br/>
      </w:r>
      <w:r>
        <w:rPr>
          <w:lang w:eastAsia="zh-CN"/>
        </w:rPr>
        <w:t>　　│ │ │ │ │ │ │</w:t>
      </w:r>
      <w:r>
        <w:rPr>
          <w:lang w:eastAsia="zh-CN"/>
        </w:rPr>
        <w:br/>
      </w:r>
      <w:r>
        <w:rPr>
          <w:lang w:eastAsia="zh-CN"/>
        </w:rPr>
        <w:t>　　├┼┼┼┼┼┤</w:t>
      </w:r>
      <w:r>
        <w:rPr>
          <w:lang w:eastAsia="zh-CN"/>
        </w:rPr>
        <w:br/>
      </w:r>
      <w:r>
        <w:rPr>
          <w:lang w:eastAsia="zh-CN"/>
        </w:rPr>
        <w:t>　　│ │ │ │ │ │ │</w:t>
      </w:r>
      <w:r>
        <w:rPr>
          <w:lang w:eastAsia="zh-CN"/>
        </w:rPr>
        <w:br/>
      </w:r>
      <w:r>
        <w:rPr>
          <w:lang w:eastAsia="zh-CN"/>
        </w:rPr>
        <w:t>　　└┴┴┴┴┴┘</w:t>
      </w:r>
      <w:r>
        <w:rPr>
          <w:lang w:eastAsia="zh-CN"/>
        </w:rPr>
        <w:br/>
      </w:r>
      <w:r>
        <w:rPr>
          <w:lang w:eastAsia="zh-CN"/>
        </w:rPr>
        <w:t>　　第四条 货款及费用等付款及结算办法______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第五条 交货规定</w:t>
      </w:r>
      <w:r>
        <w:rPr>
          <w:lang w:eastAsia="zh-CN"/>
        </w:rPr>
        <w:br/>
      </w:r>
      <w:r>
        <w:rPr>
          <w:lang w:eastAsia="zh-CN"/>
        </w:rPr>
        <w:t>　　一.交货方式:______</w:t>
      </w:r>
      <w:r>
        <w:rPr>
          <w:lang w:eastAsia="zh-CN"/>
        </w:rPr>
        <w:br/>
      </w:r>
      <w:r>
        <w:rPr>
          <w:lang w:eastAsia="zh-CN"/>
        </w:rPr>
        <w:t>　　二.交货地点:______</w:t>
      </w:r>
      <w:r>
        <w:rPr>
          <w:lang w:eastAsia="zh-CN"/>
        </w:rPr>
        <w:br/>
      </w:r>
      <w:r>
        <w:rPr>
          <w:lang w:eastAsia="zh-CN"/>
        </w:rPr>
        <w:t>　　三.交货日期:______</w:t>
      </w:r>
      <w:r>
        <w:rPr>
          <w:lang w:eastAsia="zh-CN"/>
        </w:rPr>
        <w:br/>
      </w:r>
      <w:r>
        <w:rPr>
          <w:lang w:eastAsia="zh-CN"/>
        </w:rPr>
        <w:t>　　四.运输费:_______</w:t>
      </w:r>
      <w:r>
        <w:rPr>
          <w:lang w:eastAsia="zh-CN"/>
        </w:rPr>
        <w:br/>
      </w:r>
      <w:r>
        <w:rPr>
          <w:lang w:eastAsia="zh-CN"/>
        </w:rPr>
        <w:t>　　第六条 经济责任</w:t>
      </w:r>
      <w:r>
        <w:rPr>
          <w:lang w:eastAsia="zh-CN"/>
        </w:rPr>
        <w:br/>
      </w:r>
      <w:r>
        <w:rPr>
          <w:lang w:eastAsia="zh-CN"/>
        </w:rPr>
        <w:t>　　(一)乙方应负的经济责任</w:t>
      </w:r>
      <w:r>
        <w:rPr>
          <w:lang w:eastAsia="zh-CN"/>
        </w:rPr>
        <w:br/>
      </w:r>
      <w:r>
        <w:rPr>
          <w:lang w:eastAsia="zh-CN"/>
        </w:rPr>
        <w:t>　　一.产品花色、品种、规格、质量不符本合同规定时,甲方同意使用者,按质讲价。不能使用的,乙方应负责保修、保退、保换。由于上述原因致延误交货时间,每逾期一日,乙方应按逾期交货部分货款总值的万分之三计算向甲方偿付逾期交货的违约金。</w:t>
      </w:r>
      <w:r>
        <w:rPr>
          <w:lang w:eastAsia="zh-CN"/>
        </w:rPr>
        <w:br/>
      </w:r>
      <w:r>
        <w:rPr>
          <w:lang w:eastAsia="zh-CN"/>
        </w:rPr>
        <w:t>　　二.乙方未按本合同规定的产品数量交货时,少交的部分,甲方如果需要,应照数补交。甲方如不需要,可以退货。由于退货所形成的损失,由乙方承担。如甲方需要而乙方不能交货,则乙方应付给甲方不能交货部分货款总值的五%的罚金。</w:t>
      </w:r>
      <w:r>
        <w:rPr>
          <w:lang w:eastAsia="zh-CN"/>
        </w:rPr>
        <w:br/>
      </w:r>
      <w:r>
        <w:rPr>
          <w:lang w:eastAsia="zh-CN"/>
        </w:rPr>
        <w:t>　　立合同人:__(需方)(以下简称甲方)</w:t>
      </w:r>
      <w:r>
        <w:rPr>
          <w:lang w:eastAsia="zh-CN"/>
        </w:rPr>
        <w:br/>
      </w:r>
      <w:r>
        <w:rPr>
          <w:lang w:eastAsia="zh-CN"/>
        </w:rPr>
        <w:t>　　三.产品包装不符本合同规定时,乙方应负责返修或重新包装,并承担返修或重新包的费用。如甲方要求不返修或不重新包装,乙方应按不符合同规定包装代价二%的罚金付给甲方。</w:t>
      </w:r>
      <w:r>
        <w:rPr>
          <w:lang w:eastAsia="zh-CN"/>
        </w:rPr>
        <w:br/>
      </w:r>
      <w:r>
        <w:rPr>
          <w:lang w:eastAsia="zh-CN"/>
        </w:rPr>
        <w:t>　　四.产品交货时间不符合同规定时,每延期一天,乙方应偿付甲方以延期交货部分货款总值万分之三的罚。</w:t>
      </w:r>
      <w:r>
        <w:rPr>
          <w:lang w:eastAsia="zh-CN"/>
        </w:rPr>
        <w:br/>
      </w:r>
      <w:r>
        <w:rPr>
          <w:lang w:eastAsia="zh-CN"/>
        </w:rPr>
        <w:t>　　(二)甲方应负的经济责任经典诗句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一.甲方如中途变更产品花色、品种、规格、质量或包装的规格,应偿付变授权委托书更部分货款(或包装代价)总值_%的罚金。</w:t>
      </w:r>
      <w:r>
        <w:rPr>
          <w:lang w:eastAsia="zh-CN"/>
        </w:rPr>
        <w:br/>
      </w:r>
      <w:r>
        <w:rPr>
          <w:lang w:eastAsia="zh-CN"/>
        </w:rPr>
        <w:t>　　二.甲方如中途退货,应事先与乙方协商,乙方同意退货的,应由甲方偿付乙方退货部分货款总值_%的罚金。乙方不同意退货的,甲方仍按合同规定收货。</w:t>
      </w:r>
      <w:r>
        <w:rPr>
          <w:lang w:eastAsia="zh-CN"/>
        </w:rPr>
        <w:br/>
      </w:r>
      <w:r>
        <w:rPr>
          <w:lang w:eastAsia="zh-CN"/>
        </w:rPr>
        <w:t>　　四.属甲方自提的质料,如甲方未按规定日期提货,每延期一天,应偿付乙方以延期提货部分货款总额万分之三的罚金。</w:t>
      </w:r>
      <w:r>
        <w:rPr>
          <w:lang w:eastAsia="zh-CN"/>
        </w:rPr>
        <w:br/>
      </w:r>
      <w:r>
        <w:rPr>
          <w:lang w:eastAsia="zh-CN"/>
        </w:rPr>
        <w:t>　　五.甲方未按规定时间和要求向乙方交付技术资料、原质料或包装物时,除乙方得将交货日期顺延外,每顺延一日,甲方应付给乙方顺延交货产品总值万分之三的罚金。如甲方始终不能提出应提交的上述资料等,应视同中途退货处置惩罚</w:t>
      </w:r>
      <w:r>
        <w:rPr>
          <w:lang w:eastAsia="zh-CN"/>
        </w:rPr>
        <w:br/>
      </w:r>
      <w:r>
        <w:rPr>
          <w:lang w:eastAsia="zh-CN"/>
        </w:rPr>
        <w:t xml:space="preserve">    2024最新电缆购销合同范本 篇3 </w:t>
      </w:r>
      <w:r>
        <w:rPr>
          <w:lang w:eastAsia="zh-CN"/>
        </w:rPr>
        <w:br/>
      </w:r>
      <w:r>
        <w:rPr>
          <w:lang w:eastAsia="zh-CN"/>
        </w:rPr>
        <w:t>　　需方(以下简称甲方)：</w:t>
      </w:r>
      <w:r>
        <w:rPr>
          <w:lang w:eastAsia="zh-CN"/>
        </w:rPr>
        <w:br/>
      </w:r>
      <w:r>
        <w:rPr>
          <w:lang w:eastAsia="zh-CN"/>
        </w:rPr>
        <w:t>　　经办人：</w:t>
      </w:r>
      <w:r>
        <w:rPr>
          <w:lang w:eastAsia="zh-CN"/>
        </w:rPr>
        <w:br/>
      </w:r>
      <w:r>
        <w:rPr>
          <w:lang w:eastAsia="zh-CN"/>
        </w:rPr>
        <w:t>　　负责人：</w:t>
      </w:r>
      <w:r>
        <w:rPr>
          <w:lang w:eastAsia="zh-CN"/>
        </w:rPr>
        <w:br/>
      </w:r>
      <w:r>
        <w:rPr>
          <w:lang w:eastAsia="zh-CN"/>
        </w:rPr>
        <w:t>　　地址：</w:t>
      </w:r>
      <w:r>
        <w:rPr>
          <w:lang w:eastAsia="zh-CN"/>
        </w:rPr>
        <w:br/>
      </w:r>
      <w:r>
        <w:rPr>
          <w:lang w:eastAsia="zh-CN"/>
        </w:rPr>
        <w:t>　　电话</w:t>
      </w:r>
      <w:r>
        <w:rPr>
          <w:lang w:eastAsia="zh-CN"/>
        </w:rPr>
        <w:br/>
      </w:r>
      <w:r>
        <w:rPr>
          <w:lang w:eastAsia="zh-CN"/>
        </w:rPr>
        <w:t>　　供方(以下简称乙方)：</w:t>
      </w:r>
      <w:r>
        <w:rPr>
          <w:lang w:eastAsia="zh-CN"/>
        </w:rPr>
        <w:br/>
      </w:r>
      <w:r>
        <w:rPr>
          <w:lang w:eastAsia="zh-CN"/>
        </w:rPr>
        <w:t>　　经办人：</w:t>
      </w:r>
      <w:r>
        <w:rPr>
          <w:lang w:eastAsia="zh-CN"/>
        </w:rPr>
        <w:br/>
      </w:r>
      <w:r>
        <w:rPr>
          <w:lang w:eastAsia="zh-CN"/>
        </w:rPr>
        <w:t>　　负责人：</w:t>
      </w:r>
      <w:r>
        <w:rPr>
          <w:lang w:eastAsia="zh-CN"/>
        </w:rPr>
        <w:br/>
      </w:r>
      <w:r>
        <w:rPr>
          <w:lang w:eastAsia="zh-CN"/>
        </w:rPr>
        <w:t>　　地址：</w:t>
      </w:r>
      <w:r>
        <w:rPr>
          <w:lang w:eastAsia="zh-CN"/>
        </w:rPr>
        <w:br/>
      </w:r>
      <w:r>
        <w:rPr>
          <w:lang w:eastAsia="zh-CN"/>
        </w:rPr>
        <w:t>　　电话：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经协商同意，根据中华人民共和国经济法的规定，订立合同如下：</w:t>
      </w:r>
      <w:r>
        <w:rPr>
          <w:lang w:eastAsia="zh-CN"/>
        </w:rPr>
        <w:br/>
      </w:r>
      <w:r>
        <w:rPr>
          <w:lang w:eastAsia="zh-CN"/>
        </w:rPr>
        <w:t>　　第一条 甲方向乙方订货总值为人民币______元。</w:t>
      </w:r>
      <w:r>
        <w:rPr>
          <w:lang w:eastAsia="zh-CN"/>
        </w:rPr>
        <w:br/>
      </w:r>
      <w:r>
        <w:rPr>
          <w:lang w:eastAsia="zh-CN"/>
        </w:rPr>
        <w:t>　　第二条 产品包装规格及费用</w:t>
      </w:r>
      <w:r>
        <w:rPr>
          <w:lang w:eastAsia="zh-CN"/>
        </w:rPr>
        <w:br/>
      </w:r>
      <w:r>
        <w:rPr>
          <w:lang w:eastAsia="zh-CN"/>
        </w:rPr>
        <w:t>　　风险提示：买卖的标的物</w:t>
      </w:r>
      <w:r>
        <w:rPr>
          <w:lang w:eastAsia="zh-CN"/>
        </w:rPr>
        <w:br/>
      </w:r>
      <w:r>
        <w:rPr>
          <w:lang w:eastAsia="zh-CN"/>
        </w:rPr>
        <w:t>　　双方一定要明确约定买卖产品名称、品牌、规格、型号、等级，生产厂家，数量等详细内容，尽可能把产品的各项标示都作为标的内容写进合同。如有样品的，双方应封存样品并可进行公正。防止因产品约定不清，而就所提供合格与否产生纠纷。</w:t>
      </w:r>
      <w:r>
        <w:rPr>
          <w:lang w:eastAsia="zh-CN"/>
        </w:rPr>
        <w:br/>
      </w:r>
      <w:r>
        <w:rPr>
          <w:lang w:eastAsia="zh-CN"/>
        </w:rPr>
        <w:t>　　同时，要求供货方对产品的所有权及处分权作出保证或承诺，防止其产品上存在权利限制，如产品被出租、抵押、涉嫌侵犯他人的知识产权等影响到标的物的交付。</w:t>
      </w:r>
      <w:r>
        <w:rPr>
          <w:lang w:eastAsia="zh-CN"/>
        </w:rPr>
        <w:br/>
      </w:r>
      <w:r>
        <w:rPr>
          <w:lang w:eastAsia="zh-CN"/>
        </w:rPr>
        <w:t>　　材料名称及规格(毫米)：</w:t>
      </w:r>
      <w:r>
        <w:rPr>
          <w:lang w:eastAsia="zh-CN"/>
        </w:rPr>
        <w:br/>
      </w:r>
      <w:r>
        <w:rPr>
          <w:lang w:eastAsia="zh-CN"/>
        </w:rPr>
        <w:t>　　质量标准：</w:t>
      </w:r>
      <w:r>
        <w:rPr>
          <w:lang w:eastAsia="zh-CN"/>
        </w:rPr>
        <w:br/>
      </w:r>
      <w:r>
        <w:rPr>
          <w:lang w:eastAsia="zh-CN"/>
        </w:rPr>
        <w:t>　　计量单位：</w:t>
      </w:r>
      <w:r>
        <w:rPr>
          <w:lang w:eastAsia="zh-CN"/>
        </w:rPr>
        <w:br/>
      </w:r>
      <w:r>
        <w:rPr>
          <w:lang w:eastAsia="zh-CN"/>
        </w:rPr>
        <w:t>　　单价(元)：</w:t>
      </w:r>
      <w:r>
        <w:rPr>
          <w:lang w:eastAsia="zh-CN"/>
        </w:rPr>
        <w:br/>
      </w:r>
      <w:r>
        <w:rPr>
          <w:lang w:eastAsia="zh-CN"/>
        </w:rPr>
        <w:t>　　合计(元)：</w:t>
      </w:r>
      <w:r>
        <w:rPr>
          <w:lang w:eastAsia="zh-CN"/>
        </w:rPr>
        <w:br/>
      </w:r>
      <w:r>
        <w:rPr>
          <w:lang w:eastAsia="zh-CN"/>
        </w:rPr>
        <w:t>　　花色及型号：</w:t>
      </w:r>
      <w:r>
        <w:rPr>
          <w:lang w:eastAsia="zh-CN"/>
        </w:rPr>
        <w:br/>
      </w:r>
      <w:r>
        <w:rPr>
          <w:lang w:eastAsia="zh-CN"/>
        </w:rPr>
        <w:t>　　技术指标：</w:t>
      </w:r>
      <w:r>
        <w:rPr>
          <w:lang w:eastAsia="zh-CN"/>
        </w:rPr>
        <w:br/>
      </w:r>
      <w:r>
        <w:rPr>
          <w:lang w:eastAsia="zh-CN"/>
        </w:rPr>
        <w:t>　　第三条 验收方法：</w:t>
      </w:r>
      <w:r>
        <w:rPr>
          <w:lang w:eastAsia="zh-CN"/>
        </w:rPr>
        <w:br/>
      </w:r>
      <w:r>
        <w:rPr>
          <w:lang w:eastAsia="zh-CN"/>
        </w:rPr>
        <w:t>　　风险提示：验收标准</w:t>
      </w:r>
      <w:r>
        <w:rPr>
          <w:lang w:eastAsia="zh-CN"/>
        </w:rPr>
        <w:br/>
      </w:r>
      <w:r>
        <w:rPr>
          <w:lang w:eastAsia="zh-CN"/>
        </w:rPr>
        <w:t>　　验收标准约定不明时，极易发生产品质量纠纷。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应在验收条款中详细列明货物的验收标准、验收手续及过程，还可选择约定验收结果的最终确认权人。同时还应详细列明货物不符合约定条件时的处理方式、及以处理过程的沟通与衔接。</w:t>
      </w:r>
      <w:r>
        <w:rPr>
          <w:lang w:eastAsia="zh-CN"/>
        </w:rPr>
        <w:br/>
      </w:r>
      <w:r>
        <w:rPr>
          <w:lang w:eastAsia="zh-CN"/>
        </w:rPr>
        <w:t>　　第四条 货款及费用等付款及结算办法</w:t>
      </w:r>
      <w:r>
        <w:rPr>
          <w:lang w:eastAsia="zh-CN"/>
        </w:rPr>
        <w:br/>
      </w:r>
      <w:r>
        <w:rPr>
          <w:lang w:eastAsia="zh-CN"/>
        </w:rPr>
        <w:t>　　第五条 交货规定</w:t>
      </w:r>
      <w:r>
        <w:rPr>
          <w:lang w:eastAsia="zh-CN"/>
        </w:rPr>
        <w:br/>
      </w:r>
      <w:r>
        <w:rPr>
          <w:lang w:eastAsia="zh-CN"/>
        </w:rPr>
        <w:t>　　1、交货方式：</w:t>
      </w:r>
      <w:r>
        <w:rPr>
          <w:lang w:eastAsia="zh-CN"/>
        </w:rPr>
        <w:br/>
      </w:r>
      <w:r>
        <w:rPr>
          <w:lang w:eastAsia="zh-CN"/>
        </w:rPr>
        <w:t>　　2、交货地点：</w:t>
      </w:r>
      <w:r>
        <w:rPr>
          <w:lang w:eastAsia="zh-CN"/>
        </w:rPr>
        <w:br/>
      </w:r>
      <w:r>
        <w:rPr>
          <w:lang w:eastAsia="zh-CN"/>
        </w:rPr>
        <w:t>　　3、交货日期：</w:t>
      </w:r>
      <w:r>
        <w:rPr>
          <w:lang w:eastAsia="zh-CN"/>
        </w:rPr>
        <w:br/>
      </w:r>
      <w:r>
        <w:rPr>
          <w:lang w:eastAsia="zh-CN"/>
        </w:rPr>
        <w:t>　　4、运输费：</w:t>
      </w:r>
      <w:r>
        <w:rPr>
          <w:lang w:eastAsia="zh-CN"/>
        </w:rPr>
        <w:br/>
      </w:r>
      <w:r>
        <w:rPr>
          <w:lang w:eastAsia="zh-CN"/>
        </w:rPr>
        <w:t>　　第六条 经济责任</w:t>
      </w:r>
      <w:r>
        <w:rPr>
          <w:lang w:eastAsia="zh-CN"/>
        </w:rPr>
        <w:br/>
      </w:r>
      <w:r>
        <w:rPr>
          <w:lang w:eastAsia="zh-CN"/>
        </w:rPr>
        <w:t>　　(一)乙方应负的经济责任</w:t>
      </w:r>
      <w:r>
        <w:rPr>
          <w:lang w:eastAsia="zh-CN"/>
        </w:rPr>
        <w:br/>
      </w:r>
      <w:r>
        <w:rPr>
          <w:lang w:eastAsia="zh-CN"/>
        </w:rPr>
        <w:t>　　1、产品花色、品种、规格、质量不符本合同规定时，甲方同意利用者，按质论价。不能利用的，乙方应负责保修、保退、保换。由于上述原因致延误交货时间，每逾期一日，乙方应按逾期交货部分货款总值的万分之三计算向甲方偿付逾期交货的违约金。</w:t>
      </w:r>
      <w:r>
        <w:rPr>
          <w:lang w:eastAsia="zh-CN"/>
        </w:rPr>
        <w:br/>
      </w:r>
      <w:r>
        <w:rPr>
          <w:lang w:eastAsia="zh-CN"/>
        </w:rPr>
        <w:t>　　2、乙方未按本合同规定的产品数量交货时，少交的部分，甲方如果需要，应照数补交。甲方如不需要，可以退货。由于退货所造成的损失，由乙方承担。如甲方需要而乙方不能交货，则乙方应付给甲方不能交货部分货款总值的5%的罚金。</w:t>
      </w:r>
      <w:r>
        <w:rPr>
          <w:lang w:eastAsia="zh-CN"/>
        </w:rPr>
        <w:br/>
      </w:r>
      <w:r>
        <w:rPr>
          <w:lang w:eastAsia="zh-CN"/>
        </w:rPr>
        <w:t>　　3、产品包装不符本合同规定时，乙方应负责返修或重新包装，并承担返修或重新包的费用。如甲方要求不返修或不重新包装，乙方应按不符合同规定包装价值2%的罚金付给甲方。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4、产品交货时间不符合同规定时，每延期一天，乙方应偿付甲方以延期交货部分货款总值万分之三的罚金。</w:t>
      </w:r>
      <w:r>
        <w:rPr>
          <w:lang w:eastAsia="zh-CN"/>
        </w:rPr>
        <w:br/>
      </w:r>
      <w:r>
        <w:rPr>
          <w:lang w:eastAsia="zh-CN"/>
        </w:rPr>
        <w:t>　　(二)甲方应负的经济责任</w:t>
      </w:r>
      <w:r>
        <w:rPr>
          <w:lang w:eastAsia="zh-CN"/>
        </w:rPr>
        <w:br/>
      </w:r>
      <w:r>
        <w:rPr>
          <w:lang w:eastAsia="zh-CN"/>
        </w:rPr>
        <w:t>　　1、甲方如中途变更产品花色、品种、规格、质量或包装的规格，应偿付变更部分货款(或包装价值)总值_%的罚金。</w:t>
      </w:r>
      <w:r>
        <w:rPr>
          <w:lang w:eastAsia="zh-CN"/>
        </w:rPr>
        <w:br/>
      </w:r>
      <w:r>
        <w:rPr>
          <w:lang w:eastAsia="zh-CN"/>
        </w:rPr>
        <w:t>　　2、甲方如中途退货，应事先与乙方协商，乙方同意退货的，应由甲方偿付乙方退货部分货款总值_____%的罚金。乙方不同意退货的，甲方仍按合同规定收货。</w:t>
      </w:r>
      <w:r>
        <w:rPr>
          <w:lang w:eastAsia="zh-CN"/>
        </w:rPr>
        <w:br/>
      </w:r>
      <w:r>
        <w:rPr>
          <w:lang w:eastAsia="zh-CN"/>
        </w:rPr>
        <w:t>　　3、甲方未按规定时间和要求向乙方交付技术资料、原材料或包装物时，除乙方得将交货日期顺延外，每顺延一日，甲方应付给乙方顺延交货产品总值万分之三的罚金。如甲方始终不能提出应提交的上述资料等，应视同中途退货处理。</w:t>
      </w:r>
      <w:r>
        <w:rPr>
          <w:lang w:eastAsia="zh-CN"/>
        </w:rPr>
        <w:br/>
      </w:r>
      <w:r>
        <w:rPr>
          <w:lang w:eastAsia="zh-CN"/>
        </w:rPr>
        <w:t>　　4、属甲方自提的材料，如甲方未按规定日期提货，每延期一天，应偿付乙方以延期提货部分货款总额万分之三的罚金。</w:t>
      </w:r>
      <w:r>
        <w:rPr>
          <w:lang w:eastAsia="zh-CN"/>
        </w:rPr>
        <w:br/>
      </w:r>
      <w:r>
        <w:rPr>
          <w:lang w:eastAsia="zh-CN"/>
        </w:rPr>
        <w:t>　　5、甲方如未按规定日期向乙方付款，每延期一天，应按延期付款总额万分之三计算付给乙方，作为延期罚金。</w:t>
      </w:r>
      <w:r>
        <w:rPr>
          <w:lang w:eastAsia="zh-CN"/>
        </w:rPr>
        <w:br/>
      </w:r>
      <w:r>
        <w:rPr>
          <w:lang w:eastAsia="zh-CN"/>
        </w:rPr>
        <w:t>　　6、乙方送货或代运的产品，如甲方拒绝接货，甲方应承担因此而造成的损失和运输费用及罚金。</w:t>
      </w:r>
      <w:r>
        <w:rPr>
          <w:lang w:eastAsia="zh-CN"/>
        </w:rPr>
        <w:br/>
      </w:r>
      <w:r>
        <w:rPr>
          <w:lang w:eastAsia="zh-CN"/>
        </w:rPr>
        <w:t>　　第七条 产品价格如须调整，必须经双方协商，并报请物价部门批准后方能变更。在物价主管部门批准前，仍应按合同原订价格执行。如乙方因价格问题而影响交货，则每延期交货一天，乙方应按延期交货部分总值的万分之三作为罚金付给甲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第八条 甲、乙、任何一方如要求全部或部分注销合同，必须提出充分理由，经双方协商，并报请上级主管部门备案。提出注销合同一方须向对方偿付注销合同部分总额____%的补偿金。</w:t>
      </w:r>
      <w:r>
        <w:rPr>
          <w:lang w:eastAsia="zh-CN"/>
        </w:rPr>
        <w:br/>
      </w:r>
      <w:r>
        <w:rPr>
          <w:lang w:eastAsia="zh-CN"/>
        </w:rPr>
        <w:t>　　第九条 如因生产资料、生产设备、生产工艺或市场发生重大变化，乙方须变更产品品种、花色、规格、质量、包装时，应提前____天与甲方协商。</w:t>
      </w:r>
      <w:r>
        <w:rPr>
          <w:lang w:eastAsia="zh-CN"/>
        </w:rPr>
        <w:br/>
      </w:r>
      <w:r>
        <w:rPr>
          <w:lang w:eastAsia="zh-CN"/>
        </w:rPr>
        <w:t>　　第十条 本合同所订一切条款，甲、乙任何一方不得擅自变更或修改。如一方单独变更、修改本合同，对方有权拒绝生产或收货，并要求单独变更、修改合同一方赔偿一切损失。</w:t>
      </w:r>
      <w:r>
        <w:rPr>
          <w:lang w:eastAsia="zh-CN"/>
        </w:rPr>
        <w:br/>
      </w:r>
      <w:r>
        <w:rPr>
          <w:lang w:eastAsia="zh-CN"/>
        </w:rPr>
        <w:t>　　第十一条 甲、乙任何一方如确因不可抗力的原因，不能履行本合同时，应及时向对方通知不能履行或须延期履行，部分履行合同的理由。在取得对方主管机关证明后，本合同可以不履行或延期履行或部分履行，并免予承担违约责任。</w:t>
      </w:r>
      <w:r>
        <w:rPr>
          <w:lang w:eastAsia="zh-CN"/>
        </w:rPr>
        <w:br/>
      </w:r>
      <w:r>
        <w:rPr>
          <w:lang w:eastAsia="zh-CN"/>
        </w:rPr>
        <w:t>　　第十二条 本合同在执行中如发生争议或纠纷，甲、乙双方应协商解决，解决不了时，任何一方均可向国家规定的合同管理机关申请调解仲裁。如一方对仲裁不服，可于接到仲裁书后15日内向人民法院起诉。</w:t>
      </w:r>
      <w:r>
        <w:rPr>
          <w:lang w:eastAsia="zh-CN"/>
        </w:rPr>
        <w:br/>
      </w:r>
      <w:r>
        <w:rPr>
          <w:lang w:eastAsia="zh-CN"/>
        </w:rPr>
        <w:t>　　第十三条 本合同自双方签章之日起生效，到乙方将全部订货送齐经甲方验收无误，并按本合同规定将货款结算以后作废。</w:t>
      </w:r>
      <w:r>
        <w:rPr>
          <w:lang w:eastAsia="zh-CN"/>
        </w:rPr>
        <w:br/>
      </w:r>
      <w:r>
        <w:rPr>
          <w:lang w:eastAsia="zh-CN"/>
        </w:rPr>
        <w:t>　　第十四条 本合同在执行期间，如有未尽事宜，得由甲乙双方协商，另订附则附于本合同之内，所有附则在法律上均与本合同有同等效力。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第十五条 本合同共一式____份，由甲、乙双方各执正本____份、副本____份，并报双方主管部门各一份。</w:t>
      </w:r>
      <w:r>
        <w:rPr>
          <w:lang w:eastAsia="zh-CN"/>
        </w:rPr>
        <w:br/>
      </w:r>
      <w:r>
        <w:rPr>
          <w:lang w:eastAsia="zh-CN"/>
        </w:rPr>
        <w:t>　　甲方(盖章)：</w:t>
      </w:r>
      <w:r>
        <w:rPr>
          <w:lang w:eastAsia="zh-CN"/>
        </w:rPr>
        <w:br/>
      </w:r>
      <w:r>
        <w:rPr>
          <w:lang w:eastAsia="zh-CN"/>
        </w:rPr>
        <w:t>　　经办人：</w:t>
      </w:r>
      <w:r>
        <w:rPr>
          <w:lang w:eastAsia="zh-CN"/>
        </w:rPr>
        <w:br/>
      </w:r>
      <w:r>
        <w:rPr>
          <w:lang w:eastAsia="zh-CN"/>
        </w:rPr>
        <w:t>　　负责人：</w:t>
      </w:r>
      <w:r>
        <w:rPr>
          <w:lang w:eastAsia="zh-CN"/>
        </w:rPr>
        <w:br/>
      </w:r>
      <w:r>
        <w:rPr>
          <w:lang w:eastAsia="zh-CN"/>
        </w:rPr>
        <w:t>　　日期：</w:t>
      </w:r>
      <w:r>
        <w:rPr>
          <w:lang w:eastAsia="zh-CN"/>
        </w:rPr>
        <w:br/>
      </w:r>
      <w:r>
        <w:rPr>
          <w:lang w:eastAsia="zh-CN"/>
        </w:rPr>
        <w:t>　　乙方(盖章)：</w:t>
      </w:r>
      <w:r>
        <w:rPr>
          <w:lang w:eastAsia="zh-CN"/>
        </w:rPr>
        <w:br/>
      </w:r>
      <w:r>
        <w:rPr>
          <w:lang w:eastAsia="zh-CN"/>
        </w:rPr>
        <w:t>　　经办人：</w:t>
      </w:r>
      <w:r>
        <w:rPr>
          <w:lang w:eastAsia="zh-CN"/>
        </w:rPr>
        <w:br/>
      </w:r>
      <w:r>
        <w:rPr>
          <w:lang w:eastAsia="zh-CN"/>
        </w:rPr>
        <w:t>　　负责人：</w:t>
      </w:r>
      <w:r>
        <w:rPr>
          <w:lang w:eastAsia="zh-CN"/>
        </w:rPr>
        <w:br/>
      </w:r>
      <w:r>
        <w:rPr>
          <w:lang w:eastAsia="zh-CN"/>
        </w:rPr>
        <w:t>　　日期：</w:t>
      </w:r>
      <w:r>
        <w:rPr>
          <w:lang w:eastAsia="zh-CN"/>
        </w:rPr>
        <w:br/>
      </w:r>
      <w:r>
        <w:rPr>
          <w:lang w:eastAsia="zh-CN"/>
        </w:rPr>
        <w:t xml:space="preserve">    2024最新电缆购销合同范本 篇4 </w:t>
      </w:r>
      <w:r>
        <w:rPr>
          <w:lang w:eastAsia="zh-CN"/>
        </w:rPr>
        <w:br/>
      </w:r>
      <w:r>
        <w:rPr>
          <w:lang w:eastAsia="zh-CN"/>
        </w:rPr>
        <w:t>　　立合同人：（需方）（以下简称甲方）：</w:t>
      </w:r>
      <w:r>
        <w:rPr>
          <w:lang w:eastAsia="zh-CN"/>
        </w:rPr>
        <w:br/>
      </w:r>
      <w:r>
        <w:rPr>
          <w:lang w:eastAsia="zh-CN"/>
        </w:rPr>
        <w:t>　　供方（以下简称乙方）：</w:t>
      </w:r>
      <w:r>
        <w:rPr>
          <w:lang w:eastAsia="zh-CN"/>
        </w:rPr>
        <w:br/>
      </w:r>
      <w:r>
        <w:rPr>
          <w:lang w:eastAsia="zh-CN"/>
        </w:rPr>
        <w:t>　　经协商同意，根据中华人民共和国经济法的规定，订立合同如下：</w:t>
      </w:r>
      <w:r>
        <w:rPr>
          <w:lang w:eastAsia="zh-CN"/>
        </w:rPr>
        <w:br/>
      </w:r>
      <w:r>
        <w:rPr>
          <w:lang w:eastAsia="zh-CN"/>
        </w:rPr>
        <w:t>　　第一条</w:t>
      </w:r>
      <w:r>
        <w:rPr>
          <w:lang w:eastAsia="zh-CN"/>
        </w:rPr>
        <w:br/>
      </w:r>
      <w:r>
        <w:rPr>
          <w:lang w:eastAsia="zh-CN"/>
        </w:rPr>
        <w:t>　　甲方向乙方订货总值为人民币__元。其产品名称、规格、质量（技术指标）、单价、总价等如表所列</w:t>
      </w:r>
      <w:r>
        <w:rPr>
          <w:lang w:eastAsia="zh-CN"/>
        </w:rPr>
        <w:br/>
      </w:r>
      <w:r>
        <w:rPr>
          <w:lang w:eastAsia="zh-CN"/>
        </w:rPr>
        <w:t>　　第二条</w:t>
      </w:r>
      <w:r>
        <w:rPr>
          <w:lang w:eastAsia="zh-CN"/>
        </w:rPr>
        <w:br/>
      </w:r>
      <w:r>
        <w:rPr>
          <w:lang w:eastAsia="zh-CN"/>
        </w:rPr>
        <w:t>　　产品包装规格及费用。</w:t>
      </w:r>
      <w:r>
        <w:rPr>
          <w:lang w:eastAsia="zh-CN"/>
        </w:rPr>
        <w:br/>
      </w:r>
      <w:r>
        <w:rPr>
          <w:lang w:eastAsia="zh-CN"/>
        </w:rPr>
        <w:t>　　第三条</w:t>
      </w:r>
      <w:r>
        <w:rPr>
          <w:lang w:eastAsia="zh-CN"/>
        </w:rPr>
        <w:br/>
      </w:r>
      <w:r>
        <w:rPr>
          <w:lang w:eastAsia="zh-CN"/>
        </w:rPr>
        <w:t>　　验收方法。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第四条</w:t>
      </w:r>
      <w:r>
        <w:rPr>
          <w:lang w:eastAsia="zh-CN"/>
        </w:rPr>
        <w:br/>
      </w:r>
      <w:r>
        <w:rPr>
          <w:lang w:eastAsia="zh-CN"/>
        </w:rPr>
        <w:t>　　货款及费用等付款及结算办法。</w:t>
      </w:r>
      <w:r>
        <w:rPr>
          <w:lang w:eastAsia="zh-CN"/>
        </w:rPr>
        <w:br/>
      </w:r>
      <w:r>
        <w:rPr>
          <w:lang w:eastAsia="zh-CN"/>
        </w:rPr>
        <w:t>　　第五条</w:t>
      </w:r>
      <w:r>
        <w:rPr>
          <w:lang w:eastAsia="zh-CN"/>
        </w:rPr>
        <w:br/>
      </w:r>
      <w:r>
        <w:rPr>
          <w:lang w:eastAsia="zh-CN"/>
        </w:rPr>
        <w:t>　　交货规定。</w:t>
      </w:r>
      <w:r>
        <w:rPr>
          <w:lang w:eastAsia="zh-CN"/>
        </w:rPr>
        <w:br/>
      </w:r>
      <w:r>
        <w:rPr>
          <w:lang w:eastAsia="zh-CN"/>
        </w:rPr>
        <w:t>　　第六条 经济责任</w:t>
      </w:r>
      <w:r>
        <w:rPr>
          <w:lang w:eastAsia="zh-CN"/>
        </w:rPr>
        <w:br/>
      </w:r>
      <w:r>
        <w:rPr>
          <w:lang w:eastAsia="zh-CN"/>
        </w:rPr>
        <w:t>　　（一）乙方应负的经济责任</w:t>
      </w:r>
      <w:r>
        <w:rPr>
          <w:lang w:eastAsia="zh-CN"/>
        </w:rPr>
        <w:br/>
      </w:r>
      <w:r>
        <w:rPr>
          <w:lang w:eastAsia="zh-CN"/>
        </w:rPr>
        <w:t>　　1、产品花色、品种、规格、质量不符本合同规定时，甲方同意利用者，按质论价。不能利用的，乙方应负责保修、保退、保换。由于上述原因致延误交货时间，每逾期一日，乙方应按逾期交货部分货款总值的万分之三计算向甲方偿付逾期交货的违约金。</w:t>
      </w:r>
      <w:r>
        <w:rPr>
          <w:lang w:eastAsia="zh-CN"/>
        </w:rPr>
        <w:br/>
      </w:r>
      <w:r>
        <w:rPr>
          <w:lang w:eastAsia="zh-CN"/>
        </w:rPr>
        <w:t>　　2、乙方未按本合同规定的产品数量交货时，少交的部分，甲方如果需要，应照数补交。甲方如不需要，可以退货。由于退货所造成的损失，由乙方承担。如甲方需要而乙方不能交货，则乙方应付给甲方不能交货部分货款总值的5 ％的罚金。</w:t>
      </w:r>
      <w:r>
        <w:rPr>
          <w:lang w:eastAsia="zh-CN"/>
        </w:rPr>
        <w:br/>
      </w:r>
      <w:r>
        <w:rPr>
          <w:lang w:eastAsia="zh-CN"/>
        </w:rPr>
        <w:t>　　3、产品包装不符本合同规定时，乙方应负责返修或重新包装，并承担返修或重新包的费用。如甲方要求不返修或不重新包装，乙方应按不符合同规定包装价值2 ％的罚金付给甲方。</w:t>
      </w:r>
      <w:r>
        <w:rPr>
          <w:lang w:eastAsia="zh-CN"/>
        </w:rPr>
        <w:br/>
      </w:r>
      <w:r>
        <w:rPr>
          <w:lang w:eastAsia="zh-CN"/>
        </w:rPr>
        <w:t>　　4、产品交货时间不符合同规定时，每延期一天，乙方应偿付甲方以延期交货部分货款总值万分之三的罚金。</w:t>
      </w:r>
      <w:r>
        <w:rPr>
          <w:lang w:eastAsia="zh-CN"/>
        </w:rPr>
        <w:br/>
      </w:r>
      <w:r>
        <w:rPr>
          <w:lang w:eastAsia="zh-CN"/>
        </w:rPr>
        <w:t>　　（二）甲方应负的经济责任</w:t>
      </w:r>
      <w:r>
        <w:rPr>
          <w:lang w:eastAsia="zh-CN"/>
        </w:rPr>
        <w:br/>
      </w:r>
      <w:r>
        <w:rPr>
          <w:lang w:eastAsia="zh-CN"/>
        </w:rPr>
        <w:t>　　1、甲方如中途变更产品花色、品种、规格、质量或包装的规格，应偿付变更部分货款（或包装价值）总值_ ％的罚金。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2、甲方如中途退货，应事先与乙方协商，乙方同意退货的，应由甲方偿付乙方退货部分货款总值_ ％的罚金。乙方不同意退货的，甲方仍按合同规定收货。</w:t>
      </w:r>
      <w:r>
        <w:rPr>
          <w:lang w:eastAsia="zh-CN"/>
        </w:rPr>
        <w:br/>
      </w:r>
      <w:r>
        <w:rPr>
          <w:lang w:eastAsia="zh-CN"/>
        </w:rPr>
        <w:t>　　3、甲方未按规定时间和要求向乙方交付技术资料、原材料或包装物时，除乙方得将交货日期顺延外，每顺延一日，甲方应付给乙方顺延交货产品总值万分之三的罚金。如甲方始终不能提出应提交的.上述资料等，应视同中途退货处理。</w:t>
      </w:r>
      <w:r>
        <w:rPr>
          <w:lang w:eastAsia="zh-CN"/>
        </w:rPr>
        <w:br/>
      </w:r>
      <w:r>
        <w:rPr>
          <w:lang w:eastAsia="zh-CN"/>
        </w:rPr>
        <w:t>　　4、属甲方自提的材料，如甲方未按规定日期提货，每延期一天，应偿付乙方以延期提货部分货款总额万分之三的罚金。</w:t>
      </w:r>
      <w:r>
        <w:rPr>
          <w:lang w:eastAsia="zh-CN"/>
        </w:rPr>
        <w:br/>
      </w:r>
      <w:r>
        <w:rPr>
          <w:lang w:eastAsia="zh-CN"/>
        </w:rPr>
        <w:t>　　5、甲方如未按规定日期向乙方付款，每延期一天，应按延期付款总额万分之三计算付给乙方，作为延期罚金。</w:t>
      </w:r>
      <w:r>
        <w:rPr>
          <w:lang w:eastAsia="zh-CN"/>
        </w:rPr>
        <w:br/>
      </w:r>
      <w:r>
        <w:rPr>
          <w:lang w:eastAsia="zh-CN"/>
        </w:rPr>
        <w:t>　　6、乙方送货或代运的产品，如甲方拒绝接货，甲方应承担因此而造成的损失和运输费用及罚金。</w:t>
      </w:r>
      <w:r>
        <w:rPr>
          <w:lang w:eastAsia="zh-CN"/>
        </w:rPr>
        <w:br/>
      </w:r>
      <w:r>
        <w:rPr>
          <w:lang w:eastAsia="zh-CN"/>
        </w:rPr>
        <w:t>　　第七条 产品价格如须调整，必须经双方协商，并报请物价部门批准后方能变更。在物价主管部门批准前，仍应按合同原订价格执行。如乙方因价格问题而影响交货，则每延期交货一天，乙方应按延期交货部分总值的万分之三作为罚金付给甲方。</w:t>
      </w:r>
      <w:r>
        <w:rPr>
          <w:lang w:eastAsia="zh-CN"/>
        </w:rPr>
        <w:br/>
      </w:r>
      <w:r>
        <w:rPr>
          <w:lang w:eastAsia="zh-CN"/>
        </w:rPr>
        <w:t>　　第八条 甲、乙、任何一方如要求全部或部分注销合同，必须提出充分理由，经双方协商，并报请上级主管部门备案。提出注销合同一方须向对方偿付注销合同部分总额_ ％的补偿金。</w:t>
      </w:r>
      <w:r>
        <w:rPr>
          <w:lang w:eastAsia="zh-CN"/>
        </w:rPr>
        <w:br/>
      </w:r>
      <w:r>
        <w:rPr>
          <w:lang w:eastAsia="zh-CN"/>
        </w:rPr>
        <w:t>　　第九条</w:t>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如因生产资料、生产设备、生产工艺或市场发生重大变化，乙方须变更产品品种、花色、规格、质量、包装时，应提前天与甲方协商。</w:t>
      </w:r>
      <w:r>
        <w:rPr>
          <w:lang w:eastAsia="zh-CN"/>
        </w:rPr>
        <w:br/>
      </w:r>
      <w:r>
        <w:rPr>
          <w:lang w:eastAsia="zh-CN"/>
        </w:rPr>
        <w:t>　　第十条 本合同所订一切条款，甲、乙任何一方不得擅自变更或修改。如一方单独变更、修改本合同，对方有权拒绝生产或收货，并要求单独变更、修改合同一方赔偿一切损失。</w:t>
      </w:r>
      <w:r>
        <w:rPr>
          <w:lang w:eastAsia="zh-CN"/>
        </w:rPr>
        <w:br/>
      </w:r>
      <w:r>
        <w:rPr>
          <w:lang w:eastAsia="zh-CN"/>
        </w:rPr>
        <w:t>　　第十一条 甲、乙任何一方如确因不可抗力的原因，不能履行本合同时，应及时向对方通知不能履行或须延期履行，部分履行合同的理由。在取得对方主管机</w:t>
      </w:r>
      <w:r>
        <w:rPr>
          <w:lang w:eastAsia="zh-CN"/>
        </w:rPr>
        <w:br/>
      </w:r>
      <w:r>
        <w:rPr>
          <w:lang w:eastAsia="zh-CN"/>
        </w:rPr>
        <w:t>　　关证明后，本合同可以不履行或延期履行或部分履行，并免予承担违约责任。</w:t>
      </w:r>
      <w:r>
        <w:rPr>
          <w:lang w:eastAsia="zh-CN"/>
        </w:rPr>
        <w:br/>
      </w:r>
      <w:r>
        <w:rPr>
          <w:lang w:eastAsia="zh-CN"/>
        </w:rPr>
        <w:t>　　第十二条 本合同在执行中如发生争议或纠纷，甲、乙双方应协商解决，解决不了时，任何一方均可向国家规定的合同管理机关申请调解仲裁。如一方对仲裁不服，可于接到仲裁书后15日内向人民法院起诉。</w:t>
      </w:r>
      <w:r>
        <w:rPr>
          <w:lang w:eastAsia="zh-CN"/>
        </w:rPr>
        <w:br/>
      </w:r>
      <w:r>
        <w:rPr>
          <w:lang w:eastAsia="zh-CN"/>
        </w:rPr>
        <w:t>　　第十三条 本合同自双方签章之日起生效，到乙方将全部订货送齐经甲方验收无误，并按本合同规定将货款结算以后作废。</w:t>
      </w:r>
      <w:r>
        <w:rPr>
          <w:lang w:eastAsia="zh-CN"/>
        </w:rPr>
        <w:br/>
      </w:r>
      <w:r>
        <w:rPr>
          <w:lang w:eastAsia="zh-CN"/>
        </w:rPr>
        <w:t>　　第十四条 本合同在执行期间，如有未尽事宜，得由甲乙双方协商，另订附则附于本合同之内，所有附则在法律上均与本合同有同等效力。</w:t>
      </w:r>
      <w:r>
        <w:rPr>
          <w:lang w:eastAsia="zh-CN"/>
        </w:rPr>
        <w:br/>
      </w:r>
      <w:r>
        <w:rPr>
          <w:lang w:eastAsia="zh-CN"/>
        </w:rPr>
        <w:t>　　第十五条 本合同共一式份，由甲、乙双方各执正本一份、副本份，并报双方主管部门各一份。</w:t>
      </w:r>
      <w:r>
        <w:rPr>
          <w:lang w:eastAsia="zh-CN"/>
        </w:rPr>
        <w:br/>
      </w:r>
      <w:r>
        <w:rPr>
          <w:lang w:eastAsia="zh-CN"/>
        </w:rPr>
        <w:t>　　订立合同人：</w:t>
      </w:r>
      <w:r>
        <w:rPr>
          <w:lang w:eastAsia="zh-CN"/>
        </w:rPr>
        <w:br/>
      </w:r>
      <w:r>
        <w:rPr>
          <w:lang w:eastAsia="zh-CN"/>
        </w:rPr>
        <w:t>　　甲方：（盖章）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乙方：（盖章）</w:t>
      </w:r>
      <w:r>
        <w:rPr>
          <w:lang w:eastAsia="zh-CN"/>
        </w:rPr>
        <w:br/>
      </w:r>
      <w:r>
        <w:rPr>
          <w:lang w:eastAsia="zh-CN"/>
        </w:rPr>
        <w:t>　　年月日</w:t>
      </w:r>
      <w:r>
        <w:rPr>
          <w:lang w:eastAsia="zh-CN"/>
        </w:rPr>
        <w:br/>
      </w:r>
      <w:r>
        <w:rPr>
          <w:lang w:eastAsia="zh-CN"/>
        </w:rPr>
        <w:t xml:space="preserve">    2024最新电缆购销合同范本 篇5 </w:t>
      </w:r>
      <w:r>
        <w:rPr>
          <w:lang w:eastAsia="zh-CN"/>
        </w:rPr>
        <w:br/>
      </w:r>
      <w:r>
        <w:rPr>
          <w:lang w:eastAsia="zh-CN"/>
        </w:rPr>
        <w:t>　　甲方（供货方）：</w:t>
      </w:r>
      <w:r>
        <w:rPr>
          <w:lang w:eastAsia="zh-CN"/>
        </w:rPr>
        <w:br/>
      </w:r>
      <w:r>
        <w:rPr>
          <w:lang w:eastAsia="zh-CN"/>
        </w:rPr>
        <w:t>　　乙方（购货方）：</w:t>
      </w:r>
      <w:r>
        <w:rPr>
          <w:lang w:eastAsia="zh-CN"/>
        </w:rPr>
        <w:br/>
      </w:r>
      <w:r>
        <w:rPr>
          <w:lang w:eastAsia="zh-CN"/>
        </w:rPr>
        <w:t>　　签订时间： 20__年11月29日</w:t>
      </w:r>
      <w:r>
        <w:rPr>
          <w:lang w:eastAsia="zh-CN"/>
        </w:rPr>
        <w:br/>
      </w:r>
      <w:r>
        <w:rPr>
          <w:lang w:eastAsia="zh-CN"/>
        </w:rPr>
        <w:t>　　标的物名称、规格、数量、价款及交（提）货时间：</w:t>
      </w:r>
      <w:r>
        <w:rPr>
          <w:lang w:eastAsia="zh-CN"/>
        </w:rPr>
        <w:br/>
      </w:r>
      <w:r>
        <w:rPr>
          <w:lang w:eastAsia="zh-CN"/>
        </w:rPr>
        <w:t>　　一、质量及验收标准：按产品标准的要求交付与验收。执行国家标准</w:t>
      </w:r>
      <w:r>
        <w:rPr>
          <w:lang w:eastAsia="zh-CN"/>
        </w:rPr>
        <w:br/>
      </w:r>
      <w:r>
        <w:rPr>
          <w:lang w:eastAsia="zh-CN"/>
        </w:rPr>
        <w:t>　　二、质量保证期：在一年内产品制造质量实行三包。交货半年内提出异议。</w:t>
      </w:r>
      <w:r>
        <w:rPr>
          <w:lang w:eastAsia="zh-CN"/>
        </w:rPr>
        <w:br/>
      </w:r>
      <w:r>
        <w:rPr>
          <w:lang w:eastAsia="zh-CN"/>
        </w:rPr>
        <w:t>　　三、包装物的供应与回收：甲方免收包装费，使用后的电缆包装盘由乙方保管好，并通知甲方收回。</w:t>
      </w:r>
      <w:r>
        <w:rPr>
          <w:lang w:eastAsia="zh-CN"/>
        </w:rPr>
        <w:br/>
      </w:r>
      <w:r>
        <w:rPr>
          <w:lang w:eastAsia="zh-CN"/>
        </w:rPr>
        <w:t>　　四、交货方式、地点：施工现场</w:t>
      </w:r>
      <w:r>
        <w:rPr>
          <w:lang w:eastAsia="zh-CN"/>
        </w:rPr>
        <w:br/>
      </w:r>
      <w:r>
        <w:rPr>
          <w:lang w:eastAsia="zh-CN"/>
        </w:rPr>
        <w:t>　　五、付款方式：预付定金五万元，提货时一次性付清</w:t>
      </w:r>
      <w:r>
        <w:rPr>
          <w:lang w:eastAsia="zh-CN"/>
        </w:rPr>
        <w:br/>
      </w:r>
      <w:r>
        <w:rPr>
          <w:lang w:eastAsia="zh-CN"/>
        </w:rPr>
        <w:t>　　六、合同解除的条件：无</w:t>
      </w:r>
      <w:r>
        <w:rPr>
          <w:lang w:eastAsia="zh-CN"/>
        </w:rPr>
        <w:br/>
      </w:r>
      <w:r>
        <w:rPr>
          <w:lang w:eastAsia="zh-CN"/>
        </w:rPr>
        <w:t>　　七、特别约定：未尽事宜，双方协商解决。</w:t>
      </w:r>
      <w:r>
        <w:rPr>
          <w:lang w:eastAsia="zh-CN"/>
        </w:rPr>
        <w:br/>
      </w:r>
      <w:r>
        <w:rPr>
          <w:lang w:eastAsia="zh-CN"/>
        </w:rPr>
        <w:t>　　八、订立本合同时，双方均应出示营业执照或身份证、委托书，并在合同上指定经手人。</w:t>
      </w:r>
      <w:r>
        <w:rPr>
          <w:lang w:eastAsia="zh-CN"/>
        </w:rPr>
        <w:br/>
      </w:r>
      <w:r>
        <w:rPr>
          <w:lang w:eastAsia="zh-CN"/>
        </w:rPr>
        <w:t>　　本合同一式二份，自双方签字盖章后生效。</w:t>
      </w:r>
      <w:r>
        <w:rPr>
          <w:lang w:eastAsia="zh-CN"/>
        </w:rPr>
        <w:br/>
      </w:r>
      <w:r>
        <w:rPr>
          <w:lang w:eastAsia="zh-CN"/>
        </w:rPr>
        <w:t xml:space="preserve">    2024最新电缆购销合同范本 篇6 </w:t>
      </w:r>
      <w:r>
        <w:rPr>
          <w:lang w:eastAsia="zh-CN"/>
        </w:rPr>
        <w:br/>
      </w:r>
      <w:r>
        <w:rPr>
          <w:lang w:eastAsia="zh-CN"/>
        </w:rPr>
        <w:t>　　甲方：(以下简称甲方)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乙方：(以下简称乙方)</w:t>
      </w:r>
      <w:r>
        <w:rPr>
          <w:lang w:eastAsia="zh-CN"/>
        </w:rPr>
        <w:br/>
      </w:r>
      <w:r>
        <w:rPr>
          <w:lang w:eastAsia="zh-CN"/>
        </w:rPr>
        <w:t>　　甲乙双方依照《中华人民共和国合同法》及有关法律、行政法规、遵循平等、自愿、公平和诚实信用的原则，就______工业有限责任公司______卷烟厂电缆桥架购置项目事宜，经双方友好协商，达成共识，签订本合同。</w:t>
      </w:r>
      <w:r>
        <w:rPr>
          <w:lang w:eastAsia="zh-CN"/>
        </w:rPr>
        <w:br/>
      </w:r>
      <w:r>
        <w:rPr>
          <w:lang w:eastAsia="zh-CN"/>
        </w:rPr>
        <w:t>　　一、工程概况</w:t>
      </w:r>
      <w:r>
        <w:rPr>
          <w:lang w:eastAsia="zh-CN"/>
        </w:rPr>
        <w:br/>
      </w:r>
      <w:r>
        <w:rPr>
          <w:lang w:eastAsia="zh-CN"/>
        </w:rPr>
        <w:t>　　1、项目名称：______工业有限责任公司______卷烟厂电缆桥架购置项目</w:t>
      </w:r>
      <w:r>
        <w:rPr>
          <w:lang w:eastAsia="zh-CN"/>
        </w:rPr>
        <w:br/>
      </w:r>
      <w:r>
        <w:rPr>
          <w:lang w:eastAsia="zh-CN"/>
        </w:rPr>
        <w:t>　　2、合同总价(大写)：人民币柒拾肆万玖仟伍佰零伍元叁角伍分整(小写：749505.35元)</w:t>
      </w:r>
      <w:r>
        <w:rPr>
          <w:lang w:eastAsia="zh-CN"/>
        </w:rPr>
        <w:br/>
      </w:r>
      <w:r>
        <w:rPr>
          <w:lang w:eastAsia="zh-CN"/>
        </w:rPr>
        <w:t>　　3、主要货物一览表：</w:t>
      </w:r>
      <w:r>
        <w:rPr>
          <w:lang w:eastAsia="zh-CN"/>
        </w:rPr>
        <w:br/>
      </w:r>
      <w:r>
        <w:rPr>
          <w:lang w:eastAsia="zh-CN"/>
        </w:rPr>
        <w:t>　　二、付款方式：</w:t>
      </w:r>
      <w:r>
        <w:rPr>
          <w:lang w:eastAsia="zh-CN"/>
        </w:rPr>
        <w:br/>
      </w:r>
      <w:r>
        <w:rPr>
          <w:lang w:eastAsia="zh-CN"/>
        </w:rPr>
        <w:t>　　合同签订后，货物送达甲方指定地点、安装、调试后支付合同总金额75%的货款;设备验收合格后支付合同总金额20%的货款;满质保期后支付合同总金额5%的余款。</w:t>
      </w:r>
      <w:r>
        <w:rPr>
          <w:lang w:eastAsia="zh-CN"/>
        </w:rPr>
        <w:br/>
      </w:r>
      <w:r>
        <w:rPr>
          <w:lang w:eastAsia="zh-CN"/>
        </w:rPr>
        <w:t>　　三、交货期限及交货地点：</w:t>
      </w:r>
      <w:r>
        <w:rPr>
          <w:lang w:eastAsia="zh-CN"/>
        </w:rPr>
        <w:br/>
      </w:r>
      <w:r>
        <w:rPr>
          <w:lang w:eastAsia="zh-CN"/>
        </w:rPr>
        <w:t>　　1、交货期限：合同生效后30天内到货，30天完成桥架的安装。</w:t>
      </w:r>
      <w:r>
        <w:rPr>
          <w:lang w:eastAsia="zh-CN"/>
        </w:rPr>
        <w:br/>
      </w:r>
      <w:r>
        <w:rPr>
          <w:lang w:eastAsia="zh-CN"/>
        </w:rPr>
        <w:t>　　2、交货地点：___高新技术产业开发区金圣工业科技园。</w:t>
      </w:r>
      <w:r>
        <w:rPr>
          <w:lang w:eastAsia="zh-CN"/>
        </w:rPr>
        <w:br/>
      </w:r>
      <w:r>
        <w:rPr>
          <w:lang w:eastAsia="zh-CN"/>
        </w:rPr>
        <w:t>　　3、乙方应尽量配合甲方的工期要求调整供货时间。</w:t>
      </w:r>
      <w:r>
        <w:rPr>
          <w:lang w:eastAsia="zh-CN"/>
        </w:rPr>
        <w:br/>
      </w:r>
      <w:r>
        <w:rPr>
          <w:lang w:eastAsia="zh-CN"/>
        </w:rPr>
        <w:t>　　四、质量要求：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乙方所供产品必须符合国标及规范要求、国家建材行业相关标准，并完全满足甲方设计使用要求。如达不到质量要求，乙方应立即无条件退货更换，直至达到合同约定条件，由此产生的一切费用由乙方承担。</w:t>
      </w:r>
      <w:r>
        <w:rPr>
          <w:lang w:eastAsia="zh-CN"/>
        </w:rPr>
        <w:br/>
      </w:r>
      <w:r>
        <w:rPr>
          <w:lang w:eastAsia="zh-CN"/>
        </w:rPr>
        <w:t>　　五、乙方对质量负责的条件及期限：</w:t>
      </w:r>
      <w:r>
        <w:rPr>
          <w:lang w:eastAsia="zh-CN"/>
        </w:rPr>
        <w:br/>
      </w:r>
      <w:r>
        <w:rPr>
          <w:lang w:eastAsia="zh-CN"/>
        </w:rPr>
        <w:t>　　1、乙方对其按本合同向甲方提供的全部货物及服务保证如下：</w:t>
      </w:r>
      <w:r>
        <w:rPr>
          <w:lang w:eastAsia="zh-CN"/>
        </w:rPr>
        <w:br/>
      </w:r>
      <w:r>
        <w:rPr>
          <w:lang w:eastAsia="zh-CN"/>
        </w:rPr>
        <w:t>　　(1)货物是全新的、未使用过的，并且是采用优质材料及先进的工艺制造的;</w:t>
      </w:r>
      <w:r>
        <w:rPr>
          <w:lang w:eastAsia="zh-CN"/>
        </w:rPr>
        <w:br/>
      </w:r>
      <w:r>
        <w:rPr>
          <w:lang w:eastAsia="zh-CN"/>
        </w:rPr>
        <w:t>　　(2)货物在原产地、质量、规格和性能以及使用功能等方面符合本合同及其附件(如有)的规定;</w:t>
      </w:r>
      <w:r>
        <w:rPr>
          <w:lang w:eastAsia="zh-CN"/>
        </w:rPr>
        <w:br/>
      </w:r>
      <w:r>
        <w:rPr>
          <w:lang w:eastAsia="zh-CN"/>
        </w:rPr>
        <w:t>　　(3)货物在正确安装、合理操作和维修保养的前提下，在使用寿命期内运行正常、良好;</w:t>
      </w:r>
      <w:r>
        <w:rPr>
          <w:lang w:eastAsia="zh-CN"/>
        </w:rPr>
        <w:br/>
      </w:r>
      <w:r>
        <w:rPr>
          <w:lang w:eastAsia="zh-CN"/>
        </w:rPr>
        <w:t>　　(4)甲方在中华人民共和国境内使用本合同项下的货物及服务不侵犯任何第三方的专利权、商标专用权、工业设计权及其它工业产权;</w:t>
      </w:r>
      <w:r>
        <w:rPr>
          <w:lang w:eastAsia="zh-CN"/>
        </w:rPr>
        <w:br/>
      </w:r>
      <w:r>
        <w:rPr>
          <w:lang w:eastAsia="zh-CN"/>
        </w:rPr>
        <w:t>　　(5)乙方根据本合同的规定向甲方提供货物及服务已得到货物制造商及相关技术支持人的明示同意及授权;</w:t>
      </w:r>
      <w:r>
        <w:rPr>
          <w:lang w:eastAsia="zh-CN"/>
        </w:rPr>
        <w:br/>
      </w:r>
      <w:r>
        <w:rPr>
          <w:lang w:eastAsia="zh-CN"/>
        </w:rPr>
        <w:t>　　(6)乙方按本合同的规定提交的全部技术文件完全满足安装、调试、测试、运行使用和维修的需要，并且完整、清晰和准确;</w:t>
      </w:r>
      <w:r>
        <w:rPr>
          <w:lang w:eastAsia="zh-CN"/>
        </w:rPr>
        <w:br/>
      </w:r>
      <w:r>
        <w:rPr>
          <w:lang w:eastAsia="zh-CN"/>
        </w:rPr>
        <w:t>　　2、甲乙双方在甲方指定的交货地点对产品的数量、外观和相关资料进行清点检查，如发现因产品包装和运输造成的质量问题及数量不符、资料不全的，由乙方负责尽快解决，并重新交付验收。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3、乙方应对所供的产品按规范进行包装;并制定运输方案，确保所供产品安全、完好运输至甲方制定地点。如果因包装和运输原因导致的产品丢失、损坏，则由乙方承担全部责任。</w:t>
      </w:r>
      <w:r>
        <w:rPr>
          <w:lang w:eastAsia="zh-CN"/>
        </w:rPr>
        <w:br/>
      </w:r>
      <w:r>
        <w:rPr>
          <w:lang w:eastAsia="zh-CN"/>
        </w:rPr>
        <w:t>　　4、合同所供产品的质量保修期为一年(设备通过甲方的验收之日计起)，质保期内所有费用由我方承担(含差旅费、住宿费、服务费及更换零配件费用等)。如在质保期内因甲方人员人为因素造成损坏的，乙方负责维修，但要酌情收取材料费。</w:t>
      </w:r>
      <w:r>
        <w:rPr>
          <w:lang w:eastAsia="zh-CN"/>
        </w:rPr>
        <w:br/>
      </w:r>
      <w:r>
        <w:rPr>
          <w:lang w:eastAsia="zh-CN"/>
        </w:rPr>
        <w:t>　　5、属于质保范围、内容的项目，乙方应当在接到保修通知时起24小时内派人维修，乙方不在约定期限内派人保修的，每延迟一天须向甲方支付质保金1%的违约金。</w:t>
      </w:r>
      <w:r>
        <w:rPr>
          <w:lang w:eastAsia="zh-CN"/>
        </w:rPr>
        <w:br/>
      </w:r>
      <w:r>
        <w:rPr>
          <w:lang w:eastAsia="zh-CN"/>
        </w:rPr>
        <w:t>　　六、产品验收：</w:t>
      </w:r>
      <w:r>
        <w:rPr>
          <w:lang w:eastAsia="zh-CN"/>
        </w:rPr>
        <w:br/>
      </w:r>
      <w:r>
        <w:rPr>
          <w:lang w:eastAsia="zh-CN"/>
        </w:rPr>
        <w:t>　　1、货到工地后，甲方对货物的外观、数量、型号、规格进行初步验收，验收结束后，甲方即时出具验收报告。如有异议七日内提出，乙方在收到甲方异议后七日内作出回复。对一次性开箱不合格的货物乙方予以换新，并承担一切与之有关的费用。</w:t>
      </w:r>
      <w:r>
        <w:rPr>
          <w:lang w:eastAsia="zh-CN"/>
        </w:rPr>
        <w:br/>
      </w:r>
      <w:r>
        <w:rPr>
          <w:lang w:eastAsia="zh-CN"/>
        </w:rPr>
        <w:t>　　2、货到工地安装完毕后，进行调试，甲乙双方对货物的质量进行验收，并于调试完毕之日起七天内出具验收报告。</w:t>
      </w:r>
      <w:r>
        <w:rPr>
          <w:lang w:eastAsia="zh-CN"/>
        </w:rPr>
        <w:br/>
      </w:r>
      <w:r>
        <w:rPr>
          <w:lang w:eastAsia="zh-CN"/>
        </w:rPr>
        <w:t>　　验收标准：第一阶段的验收标准为货物外观无损坏，数量、型号、规格符合约定。</w:t>
      </w:r>
      <w:r>
        <w:rPr>
          <w:lang w:eastAsia="zh-CN"/>
        </w:rPr>
        <w:br/>
      </w:r>
      <w:r>
        <w:rPr>
          <w:lang w:eastAsia="zh-CN"/>
        </w:rPr>
        <w:t>　　第二阶段的验收标准为相关设备技术符合文件要求。</w:t>
      </w:r>
      <w:r>
        <w:rPr>
          <w:lang w:eastAsia="zh-CN"/>
        </w:rPr>
        <w:br/>
      </w:r>
      <w:r>
        <w:rPr>
          <w:lang w:eastAsia="zh-CN"/>
        </w:rPr>
        <w:t>　　3、货物内在质量由乙方负责，保证达到企业标准及国家标准，产品保质期为调试验收合格签字之日起12个月。</w:t>
      </w:r>
      <w:r>
        <w:rPr>
          <w:lang w:eastAsia="zh-CN"/>
        </w:rPr>
        <w:br/>
      </w:r>
      <w:r>
        <w:rPr>
          <w:lang w:eastAsia="zh-CN"/>
        </w:rPr>
        <w:t>　　七、安全、保证：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乙方在设备到货、仓储、安装、调试和验收期间应接受甲方的协调和管理，签订《安全环保协议书》。安装调试过程中，乙方应采取严格的安全措施，如出现安全事故，由乙方承担事故的全部责任以及发生的一切费用。</w:t>
      </w:r>
      <w:r>
        <w:rPr>
          <w:lang w:eastAsia="zh-CN"/>
        </w:rPr>
        <w:br/>
      </w:r>
      <w:r>
        <w:rPr>
          <w:lang w:eastAsia="zh-CN"/>
        </w:rPr>
        <w:t>　　八、货物包装：</w:t>
      </w:r>
      <w:r>
        <w:rPr>
          <w:lang w:eastAsia="zh-CN"/>
        </w:rPr>
        <w:br/>
      </w:r>
      <w:r>
        <w:rPr>
          <w:lang w:eastAsia="zh-CN"/>
        </w:rPr>
        <w:t>　　出厂原包装。</w:t>
      </w:r>
      <w:r>
        <w:rPr>
          <w:lang w:eastAsia="zh-CN"/>
        </w:rPr>
        <w:br/>
      </w:r>
      <w:r>
        <w:rPr>
          <w:lang w:eastAsia="zh-CN"/>
        </w:rPr>
        <w:t>　　九、违约责任：</w:t>
      </w:r>
      <w:r>
        <w:rPr>
          <w:lang w:eastAsia="zh-CN"/>
        </w:rPr>
        <w:br/>
      </w:r>
      <w:r>
        <w:rPr>
          <w:lang w:eastAsia="zh-CN"/>
        </w:rPr>
        <w:t>　　1、乙方如逾期交货，每逾期一天须向甲方支付合同造价款的0.1%的违约金，如给甲方的建设项目造成损失的，乙方还应承担相应的经济损失。</w:t>
      </w:r>
      <w:r>
        <w:rPr>
          <w:lang w:eastAsia="zh-CN"/>
        </w:rPr>
        <w:br/>
      </w:r>
      <w:r>
        <w:rPr>
          <w:lang w:eastAsia="zh-CN"/>
        </w:rPr>
        <w:t>　　2、经甲方验收(第二阶段验收)，乙方的货物有质量问题，乙方须立即维修或调换，同时须向甲方支付合同造价款20%的违约金。</w:t>
      </w:r>
      <w:r>
        <w:rPr>
          <w:lang w:eastAsia="zh-CN"/>
        </w:rPr>
        <w:br/>
      </w:r>
      <w:r>
        <w:rPr>
          <w:lang w:eastAsia="zh-CN"/>
        </w:rPr>
        <w:t>　　3、其余有关违约约定，均按照《中华人民共和国合同法》有关规定执行。如有纠纷，甲乙双方通过友好协商方式解决。</w:t>
      </w:r>
      <w:r>
        <w:rPr>
          <w:lang w:eastAsia="zh-CN"/>
        </w:rPr>
        <w:br/>
      </w:r>
      <w:r>
        <w:rPr>
          <w:lang w:eastAsia="zh-CN"/>
        </w:rPr>
        <w:t>　　4、本合同在履行过程中发生的争议，由双方当事人协商解决;争议无法协商解决时可交由甲方所在地的人民法院裁决。违约造成直接或间接损失，由违约方承担。</w:t>
      </w:r>
      <w:r>
        <w:rPr>
          <w:lang w:eastAsia="zh-CN"/>
        </w:rPr>
        <w:br/>
      </w:r>
      <w:r>
        <w:rPr>
          <w:lang w:eastAsia="zh-CN"/>
        </w:rPr>
        <w:t>　　十、合同生效及其他：</w:t>
      </w:r>
      <w:r>
        <w:rPr>
          <w:lang w:eastAsia="zh-CN"/>
        </w:rPr>
        <w:br/>
      </w:r>
      <w:r>
        <w:rPr>
          <w:lang w:eastAsia="zh-CN"/>
        </w:rPr>
        <w:t>　　1、产品检测不合格或因质量问题给甲方造成损失的，乙方无条件退货并承担由此造成的一切责任。</w:t>
      </w:r>
      <w:r>
        <w:rPr>
          <w:lang w:eastAsia="zh-CN"/>
        </w:rPr>
        <w:br/>
      </w:r>
      <w:r>
        <w:rPr>
          <w:lang w:eastAsia="zh-CN"/>
        </w:rPr>
        <w:t>　　2、乙方必须于发货前两天通知甲方送货时间并在货到工地后及时通知甲方联系人。</w:t>
      </w:r>
      <w:r>
        <w:rPr>
          <w:lang w:eastAsia="zh-CN"/>
        </w:rPr>
        <w:br/>
      </w:r>
      <w:r>
        <w:rPr>
          <w:lang w:eastAsia="zh-CN"/>
        </w:rPr>
        <w:t>　　3、本合同自双方签字盖章之日起生效，保质期满后失效;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4、未尽事宜，双方另议补充协议;</w:t>
      </w:r>
      <w:r>
        <w:rPr>
          <w:lang w:eastAsia="zh-CN"/>
        </w:rPr>
        <w:br/>
      </w:r>
      <w:r>
        <w:rPr>
          <w:lang w:eastAsia="zh-CN"/>
        </w:rPr>
        <w:t>　　5、本合同一式陆份，双方各执叁份。</w:t>
      </w:r>
      <w:r>
        <w:rPr>
          <w:lang w:eastAsia="zh-CN"/>
        </w:rPr>
        <w:br/>
      </w:r>
      <w:r>
        <w:rPr>
          <w:lang w:eastAsia="zh-CN"/>
        </w:rPr>
        <w:t>　　甲方：</w:t>
      </w:r>
      <w:r>
        <w:rPr>
          <w:lang w:eastAsia="zh-CN"/>
        </w:rPr>
        <w:br/>
      </w:r>
      <w:r>
        <w:rPr>
          <w:lang w:eastAsia="zh-CN"/>
        </w:rPr>
        <w:t xml:space="preserve">    2024最新电缆购销合同范本 篇7 </w:t>
      </w:r>
      <w:r>
        <w:rPr>
          <w:lang w:eastAsia="zh-CN"/>
        </w:rPr>
        <w:br/>
      </w:r>
      <w:r>
        <w:rPr>
          <w:lang w:eastAsia="zh-CN"/>
        </w:rPr>
        <w:t>　　购货方： (以下简称甲方) 供货方： (以下简称乙方)</w:t>
      </w:r>
      <w:r>
        <w:rPr>
          <w:lang w:eastAsia="zh-CN"/>
        </w:rPr>
        <w:br/>
      </w:r>
      <w:r>
        <w:rPr>
          <w:lang w:eastAsia="zh-CN"/>
        </w:rPr>
        <w:t>　　为了甲乙双方在平等、自愿、互赢互利的基础上达成一致协议，特订立本合同，以共同遵守。</w:t>
      </w:r>
      <w:r>
        <w:rPr>
          <w:lang w:eastAsia="zh-CN"/>
        </w:rPr>
        <w:br/>
      </w:r>
      <w:r>
        <w:rPr>
          <w:lang w:eastAsia="zh-CN"/>
        </w:rPr>
        <w:t>　　总价： 元 (人民币大写： 整)</w:t>
      </w:r>
      <w:r>
        <w:rPr>
          <w:lang w:eastAsia="zh-CN"/>
        </w:rPr>
        <w:br/>
      </w:r>
      <w:r>
        <w:rPr>
          <w:lang w:eastAsia="zh-CN"/>
        </w:rPr>
        <w:t>　　第二条 质量要求：乙方所提供产品须严格执行国家标准：GB 9330-88。 第三条 电缆的供货期限与货款的结算方式</w:t>
      </w:r>
      <w:r>
        <w:rPr>
          <w:lang w:eastAsia="zh-CN"/>
        </w:rPr>
        <w:br/>
      </w:r>
      <w:r>
        <w:rPr>
          <w:lang w:eastAsia="zh-CN"/>
        </w:rPr>
        <w:t>　　1.电缆的供货期限：供货期限总共为5个月，按照甲方的要求分5次供货，每月一次，每个月的供货量以甲方实际要求为准。</w:t>
      </w:r>
      <w:r>
        <w:rPr>
          <w:lang w:eastAsia="zh-CN"/>
        </w:rPr>
        <w:br/>
      </w:r>
      <w:r>
        <w:rPr>
          <w:lang w:eastAsia="zh-CN"/>
        </w:rPr>
        <w:t>　　2.货款的结算方式：货款、运杂费和其它费用，以现金或银行承兑汇票结算，货款每月结算一次，6个月内将全部货款付清。</w:t>
      </w:r>
      <w:r>
        <w:rPr>
          <w:lang w:eastAsia="zh-CN"/>
        </w:rPr>
        <w:br/>
      </w:r>
      <w:r>
        <w:rPr>
          <w:lang w:eastAsia="zh-CN"/>
        </w:rPr>
        <w:t>　　第四条 对电缆提出异议的时间和办法</w:t>
      </w:r>
      <w:r>
        <w:rPr>
          <w:lang w:eastAsia="zh-CN"/>
        </w:rPr>
        <w:br/>
      </w:r>
      <w:r>
        <w:rPr>
          <w:lang w:eastAsia="zh-CN"/>
        </w:rPr>
        <w:t>　　1.甲方在验收中，如果发现电缆的品种、规格、质量不符合规定，应一面妥为保管，一面在10天内向乙方提出书面异议;超过10天内未通知乙方的，视为合乎规定。</w:t>
      </w:r>
      <w:r>
        <w:rPr>
          <w:lang w:eastAsia="zh-CN"/>
        </w:rPr>
        <w:br/>
      </w:r>
      <w:r>
        <w:rPr>
          <w:lang w:eastAsia="zh-CN"/>
        </w:rPr>
        <w:t>　　2.乙方在接到需方书面异议后，应在10天内负责处理，否则，即视为默认甲方提出的异议和处理意见。</w:t>
      </w:r>
      <w:r>
        <w:rPr>
          <w:lang w:eastAsia="zh-CN"/>
        </w:rPr>
        <w:br/>
      </w:r>
      <w:r>
        <w:rPr>
          <w:lang w:eastAsia="zh-CN"/>
        </w:rPr>
        <w:t>　　第五条 乙方的违约责任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1.乙方不能交货的，应向甲方偿付不能交货部分货款的10%的违约金。</w:t>
      </w:r>
      <w:r>
        <w:rPr>
          <w:lang w:eastAsia="zh-CN"/>
        </w:rPr>
        <w:br/>
      </w:r>
      <w:r>
        <w:rPr>
          <w:lang w:eastAsia="zh-CN"/>
        </w:rPr>
        <w:t>　　2.乙方所交产品不符合规定的，如果甲方同意利用，应当按质论价;如果甲方不能销售的，应根据具体情况，由乙方负责包换或包修，并承担调换或退货而支付的实际费用。</w:t>
      </w:r>
      <w:r>
        <w:rPr>
          <w:lang w:eastAsia="zh-CN"/>
        </w:rPr>
        <w:br/>
      </w:r>
      <w:r>
        <w:rPr>
          <w:lang w:eastAsia="zh-CN"/>
        </w:rPr>
        <w:t>　　第六条 甲方的违约责任</w:t>
      </w:r>
      <w:r>
        <w:rPr>
          <w:lang w:eastAsia="zh-CN"/>
        </w:rPr>
        <w:br/>
      </w:r>
      <w:r>
        <w:rPr>
          <w:lang w:eastAsia="zh-CN"/>
        </w:rPr>
        <w:t>　　1.甲方中途退货，应向乙方偿付退货部分货款4%的违约金。 2.甲方逾期付款的，应按中国人民银行有关延期付款的规定向乙方偿付逾期付款的违约金。</w:t>
      </w:r>
      <w:r>
        <w:rPr>
          <w:lang w:eastAsia="zh-CN"/>
        </w:rPr>
        <w:br/>
      </w:r>
      <w:r>
        <w:rPr>
          <w:lang w:eastAsia="zh-CN"/>
        </w:rPr>
        <w:t>　　3.甲方违反合同规定拒绝接货的，应当承担由此造成的损失和运输部门的罚款。</w:t>
      </w:r>
      <w:r>
        <w:rPr>
          <w:lang w:eastAsia="zh-CN"/>
        </w:rPr>
        <w:br/>
      </w:r>
      <w:r>
        <w:rPr>
          <w:lang w:eastAsia="zh-CN"/>
        </w:rPr>
        <w:t>　　第七条 不可抗力</w:t>
      </w:r>
      <w:r>
        <w:rPr>
          <w:lang w:eastAsia="zh-CN"/>
        </w:rPr>
        <w:br/>
      </w:r>
      <w:r>
        <w:rPr>
          <w:lang w:eastAsia="zh-CN"/>
        </w:rPr>
        <w:t>　　甲乙双方的任何一方由于不可抗力的原因不能履行合同时，应及时向对方通报不能履行或不能完全履行的理由，以减轻可能给对方造成的损失，在取得有关机构证明以后，允许延期履行、部分履行或者不履行合同，并根据情况可部分或全部免予承担违约责任。</w:t>
      </w:r>
      <w:r>
        <w:rPr>
          <w:lang w:eastAsia="zh-CN"/>
        </w:rPr>
        <w:br/>
      </w:r>
      <w:r>
        <w:rPr>
          <w:lang w:eastAsia="zh-CN"/>
        </w:rPr>
        <w:t>　　第八条 本合同如发生纠纷，当事人双方应当及时协商解决，也可以直接向人民法院起诉。</w:t>
      </w:r>
      <w:r>
        <w:rPr>
          <w:lang w:eastAsia="zh-CN"/>
        </w:rPr>
        <w:br/>
      </w:r>
      <w:r>
        <w:rPr>
          <w:lang w:eastAsia="zh-CN"/>
        </w:rPr>
        <w:t>　　第九条，本合同一经签订，立即生效。</w:t>
      </w:r>
      <w:r>
        <w:rPr>
          <w:lang w:eastAsia="zh-CN"/>
        </w:rPr>
        <w:br/>
      </w:r>
      <w:r>
        <w:rPr>
          <w:lang w:eastAsia="zh-CN"/>
        </w:rPr>
        <w:t>　　购货单位(甲方)：(公章) 供货单位(乙方)：(公章)</w:t>
      </w:r>
      <w:r>
        <w:rPr>
          <w:lang w:eastAsia="zh-CN"/>
        </w:rPr>
        <w:br/>
      </w:r>
      <w:r>
        <w:rPr>
          <w:lang w:eastAsia="zh-CN"/>
        </w:rPr>
        <w:t>　　法定代表人：____ ___ 法定代表人：___ ___</w:t>
      </w:r>
      <w:r>
        <w:rPr>
          <w:lang w:eastAsia="zh-CN"/>
        </w:rPr>
        <w:br/>
      </w:r>
      <w:r>
        <w:rPr>
          <w:lang w:eastAsia="zh-CN"/>
        </w:rPr>
        <w:t xml:space="preserve">    2024最新电缆购销合同范本 篇8 </w:t>
      </w:r>
      <w:r>
        <w:rPr>
          <w:lang w:eastAsia="zh-CN"/>
        </w:rPr>
        <w:br/>
      </w:r>
      <w:r>
        <w:rPr>
          <w:lang w:eastAsia="zh-CN"/>
        </w:rPr>
        <w:t>　　需方：_______________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供方：_______________</w:t>
      </w:r>
      <w:r>
        <w:rPr>
          <w:lang w:eastAsia="zh-CN"/>
        </w:rPr>
        <w:br/>
      </w:r>
      <w:r>
        <w:rPr>
          <w:lang w:eastAsia="zh-CN"/>
        </w:rPr>
        <w:t>　　依照《中华人民共和国民法典》及有关法律法规，遵守平等、自愿、公平和诚实信用的原则，双方就的电线电缆购销事项协商一致，订立本合同。</w:t>
      </w:r>
      <w:r>
        <w:rPr>
          <w:lang w:eastAsia="zh-CN"/>
        </w:rPr>
        <w:br/>
      </w:r>
      <w:r>
        <w:rPr>
          <w:lang w:eastAsia="zh-CN"/>
        </w:rPr>
        <w:t>　　第一条合同概况</w:t>
      </w:r>
      <w:r>
        <w:rPr>
          <w:lang w:eastAsia="zh-CN"/>
        </w:rPr>
        <w:br/>
      </w:r>
      <w:r>
        <w:rPr>
          <w:lang w:eastAsia="zh-CN"/>
        </w:rPr>
        <w:t>　　1、工程名称：_______________</w:t>
      </w:r>
      <w:r>
        <w:rPr>
          <w:lang w:eastAsia="zh-CN"/>
        </w:rPr>
        <w:br/>
      </w:r>
      <w:r>
        <w:rPr>
          <w:lang w:eastAsia="zh-CN"/>
        </w:rPr>
        <w:t>　　2、电缆盘由供方及时回收，若有丢失需方概不负责。</w:t>
      </w:r>
      <w:r>
        <w:rPr>
          <w:lang w:eastAsia="zh-CN"/>
        </w:rPr>
        <w:br/>
      </w:r>
      <w:r>
        <w:rPr>
          <w:lang w:eastAsia="zh-CN"/>
        </w:rPr>
        <w:t>　　第二条随机的必备品、配件、工具数量及供应办法：</w:t>
      </w:r>
      <w:r>
        <w:rPr>
          <w:lang w:eastAsia="zh-CN"/>
        </w:rPr>
        <w:br/>
      </w:r>
      <w:r>
        <w:rPr>
          <w:lang w:eastAsia="zh-CN"/>
        </w:rPr>
        <w:t>　　第三条合理损耗标准及计算方法：</w:t>
      </w:r>
      <w:r>
        <w:rPr>
          <w:lang w:eastAsia="zh-CN"/>
        </w:rPr>
        <w:br/>
      </w:r>
      <w:r>
        <w:rPr>
          <w:lang w:eastAsia="zh-CN"/>
        </w:rPr>
        <w:t>　　第四条交(提)货方式、地点及时间：</w:t>
      </w:r>
      <w:r>
        <w:rPr>
          <w:lang w:eastAsia="zh-CN"/>
        </w:rPr>
        <w:br/>
      </w:r>
      <w:r>
        <w:rPr>
          <w:lang w:eastAsia="zh-CN"/>
        </w:rPr>
        <w:t>　　按需方的要求按时运至工地现场，并且将货物卸至需方指定的地点。交货时间为合同签订后天(如有变化，以需方指定材料员的书面通知为准)。</w:t>
      </w:r>
      <w:r>
        <w:rPr>
          <w:lang w:eastAsia="zh-CN"/>
        </w:rPr>
        <w:br/>
      </w:r>
      <w:r>
        <w:rPr>
          <w:lang w:eastAsia="zh-CN"/>
        </w:rPr>
        <w:t>　　第五条运输方式及到达站(港)和费用负担：</w:t>
      </w:r>
      <w:r>
        <w:rPr>
          <w:lang w:eastAsia="zh-CN"/>
        </w:rPr>
        <w:br/>
      </w:r>
      <w:r>
        <w:rPr>
          <w:lang w:eastAsia="zh-CN"/>
        </w:rPr>
        <w:t>　　汽车运输，运输过程中所有费用由供方承担。</w:t>
      </w:r>
      <w:r>
        <w:rPr>
          <w:lang w:eastAsia="zh-CN"/>
        </w:rPr>
        <w:br/>
      </w:r>
      <w:r>
        <w:rPr>
          <w:lang w:eastAsia="zh-CN"/>
        </w:rPr>
        <w:t>　　第六条检验标准、验收方法</w:t>
      </w:r>
      <w:r>
        <w:rPr>
          <w:lang w:eastAsia="zh-CN"/>
        </w:rPr>
        <w:br/>
      </w:r>
      <w:r>
        <w:rPr>
          <w:lang w:eastAsia="zh-CN"/>
        </w:rPr>
        <w:t>　　1、供方产品进场时必须由需方签字确认后，方可作为结算的依据。</w:t>
      </w:r>
      <w:r>
        <w:rPr>
          <w:lang w:eastAsia="zh-CN"/>
        </w:rPr>
        <w:br/>
      </w:r>
      <w:r>
        <w:rPr>
          <w:lang w:eastAsia="zh-CN"/>
        </w:rPr>
        <w:t>　　2、按电线电缆现行的国家标准、行业标准及供方提供的经需方确认的.样品验收。外观质量可当场检验,内在质量,需送有资质检测机构检测,以检测结果为验收依据。</w:t>
      </w:r>
      <w:r>
        <w:rPr>
          <w:lang w:eastAsia="zh-CN"/>
        </w:rPr>
        <w:br/>
      </w:r>
      <w:r>
        <w:rPr>
          <w:lang w:eastAsia="zh-CN"/>
        </w:rPr>
        <w:t>　　第七条成套设备的安装与调试：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第八条付款方式</w:t>
      </w:r>
      <w:r>
        <w:rPr>
          <w:lang w:eastAsia="zh-CN"/>
        </w:rPr>
        <w:br/>
      </w:r>
      <w:r>
        <w:rPr>
          <w:lang w:eastAsia="zh-CN"/>
        </w:rPr>
        <w:t>　　1、合同签订后，______天内需方支付合同金额的______%(即人民币：_______________元)作为定金;货物运至工地现场，经验收合格后20天内付清所有货物价款。</w:t>
      </w:r>
      <w:r>
        <w:rPr>
          <w:lang w:eastAsia="zh-CN"/>
        </w:rPr>
        <w:br/>
      </w:r>
      <w:r>
        <w:rPr>
          <w:lang w:eastAsia="zh-CN"/>
        </w:rPr>
        <w:t>　　2、供方供应的货物按需方指定的地点进场并对外观质量验收合格后付至合同价款的85﹪，供方在收到货款后5天内开具等额合法的税务发票给需方，否则需方有权拒绝支付任何款项，且供方承担违约责任并按未开发票货款的10%支付违约金。</w:t>
      </w:r>
      <w:r>
        <w:rPr>
          <w:lang w:eastAsia="zh-CN"/>
        </w:rPr>
        <w:br/>
      </w:r>
      <w:r>
        <w:rPr>
          <w:lang w:eastAsia="zh-CN"/>
        </w:rPr>
        <w:t>　　3、供方供应的货物须经当地有资质的检测机构检测合格后20天内付清所有货物价款。</w:t>
      </w:r>
      <w:r>
        <w:rPr>
          <w:lang w:eastAsia="zh-CN"/>
        </w:rPr>
        <w:br/>
      </w:r>
      <w:r>
        <w:rPr>
          <w:lang w:eastAsia="zh-CN"/>
        </w:rPr>
        <w:t>　　第九条本合同解除的条件：</w:t>
      </w:r>
      <w:r>
        <w:rPr>
          <w:lang w:eastAsia="zh-CN"/>
        </w:rPr>
        <w:br/>
      </w:r>
      <w:r>
        <w:rPr>
          <w:lang w:eastAsia="zh-CN"/>
        </w:rPr>
        <w:t>　　供方的供货质量、时间未符合合同约定，需方有权解除合同,并追究供方的违约责任。</w:t>
      </w:r>
      <w:r>
        <w:rPr>
          <w:lang w:eastAsia="zh-CN"/>
        </w:rPr>
        <w:br/>
      </w:r>
      <w:r>
        <w:rPr>
          <w:lang w:eastAsia="zh-CN"/>
        </w:rPr>
        <w:t>　　第十条违约责任</w:t>
      </w:r>
      <w:r>
        <w:rPr>
          <w:lang w:eastAsia="zh-CN"/>
        </w:rPr>
        <w:br/>
      </w:r>
      <w:r>
        <w:rPr>
          <w:lang w:eastAsia="zh-CN"/>
        </w:rPr>
        <w:t>　　1、供方未按合同约定供货，需方因此发生的损失由供方承担;超过5天不能交货的，需方有权解除合同。</w:t>
      </w:r>
      <w:r>
        <w:rPr>
          <w:lang w:eastAsia="zh-CN"/>
        </w:rPr>
        <w:br/>
      </w:r>
      <w:r>
        <w:rPr>
          <w:lang w:eastAsia="zh-CN"/>
        </w:rPr>
        <w:t>　　2、需方未按合同约定付款，供方有权停止供货。</w:t>
      </w:r>
      <w:r>
        <w:rPr>
          <w:lang w:eastAsia="zh-CN"/>
        </w:rPr>
        <w:br/>
      </w:r>
      <w:r>
        <w:rPr>
          <w:lang w:eastAsia="zh-CN"/>
        </w:rPr>
        <w:t>　　第十一条合同争议的解决方式：</w:t>
      </w:r>
      <w:r>
        <w:rPr>
          <w:lang w:eastAsia="zh-CN"/>
        </w:rPr>
        <w:br/>
      </w:r>
      <w:r>
        <w:rPr>
          <w:lang w:eastAsia="zh-CN"/>
        </w:rPr>
        <w:t>　　本合同在履行过程中发生争议，由双方当事人协商解决，若双方无法协商一致，可向合同签订地人民法院提起诉讼。</w:t>
      </w:r>
      <w:r>
        <w:rPr>
          <w:lang w:eastAsia="zh-CN"/>
        </w:rPr>
        <w:br/>
      </w:r>
      <w:r>
        <w:rPr>
          <w:lang w:eastAsia="zh-CN"/>
        </w:rPr>
        <w:t>　　1、电缆进场后按国家相关标准进行检测，检测费用由供方承担。并免费负责指导电缆安装、敷设、试验等技术服务工作。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2、供货数量为暂定量，具体量以需方在施工过程中的要求为准，最终按实结算。</w:t>
      </w:r>
      <w:r>
        <w:rPr>
          <w:lang w:eastAsia="zh-CN"/>
        </w:rPr>
        <w:br/>
      </w:r>
      <w:r>
        <w:rPr>
          <w:lang w:eastAsia="zh-CN"/>
        </w:rPr>
        <w:t>　　3、供方提供的电缆是全新的。电缆的封端应严密，不允许有接头。多芯电缆要求分色，其分色符合国家标准。</w:t>
      </w:r>
      <w:r>
        <w:rPr>
          <w:lang w:eastAsia="zh-CN"/>
        </w:rPr>
        <w:br/>
      </w:r>
      <w:r>
        <w:rPr>
          <w:lang w:eastAsia="zh-CN"/>
        </w:rPr>
        <w:t>　　4、供方必须遵守需方质量/环境/职业健康安全管理体系的相关规定，供方人员进入施工现场必须遵守需方现场的各种规章制度，因供方原因或产品质量问题造成的事故由供方自行承担，并承担由此给需方造成的一切损失。</w:t>
      </w:r>
      <w:r>
        <w:rPr>
          <w:lang w:eastAsia="zh-CN"/>
        </w:rPr>
        <w:br/>
      </w:r>
      <w:r>
        <w:rPr>
          <w:lang w:eastAsia="zh-CN"/>
        </w:rPr>
        <w:t>　　供方：_______________</w:t>
      </w:r>
      <w:r>
        <w:rPr>
          <w:lang w:eastAsia="zh-CN"/>
        </w:rPr>
        <w:br/>
      </w:r>
      <w:r>
        <w:rPr>
          <w:lang w:eastAsia="zh-CN"/>
        </w:rPr>
        <w:t>　　需方：_______________</w:t>
      </w:r>
      <w:r>
        <w:rPr>
          <w:lang w:eastAsia="zh-CN"/>
        </w:rPr>
        <w:br/>
      </w:r>
      <w:r>
        <w:rPr>
          <w:lang w:eastAsia="zh-CN"/>
        </w:rPr>
        <w:t>　　年月日：_______________</w:t>
      </w:r>
      <w:r>
        <w:rPr>
          <w:lang w:eastAsia="zh-CN"/>
        </w:rPr>
        <w:br/>
      </w:r>
      <w:r>
        <w:rPr>
          <w:lang w:eastAsia="zh-CN"/>
        </w:rPr>
        <w:t xml:space="preserve">    2024最新电缆购销合同范本 篇9 </w:t>
      </w:r>
      <w:r>
        <w:rPr>
          <w:lang w:eastAsia="zh-CN"/>
        </w:rPr>
        <w:br/>
      </w:r>
      <w:r>
        <w:rPr>
          <w:lang w:eastAsia="zh-CN"/>
        </w:rPr>
        <w:t>　　乙方:</w:t>
      </w:r>
      <w:r>
        <w:rPr>
          <w:lang w:eastAsia="zh-CN"/>
        </w:rPr>
        <w:br/>
      </w:r>
      <w:r>
        <w:rPr>
          <w:lang w:eastAsia="zh-CN"/>
        </w:rPr>
        <w:t>　　乙方需要购买一批电线电缆和装修材料。甲乙双方经友好协商，特订立以下合同条款，甲方愿意以最优惠的市场价格出售给乙方。</w:t>
      </w:r>
      <w:r>
        <w:rPr>
          <w:lang w:eastAsia="zh-CN"/>
        </w:rPr>
        <w:br/>
      </w:r>
      <w:r>
        <w:rPr>
          <w:lang w:eastAsia="zh-CN"/>
        </w:rPr>
        <w:t>　　一、货物数量和价格</w:t>
      </w:r>
      <w:r>
        <w:rPr>
          <w:lang w:eastAsia="zh-CN"/>
        </w:rPr>
        <w:br/>
      </w:r>
      <w:r>
        <w:rPr>
          <w:lang w:eastAsia="zh-CN"/>
        </w:rPr>
        <w:t>　　数量和总价见采购清单。</w:t>
      </w:r>
      <w:r>
        <w:rPr>
          <w:lang w:eastAsia="zh-CN"/>
        </w:rPr>
        <w:br/>
      </w:r>
      <w:r>
        <w:rPr>
          <w:lang w:eastAsia="zh-CN"/>
        </w:rPr>
        <w:t>　　二、交货日期:</w:t>
      </w:r>
      <w:r>
        <w:rPr>
          <w:lang w:eastAsia="zh-CN"/>
        </w:rPr>
        <w:br/>
      </w:r>
      <w:r>
        <w:rPr>
          <w:lang w:eastAsia="zh-CN"/>
        </w:rPr>
        <w:t>　　Iii .支付方式:</w:t>
      </w:r>
      <w:r>
        <w:rPr>
          <w:lang w:eastAsia="zh-CN"/>
        </w:rPr>
        <w:br/>
      </w:r>
      <w:r>
        <w:rPr>
          <w:lang w:eastAsia="zh-CN"/>
        </w:rPr>
        <w:t>　　四.数量和质量要求:</w:t>
      </w:r>
      <w:r>
        <w:rPr>
          <w:lang w:eastAsia="zh-CN"/>
        </w:rPr>
        <w:br/>
      </w:r>
      <w:r>
        <w:rPr>
          <w:lang w:eastAsia="zh-CN"/>
        </w:rPr>
        <w:t>　　1.数量:甲乙双方亲自核对。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2.质量:如乙方在使用过程中发现有缺陷或有瑕疵的货物，应立即通知甲方，并将原包装完好无损地退还给甲方，甲方收到退货后，应按数量用正品补齐，并由甲方负责退货和补货的运输和装卸费用。</w:t>
      </w:r>
      <w:r>
        <w:rPr>
          <w:lang w:eastAsia="zh-CN"/>
        </w:rPr>
        <w:br/>
      </w:r>
      <w:r>
        <w:rPr>
          <w:lang w:eastAsia="zh-CN"/>
        </w:rPr>
        <w:t>　　动词（verb的'缩写）交通:</w:t>
      </w:r>
      <w:r>
        <w:rPr>
          <w:lang w:eastAsia="zh-CN"/>
        </w:rPr>
        <w:br/>
      </w:r>
      <w:r>
        <w:rPr>
          <w:lang w:eastAsia="zh-CN"/>
        </w:rPr>
        <w:t>　　不及物动词其他相关协议:</w:t>
      </w:r>
      <w:r>
        <w:rPr>
          <w:lang w:eastAsia="zh-CN"/>
        </w:rPr>
        <w:br/>
      </w:r>
      <w:r>
        <w:rPr>
          <w:lang w:eastAsia="zh-CN"/>
        </w:rPr>
        <w:t>　　在甲乙双方恪守信用的情况下，甲乙双方自愿进行长期购销交易，除每批货物的价格和数量发生变化外，本合同其他条款保持不变。</w:t>
      </w:r>
      <w:r>
        <w:rPr>
          <w:lang w:eastAsia="zh-CN"/>
        </w:rPr>
        <w:br/>
      </w:r>
      <w:r>
        <w:rPr>
          <w:lang w:eastAsia="zh-CN"/>
        </w:rPr>
        <w:t>　　本合同一式两份，甲乙双方各执一份，自签字盖章之日起生效，具有同等法律效力。</w:t>
      </w:r>
      <w:r>
        <w:rPr>
          <w:lang w:eastAsia="zh-CN"/>
        </w:rPr>
        <w:br/>
      </w:r>
      <w:r>
        <w:rPr>
          <w:lang w:eastAsia="zh-CN"/>
        </w:rPr>
        <w:t>　　甲方(签字):乙方(签字):</w:t>
      </w:r>
      <w:r>
        <w:rPr>
          <w:lang w:eastAsia="zh-CN"/>
        </w:rPr>
        <w:br/>
      </w:r>
      <w:r>
        <w:rPr>
          <w:lang w:eastAsia="zh-CN"/>
        </w:rPr>
        <w:t>　　___年___月___日</w:t>
      </w:r>
      <w:r>
        <w:rPr>
          <w:lang w:eastAsia="zh-CN"/>
        </w:rPr>
        <w:br/>
      </w:r>
      <w:r>
        <w:rPr>
          <w:lang w:eastAsia="zh-CN"/>
        </w:rPr>
        <w:t xml:space="preserve">    2024最新电缆购销合同范本 篇10 </w:t>
      </w:r>
      <w:r>
        <w:rPr>
          <w:lang w:eastAsia="zh-CN"/>
        </w:rPr>
        <w:br/>
      </w:r>
      <w:r>
        <w:rPr>
          <w:lang w:eastAsia="zh-CN"/>
        </w:rPr>
        <w:t>　　需方：________签订地点：________</w:t>
      </w:r>
      <w:r>
        <w:rPr>
          <w:lang w:eastAsia="zh-CN"/>
        </w:rPr>
        <w:br/>
      </w:r>
      <w:r>
        <w:rPr>
          <w:lang w:eastAsia="zh-CN"/>
        </w:rPr>
        <w:t>　　签订时间：________年________月________日</w:t>
      </w:r>
      <w:r>
        <w:rPr>
          <w:lang w:eastAsia="zh-CN"/>
        </w:rPr>
        <w:br/>
      </w:r>
      <w:r>
        <w:rPr>
          <w:lang w:eastAsia="zh-CN"/>
        </w:rPr>
        <w:t>　　依照《中华人民共和国合同法》及有关法律法规，遵守平等、自愿、公平和诚实信用的原则，双方就的电线电缆购销事项协商一致，订立本合同。</w:t>
      </w:r>
      <w:r>
        <w:rPr>
          <w:lang w:eastAsia="zh-CN"/>
        </w:rPr>
        <w:br/>
      </w:r>
      <w:r>
        <w:rPr>
          <w:lang w:eastAsia="zh-CN"/>
        </w:rPr>
        <w:t>　　第一条合同概况</w:t>
      </w:r>
      <w:r>
        <w:rPr>
          <w:lang w:eastAsia="zh-CN"/>
        </w:rPr>
        <w:br/>
      </w:r>
      <w:r>
        <w:rPr>
          <w:lang w:eastAsia="zh-CN"/>
        </w:rPr>
        <w:t>　　1、工程名称：</w:t>
      </w:r>
      <w:r>
        <w:rPr>
          <w:lang w:eastAsia="zh-CN"/>
        </w:rPr>
        <w:br/>
      </w:r>
      <w:r>
        <w:rPr>
          <w:lang w:eastAsia="zh-CN"/>
        </w:rPr>
        <w:t>　　电缆盘由供方及时回收，若有丢失需方概不负责。</w:t>
      </w:r>
      <w:r>
        <w:rPr>
          <w:lang w:eastAsia="zh-CN"/>
        </w:rPr>
        <w:br/>
      </w:r>
      <w:r>
        <w:rPr>
          <w:lang w:eastAsia="zh-CN"/>
        </w:rPr>
        <w:t>　　第六条随机的必备品、配件、工具数量及供应办法：无。</w:t>
      </w:r>
      <w:r>
        <w:rPr>
          <w:lang w:eastAsia="zh-CN"/>
        </w:rPr>
        <w:br/>
      </w:r>
      <w:r>
        <w:rPr>
          <w:lang w:eastAsia="zh-CN"/>
        </w:rPr>
        <w:t>　　第七条合理损耗标准及计算方法：无。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第八条交(提)货方式、地点及时间：按需方的要求按时运至工地现场，并且将货物卸至需方指定的地点。交货时间为合同签订后天(如有变化，以需方指定材料员的书面通知为准)。</w:t>
      </w:r>
      <w:r>
        <w:rPr>
          <w:lang w:eastAsia="zh-CN"/>
        </w:rPr>
        <w:br/>
      </w:r>
      <w:r>
        <w:rPr>
          <w:lang w:eastAsia="zh-CN"/>
        </w:rPr>
        <w:t>　　第九条运输方式及到达站(港)和费用负担：汽车运输，运输过程中所有费用由供方承担。</w:t>
      </w:r>
      <w:r>
        <w:rPr>
          <w:lang w:eastAsia="zh-CN"/>
        </w:rPr>
        <w:br/>
      </w:r>
      <w:r>
        <w:rPr>
          <w:lang w:eastAsia="zh-CN"/>
        </w:rPr>
        <w:t>　　第十条检验标准、验收方法</w:t>
      </w:r>
      <w:r>
        <w:rPr>
          <w:lang w:eastAsia="zh-CN"/>
        </w:rPr>
        <w:br/>
      </w:r>
      <w:r>
        <w:rPr>
          <w:lang w:eastAsia="zh-CN"/>
        </w:rPr>
        <w:t>　　1、供方产品进场时必须由需方签字确认后，方可作为结算的依据。</w:t>
      </w:r>
      <w:r>
        <w:rPr>
          <w:lang w:eastAsia="zh-CN"/>
        </w:rPr>
        <w:br/>
      </w:r>
      <w:r>
        <w:rPr>
          <w:lang w:eastAsia="zh-CN"/>
        </w:rPr>
        <w:t>　　2、按电线电缆现行的国家标准、行业标准及供方提供的经需方确认的样品验收。外观质量可当场检验,内在质量,需送有资质检测机构检测,以检测结果为验收依据。</w:t>
      </w:r>
      <w:r>
        <w:rPr>
          <w:lang w:eastAsia="zh-CN"/>
        </w:rPr>
        <w:br/>
      </w:r>
      <w:r>
        <w:rPr>
          <w:lang w:eastAsia="zh-CN"/>
        </w:rPr>
        <w:t>　　第十一条成套设备的安装与调试：无。</w:t>
      </w:r>
      <w:r>
        <w:rPr>
          <w:lang w:eastAsia="zh-CN"/>
        </w:rPr>
        <w:br/>
      </w:r>
      <w:r>
        <w:rPr>
          <w:lang w:eastAsia="zh-CN"/>
        </w:rPr>
        <w:t>　　第十二条付款方式</w:t>
      </w:r>
      <w:r>
        <w:rPr>
          <w:lang w:eastAsia="zh-CN"/>
        </w:rPr>
        <w:br/>
      </w:r>
      <w:r>
        <w:rPr>
          <w:lang w:eastAsia="zh-CN"/>
        </w:rPr>
        <w:t>　　1、合同签订后，________天内需方支付合同金额的________ %(即人民币：________元)作为定金;货物运至工地现场，经验收合格后20天内付清所有货物价款。</w:t>
      </w:r>
      <w:r>
        <w:rPr>
          <w:lang w:eastAsia="zh-CN"/>
        </w:rPr>
        <w:br/>
      </w:r>
      <w:r>
        <w:rPr>
          <w:lang w:eastAsia="zh-CN"/>
        </w:rPr>
        <w:t>　　2、供方供应的货物按需方指定的地点进场并对外观质量验收合格后付至合同价款的85﹪，供方在收到货款后5天内开具等额合法的税务发票给需方，否则需方有权拒绝支付任何款项，且供方承担违约责任并按未开发票货款的.10%支付违约金。</w:t>
      </w:r>
      <w:r>
        <w:rPr>
          <w:lang w:eastAsia="zh-CN"/>
        </w:rPr>
        <w:br/>
      </w:r>
      <w:r>
        <w:rPr>
          <w:lang w:eastAsia="zh-CN"/>
        </w:rPr>
        <w:t>　　3、供方供应的货物须经当地有资质的检测机构检测合格后20天内付清所有货物价款。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第十三条本合同解除的条件：供方的供货质量、时间未符合合同约定，需方有权解除合同,并追究供方的违约责任。第十四条违约责任</w:t>
      </w:r>
      <w:r>
        <w:rPr>
          <w:lang w:eastAsia="zh-CN"/>
        </w:rPr>
        <w:br/>
      </w:r>
      <w:r>
        <w:rPr>
          <w:lang w:eastAsia="zh-CN"/>
        </w:rPr>
        <w:t>　　1、供方未按合同约定供货，需方因此发生的损失由供方承担;超过5天不能交货的，需方有权解除合同。</w:t>
      </w:r>
      <w:r>
        <w:rPr>
          <w:lang w:eastAsia="zh-CN"/>
        </w:rPr>
        <w:br/>
      </w:r>
      <w:r>
        <w:rPr>
          <w:lang w:eastAsia="zh-CN"/>
        </w:rPr>
        <w:t>　　2、需方未按合同约定付款，供方有权停止供货。</w:t>
      </w:r>
      <w:r>
        <w:rPr>
          <w:lang w:eastAsia="zh-CN"/>
        </w:rPr>
        <w:br/>
      </w:r>
      <w:r>
        <w:rPr>
          <w:lang w:eastAsia="zh-CN"/>
        </w:rPr>
        <w:t>　　第十五条合同争议的解决方式：本合同在履行过程中发生争议，由双方当事人协商解决，若双方无法协商一致，可向合同签订地人民法院提起诉讼。</w:t>
      </w:r>
      <w:r>
        <w:rPr>
          <w:lang w:eastAsia="zh-CN"/>
        </w:rPr>
        <w:br/>
      </w:r>
      <w:r>
        <w:rPr>
          <w:lang w:eastAsia="zh-CN"/>
        </w:rPr>
        <w:t>　　1、电缆进场后按国家相关标准进行检测，检测费用由供方承担。并免费负责指导电缆安装、敷设、试验等技术服务工作。</w:t>
      </w:r>
      <w:r>
        <w:rPr>
          <w:lang w:eastAsia="zh-CN"/>
        </w:rPr>
        <w:br/>
      </w:r>
      <w:r>
        <w:rPr>
          <w:lang w:eastAsia="zh-CN"/>
        </w:rPr>
        <w:t>　　2、供货数量为暂定量，具体量以需方在施工过程中的要求为准，最终按实结算。</w:t>
      </w:r>
      <w:r>
        <w:rPr>
          <w:lang w:eastAsia="zh-CN"/>
        </w:rPr>
        <w:br/>
      </w:r>
      <w:r>
        <w:rPr>
          <w:lang w:eastAsia="zh-CN"/>
        </w:rPr>
        <w:t>　　3、供方提供的电缆是全新的。电缆的封端应严密，不允许有接头。多芯电缆要求分色，其分色符合国家标准。</w:t>
      </w:r>
      <w:r>
        <w:rPr>
          <w:lang w:eastAsia="zh-CN"/>
        </w:rPr>
        <w:br/>
      </w:r>
      <w:r>
        <w:rPr>
          <w:lang w:eastAsia="zh-CN"/>
        </w:rPr>
        <w:t>　　4、供方必须遵守需方质量/环境/职业健康安全管理体系的相关规定，供方人员进入施工现场必须遵守需方现场的各种规章制度，因供方原因或产品质量问题造成的事故由供方自行承担，并承担由此给需方造成的一切损失。</w:t>
      </w:r>
      <w:r>
        <w:rPr>
          <w:lang w:eastAsia="zh-CN"/>
        </w:rPr>
        <w:br/>
      </w:r>
      <w:r>
        <w:rPr>
          <w:lang w:eastAsia="zh-CN"/>
        </w:rPr>
        <w:t>　　供方：________需方：________单位：________单位名称：________(章)卡号：________开户行：________日期：________</w:t>
      </w:r>
      <w:r>
        <w:rPr>
          <w:lang w:eastAsia="zh-CN"/>
        </w:rPr>
        <w:br/>
      </w:r>
      <w:r>
        <w:rPr>
          <w:lang w:eastAsia="zh-CN"/>
        </w:rPr>
        <w:t xml:space="preserve">    2024最新电缆购销合同范本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供方：(以下简称甲方)涟水县新电电力设备经销中心</w:t>
      </w:r>
      <w:r>
        <w:rPr>
          <w:lang w:eastAsia="zh-CN"/>
        </w:rPr>
        <w:br/>
      </w:r>
      <w:r>
        <w:rPr>
          <w:lang w:eastAsia="zh-CN"/>
        </w:rPr>
        <w:t>　　需方: (以下简称乙方)李洪来</w:t>
      </w:r>
      <w:r>
        <w:rPr>
          <w:lang w:eastAsia="zh-CN"/>
        </w:rPr>
        <w:br/>
      </w:r>
      <w:r>
        <w:rPr>
          <w:lang w:eastAsia="zh-CN"/>
        </w:rPr>
        <w:t>　　乙方因工程建设的需要，向甲方购买电力电缆，为明确双方的权利义务，经</w:t>
      </w:r>
      <w:r>
        <w:rPr>
          <w:lang w:eastAsia="zh-CN"/>
        </w:rPr>
        <w:br/>
      </w:r>
      <w:r>
        <w:rPr>
          <w:lang w:eastAsia="zh-CN"/>
        </w:rPr>
        <w:t>　　双方平等友好协商，订立以下条款。</w:t>
      </w:r>
      <w:r>
        <w:rPr>
          <w:lang w:eastAsia="zh-CN"/>
        </w:rPr>
        <w:br/>
      </w:r>
      <w:r>
        <w:rPr>
          <w:lang w:eastAsia="zh-CN"/>
        </w:rPr>
        <w:t>　　1.乙方工程建设所需的电缆全部从甲方购买。 未经甲方书面同意，乙方不得从其他渠道购买电缆，否则，乙方应向甲方支付违约金人民币伍万元整，同时甲方有权单方解除合同。</w:t>
      </w:r>
      <w:r>
        <w:rPr>
          <w:lang w:eastAsia="zh-CN"/>
        </w:rPr>
        <w:br/>
      </w:r>
      <w:r>
        <w:rPr>
          <w:lang w:eastAsia="zh-CN"/>
        </w:rPr>
        <w:t>　　2.乙方根据工程进度需要，分期分批向甲方购进所需电缆，乙方每次需货时,应提前三天通知甲方所需电缆的规格、型号、数量、生产产地，经甲方确认后，甲方应在 3 日内将该电缆送到乙方工地。如果甲方逾期货的价款的千分之三支付违约金。</w:t>
      </w:r>
      <w:r>
        <w:rPr>
          <w:lang w:eastAsia="zh-CN"/>
        </w:rPr>
        <w:br/>
      </w:r>
      <w:r>
        <w:rPr>
          <w:lang w:eastAsia="zh-CN"/>
        </w:rPr>
        <w:t>　　3.电缆价格一次性确定，不随市场价格变动。价格、规格如下：</w:t>
      </w:r>
      <w:r>
        <w:rPr>
          <w:lang w:eastAsia="zh-CN"/>
        </w:rPr>
        <w:br/>
      </w:r>
      <w:r>
        <w:rPr>
          <w:lang w:eastAsia="zh-CN"/>
        </w:rPr>
        <w:t>　　180m㎡高压电缆450米，单价90元/米。</w:t>
      </w:r>
      <w:r>
        <w:rPr>
          <w:lang w:eastAsia="zh-CN"/>
        </w:rPr>
        <w:br/>
      </w:r>
      <w:r>
        <w:rPr>
          <w:lang w:eastAsia="zh-CN"/>
        </w:rPr>
        <w:t>　　240m㎡低压电缆6000米，单价60元/米。</w:t>
      </w:r>
      <w:r>
        <w:rPr>
          <w:lang w:eastAsia="zh-CN"/>
        </w:rPr>
        <w:br/>
      </w:r>
      <w:r>
        <w:rPr>
          <w:lang w:eastAsia="zh-CN"/>
        </w:rPr>
        <w:t>　　50m㎡低压电缆8000米，单价17元/米。</w:t>
      </w:r>
      <w:r>
        <w:rPr>
          <w:lang w:eastAsia="zh-CN"/>
        </w:rPr>
        <w:br/>
      </w:r>
      <w:r>
        <w:rPr>
          <w:lang w:eastAsia="zh-CN"/>
        </w:rPr>
        <w:t>　　4.电缆接收验收方式：乙方收到货物后应先进行检测，合格后方可使用，如有质量问题应在收到货物之日起7日内书面通知甲方，并提出相关的检测报告，否则该批电缆的质量视为完全合格。 经双方确认电缆质量确实不合格后，甲方应将质量不合格的电缆运回，并承担运回所发生的运费，但甲方不承担其他责任，同时甲方在10 日内换送合格电缆。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5.付款方式：本合同项下电缆款项按以下方式支付：乙方在签订合同后支付给甲方50万元的货款，甲方按乙方申报的计划发送电缆给乙方，超过80万元的货款后，乙方将超过部分的款项支付给甲方。</w:t>
      </w:r>
      <w:r>
        <w:rPr>
          <w:lang w:eastAsia="zh-CN"/>
        </w:rPr>
        <w:br/>
      </w:r>
      <w:r>
        <w:rPr>
          <w:lang w:eastAsia="zh-CN"/>
        </w:rPr>
        <w:t>　　6.双方应严格遵守本合同，如果双方有争议应先协商解决，协商不成的，提交甲方所在地人民法院裁决。</w:t>
      </w:r>
      <w:r>
        <w:rPr>
          <w:lang w:eastAsia="zh-CN"/>
        </w:rPr>
        <w:br/>
      </w:r>
      <w:r>
        <w:rPr>
          <w:lang w:eastAsia="zh-CN"/>
        </w:rPr>
        <w:t>　　7.本合同双方签字盖章后生效。</w:t>
      </w:r>
      <w:r>
        <w:rPr>
          <w:lang w:eastAsia="zh-CN"/>
        </w:rPr>
        <w:br/>
      </w:r>
      <w:r>
        <w:rPr>
          <w:lang w:eastAsia="zh-CN"/>
        </w:rPr>
        <w:t>　　8.本合同一式二份。甲乙双方各执一份。</w:t>
      </w:r>
      <w:r>
        <w:rPr>
          <w:lang w:eastAsia="zh-CN"/>
        </w:rPr>
        <w:br/>
      </w:r>
      <w:r>
        <w:rPr>
          <w:lang w:eastAsia="zh-CN"/>
        </w:rPr>
        <w:t>　　甲方 (签字): 乙方(签字):</w:t>
      </w:r>
      <w:r>
        <w:rPr>
          <w:lang w:eastAsia="zh-CN"/>
        </w:rPr>
        <w:br/>
      </w:r>
      <w:r>
        <w:rPr>
          <w:lang w:eastAsia="zh-CN"/>
        </w:rPr>
        <w:t>　　甲方(盖章) 乙方(盖章):</w:t>
      </w:r>
      <w:r>
        <w:rPr>
          <w:lang w:eastAsia="zh-CN"/>
        </w:rPr>
        <w:br/>
      </w:r>
      <w:r>
        <w:rPr>
          <w:lang w:eastAsia="zh-CN"/>
        </w:rPr>
        <w:t>　　合同签订日期:</w:t>
      </w:r>
      <w:r>
        <w:rPr>
          <w:lang w:eastAsia="zh-CN"/>
        </w:rPr>
        <w:br/>
      </w:r>
      <w:r>
        <w:rPr>
          <w:lang w:eastAsia="zh-CN"/>
        </w:rPr>
        <w:t xml:space="preserve">    2024最新电缆购销合同范本 篇12 </w:t>
      </w:r>
      <w:r>
        <w:rPr>
          <w:lang w:eastAsia="zh-CN"/>
        </w:rPr>
        <w:br/>
      </w:r>
      <w:r>
        <w:rPr>
          <w:lang w:eastAsia="zh-CN"/>
        </w:rPr>
        <w:t>　　买受人：（以下简称甲方）</w:t>
      </w:r>
      <w:r>
        <w:rPr>
          <w:lang w:eastAsia="zh-CN"/>
        </w:rPr>
        <w:br/>
      </w:r>
      <w:r>
        <w:rPr>
          <w:lang w:eastAsia="zh-CN"/>
        </w:rPr>
        <w:t>　　出卖人：（以下简称乙方）</w:t>
      </w:r>
      <w:r>
        <w:rPr>
          <w:lang w:eastAsia="zh-CN"/>
        </w:rPr>
        <w:br/>
      </w:r>
      <w:r>
        <w:rPr>
          <w:lang w:eastAsia="zh-CN"/>
        </w:rPr>
        <w:t>　　就甲方向乙方购买事宜，甲、乙双方在自愿的基础上经充分协商，依照《中华人民共和国合同法》及其他有关法律法规的规定，订立本合同。</w:t>
      </w:r>
      <w:r>
        <w:rPr>
          <w:lang w:eastAsia="zh-CN"/>
        </w:rPr>
        <w:br/>
      </w:r>
      <w:r>
        <w:rPr>
          <w:lang w:eastAsia="zh-CN"/>
        </w:rPr>
        <w:t>　　第一条货物的名称、规格、数量和质量</w:t>
      </w:r>
      <w:r>
        <w:rPr>
          <w:lang w:eastAsia="zh-CN"/>
        </w:rPr>
        <w:br/>
      </w:r>
      <w:r>
        <w:rPr>
          <w:lang w:eastAsia="zh-CN"/>
        </w:rPr>
        <w:t>　　1、货物的名称、规格、数量等：</w:t>
      </w:r>
      <w:r>
        <w:rPr>
          <w:lang w:eastAsia="zh-CN"/>
        </w:rPr>
        <w:br/>
      </w:r>
      <w:r>
        <w:rPr>
          <w:lang w:eastAsia="zh-CN"/>
        </w:rPr>
        <w:t>　　货物品牌为由乙方负责配送的“_____________”牌系列；具体的名称、品牌、规则型号以本合同附件1所列为准；</w:t>
      </w:r>
      <w:r>
        <w:rPr>
          <w:lang w:eastAsia="zh-CN"/>
        </w:rPr>
        <w:br/>
      </w:r>
      <w:r>
        <w:rPr>
          <w:lang w:eastAsia="zh-CN"/>
        </w:rPr>
        <w:t>　　2、货物的质量、技术标准：</w:t>
      </w:r>
      <w:r>
        <w:rPr>
          <w:lang w:eastAsia="zh-CN"/>
        </w:rPr>
        <w:br/>
      </w:r>
    </w:p>
    <w:p w:rsidR="001B1F19" w14:textId="27C3F48A">
      <w:pPr>
        <w:rPr>
          <w:rFonts w:hint="eastAsia"/>
          <w:lang w:eastAsia="zh-CN"/>
        </w:rPr>
      </w:pPr>
      <w:r>
        <w:rPr>
          <w:lang w:eastAsia="zh-CN"/>
        </w:rPr>
        <w:t>　　1）、货物的质量满足双方合同的约定、国家或相关行业的强制性质量标准（若有附件，请附上），并具有国家认可机构检验的质量合格报告；无强制性标准的，以样品或者双方约定的内容为准，图纸及样品必须经双方签认并由甲方妥善封存。同时，如国家标准、行业标准及企业内控标准不一致时，以其中最高的标准为准。</w:t>
      </w:r>
      <w:r>
        <w:rPr>
          <w:lang w:eastAsia="zh-CN"/>
        </w:rPr>
        <w:br/>
      </w:r>
      <w:r>
        <w:rPr>
          <w:lang w:eastAsia="zh-CN"/>
        </w:rPr>
        <w:t>　　2）、乙方提供的货物必须为____产品。</w:t>
      </w:r>
      <w:r>
        <w:rPr>
          <w:lang w:eastAsia="zh-CN"/>
        </w:rPr>
        <w:br/>
      </w:r>
      <w:r>
        <w:rPr>
          <w:lang w:eastAsia="zh-CN"/>
        </w:rPr>
        <w:t>　　第二条货物的数量和计量单位、计价方法</w:t>
      </w:r>
      <w:r>
        <w:rPr>
          <w:lang w:eastAsia="zh-CN"/>
        </w:rPr>
        <w:br/>
      </w:r>
      <w:r>
        <w:rPr>
          <w:lang w:eastAsia="zh-CN"/>
        </w:rPr>
        <w:t>　　1、货物的数量：实际需要的货物品种、规格、数量由甲方根据合同实际情况分批提供订货清单确定，订货清单须由甲方盖章方有效。乙方须按订货清单供货。</w:t>
      </w:r>
      <w:r>
        <w:rPr>
          <w:lang w:eastAsia="zh-CN"/>
        </w:rPr>
        <w:br/>
      </w:r>
      <w:r>
        <w:rPr>
          <w:lang w:eastAsia="zh-CN"/>
        </w:rPr>
        <w:t>　　2、供货区域：合同签订后，乙方向甲方提供产能并承诺在其产能内供货，甲方有权根据实际情况具体安排乙方的供货区域，供货区域暂定为__________。</w:t>
      </w:r>
      <w:r>
        <w:rPr>
          <w:lang w:eastAsia="zh-CN"/>
        </w:rPr>
        <w:br/>
      </w:r>
      <w:r>
        <w:rPr>
          <w:lang w:eastAsia="zh-CN"/>
        </w:rPr>
        <w:t>　　3、计量单位：按本合同附件1的计量单位为准。</w:t>
      </w:r>
      <w:r>
        <w:rPr>
          <w:lang w:eastAsia="zh-CN"/>
        </w:rPr>
        <w:br/>
      </w:r>
      <w:r>
        <w:rPr>
          <w:lang w:eastAsia="zh-CN"/>
        </w:rPr>
        <w:t>　　4、计价方法：按验收合格的数量乘以相应货物结算单价据实结算。</w:t>
      </w:r>
      <w:r>
        <w:rPr>
          <w:lang w:eastAsia="zh-CN"/>
        </w:rPr>
        <w:br/>
      </w:r>
      <w:r>
        <w:rPr>
          <w:lang w:eastAsia="zh-CN"/>
        </w:rPr>
        <w:t>　　第三条货物的包装标准</w:t>
      </w:r>
      <w:r>
        <w:rPr>
          <w:lang w:eastAsia="zh-CN"/>
        </w:rPr>
        <w:br/>
      </w:r>
      <w:r>
        <w:rPr>
          <w:lang w:eastAsia="zh-CN"/>
        </w:rPr>
        <w:t>　　1、按国家相关标准或主管部门的规定执行，无相关标准或规定的，采用足以保护货物不受损的包装方式，且符合甲方要求。在甲方收货后的保管、装卸、拆包装过程中，如因乙方包装质量缺陷而导致的货物损坏，由乙方负全责。</w:t>
      </w:r>
      <w:r>
        <w:rPr>
          <w:lang w:eastAsia="zh-CN"/>
        </w:rPr>
        <w:br/>
      </w:r>
      <w:r>
        <w:rPr>
          <w:lang w:eastAsia="zh-CN"/>
        </w:rPr>
        <w:t>　　2、货物的外包装上严禁出现恒大公司名称、标识等。</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https://d.book118.com/446231115112010043</w:t>
        </w:r>
      </w:hyperlink>
    </w:p>
    <w:p w:rsidR="001B1F19">
      <w:pPr>
        <w:rPr>
          <w:rFonts w:hint="eastAsia"/>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46231115112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