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2024中学开学学生代表演讲稿（33篇）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2024中学开学学生代表演讲稿（通用33篇）</w:t>
      </w:r>
      <w:r>
        <w:rPr>
          <w:lang w:eastAsia="zh-CN"/>
        </w:rPr>
        <w:br/>
      </w:r>
      <w:r>
        <w:rPr>
          <w:lang w:eastAsia="zh-CN"/>
        </w:rPr>
        <w:t xml:space="preserve">    2024中学开学学生代表演讲稿 篇1 </w:t>
      </w:r>
      <w:r>
        <w:rPr>
          <w:lang w:eastAsia="zh-CN"/>
        </w:rPr>
        <w:br/>
      </w:r>
      <w:r>
        <w:rPr>
          <w:lang w:eastAsia="zh-CN"/>
        </w:rPr>
        <w:t>　　亲爱的老师、同学们：</w:t>
      </w:r>
      <w:r>
        <w:rPr>
          <w:lang w:eastAsia="zh-CN"/>
        </w:rPr>
        <w:br/>
      </w:r>
      <w:r>
        <w:rPr>
          <w:lang w:eastAsia="zh-CN"/>
        </w:rPr>
        <w:t>　　大家好！</w:t>
      </w:r>
      <w:r>
        <w:rPr>
          <w:lang w:eastAsia="zh-CN"/>
        </w:rPr>
        <w:br/>
      </w:r>
      <w:r>
        <w:rPr>
          <w:lang w:eastAsia="zh-CN"/>
        </w:rPr>
        <w:t>　　我是来自__班的，很荣幸在这里作为学生代表发言。炎炎夏日已经落下帷幕，丰硕的秋季悄然而至，新的学期又与我们如期相逢，新的征程即将开始！</w:t>
      </w:r>
      <w:r>
        <w:rPr>
          <w:lang w:eastAsia="zh-CN"/>
        </w:rPr>
        <w:br/>
      </w:r>
      <w:r>
        <w:rPr>
          <w:lang w:eastAsia="zh-CN"/>
        </w:rPr>
        <w:t>　　首先请允许我对刚刚走进__中学的同学们表示欢迎，欢迎你们在经历了中考后选择了__中学，这是美好的开始，愿你们奋发向上！高二的同学们，你们迎来了高中的关键阶段，我相信一年的高中生活已经使你们更加坚强，一步一个脚印向高三迈进，辉煌等待着你们！站在高三生活入口的我们，回望过去，感慨万千，展望未来，我们信心百倍！我们已经做好了迎接挑战与困难的准备，再大的艰难险阻都挡不住我们追求梦想的脚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还有很重要的一点是，我们要感谢老师，感谢老师您无私的奉献，您是蜡烛，照亮我们前行的路；是航灯，为我们指引方向，在这里，我代表全体学生衷心地说一声：“老师您辛苦了！”接下来我想说说对学习的看法，希望对各位同学有所帮助：梦想是方向，勤奋是基础，时间是保证，习惯是关键，拼搏是行动。</w:t>
      </w:r>
      <w:r>
        <w:rPr>
          <w:lang w:eastAsia="zh-CN"/>
        </w:rPr>
        <w:br/>
      </w:r>
      <w:r>
        <w:rPr>
          <w:lang w:eastAsia="zh-CN"/>
        </w:rPr>
        <w:t>　　梦想是成功的发祥地，有梦想的人，才会迸发出不屈的力量。我们都是有梦想的人，梦想让我们离开父母，远离了家乡汇聚在__中学这个圆梦的地方。当我们疲惫时，梦想就是加油站，为我们送来奋进的动力；当我们迷茫时，梦想就是那盏明灯，趋开迷雾，为我们送来阳光。同学们，有梦想就会有方向，有梦想才会有辉煌。</w:t>
      </w:r>
      <w:r>
        <w:rPr>
          <w:lang w:eastAsia="zh-CN"/>
        </w:rPr>
        <w:br/>
      </w:r>
      <w:r>
        <w:rPr>
          <w:lang w:eastAsia="zh-CN"/>
        </w:rPr>
        <w:t>　　俗话说：“书山有路勤为径，学海无涯苦作舟。”学习的重要方法是勤奋，勤能补拙是良训，一分辛苦一分才。当你认真听讲，当你伏案苦读，当你埋首在书本中，比起疲累我想更多的是充实与欣慰。高中三年，对于学习来说，三年光阴太过短促，但是它也足够长到改变一生。我们把生命中最美好的三年交付给学习，那么全力以赴的度过吧，不去想太多不可预知的事，就这样平平淡淡地过好每一天。周围再吵有一颗宁静的心，生活再苦有一颗恬淡的心，作业再多有一颗耐心的心。抚慰好自己的心，掌好自己的舵，扬帆启航，驶向远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时间是保证。常有人说一年之计在于春，而我认为一年之计在于每时每刻，我作为一名高三生，已经度过了高中生涯的三分之二，时光流逝之快超出我的想象，回首过去，我曾因贪玩完不成作业，曾因初入高中的各种不适应而默默哭泣，也曾因为贪恋床的温暖迟到被罚，忐忑过，彷徨过，兴奋过。然而不论我对于过去有多少遗憾，时光都不可能重来一遍。生活，没有彩排，没有剧本，舞台上唯一的主角就是我们自己，珍惜时间，珍惜生命，因为没有再来一次的机会。</w:t>
      </w:r>
      <w:r>
        <w:rPr>
          <w:lang w:eastAsia="zh-CN"/>
        </w:rPr>
        <w:br/>
      </w:r>
      <w:r>
        <w:rPr>
          <w:lang w:eastAsia="zh-CN"/>
        </w:rPr>
        <w:t>　　学习习惯是关键。我认为学习一定要养成良好的习惯，在学习路途中，每个人都会遇到各种各样的困难，有些人徘徊于岔路的干扰，停在原地，不知所措，而那些具有良好习惯的人，在困难面前往往从容不迫，应付自如，所以他们脱颖而出。没有人天生就拥有超人的智慧，成功的关键恰恰就在于貌似不起眼的良好习惯。试想如果你习惯于每天早起十分钟背五个单词，那么三年就是五千多个单词，同样如果你习惯于每天赖床五分钟，那么三年就有五千多分钟被白白浪费，试问人的一生中又有多少个五千分钟呢？所以说好的习惯是成功的一半。</w:t>
      </w:r>
      <w:r>
        <w:rPr>
          <w:lang w:eastAsia="zh-CN"/>
        </w:rPr>
        <w:br/>
      </w:r>
      <w:r>
        <w:rPr>
          <w:lang w:eastAsia="zh-CN"/>
        </w:rPr>
        <w:t>　　拼搏是行动。人生能有几回搏？此时不搏更待何时！天行健，君子以自强息不，在命运的激流中迎难而上，大浪淘金，方显英雄本色。高一是基础，高二是关键，高三是决战，十年寒窗只为一场高考，别让青春辜负了梦想。</w:t>
      </w:r>
      <w:r>
        <w:rPr>
          <w:lang w:eastAsia="zh-CN"/>
        </w:rPr>
        <w:br/>
      </w:r>
      <w:r>
        <w:rPr>
          <w:lang w:eastAsia="zh-CN"/>
        </w:rPr>
        <w:t>　　谢谢大家！</w:t>
      </w:r>
      <w:r>
        <w:rPr>
          <w:lang w:eastAsia="zh-CN"/>
        </w:rPr>
        <w:br/>
      </w:r>
      <w:r>
        <w:rPr>
          <w:lang w:eastAsia="zh-CN"/>
        </w:rPr>
        <w:t xml:space="preserve">    2024中学开学学生代表演讲稿 篇2 </w:t>
      </w:r>
      <w:r>
        <w:rPr>
          <w:lang w:eastAsia="zh-CN"/>
        </w:rPr>
        <w:br/>
      </w:r>
      <w:r>
        <w:rPr>
          <w:lang w:eastAsia="zh-CN"/>
        </w:rPr>
        <w:t>　　尊敬的各位领导、老师，同学们：</w:t>
      </w:r>
      <w:r>
        <w:rPr>
          <w:lang w:eastAsia="zh-CN"/>
        </w:rPr>
        <w:br/>
      </w:r>
      <w:r>
        <w:rPr>
          <w:lang w:eastAsia="zh-CN"/>
        </w:rPr>
        <w:t>　　上午好！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金色九月，阳光明媚，秋风送爽。在这个收获的季节，我们迎来了新学年的开学典礼。今日，我有幸代表高一新生在这发言，心里无比激动。新学期里，我们的校园处处洋溢着喜庆的气氛，学校是那么的吸引人，五彩缤纷的花坛，整洁宽阔的运动场，高大明亮的教学楼似乎都在向我们招手。作为一名高一新生，谁又能不为此自豪和欢呼呢？</w:t>
      </w:r>
      <w:r>
        <w:rPr>
          <w:lang w:eastAsia="zh-CN"/>
        </w:rPr>
        <w:br/>
      </w:r>
      <w:r>
        <w:rPr>
          <w:lang w:eastAsia="zh-CN"/>
        </w:rPr>
        <w:t>　　一直以来，领导和老师们默默工作，无私奉献，努力为同学们营造优美的校园环境，创造良好的学习条件。一所一流的学校，给了我们很好的学习条件。学校一天天在发展，环境一天天在改善。但是，同学们想过吗？学校要发展，形象要高大，光靠老师的努力是远远不够的，需要你、我、他，各位的共同努力。你一言，我一行，塑造出学校美丽的形象，每一位学生的举止言行关系着学校的荣辱，展现的就是学校的品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曾记得_年前在__学校读书时，我还是一个成绩中等的学生，经过老师的谆谆教导和自己的发奋努力，我的成绩有了明显的提高。我在此感谢__学校对我们的培养，同时也向老师表示衷心的感谢！今日，我又跨入了这所学校。这里有优美的校园，有先进的设备，有雄厚的师资力量，学生在历届高考和各项比赛中都取得过不凡的成绩。我要对各位说：能进入__学校学习是我们的荣幸，我们要珍惜这良好的学习机会，要认真聆听老师的教诲，努力奋斗，以优异的成绩向老师和家长汇报。”俗话说：书山有路勤为径，学海无涯苦作舟。学习上是没有什么捷径可走的，所以我们不能怕苦。在刚结束的军训中，我们已学到了解放军叔叔的铁的纪律和顽强的意志，体会到了军队生活的团结、紧张、严肃、活泼，因此我们要把这严格的纪律和高昂的斗志投入到学习中去，发挥艰苦奋斗的精神，遇到难题决不放过，碰到困难决不低头，做一名不畏困难，勤奋学习的好学生。当然，我们更要严格遵守学校的日常行为规范，自觉地约束自己的行为，同时也要遵守社会秩序，培养高尚的社会公德。做一名遵纪守法，道德高尚的好学生。</w:t>
      </w:r>
      <w:r>
        <w:rPr>
          <w:lang w:eastAsia="zh-CN"/>
        </w:rPr>
        <w:br/>
      </w:r>
      <w:r>
        <w:rPr>
          <w:lang w:eastAsia="zh-CN"/>
        </w:rPr>
        <w:t>　　同学们，“宝剑锋从磨砺出，梅花香自苦寒来。”只要我们付出努力，相信三年后，当我们走出这所一流中学的大门时，都能取得优异的成绩，考上理想的大学，成为一批高素质的人才。铭记今天我以为荣”，相信“明日以我为荣。同学们，让我们共同努力吧！</w:t>
      </w:r>
      <w:r>
        <w:rPr>
          <w:lang w:eastAsia="zh-CN"/>
        </w:rPr>
        <w:br/>
      </w:r>
      <w:r>
        <w:rPr>
          <w:lang w:eastAsia="zh-CN"/>
        </w:rPr>
        <w:t>　　最后，祝愿同学们在新的起点，新的航程中扬起前进的风帆，取得更辉煌的成绩！</w:t>
      </w:r>
      <w:r>
        <w:rPr>
          <w:lang w:eastAsia="zh-CN"/>
        </w:rPr>
        <w:br/>
      </w:r>
      <w:r>
        <w:rPr>
          <w:lang w:eastAsia="zh-CN"/>
        </w:rPr>
        <w:t>　　谢谢大家！</w:t>
      </w:r>
      <w:r>
        <w:rPr>
          <w:lang w:eastAsia="zh-CN"/>
        </w:rPr>
        <w:br/>
      </w:r>
      <w:r>
        <w:rPr>
          <w:lang w:eastAsia="zh-CN"/>
        </w:rPr>
        <w:t xml:space="preserve">    2024中学开学学生代表演讲稿 篇3 </w:t>
      </w:r>
      <w:r>
        <w:rPr>
          <w:lang w:eastAsia="zh-CN"/>
        </w:rPr>
        <w:br/>
      </w:r>
      <w:r>
        <w:rPr>
          <w:lang w:eastAsia="zh-CN"/>
        </w:rPr>
        <w:t>　　亲爱的老师、同学们：</w:t>
      </w:r>
      <w:r>
        <w:rPr>
          <w:lang w:eastAsia="zh-CN"/>
        </w:rPr>
        <w:br/>
      </w:r>
      <w:r>
        <w:rPr>
          <w:lang w:eastAsia="zh-CN"/>
        </w:rPr>
        <w:t>　　大家好！</w:t>
      </w:r>
      <w:r>
        <w:rPr>
          <w:lang w:eastAsia="zh-CN"/>
        </w:rPr>
        <w:br/>
      </w:r>
      <w:r>
        <w:rPr>
          <w:lang w:eastAsia="zh-CN"/>
        </w:rPr>
        <w:t>　　漫长的暑假已经成为了过去式，又是一个新的秋天，一个硕果累累的季节。我们也步入了高中的校门，成为了“__中学人”。</w:t>
      </w:r>
      <w:r>
        <w:rPr>
          <w:lang w:eastAsia="zh-CN"/>
        </w:rPr>
        <w:br/>
      </w:r>
      <w:r>
        <w:rPr>
          <w:lang w:eastAsia="zh-CN"/>
        </w:rPr>
        <w:t>　　也许，在过去我们经历过一次又一次的失败，但是我们学会了奋斗。也许，在过去我们遭受过一次又一次的打击，但是我们学会了坚强。也许，在过去我们也接受到一个又一个的荣誉，但是我们明白了要保持冷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而现在的我们，面对的是全新的未来。曾经的都已经是过去，只有吸取的经验永远不会过期。也许你曾经辉煌，但是留下的只是创造辉煌的能力；也许你曾经失败，但是留下的也只是失败后吸取的教训。没有人会过分在乎一个人的过去，在乎他“曾经”成败与否，只要我们知道现在需要奋斗，以后也要继续奋斗！</w:t>
      </w:r>
      <w:r>
        <w:rPr>
          <w:lang w:eastAsia="zh-CN"/>
        </w:rPr>
        <w:br/>
      </w:r>
      <w:r>
        <w:rPr>
          <w:lang w:eastAsia="zh-CN"/>
        </w:rPr>
        <w:t>　　学习是苦差事。这句话我想应该是被大多数人认同的。但是我们是学生，主要的任务不可否认就是学习！在这个黄金时期，我们将要完成一大部分整个人生都不可能完成的任务，那就是学习。古人有云：“学海无涯”，此话沿用至今依旧不假。我们永远不知道我们未知的还有多少。但是如果我们深刻的知道“探索”那我们其实就已经知道了大部分的知识。值得学习的也就会无限多。</w:t>
      </w:r>
      <w:r>
        <w:rPr>
          <w:lang w:eastAsia="zh-CN"/>
        </w:rPr>
        <w:br/>
      </w:r>
      <w:r>
        <w:rPr>
          <w:lang w:eastAsia="zh-CN"/>
        </w:rPr>
        <w:t>　　可是学习就片面的理解为学习知识吗？如果真的是，那你就错了！学生学习大部分时间的确是在汲取知识，但是在我们不注意的时候，在这个学习知识的过程中我们学会了更多更有用的东西！</w:t>
      </w:r>
      <w:r>
        <w:rPr>
          <w:lang w:eastAsia="zh-CN"/>
        </w:rPr>
        <w:br/>
      </w:r>
      <w:r>
        <w:rPr>
          <w:lang w:eastAsia="zh-CN"/>
        </w:rPr>
        <w:t>　　上课注意听讲，我们知道了什么时候该做什么！下课后要记得做功课，我们知道了对于我们还有一份责任！在做难题的时候要思考，我们知道了困难是需要用心思克服的！在孤军奋战无果时得到同学帮助，我们知道了团结的力量真的比一个人的力量要大！在考试成绩出来后，我们才能真正的体会到什么是“一分耕耘，一分收获”！</w:t>
      </w:r>
      <w:r>
        <w:rPr>
          <w:lang w:eastAsia="zh-CN"/>
        </w:rPr>
        <w:br/>
      </w:r>
      <w:r>
        <w:rPr>
          <w:lang w:eastAsia="zh-CN"/>
        </w:rPr>
        <w:t>　　其实这些是很显而易见的，但是我们往往又忽略掉。有的同学学习可能一味的为了结果，但是我们要记住，收获最多的其实是过程，要不怎么会有“实践出真知”这句话呢？这就是过程！所以我们应该懂得享受学习的过程，发现过程中越来越多的闪光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高中三年，说长不长说短不短。在__中学应该是非常充实的三年，我们不得不感谢__中学给予了我们这么大的一个营养罐，让我们从中吸收到尽可能多的养分！而我相信我们在这里一定可以化被动为主动，慢慢体会出学习的乐趣。</w:t>
      </w:r>
      <w:r>
        <w:rPr>
          <w:lang w:eastAsia="zh-CN"/>
        </w:rPr>
        <w:br/>
      </w:r>
      <w:r>
        <w:rPr>
          <w:lang w:eastAsia="zh-CN"/>
        </w:rPr>
        <w:t>　　我坚信，在老师和同学的共同努力之下，3年后的我们一定又会为__中学画上浓墨重彩的一笔！而我们也会在老师的栽培与同学的互相陪伴下蜕变成为一个拥有“__中学精神”的__中学人，将来也会成为社会中的闪光点。</w:t>
      </w:r>
      <w:r>
        <w:rPr>
          <w:lang w:eastAsia="zh-CN"/>
        </w:rPr>
        <w:br/>
      </w:r>
      <w:r>
        <w:rPr>
          <w:lang w:eastAsia="zh-CN"/>
        </w:rPr>
        <w:t>　　同学们，请记住：选择了奋斗就是选择了成功，选择了约束就是选择了自由，选择了痛苦也就是选择了成熟！希望在未来的三年中，我们与老师们同进同退，共同奋斗，书写我们美好的未来，也书写__中学美好的未来。最后衷心的祝愿老师、同学们，和我们亲爱的学校一起“蒸蒸日上”！</w:t>
      </w:r>
      <w:r>
        <w:rPr>
          <w:lang w:eastAsia="zh-CN"/>
        </w:rPr>
        <w:br/>
      </w:r>
      <w:r>
        <w:rPr>
          <w:lang w:eastAsia="zh-CN"/>
        </w:rPr>
        <w:t>　　谢谢大家！</w:t>
      </w:r>
      <w:r>
        <w:rPr>
          <w:lang w:eastAsia="zh-CN"/>
        </w:rPr>
        <w:br/>
      </w:r>
      <w:r>
        <w:rPr>
          <w:lang w:eastAsia="zh-CN"/>
        </w:rPr>
        <w:t xml:space="preserve">    2024中学开学学生代表演讲稿 篇4 </w:t>
      </w:r>
      <w:r>
        <w:rPr>
          <w:lang w:eastAsia="zh-CN"/>
        </w:rPr>
        <w:br/>
      </w:r>
      <w:r>
        <w:rPr>
          <w:lang w:eastAsia="zh-CN"/>
        </w:rPr>
        <w:t>　　尊敬的各位领导、老师，亲爱的同学们：</w:t>
      </w:r>
      <w:r>
        <w:rPr>
          <w:lang w:eastAsia="zh-CN"/>
        </w:rPr>
        <w:br/>
      </w:r>
      <w:r>
        <w:rPr>
          <w:lang w:eastAsia="zh-CN"/>
        </w:rPr>
        <w:t>　　大家上午好!</w:t>
      </w:r>
      <w:r>
        <w:rPr>
          <w:lang w:eastAsia="zh-CN"/>
        </w:rPr>
        <w:br/>
      </w:r>
      <w:r>
        <w:rPr>
          <w:lang w:eastAsia="zh-CN"/>
        </w:rPr>
        <w:t>　　时光匆匆，前夕山巅分别，今朝又山脚聚首。朝夕之间的距离，衔接着起点与终点，那就是新一轮的奋斗演绎。八月份的尾巴是狮子与草原的邂逅，九月份的眼睛是学生与学校的相逢。炎暑消逝，秋风婉柔，新学期的清脆铃声缠绵着轻风朗润在心头，两个月的休憩之后，大家一定又酝酿出了新的目标，激情依旧，旖旎的风光在那头。演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2024中学开学学生代表演讲稿 篇5 </w:t>
      </w:r>
      <w:r>
        <w:rPr>
          <w:lang w:eastAsia="zh-CN"/>
        </w:rPr>
        <w:br/>
      </w:r>
      <w:r>
        <w:rPr>
          <w:lang w:eastAsia="zh-CN"/>
        </w:rPr>
        <w:t>　　亲爱的老师、同学们：</w:t>
      </w:r>
      <w:r>
        <w:rPr>
          <w:lang w:eastAsia="zh-CN"/>
        </w:rPr>
        <w:br/>
      </w:r>
      <w:r>
        <w:rPr>
          <w:lang w:eastAsia="zh-CN"/>
        </w:rPr>
        <w:t>　　大家好！</w:t>
      </w:r>
      <w:r>
        <w:rPr>
          <w:lang w:eastAsia="zh-CN"/>
        </w:rPr>
        <w:br/>
      </w:r>
      <w:r>
        <w:rPr>
          <w:lang w:eastAsia="zh-CN"/>
        </w:rPr>
        <w:t>　　首先，请允许我代表_名高一新生向我们全校的老师表示深深的敬意，向高__中学三的哥哥姐姐们表示亲切的问候！</w:t>
      </w:r>
      <w:r>
        <w:rPr>
          <w:lang w:eastAsia="zh-CN"/>
        </w:rPr>
        <w:br/>
      </w:r>
      <w:r>
        <w:rPr>
          <w:lang w:eastAsia="zh-CN"/>
        </w:rPr>
        <w:t>　　老师们，同学们，在父母的殷殷期盼下，在亲朋好友的声声叮咛中，我们进入了学习的圣殿――__中学。它是一所重点高中，有整洁的校园，有一流的服务设施，有良好的校风校纪，有锐意进取的师资队伍，有历经风雨的巍巍大成殿。在大成灵光的照耀下，在全体教师的努力下，一届又一届的莘莘学子在这里腾飞。</w:t>
      </w:r>
      <w:r>
        <w:rPr>
          <w:lang w:eastAsia="zh-CN"/>
        </w:rPr>
        <w:br/>
      </w:r>
      <w:r>
        <w:rPr>
          <w:lang w:eastAsia="zh-CN"/>
        </w:rPr>
        <w:t>　　今天，我们为进入__中学而骄傲！同时，我们也感到了身上背负的重担。__中学辉煌的延续和发扬光大是我们的责任，也是实现我们价值的体现。我们将用飞扬的青春、跳动的热情来续写__中学的历史，用求知的艰辛和拼搏的快乐来填充我们生命的颜色！作为一名高中生，在学习过程中，在困难面前，应该继承和发扬长征精神，知难而进，树立必胜的信念，义无反顾，勇往直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俗话说：“书山有路勤为径，学海无涯苦作舟。”学习是没有什么捷径可走的，我们要认真聆听老师的教诲，不断努力学习与探索，以取得优异的成绩。在刚结束的军训中，我们已学到了铁的纪律和顽强的意志，体会到了军队生活的团结、紧张、严肃、活泼，因此我们要把这严格的纪律、高昂的斗志连同不怕苦不怕难的长征精神投入到学习中去，艰苦奋斗，遇到难题决不放过，碰到困难决不低头，开拓知识面，争当排头兵。我们更要严格遵守学校的日常行为规范，自觉约束自己的行为，使一日常规中的各项要求逐渐变为自觉的行动；同时也要遵守社会秩序，培养高尚的社会公德，向全社会展示__中学学生良好的风采。</w:t>
      </w:r>
      <w:r>
        <w:rPr>
          <w:lang w:eastAsia="zh-CN"/>
        </w:rPr>
        <w:br/>
      </w:r>
      <w:r>
        <w:rPr>
          <w:lang w:eastAsia="zh-CN"/>
        </w:rPr>
        <w:t>　　“自信人生二百年，会当水击三千里。”走进__中学，我们敢于踏平坎坷，一路高歌；坚信风雨之后，彩虹依旧。困难并不可怕，因为有着亲切友善的师长帮我们渡过难关；迷茫也不畏惧，因为有着并肩携手的同学为彼此指明方向。</w:t>
      </w:r>
      <w:r>
        <w:rPr>
          <w:lang w:eastAsia="zh-CN"/>
        </w:rPr>
        <w:br/>
      </w:r>
      <w:r>
        <w:rPr>
          <w:lang w:eastAsia="zh-CN"/>
        </w:rPr>
        <w:t>　　其实天并不高，其实路也不远。心有多大，舞台就有多大，梦敢做就能圆！祖国大江南北的一所所名牌大学都在向我们招手！只要我们牢记老师的教诲，完善自我，追求卓越，就一定能实现自己的目标。四十岁的辉煌来自十七岁的拼搏，让我们为自己事业的丰收奠基！老师们，同学们，走进了__中学，我们脚步铿锵，信心百倍。走进了__中学，我们志在四方，实现自己的梦想。走进了__中学，我们敢去掀起千层浪，踏平万仞山，摘取一个又一个胜利的果实。</w:t>
      </w:r>
      <w:r>
        <w:rPr>
          <w:lang w:eastAsia="zh-CN"/>
        </w:rPr>
        <w:br/>
      </w:r>
      <w:r>
        <w:rPr>
          <w:lang w:eastAsia="zh-CN"/>
        </w:rPr>
        <w:t>　　老师们，同学们，我们这一届高一新生一定会不辜负大家的期盼，一定会为自己争气，为家乡的父老乡亲争光，为__中学增光添采。接下来的一千多个日夜，让我们牢记师友的热切期盼，以高考骄子为榜样，以刻苦学习的高__中学高三的哥哥姐姐们为楷模，高扬自己的梦想之帆，昂首阔步，充实自己，升华自己，实现自己美好的愿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老师们，同学们，愿大成殿的灵光沐浴着我们幸福平安，好梦必圆；愿__中学这棵参天大树根深叶茂，笑傲蓝天，愿三年后我们的笑容鲜花一样芬芳，如阳光一样灿烂！同学们，让我们共同努力吧。</w:t>
      </w:r>
      <w:r>
        <w:rPr>
          <w:lang w:eastAsia="zh-CN"/>
        </w:rPr>
        <w:br/>
      </w:r>
      <w:r>
        <w:rPr>
          <w:lang w:eastAsia="zh-CN"/>
        </w:rPr>
        <w:t>　　谢谢大家！</w:t>
      </w:r>
      <w:r>
        <w:rPr>
          <w:lang w:eastAsia="zh-CN"/>
        </w:rPr>
        <w:br/>
      </w:r>
      <w:r>
        <w:rPr>
          <w:lang w:eastAsia="zh-CN"/>
        </w:rPr>
        <w:t xml:space="preserve">    2024中学开学学生代表演讲稿 篇6 </w:t>
      </w:r>
      <w:r>
        <w:rPr>
          <w:lang w:eastAsia="zh-CN"/>
        </w:rPr>
        <w:br/>
      </w:r>
      <w:r>
        <w:rPr>
          <w:lang w:eastAsia="zh-CN"/>
        </w:rPr>
        <w:t>　　尊敬的领导、老师、亲爱的同学们：</w:t>
      </w:r>
      <w:r>
        <w:rPr>
          <w:lang w:eastAsia="zh-CN"/>
        </w:rPr>
        <w:br/>
      </w:r>
      <w:r>
        <w:rPr>
          <w:lang w:eastAsia="zh-CN"/>
        </w:rPr>
        <w:t>　　大家好！</w:t>
      </w:r>
      <w:r>
        <w:rPr>
          <w:lang w:eastAsia="zh-CN"/>
        </w:rPr>
        <w:br/>
      </w:r>
      <w:r>
        <w:rPr>
          <w:lang w:eastAsia="zh-CN"/>
        </w:rPr>
        <w:t>　　我来自九班。今天，我非常荣幸地代表我所有的同学在开幕式上发言。</w:t>
      </w:r>
      <w:r>
        <w:rPr>
          <w:lang w:eastAsia="zh-CN"/>
        </w:rPr>
        <w:br/>
      </w:r>
      <w:r>
        <w:rPr>
          <w:lang w:eastAsia="zh-CN"/>
        </w:rPr>
        <w:t>　　同学们，在一个快乐而充实的暑假之后，我们满怀憧憬，迎来了新学期。今天，我们所有的学生聚集在这里举行开幕式，感受成功的喜悦，享受成功的喜悦。要憧憬理想，画理想，播新理想！春天是播种的季节，勤奋是取得成功的途径。只有用辛勤的汗水浇灌希望的种子，才能在秋天取得“丰硕的成果”。</w:t>
      </w:r>
      <w:r>
        <w:rPr>
          <w:lang w:eastAsia="zh-CN"/>
        </w:rPr>
        <w:br/>
      </w:r>
      <w:r>
        <w:rPr>
          <w:lang w:eastAsia="zh-CN"/>
        </w:rPr>
        <w:t>　　新学期新风格，刚刚结束的_月，我们学校的面貌和面貌发生了很大的变化，全校师生都在集中精力为“</w:t>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_教学开放日”做准备。因为我们的学生是这个开放日的主体，所以我们是这个活动的主人。我们的一言一行都代表着我们学校的形象，一举一动都代表着我们县的形象。罗曼罗兰说：“没有伟大的品格就没有伟大的人”。我们作为新时代的中学生，正在接受知识教育。要懂得合理读书，文明举止，谈吐得体，提高道德素质，振兴民族精神，成为一个有道德修养，有综合素质的合格中学生，一个对社会有用的人。作为一个中学生，我们已经不是小孩子了，知道的东西和道理更多了，甚至超越了一些成年人。在学习生活中，很多突发事件都能体现一个人的道德品质，哪怕是很小的事情，很小的动作：捡一张纸屑，文明的问候，上楼时的谦恭，走在右边等。都反映了我们的文明。</w:t>
      </w:r>
      <w:r>
        <w:rPr>
          <w:lang w:eastAsia="zh-CN"/>
        </w:rPr>
        <w:br/>
      </w:r>
      <w:r>
        <w:rPr>
          <w:lang w:eastAsia="zh-CN"/>
        </w:rPr>
        <w:t>　　同学们，人生苦短，唯有美德才能流传到遥远的后代。让我们行动起来！把文明礼仪深深刻在心里，努力做一个合格的中学生。对于美丽的校园，我们责无旁贷。</w:t>
      </w:r>
      <w:r>
        <w:rPr>
          <w:lang w:eastAsia="zh-CN"/>
        </w:rPr>
        <w:br/>
      </w:r>
      <w:r>
        <w:rPr>
          <w:lang w:eastAsia="zh-CN"/>
        </w:rPr>
        <w:t>　　作为学生，学习是我们的职责。在两年半时间里，在老师们孜孜不倦的教导下，我也积累了一些学习经验。在这里，我想对七年级和八年级的学生说两句话：</w:t>
      </w:r>
      <w:r>
        <w:rPr>
          <w:lang w:eastAsia="zh-CN"/>
        </w:rPr>
        <w:br/>
      </w:r>
      <w:r>
        <w:rPr>
          <w:lang w:eastAsia="zh-CN"/>
        </w:rPr>
        <w:t>　　首先，掌握为终身学习做准备的方法。今天的学习，不是会写，会算数学题。在教师的帮助下，我们应该学会活书本知识，掌握正确有效的学习方法，学会自主学习、合作学习和探究学习。我们应该把学习和日常生活结合起来。在生活中学习，为了更好的生活而学习。</w:t>
      </w:r>
      <w:r>
        <w:rPr>
          <w:lang w:eastAsia="zh-CN"/>
        </w:rPr>
        <w:br/>
      </w:r>
      <w:r>
        <w:rPr>
          <w:lang w:eastAsia="zh-CN"/>
        </w:rPr>
        <w:t>　　第二，培养为终身理想积蓄力量的能力！学习，说到底就是培养多种能力。如：阅读能力、思维能力、沟通能力、运动能力等。只要我们敢于尝试，善于实践，就能在无限的空间里看到全新的自己。让我们为自己的终身理想积蓄力量，努力奋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九年级学生，在寒窗苦读三年，苦读六个学期，在戴月度过了一千多天，所有的艰辛、汗水和努力，都将在这个火热的六月收获。十年寒窗磨一剑，六月战场试刃。孩子们，亮出你们的剑，马上！</w:t>
      </w:r>
      <w:r>
        <w:rPr>
          <w:lang w:eastAsia="zh-CN"/>
        </w:rPr>
        <w:br/>
      </w:r>
      <w:r>
        <w:rPr>
          <w:lang w:eastAsia="zh-CN"/>
        </w:rPr>
        <w:t>　　亮剑，展示我们勤奋的剑。面对中考激烈的竞争，光靠勤奋不一定能成功，没有勤奋肯定不会成功！亮剑，也显示了我们剑的毅力。努力一天不难，努力一周不难。困难在于坚持。今天距离中考还有天。让我们好好学习，好好学习，和一起努力，创造出成绩优异的奇迹。亮剑，也是展示我们精神的剑。我们九年级的学生现在每天宣誓三次。每一次都让我精神振奋，每一次都让我激情澎湃，每一次都鼓励我去拼搏，再去拼搏！我们的誓言是展示我们的精神和磨利我们的剑。我们要以良好的心态迎接中考，迎接生活中的每一次考验和磨练，在美丽的校园里书写自己的个性和优秀，让母校为我们骄傲！</w:t>
      </w:r>
      <w:r>
        <w:rPr>
          <w:lang w:eastAsia="zh-CN"/>
        </w:rPr>
        <w:br/>
      </w:r>
      <w:r>
        <w:rPr>
          <w:lang w:eastAsia="zh-CN"/>
        </w:rPr>
        <w:t>　　借此机会，祝福母校，桃李满天下，明日更辉煌！</w:t>
      </w:r>
      <w:r>
        <w:rPr>
          <w:lang w:eastAsia="zh-CN"/>
        </w:rPr>
        <w:br/>
      </w:r>
      <w:r>
        <w:rPr>
          <w:lang w:eastAsia="zh-CN"/>
        </w:rPr>
        <w:t>　　也祝福老师们身体康健，万事如意，家庭幸福，事业辉煌；祝福同学们健康、快乐、学习给力！</w:t>
      </w:r>
      <w:r>
        <w:rPr>
          <w:lang w:eastAsia="zh-CN"/>
        </w:rPr>
        <w:br/>
      </w:r>
      <w:r>
        <w:rPr>
          <w:lang w:eastAsia="zh-CN"/>
        </w:rPr>
        <w:t>　　谢谢大家！</w:t>
      </w:r>
      <w:r>
        <w:rPr>
          <w:lang w:eastAsia="zh-CN"/>
        </w:rPr>
        <w:br/>
      </w:r>
      <w:r>
        <w:rPr>
          <w:lang w:eastAsia="zh-CN"/>
        </w:rPr>
        <w:t xml:space="preserve">    2024中学开学学生代表演讲稿 篇7 </w:t>
      </w:r>
      <w:r>
        <w:rPr>
          <w:lang w:eastAsia="zh-CN"/>
        </w:rPr>
        <w:br/>
      </w:r>
      <w:r>
        <w:rPr>
          <w:lang w:eastAsia="zh-CN"/>
        </w:rPr>
        <w:t>　　亲爱的老师、同学们：</w:t>
      </w:r>
      <w:r>
        <w:rPr>
          <w:lang w:eastAsia="zh-CN"/>
        </w:rPr>
        <w:br/>
      </w:r>
      <w:r>
        <w:rPr>
          <w:lang w:eastAsia="zh-CN"/>
        </w:rPr>
        <w:t>　　大家好！</w:t>
      </w:r>
      <w:r>
        <w:rPr>
          <w:lang w:eastAsia="zh-CN"/>
        </w:rPr>
        <w:br/>
      </w:r>
      <w:r>
        <w:rPr>
          <w:lang w:eastAsia="zh-CN"/>
        </w:rPr>
        <w:t>　　火辣辣的假期已悄然结束，20__届高考的喜讯尤在耳旁，新的学期又将开始了。在这里，我祝老师们在新学期工作愉快，祝同学们在新学期学业进步！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高一的新同学们，走进如中，你们选择了勤勉与奋斗，也就选择了希望与收获；走进如中，你们选择了痛苦和艰难，也就选择了练达与成熟；走进如中，你们选择了拼搏与超越，也就选择了辉煌与成功。如中是你们梦圆的场所，也必将是你们明智而无悔的选择。祝愿你们用军训时迎难而上、坚韧不拔的精神，书写自己人生的新篇章！</w:t>
      </w:r>
      <w:r>
        <w:rPr>
          <w:lang w:eastAsia="zh-CN"/>
        </w:rPr>
        <w:br/>
      </w:r>
      <w:r>
        <w:rPr>
          <w:lang w:eastAsia="zh-CN"/>
        </w:rPr>
        <w:t>　　高二的学弟学妹们，你们已走过一年的风风雨雨，相信你们的心已倍加坚强。不要再一味的沉浸于过去而沾沾自喜，也不要一味地哀叹虚度的过去时光，也许你曾经辉煌，但是留下的只是创造辉煌的能力；也许你曾经失败，但是留下的也只是失败后吸取的教训。曾经的都已经是过去，只有吸取的经验永不会过期。须知：奋力攀登，绝顶风光无限美；固步自封，前功尽弃徒悲伤。</w:t>
      </w:r>
      <w:r>
        <w:rPr>
          <w:lang w:eastAsia="zh-CN"/>
        </w:rPr>
        <w:br/>
      </w:r>
      <w:r>
        <w:rPr>
          <w:lang w:eastAsia="zh-CN"/>
        </w:rPr>
        <w:t>　　踏进高三门口的我们，面对的也是全新的未来。我们清楚的知道，战斗的号角已经吹响，这是一个挑战的时刻，也是一个奋斗的时刻。我们知道，现在需要奋斗，以后也需要继续奋斗！我们明白，勤奋、拼搏，是通向成功的桥梁！我们相信，只要有信心，有恒心，就没有跨不过的山，就没有趟不过的河！路漫漫其修远兮，我们必将上下而求索，百折不回，永不言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高中的生活是五彩缤纷的。红色的，那是热情，是彷徨无助时同学们热情的扶持，是不知所措时老师们循循的诱导；金色的，那是拼搏，是挑灯夜读时酸涩难睁的双眼，是运动会上尚不愿认输的倔强；绿色的，那是闲恬，是独自一人漫步的林荫道，是和朋友开玩笑、发牢骚的草坪，是遥望苍天白云、月夜星空的那扇窗帘；还有一丝丝淡淡的蓝色忧愁和浓浓的橙色喜悦，和着红色的热情，金色的拼搏，绿色的闲恬，缤纷的色彩，调绘出我们所有的感受与感动。我衷心地希望，我们所有的同学都能享受在如中与老师、同学共渡难关的美好时光，希望这些颜色在你们的生命中永不消退。</w:t>
      </w:r>
      <w:r>
        <w:rPr>
          <w:lang w:eastAsia="zh-CN"/>
        </w:rPr>
        <w:br/>
      </w:r>
      <w:r>
        <w:rPr>
          <w:lang w:eastAsia="zh-CN"/>
        </w:rPr>
        <w:t>　　在今后的日子里，我们将和敬爱的老师们朝夕相处，并肩战斗，有了老师为我们导航，有了老师做我们的坚强后盾，我们不在迷茫，不在彷徨，我们将挺起胸膛，迈出铿锵的步伐，信心百倍的去迎接每一个六月的辉煌。同学们，为了的理想，我们衣带渐宽终不悔，今天，我们以皋如中学的学生为骄傲，明天，让皋如中学，我们的师长，以我们为骄傲！</w:t>
      </w:r>
      <w:r>
        <w:rPr>
          <w:lang w:eastAsia="zh-CN"/>
        </w:rPr>
        <w:br/>
      </w:r>
      <w:r>
        <w:rPr>
          <w:lang w:eastAsia="zh-CN"/>
        </w:rPr>
        <w:t>　　最后，我希望同学们为自己鼓掌，让我们奋勇拼搏，用不懈去争取进步；让我们自强不息，用汗水去浇灌理想；让我们超越自我，用奋斗放飞梦想！</w:t>
      </w:r>
      <w:r>
        <w:rPr>
          <w:lang w:eastAsia="zh-CN"/>
        </w:rPr>
        <w:br/>
      </w:r>
      <w:r>
        <w:rPr>
          <w:lang w:eastAsia="zh-CN"/>
        </w:rPr>
        <w:t>　　做最好的自己！</w:t>
      </w:r>
      <w:r>
        <w:rPr>
          <w:lang w:eastAsia="zh-CN"/>
        </w:rPr>
        <w:br/>
      </w:r>
      <w:r>
        <w:rPr>
          <w:lang w:eastAsia="zh-CN"/>
        </w:rPr>
        <w:t>　　谢谢大家！</w:t>
      </w:r>
      <w:r>
        <w:rPr>
          <w:lang w:eastAsia="zh-CN"/>
        </w:rPr>
        <w:br/>
      </w:r>
      <w:r>
        <w:rPr>
          <w:lang w:eastAsia="zh-CN"/>
        </w:rPr>
        <w:t xml:space="preserve">    2024中学开学学生代表演讲稿 篇8 </w:t>
      </w:r>
      <w:r>
        <w:rPr>
          <w:lang w:eastAsia="zh-CN"/>
        </w:rPr>
        <w:br/>
      </w:r>
      <w:r>
        <w:rPr>
          <w:lang w:eastAsia="zh-CN"/>
        </w:rPr>
        <w:t>　　尊敬的各位领导、老师、亲爱的同学们：</w:t>
      </w:r>
      <w:r>
        <w:rPr>
          <w:lang w:eastAsia="zh-CN"/>
        </w:rPr>
        <w:br/>
      </w:r>
      <w:r>
        <w:rPr>
          <w:lang w:eastAsia="zh-CN"/>
        </w:rPr>
        <w:t>　　大家好！我是，很荣幸能在这个美丽的季节和你们相聚在绿茵如画的（校名），和你们一起分享收获的喜悦。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年一度秋风劲”，当盛夏的躁热褪去，当金桂的馨香飘逸，我们——自豪的二中人，经过一个假期的休整，又相聚在这里，迎来了一个新的学年，开始了新的学习生活。今天我们隆重集会，召开新学期开学典礼，这既是一次总结会、迎新会，又是一次加油会、动员会！首先让我们以热烈的掌声，对刚进入学习的初一和高一的新同学们表示热烈的欢迎；再过几天，就是我国第21个教师节，在这里让我们以热烈的掌声，向辛勤哺育我们的全体教师致以节日的问候和崇高的敬意！</w:t>
      </w:r>
      <w:r>
        <w:rPr>
          <w:lang w:eastAsia="zh-CN"/>
        </w:rPr>
        <w:br/>
      </w:r>
      <w:r>
        <w:rPr>
          <w:lang w:eastAsia="zh-CN"/>
        </w:rPr>
        <w:t>　　九月是收获的季节，秋天从来属于辛勤耕耘的人们。在刚刚过去的学年里，全校师生齐心协力、负重奋进、辛勤工作、努力拼搏，在教育教学质量和师生队伍建设方面都取得了可喜的成绩，教育教学秩序井然，管理机构运转正常，文明的校风，勤奋的学风进一步形成。高考、中考成绩喜人，特别是从我校初中部毕业的、__同学通过自身刻苦努力，奋力拼搏，被北京大学这所知识的殿堂所录取，成就了梦想。这些使我们赢得了教育主管部门的肯定，家长的信赖、社会的赞誉。</w:t>
      </w:r>
      <w:r>
        <w:rPr>
          <w:lang w:eastAsia="zh-CN"/>
        </w:rPr>
        <w:br/>
      </w:r>
      <w:r>
        <w:rPr>
          <w:lang w:eastAsia="zh-CN"/>
        </w:rPr>
        <w:t>　　老师们，同学们，过去的成绩是鞭策我们前进的动力，新的学期，新的开始，带来了新的挑战，也孕育新的希望与憧憬，面对这一更为紧张和富有挑战性的学习与工作，我们每一位教师、学生都应站在新的起跑线上认真审视自己，以满腔的热情投入到新学期的工作与学习中去，为实现自身的目标而奋斗、拼搏！在此，我祝愿并相信我们每一位师生都能以自己的勤奋与智慧书写新学年学习与工作的满意答卷。借今天讲话的机会，给我们的老师和同学提几点要求和希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中学时代，是人生的黄金时代，而起始年级又是我们成长阶段的重要转折点，“良好的开端是成功的一半”，因此成功迈好这一步尤为重要。初一、高一的同学们，走进仁寿二中，你就走进了团结和友爱，也更走进了拼搏和奋斗。“少年心事当拿云”，我相信：经过你们坚持不懈的努力和奋斗，则一定能拥有最后的收获和喜悦。</w:t>
      </w:r>
      <w:r>
        <w:rPr>
          <w:lang w:eastAsia="zh-CN"/>
        </w:rPr>
        <w:br/>
      </w:r>
      <w:r>
        <w:rPr>
          <w:lang w:eastAsia="zh-CN"/>
        </w:rPr>
        <w:t>　　初二、高二的同学们，已经进入了知识和能力大幅度提升的关键时刻，因为无论初中还是高中，它的大部分教学内容都是在二年级进行，我真诚地希望每一名同学都明白这一点，在平稳过渡的基础上，为自己在新学期制定新计划、新目标。尤其是面对前进征途中的困难和挫折要经得起风吹浪打。有一句名言是：“有信心的人，可以化渺小为伟大，化平庸为神奇”。我希望你们用信心作桨，用坚持作帆，驾驶着知识的小舟在老师的引导下到达成功的彼岸。</w:t>
      </w:r>
      <w:r>
        <w:rPr>
          <w:lang w:eastAsia="zh-CN"/>
        </w:rPr>
        <w:br/>
      </w:r>
      <w:r>
        <w:rPr>
          <w:lang w:eastAsia="zh-CN"/>
        </w:rPr>
        <w:t>　　初三、高三毕业班的同学们，此时的你们，汇集了老师们更多的目光，倾注了家长更多的心血，你们将担负着希望，开始最后一年的冲刺，人生能有几回搏，这是你们人生的关键一搏。毕业班的同学们，你们已经为实现你们的理想付出了宝贵的时间与心血，我希望你们在最关键的一年里，明确目标、增强信心、虚心求教、刻苦学习，科学安排时间，坚持不懈地努力下去，一定能跨进理想的大学和高中殿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同学们将拥有一个美好的明天，但为了明天的成功，今天必须打好基础，“千里之行始于足下”。因此，大家必须牢记“坚持学习科学文化与加强思想修养的统一、坚持学习书本知识与投身社会实践的统一、坚持实现自身价值与服务祖国人民的统一、坚持树立远大理想与进行艰苦奋斗的统一”，要树立远大志向和抱负，以高水平的思想道德和科学文化素质迎接未来的挑战！</w:t>
      </w:r>
      <w:r>
        <w:rPr>
          <w:lang w:eastAsia="zh-CN"/>
        </w:rPr>
        <w:br/>
      </w:r>
      <w:r>
        <w:rPr>
          <w:lang w:eastAsia="zh-CN"/>
        </w:rPr>
        <w:t xml:space="preserve">    2024中学开学学生代表演讲稿 篇9 </w:t>
      </w:r>
      <w:r>
        <w:rPr>
          <w:lang w:eastAsia="zh-CN"/>
        </w:rPr>
        <w:br/>
      </w:r>
      <w:r>
        <w:rPr>
          <w:lang w:eastAsia="zh-CN"/>
        </w:rPr>
        <w:t>　　很荣幸今天我能在这里发言，在这个春意盎然的日子里我们又迎来了一个全新的学期，一个更美丽的春天。纵观整个初中，七年级是开端，八年级是发展，九年级是冲刺。可见每一个年级，每一个阶段，都是很重要的。同学们，趁着这美好的时光，我们应努力上进，做好每一个阶段该做的事，为成功打下坚实的基础！在生活中，我经常会遇到这样的同学，他总是哀叹自己为什么成绩不够好，他总是抱怨自己天资不够聪颖。</w:t>
      </w:r>
      <w:r>
        <w:rPr>
          <w:lang w:eastAsia="zh-CN"/>
        </w:rPr>
        <w:br/>
      </w:r>
      <w:r>
        <w:rPr>
          <w:lang w:eastAsia="zh-CN"/>
        </w:rPr>
        <w:t>　　其实，上天自有公道，付出总有回报。首要原因，那就是你不够勤奋，可是你又想要好成绩。就像是农民对荒地说：“如果今年有收成，来年我就播种。”就像是员工对老板说：“你给我一年的薪水，我就开始为你工作。”就像学生对老师说：“你给我满分，我就开始学习。”可是没有播种，哪会有收成？没有劳动，哪里会有薪水？没有努力，哪会有成绩？可能是有些同学家庭条件好，认为父母已经用辛辛苦苦赚来的钱为你铺好了未来的星光大道，可是一辈子靠父母，有意思吗？本事是你自己的，未来是你自己的，人生也是你自己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我们乡镇里条件不好的孩子可以用有限的条件创造无限的动力，而条件优越的同学，只要你想学，你拥有更好的学习环境，学习就是一件再轻松不过的事了。有的学习态度好，成绩却提不高，那就是方法问题了。在这里我也告诉大家我的学习经验。学习中改错很重要，错误是学习中的绊脚石，如果你忽视它，他就像癌症细胞，疯狂的发展，成为巨大的隐患。</w:t>
      </w:r>
      <w:r>
        <w:rPr>
          <w:lang w:eastAsia="zh-CN"/>
        </w:rPr>
        <w:br/>
      </w:r>
      <w:r>
        <w:rPr>
          <w:lang w:eastAsia="zh-CN"/>
        </w:rPr>
        <w:t>　　理科特别是数学，如果你掌握了一类题型，就可以触类旁通，掌握更多的题目。我经常是系统的改错，一章节的错题积累在一起，这样坚持到期末，就是一本很珍贵的复习资料。在文科方面，英语是需要技巧的。我建议大家，在学完课文后，在家就学会自己听写，不停的听，直到写下来，到最后检查时，对错的单词就会记忆深刻，同时也熟悉了课文，锻炼了听力，规范了语音语调，一举四得。同学们，学习好并不是某些人的专利，而是人人都可以做好的事情。只要你愿意，你也可以做好它。最后，祝愿大家在这个新的学期，学习进步，万事如意！</w:t>
      </w:r>
      <w:r>
        <w:rPr>
          <w:lang w:eastAsia="zh-CN"/>
        </w:rPr>
        <w:br/>
      </w:r>
      <w:r>
        <w:rPr>
          <w:lang w:eastAsia="zh-CN"/>
        </w:rPr>
        <w:t xml:space="preserve">    2024中学开学学生代表演讲稿 篇10 </w:t>
      </w:r>
      <w:r>
        <w:rPr>
          <w:lang w:eastAsia="zh-CN"/>
        </w:rPr>
        <w:br/>
      </w:r>
      <w:r>
        <w:rPr>
          <w:lang w:eastAsia="zh-CN"/>
        </w:rPr>
        <w:t>　　亲爱的老师、同学们：</w:t>
      </w:r>
      <w:r>
        <w:rPr>
          <w:lang w:eastAsia="zh-CN"/>
        </w:rPr>
        <w:br/>
      </w:r>
      <w:r>
        <w:rPr>
          <w:lang w:eastAsia="zh-CN"/>
        </w:rPr>
        <w:t>　　大家下午好！我是来自八（4）班的王。</w:t>
      </w:r>
      <w:r>
        <w:rPr>
          <w:lang w:eastAsia="zh-CN"/>
        </w:rPr>
        <w:br/>
      </w:r>
      <w:r>
        <w:rPr>
          <w:lang w:eastAsia="zh-CN"/>
        </w:rPr>
        <w:t>　　很荣幸今天我能在这里发言，在这个春意盎然的日子里我们又迎来了一个全新的学期，一个更美丽的春天。纵观整个初中，七年级是开端，八年级是发展，九年级是冲刺。可见每一个年级，每一个阶段，都是很重要的。同学们，趁着这美好的时光，我们应努力上进，做好每一个阶段该做的事，为成功打下坚实的基础！在生活中，我经常会遇到这样的同学，他总是哀叹自己为什么成绩不够好，他总是抱怨自己天资不够聪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其实，上天自有公道，付出总有回报。首要原因，那就是你不够勤奋，可是你又想要好成绩。就像是农民对荒地说：“如果今年有收成，来年我就播种。”就像是员工对老板说：“你给我一年的薪水，我就开始为你工作。”就像学生对老师说：“你给我满分，我就开始学习。”可是没有播种，哪会有收成？没有劳动，哪里会有薪水？没有努力，哪会有成绩？可能是有些同学家庭条件好，认为父母已经用辛辛苦苦赚来的钱为你铺好了未来的星光大道，可是一辈子靠父母，有意思吗？本事是你自己的，未来是你自己的，人生也是你自己的。</w:t>
      </w:r>
      <w:r>
        <w:rPr>
          <w:lang w:eastAsia="zh-CN"/>
        </w:rPr>
        <w:br/>
      </w:r>
      <w:r>
        <w:rPr>
          <w:lang w:eastAsia="zh-CN"/>
        </w:rPr>
        <w:t>　　我们乡镇里条件不好的孩子可以用有限的条件创造无限的动力，而条件优越的同学，只要你想学，你拥有更好的学习环境，学习就是一件再轻松不过的事了。有的学习态度好，成绩却提不高，那就是方法问题了。在这里我也告诉大家我的学习经验。学习中改错很重要，错误是学习中的绊脚石，如果你忽视它，他就像癌症细胞，疯狂的发展，成为巨大的隐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理科特别是数学，如果你掌握了一类题型，就可以触类旁通，掌握更多的题目。我经常是系统的改错，一章节的错题积累在一起，这样坚持到期末，就是一本很珍贵的复习资料。在文科方面，英语是需要技巧的。我建议大家，在学完课文后，在家就学会自己听写，不停的听，直到写下来，到最后检查时，对错的单词就会记忆深刻，同时也熟悉了课文，锻炼了听力，规范了语音语调，一举四得。同学们，学习好并不是某些人的专利，而是人人都可以做好的事情。只要你愿意，你也可以做好它。最后，祝愿大家在这个新的学期，学习进步，万事如意！</w:t>
      </w:r>
      <w:r>
        <w:rPr>
          <w:lang w:eastAsia="zh-CN"/>
        </w:rPr>
        <w:br/>
      </w:r>
      <w:r>
        <w:rPr>
          <w:lang w:eastAsia="zh-CN"/>
        </w:rPr>
        <w:t xml:space="preserve">    2024中学开学学生代表演讲稿 篇11 </w:t>
      </w:r>
      <w:r>
        <w:rPr>
          <w:lang w:eastAsia="zh-CN"/>
        </w:rPr>
        <w:br/>
      </w:r>
      <w:r>
        <w:rPr>
          <w:lang w:eastAsia="zh-CN"/>
        </w:rPr>
        <w:t>　　尊敬的各位、老师、同学们：</w:t>
      </w:r>
      <w:r>
        <w:rPr>
          <w:lang w:eastAsia="zh-CN"/>
        </w:rPr>
        <w:br/>
      </w:r>
      <w:r>
        <w:rPr>
          <w:lang w:eastAsia="zh-CN"/>
        </w:rPr>
        <w:t>　　大家好!我来自__小学__班，现任;我的名字叫。</w:t>
      </w:r>
      <w:r>
        <w:rPr>
          <w:lang w:eastAsia="zh-CN"/>
        </w:rPr>
        <w:br/>
      </w:r>
      <w:r>
        <w:rPr>
          <w:lang w:eastAsia="zh-CN"/>
        </w:rPr>
        <w:t>　　回顾在__小学的_年学习生涯，我在老师、同学们的帮助下，注重自身在德、智、体等多方面的发展。刻苦学习、主动帮助同学、尊敬师长、孝敬父母、积极关爱他人，学习成绩在班级乃至全年组都名列前茅。今天我能够走上这个讲台，参加这次“__市三好学生”的竞聘演讲，首先我要感谢老师、同学们给我这次机会，感谢老师们这么多年对我的辛勤培育，感谢同学们对我的帮助，使我从一个不懂事的孩子成长为一名在德、智、体全全方面成长发展的小学生。</w:t>
      </w:r>
      <w:r>
        <w:rPr>
          <w:lang w:eastAsia="zh-CN"/>
        </w:rPr>
        <w:br/>
      </w:r>
      <w:r>
        <w:rPr>
          <w:lang w:eastAsia="zh-CN"/>
        </w:rPr>
        <w:t>　　多年的努力与付出，使我多次获得、等荣誉称号。此外，我还在课外时间学习了绘画和小提琴。在__年“杯”全国少年儿童书画大赛上，我的参赛作品获得了奖。在学校举办的小提琴演奏会上，我获得了乐器比赛等奖。在校园的绿化工程中，我拿出我所有的压岁钱购买了盆鲜花捐献给学校，做出一点小小的贡献。由此，我荣获了“校园文明小使者”、“校园绿化小使者”的称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我所有成绩的取得是与老师、同学们的大力帮助分不开的。而且我也清醒的认识到：成绩属于过去，在今后的日子里，我仍将以一名“三好学生”的标准严格要求自己，刻苦学习，修身养性，用优异的学习成绩、优良的道德品质、健康的体魄回报给父母、回报给老师、回报给社会!</w:t>
      </w:r>
      <w:r>
        <w:rPr>
          <w:lang w:eastAsia="zh-CN"/>
        </w:rPr>
        <w:br/>
      </w:r>
      <w:r>
        <w:rPr>
          <w:lang w:eastAsia="zh-CN"/>
        </w:rPr>
        <w:t>　　谢谢大家!</w:t>
      </w:r>
      <w:r>
        <w:rPr>
          <w:lang w:eastAsia="zh-CN"/>
        </w:rPr>
        <w:br/>
      </w:r>
      <w:r>
        <w:rPr>
          <w:lang w:eastAsia="zh-CN"/>
        </w:rPr>
        <w:t xml:space="preserve">    2024中学开学学生代表演讲稿 篇12 </w:t>
      </w:r>
      <w:r>
        <w:rPr>
          <w:lang w:eastAsia="zh-CN"/>
        </w:rPr>
        <w:br/>
      </w:r>
      <w:r>
        <w:rPr>
          <w:lang w:eastAsia="zh-CN"/>
        </w:rPr>
        <w:t>　　岁月如水，生命如歌，在我第25个年头，我有幸成从事了天底下最光荣的职业，高校辅导员。</w:t>
      </w:r>
      <w:r>
        <w:rPr>
          <w:lang w:eastAsia="zh-CN"/>
        </w:rPr>
        <w:br/>
      </w:r>
      <w:r>
        <w:rPr>
          <w:lang w:eastAsia="zh-CN"/>
        </w:rPr>
        <w:t>　　我与我的学生一同成长，从新生开学至今，已经3个月了，在这3个月中，我见证了他们从开学的懵懂无知到现在的快乐稳重；在这3个月中，我感受到了家长的信任与肯定；在这3个月中，我也感受着工商管理学院对一名年轻辅导员成长的关爱、鞭策与激励，让我懂得了如何身体力行，以身作则，善待学生，修身立德；懂得了学生利益高于一切。为了全体学生的整体利益，我必须将爱藏留心中，把心交给学生。</w:t>
      </w:r>
      <w:r>
        <w:rPr>
          <w:lang w:eastAsia="zh-CN"/>
        </w:rPr>
        <w:br/>
      </w:r>
    </w:p>
    <w:p w:rsidR="001B1F19" w14:textId="27C3F48A">
      <w:pPr>
        <w:rPr>
          <w:rFonts w:hint="eastAsia"/>
          <w:lang w:eastAsia="zh-CN"/>
        </w:rPr>
      </w:pPr>
      <w:r>
        <w:rPr>
          <w:lang w:eastAsia="zh-CN"/>
        </w:rPr>
        <w:t>　　我与我的学生一同成长，“我的学生”，是我当老师的第一批学生，望着他们充满青春阳光的笑脸，一种特殊的感情油然而生。一件件平凡的小事，一个个共同探索的日子，充实着我的生活，丰富着我的人生。还记得那是军训期间的一个中午，当我好不容易回到宿舍，想着睡一觉来缓解一下上午的身心疲惫。突然，一段刺耳的电话铃声将我惊起“导员，您在哪儿？我想家了，我想找你谈谈”……，电话这头的我，疲惫感一扫而光，立马收拾，奔向教学楼。在去教学楼的路上，我既兴奋又担心，兴奋的是，同学们终于接纳我了，终于信任我了，终于凡事第一时间想到我了，担心的是，第一次遇到这种事情的我，能安抚同学们想家的心吗？我应该怎么做的？带着既坚定又忐忑的心情，我迈出了我与学生深入沟通的第一步。终于，在孩子们破涕为笑中，我知道了我的努力有效了，我进步了。学生们也进步了，因为他们克服了困难，获得了勇气。</w:t>
      </w:r>
      <w:r>
        <w:rPr>
          <w:lang w:eastAsia="zh-CN"/>
        </w:rPr>
        <w:br/>
      </w:r>
      <w:r>
        <w:rPr>
          <w:lang w:eastAsia="zh-CN"/>
        </w:rPr>
        <w:t>　　此时此刻的我，仿佛饮到了世间最甘甜的雨露，闻到了世上最香甜的花香，收获了人间最美好的时光。</w:t>
      </w:r>
      <w:r>
        <w:rPr>
          <w:lang w:eastAsia="zh-CN"/>
        </w:rPr>
        <w:br/>
      </w:r>
      <w:r>
        <w:rPr>
          <w:lang w:eastAsia="zh-CN"/>
        </w:rPr>
        <w:t>　　教育是奉献的事业，你奉献了，学生就能感受得到。跟我的学生在一起，我收获的幸福大于我的付出，忘不了收到的152条“祝老师教师节快乐”的短信，忘不了恰逢军训的中秋节收到的170条“老师您辛苦了”的祝福，忘不了当我腿受伤的时候，学生们对我的关怀。我被我的学生感动了，不是因为他们说了些好听的话，而是我从他们的话语中感受到他们的善意与纯美。爱在我与学生之间传递，我要为孩子们架桥，让他们登上理想的殿堂；我要为孩子们铺路，让他们感受校园时光的美好。</w:t>
      </w:r>
      <w:r>
        <w:rPr>
          <w:lang w:eastAsia="zh-CN"/>
        </w:rPr>
        <w:br/>
      </w:r>
      <w:r>
        <w:rPr>
          <w:lang w:eastAsia="zh-CN"/>
        </w:rPr>
        <w:t>　　德国著名的哲学家曾经说过：“教育就是一棵树摇动另一棵树，一朵云彩推动另一朵云彩，一个灵魂唤醒另一个灵魂”。而我说，教育使我和我的学生共同装点春天，教育使我和我的学生共同翱翔于天，教育使我和我的学生共同灵魂升华！面对学生的点滴进步，感到由衷欣喜，洞察到学生的懈怠，为他加油打气。为学优生护航，为学困生助力。虽然我只是最普通的一名辅导员老师，但我希望用自己不普通的教育方式为学生的未来引领一程，更希望用爱心让学生在学知识的同时拥有积极、乐观的人生态度。</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https://d.book118.com/446240223112010043</w:t>
        </w:r>
      </w:hyperlink>
    </w:p>
    <w:p w:rsidR="001B1F19">
      <w:pPr>
        <w:rPr>
          <w:rFonts w:hint="eastAsia"/>
          <w:lang w:eastAsia="zh-CN"/>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46240223112010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