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学生生活学习计划汇总（32篇）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学生生活学习计划汇总（通用32篇）</w:t>
      </w:r>
      <w:r>
        <w:rPr>
          <w:lang w:eastAsia="zh-CN"/>
        </w:rPr>
        <w:br/>
      </w:r>
      <w:r>
        <w:rPr>
          <w:lang w:eastAsia="zh-CN"/>
        </w:rPr>
        <w:t xml:space="preserve">    学生生活学习计划汇总 篇1 </w:t>
      </w:r>
      <w:r>
        <w:rPr>
          <w:lang w:eastAsia="zh-CN"/>
        </w:rPr>
        <w:br/>
      </w:r>
      <w:r>
        <w:rPr>
          <w:lang w:eastAsia="zh-CN"/>
        </w:rPr>
        <w:t>　　想想你已经制定的那些计划，这些计划几乎不可能始终如一地完成。大学生个人学习计划。我不知道这个计划会持续多久，但我只是希望这个计划或多或少能帮助我的大学生活。</w:t>
      </w:r>
      <w:r>
        <w:rPr>
          <w:lang w:eastAsia="zh-CN"/>
        </w:rPr>
        <w:br/>
      </w:r>
      <w:r>
        <w:rPr>
          <w:lang w:eastAsia="zh-CN"/>
        </w:rPr>
        <w:t>　　首先，关于学习计划；</w:t>
      </w:r>
      <w:r>
        <w:rPr>
          <w:lang w:eastAsia="zh-CN"/>
        </w:rPr>
        <w:br/>
      </w:r>
      <w:r>
        <w:rPr>
          <w:lang w:eastAsia="zh-CN"/>
        </w:rPr>
        <w:t>　　从高中开始，我就从来没有觉得自己是一个自学的人，每次考试前都会出其不意！平时，他们基本都是在学着玩。虽然效果有点，但对我自己来说，学到的东西基本上不那么真实！所以在大学里，我真的希望能学到一些东西！很多人说读大学只是第二要务，学做人才才是最重要的！所以呢。我的学习方法不应该改变，为了应付考试基本没有问题！个人觉得我想学的是和别人相处和交流。这十年的学习过程只是为了所谓的考试！继续埋头于书山人海！为了这个社会，为了那些真正的生存技能！我们知识太少，所以我希望在大学里做以下事情！</w:t>
      </w:r>
      <w:r>
        <w:rPr>
          <w:lang w:eastAsia="zh-CN"/>
        </w:rPr>
        <w:br/>
      </w:r>
      <w:r>
        <w:rPr>
          <w:lang w:eastAsia="zh-CN"/>
        </w:rPr>
        <w:t>　　无论如何，大学也是学校，学习也更重要！所以，我觉得大一一定不能不及格！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个人觉得英语很重要，对以后的发展很有帮助！所以，英语一定不能丢！还要努力做到最好！</w:t>
      </w:r>
      <w:r>
        <w:rPr>
          <w:lang w:eastAsia="zh-CN"/>
        </w:rPr>
        <w:br/>
      </w:r>
      <w:r>
        <w:rPr>
          <w:lang w:eastAsia="zh-CN"/>
        </w:rPr>
        <w:t>　　③证书在任何时候都是最权威的，所以下学期要先过四级！六级之后！一步一步发展！</w:t>
      </w:r>
      <w:r>
        <w:rPr>
          <w:lang w:eastAsia="zh-CN"/>
        </w:rPr>
        <w:br/>
      </w:r>
      <w:r>
        <w:rPr>
          <w:lang w:eastAsia="zh-CN"/>
        </w:rPr>
        <w:t>　　(4)既然选择这个专业，就要有一定的专业知识！从大二开始，在加强专业课的基础上，对未来可能的职业进行分析、研究、调查和规划！</w:t>
      </w:r>
      <w:r>
        <w:rPr>
          <w:lang w:eastAsia="zh-CN"/>
        </w:rPr>
        <w:br/>
      </w:r>
      <w:r>
        <w:rPr>
          <w:lang w:eastAsia="zh-CN"/>
        </w:rPr>
        <w:t>　　⑤其他学习基本没有计划，尽量每一项都取平均值！个人感觉考研对专业没有影响，暂时不打算考研！</w:t>
      </w:r>
      <w:r>
        <w:rPr>
          <w:lang w:eastAsia="zh-CN"/>
        </w:rPr>
        <w:br/>
      </w:r>
      <w:r>
        <w:rPr>
          <w:lang w:eastAsia="zh-CN"/>
        </w:rPr>
        <w:t>　　第二，在身体健康方面；健康的身体在任何时候都是最重要的。所有没有健康身体的东西都是无用的！孙中山说过，生命是革命的本钱！因此，在大学期间，我们应该锻炼一个强壮的身体！有好的身体素质，才算有好的流动资金！</w:t>
      </w:r>
      <w:r>
        <w:rPr>
          <w:lang w:eastAsia="zh-CN"/>
        </w:rPr>
        <w:br/>
      </w:r>
      <w:r>
        <w:rPr>
          <w:lang w:eastAsia="zh-CN"/>
        </w:rPr>
        <w:t>　　想要身体健康，必要的运动是不可或缺的，那么？坚持每周只少运动3~4天时间！或者上午，或者下午！</w:t>
      </w:r>
      <w:r>
        <w:rPr>
          <w:lang w:eastAsia="zh-CN"/>
        </w:rPr>
        <w:br/>
      </w:r>
      <w:r>
        <w:rPr>
          <w:lang w:eastAsia="zh-CN"/>
        </w:rPr>
        <w:t>　　作为一个新时代的大学生，有一两项可以举手的运动是必须的！因为种种原因，我热爱篮球，还报了一个足球班！犯错就犯错，所以呢？未来足球应该能提高水平，篮球就更不用说了！一定能打得精彩！</w:t>
      </w:r>
      <w:r>
        <w:rPr>
          <w:lang w:eastAsia="zh-CN"/>
        </w:rPr>
        <w:br/>
      </w:r>
      <w:r>
        <w:rPr>
          <w:lang w:eastAsia="zh-CN"/>
        </w:rPr>
        <w:t>　　早睡早起永远不会是坏习惯！早睡几乎是不可能的！原因；你知道的！所以早点起床，不要呆在床上！坚持不迟到！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另外，爱好；不管生活有多苦，只要有爱好，就不会那么无聊！好的爱好不仅能让你保持良好的心态！而且很有可能成为你未来生活中的一项技能！大学一定要发展好！！！</w:t>
      </w:r>
      <w:r>
        <w:rPr>
          <w:lang w:eastAsia="zh-CN"/>
        </w:rPr>
        <w:br/>
      </w:r>
      <w:r>
        <w:rPr>
          <w:lang w:eastAsia="zh-CN"/>
        </w:rPr>
        <w:t>　　(1)电脑是新时代的产物，是未来发展的趋势，也是新时代年轻人的热切追求！所以培养你对电脑制作的兴趣吧！尝试学习所有的FLASH/PHOTOSHOP/OFFICE///操作！</w:t>
      </w:r>
      <w:r>
        <w:rPr>
          <w:lang w:eastAsia="zh-CN"/>
        </w:rPr>
        <w:br/>
      </w:r>
      <w:r>
        <w:rPr>
          <w:lang w:eastAsia="zh-CN"/>
        </w:rPr>
        <w:t>　　②态度好，心情就好！有好心情才能有热情！被激励会让你更快乐！所以要保持良好的心态！保持一颗健康的心！</w:t>
      </w:r>
      <w:r>
        <w:rPr>
          <w:lang w:eastAsia="zh-CN"/>
        </w:rPr>
        <w:br/>
      </w:r>
      <w:r>
        <w:rPr>
          <w:lang w:eastAsia="zh-CN"/>
        </w:rPr>
        <w:t>　　③我进大学的时候，最大的区别就是上课。高中的时候，不管怎样，一个班在一起都会有家的感觉，但是大学的时候就没有了。所以更多的时候，我会选择一个人来！所以积极参加班级集体活动吧！尽量适合这个环境！</w:t>
      </w:r>
      <w:r>
        <w:rPr>
          <w:lang w:eastAsia="zh-CN"/>
        </w:rPr>
        <w:br/>
      </w:r>
      <w:r>
        <w:rPr>
          <w:lang w:eastAsia="zh-CN"/>
        </w:rPr>
        <w:t>　　(4)沟通很重要！所有人都知道真相！良好的沟通不仅能打开个人人脉，还能锻炼个人技能！所以，在学习、生活、娱乐的过程中，打开自己的社交圈！</w:t>
      </w:r>
      <w:r>
        <w:rPr>
          <w:lang w:eastAsia="zh-CN"/>
        </w:rPr>
        <w:br/>
      </w:r>
      <w:r>
        <w:rPr>
          <w:lang w:eastAsia="zh-CN"/>
        </w:rPr>
        <w:t>　　最后，关于家庭，友谊和爱情！我认为世界上最重要的是这些友谊！</w:t>
      </w:r>
      <w:r>
        <w:rPr>
          <w:lang w:eastAsia="zh-CN"/>
        </w:rPr>
        <w:br/>
      </w:r>
      <w:r>
        <w:rPr>
          <w:lang w:eastAsia="zh-CN"/>
        </w:rPr>
        <w:t>　　(1)关于家庭的重要性；我不想说话！也说不清！只能靠大家去感受了！就像每次想起千里之外的家，总是那么难过！所以以后还是会定期给家里打电话！放假了，总要回家！</w:t>
      </w:r>
      <w:r>
        <w:rPr>
          <w:lang w:eastAsia="zh-CN"/>
        </w:rPr>
        <w:br/>
      </w:r>
      <w:r>
        <w:rPr>
          <w:lang w:eastAsia="zh-CN"/>
        </w:rPr>
        <w:t>　　②友谊；我想的是亲情之外的友情！能有几个很好的朋友！这样的生活就够了。我已经有这么多了，以后一定真心交朋友！谁值得交朋友，谁不值得！一定能看懂！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③爱情；我把他放在家庭和友情的后面，因为就我个人而言，爱情是不可避免的，这辈子只有一两次！所以我不急着找另一半。</w:t>
      </w:r>
      <w:r>
        <w:rPr>
          <w:lang w:eastAsia="zh-CN"/>
        </w:rPr>
        <w:br/>
      </w:r>
      <w:r>
        <w:rPr>
          <w:lang w:eastAsia="zh-CN"/>
        </w:rPr>
        <w:t>　　这些是我的大学计划！能实现多少？未知！争取做自己！坚持住。</w:t>
      </w:r>
      <w:r>
        <w:rPr>
          <w:lang w:eastAsia="zh-CN"/>
        </w:rPr>
        <w:br/>
      </w:r>
      <w:r>
        <w:rPr>
          <w:lang w:eastAsia="zh-CN"/>
        </w:rPr>
        <w:t>　　大学生活个人学习计划模式2新学期伊始，一切都充满了生机和活力。新的生活意味着新的开始，新的开始象征着新的挑战。作为一名学生，我一直坚持不断进步。新学期，我有以下学习计划:</w:t>
      </w:r>
      <w:r>
        <w:rPr>
          <w:lang w:eastAsia="zh-CN"/>
        </w:rPr>
        <w:br/>
      </w:r>
      <w:r>
        <w:rPr>
          <w:lang w:eastAsia="zh-CN"/>
        </w:rPr>
        <w:t>　　首先明确自己的专业，明确自己将要面对的专业，先充分了解。</w:t>
      </w:r>
      <w:r>
        <w:rPr>
          <w:lang w:eastAsia="zh-CN"/>
        </w:rPr>
        <w:br/>
      </w:r>
      <w:r>
        <w:rPr>
          <w:lang w:eastAsia="zh-CN"/>
        </w:rPr>
        <w:t>　　二是积极认真完成老师布置的每一项作业，做到主题突出、色彩鲜明，同时广泛接受各方意见，以弥补他人不足。</w:t>
      </w:r>
      <w:r>
        <w:rPr>
          <w:lang w:eastAsia="zh-CN"/>
        </w:rPr>
        <w:br/>
      </w:r>
      <w:r>
        <w:rPr>
          <w:lang w:eastAsia="zh-CN"/>
        </w:rPr>
        <w:t>　　第三，注意学生会各部门之间的宣传和沟通，互相沟通。</w:t>
      </w:r>
      <w:r>
        <w:rPr>
          <w:lang w:eastAsia="zh-CN"/>
        </w:rPr>
        <w:br/>
      </w:r>
      <w:r>
        <w:rPr>
          <w:lang w:eastAsia="zh-CN"/>
        </w:rPr>
        <w:t>　　4.积极配合我院其他科室工作和我院学生会工作，共同努力，全力以赴。无论生活、学习、思想、人际关系、工作等。我们必须全面发展。</w:t>
      </w:r>
      <w:r>
        <w:rPr>
          <w:lang w:eastAsia="zh-CN"/>
        </w:rPr>
        <w:br/>
      </w:r>
      <w:r>
        <w:rPr>
          <w:lang w:eastAsia="zh-CN"/>
        </w:rPr>
        <w:t>　　第一学期是我的探索阶段，现在是我的实施阶段。我想根据我以前的学习经验，明确这学期的学习计划。</w:t>
      </w:r>
      <w:r>
        <w:rPr>
          <w:lang w:eastAsia="zh-CN"/>
        </w:rPr>
        <w:br/>
      </w:r>
      <w:r>
        <w:rPr>
          <w:lang w:eastAsia="zh-CN"/>
        </w:rPr>
        <w:t>　　首先，我想在学生会锻炼自己，丰富课外生活。</w:t>
      </w:r>
      <w:r>
        <w:rPr>
          <w:lang w:eastAsia="zh-CN"/>
        </w:rPr>
        <w:br/>
      </w:r>
      <w:r>
        <w:rPr>
          <w:lang w:eastAsia="zh-CN"/>
        </w:rPr>
        <w:t>　　其次，我想在社会上找到机会，找到一些我能做的工作，以丰富我加入社会的能力。</w:t>
      </w:r>
      <w:r>
        <w:rPr>
          <w:lang w:eastAsia="zh-CN"/>
        </w:rPr>
        <w:br/>
      </w:r>
      <w:r>
        <w:rPr>
          <w:lang w:eastAsia="zh-CN"/>
        </w:rPr>
        <w:t>　　第三，交朋友，找机会。</w:t>
      </w:r>
      <w:r>
        <w:rPr>
          <w:lang w:eastAsia="zh-CN"/>
        </w:rPr>
        <w:br/>
      </w:r>
      <w:r>
        <w:rPr>
          <w:lang w:eastAsia="zh-CN"/>
        </w:rPr>
        <w:t>　　第四，学习很重要，合理安排自己的自学时间。</w:t>
      </w:r>
      <w:r>
        <w:rPr>
          <w:lang w:eastAsia="zh-CN"/>
        </w:rPr>
        <w:br/>
      </w:r>
      <w:r>
        <w:rPr>
          <w:lang w:eastAsia="zh-CN"/>
        </w:rPr>
        <w:t>　　第五，不管今年有什么活动，只要能参加，我都会尽力参加。</w:t>
      </w:r>
      <w:r>
        <w:rPr>
          <w:lang w:eastAsia="zh-CN"/>
        </w:rPr>
        <w:br/>
      </w:r>
      <w:r>
        <w:rPr>
          <w:lang w:eastAsia="zh-CN"/>
        </w:rPr>
        <w:t>　　第六，生活勤俭，不奢靡浪费。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第七，抓住一切机会，充分发挥自己的能力。</w:t>
      </w:r>
      <w:r>
        <w:rPr>
          <w:lang w:eastAsia="zh-CN"/>
        </w:rPr>
        <w:br/>
      </w:r>
      <w:r>
        <w:rPr>
          <w:lang w:eastAsia="zh-CN"/>
        </w:rPr>
        <w:t>　　第八，生活的点点滴滴，如果可以放弃或者放弃，我不会太在意。细节成就成功。</w:t>
      </w:r>
      <w:r>
        <w:rPr>
          <w:lang w:eastAsia="zh-CN"/>
        </w:rPr>
        <w:br/>
      </w:r>
      <w:r>
        <w:rPr>
          <w:lang w:eastAsia="zh-CN"/>
        </w:rPr>
        <w:t>　　第九，努力完成每一项任务，认真对待，不管是什么任务。你可以赢得自己的命运。</w:t>
      </w:r>
      <w:r>
        <w:rPr>
          <w:lang w:eastAsia="zh-CN"/>
        </w:rPr>
        <w:br/>
      </w:r>
      <w:r>
        <w:rPr>
          <w:lang w:eastAsia="zh-CN"/>
        </w:rPr>
        <w:t>　　第十，活得高尚的人格和尊严。对自己做一个全面细致的分解，努力在毕业前合理利用学校的时间、地点和人才，在学校多拿一些证书，丰富自己的人生差距。</w:t>
      </w:r>
      <w:r>
        <w:rPr>
          <w:lang w:eastAsia="zh-CN"/>
        </w:rPr>
        <w:br/>
      </w:r>
      <w:r>
        <w:rPr>
          <w:lang w:eastAsia="zh-CN"/>
        </w:rPr>
        <w:t>　　第十一，学会设定自己的目标和计划。只有有了目标，才能有努力的方向。只有有了计划，才能制定合理的计划，才有奋斗的激情。</w:t>
      </w:r>
      <w:r>
        <w:rPr>
          <w:lang w:eastAsia="zh-CN"/>
        </w:rPr>
        <w:br/>
      </w:r>
      <w:r>
        <w:rPr>
          <w:lang w:eastAsia="zh-CN"/>
        </w:rPr>
        <w:t>　　十二年和20__年一起加油！</w:t>
      </w:r>
      <w:r>
        <w:rPr>
          <w:lang w:eastAsia="zh-CN"/>
        </w:rPr>
        <w:br/>
      </w:r>
      <w:r>
        <w:rPr>
          <w:lang w:eastAsia="zh-CN"/>
        </w:rPr>
        <w:t xml:space="preserve">    学生生活学习计划汇总 篇2 </w:t>
      </w:r>
      <w:r>
        <w:rPr>
          <w:lang w:eastAsia="zh-CN"/>
        </w:rPr>
        <w:br/>
      </w:r>
      <w:r>
        <w:rPr>
          <w:lang w:eastAsia="zh-CN"/>
        </w:rPr>
        <w:t>　　寒假开始了，为了让自已过一个有意义的寒假，特制定如下生活学习计划。</w:t>
      </w:r>
      <w:r>
        <w:rPr>
          <w:lang w:eastAsia="zh-CN"/>
        </w:rPr>
        <w:br/>
      </w:r>
      <w:r>
        <w:rPr>
          <w:lang w:eastAsia="zh-CN"/>
        </w:rPr>
        <w:t>　　转眼间，一个学期结束了，漫长的寒假即将开始。为了使本人能够度过一个充实而有意义的寒假，早日成为父母眼中的乘龙之才、社会的可造之才，特对自己的寒假生活作如下计划</w:t>
      </w:r>
      <w:r>
        <w:rPr>
          <w:lang w:eastAsia="zh-CN"/>
        </w:rPr>
        <w:br/>
      </w:r>
      <w:r>
        <w:rPr>
          <w:lang w:eastAsia="zh-CN"/>
        </w:rPr>
        <w:t>　　1、坚持早睡早起。每晚分准时熄灯上床，早上前起床、叠被、洗漱，并且力争全部耗时控制在5分钟以内，决不因为回到家里而改变在学校长期养成的良好作息习惯。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继承中华民族尊老爱幼的传统美德。在家里，多陪爸爸看体育比赛聊天，多陪妈妈买菜逛街看电视剧。对待长辈要保持谦虚尊敬的态度，对待小朋友要让其感受到春天般的温暖。过年的时候主动给长辈们打电话或登门拜年。做到老吾老以及人之老，幼吾幼以及人之幼。</w:t>
      </w:r>
      <w:r>
        <w:rPr>
          <w:lang w:eastAsia="zh-CN"/>
        </w:rPr>
        <w:br/>
      </w:r>
      <w:r>
        <w:rPr>
          <w:lang w:eastAsia="zh-CN"/>
        </w:rPr>
        <w:t>　　3、以辛勤劳动为荣，以好逸恶劳为耻。主动帮父母做家务，保持卧室、书房、客厅的清洁卫生，饭后主动洗碗刷筷，保证油垢餐具不过夜。自己的衣物自己洗，且本着节约电能资源及洗衣粉等物资的原则尽量手洗拧干。</w:t>
      </w:r>
      <w:r>
        <w:rPr>
          <w:lang w:eastAsia="zh-CN"/>
        </w:rPr>
        <w:br/>
      </w:r>
      <w:r>
        <w:rPr>
          <w:lang w:eastAsia="zh-CN"/>
        </w:rPr>
        <w:t>　　4、崇尚科学，坚持每天补充知识养料。每天坚持学习两个小时左右，假期初制定好学习计划，保证学习的科学性、效率性。力争利用这个假期学会一到两门小技能（例如网页制作等），以备将来工作之需。有句话说：“活到老，学到老。”在年轻的时候，趁学习能力强，就更应该抓紧一切时间，努力学习，提高自己的知识储备量，为将来实现人生的厚积薄发而做好充分的准备。</w:t>
      </w:r>
      <w:r>
        <w:rPr>
          <w:lang w:eastAsia="zh-CN"/>
        </w:rPr>
        <w:br/>
      </w:r>
      <w:r>
        <w:rPr>
          <w:lang w:eastAsia="zh-CN"/>
        </w:rPr>
        <w:t>　　5、娱乐休闲要适度，不可玩物丧志。每天上网看电视等时间累计不应超过四小时。出去和朋友们聚会时要注意时间、场所，避免去一些盈利性较强的娱乐场所，要时刻以一名合格大学生的标准严格要求自己。</w:t>
      </w:r>
      <w:r>
        <w:rPr>
          <w:lang w:eastAsia="zh-CN"/>
        </w:rPr>
        <w:br/>
      </w:r>
      <w:r>
        <w:rPr>
          <w:lang w:eastAsia="zh-CN"/>
        </w:rPr>
        <w:t>　　6、计划在本次假期出行一次。读万卷书行万里路，多出去走走，才能多长见识。同时也要注意保证旅途安全，尽量避免春运的高峰期。且旅行时间不宜过长，以免影响下学期正常开学。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以上计划于20__年1月15日起生效实施，如无特殊情况本人必须遵照执行。</w:t>
      </w:r>
      <w:r>
        <w:rPr>
          <w:lang w:eastAsia="zh-CN"/>
        </w:rPr>
        <w:br/>
      </w:r>
      <w:r>
        <w:rPr>
          <w:lang w:eastAsia="zh-CN"/>
        </w:rPr>
        <w:t xml:space="preserve">    学生生活学习计划汇总 篇3 </w:t>
      </w:r>
      <w:r>
        <w:rPr>
          <w:lang w:eastAsia="zh-CN"/>
        </w:rPr>
        <w:br/>
      </w:r>
      <w:r>
        <w:rPr>
          <w:lang w:eastAsia="zh-CN"/>
        </w:rPr>
        <w:t>　　寒假生活是开心的、美好的、是丰富多彩的。我正在计划着自己的寒假生活，下面一起来和我看看吧！</w:t>
      </w:r>
      <w:r>
        <w:rPr>
          <w:lang w:eastAsia="zh-CN"/>
        </w:rPr>
        <w:br/>
      </w:r>
      <w:r>
        <w:rPr>
          <w:lang w:eastAsia="zh-CN"/>
        </w:rPr>
        <w:t>　　早上起来，我自己穿上衣服，就叠被子，把被子叠得整整齐齐，让我养成一个好习惯。我自己去刷牙洗脸。之后我背诵古诗词，因为能增加我的知识。吃完早饭后我开始做我的寒假作业，看看书和练练字，我还在早上做运动，锻炼身体，让自己不生感冒。</w:t>
      </w:r>
      <w:r>
        <w:rPr>
          <w:lang w:eastAsia="zh-CN"/>
        </w:rPr>
        <w:br/>
      </w:r>
      <w:r>
        <w:rPr>
          <w:lang w:eastAsia="zh-CN"/>
        </w:rPr>
        <w:t>　　我会在中午吹萨克斯，让自己吹萨克斯的水平比以前更好。吹完萨克斯，我就会休息眼睛。</w:t>
      </w:r>
      <w:r>
        <w:rPr>
          <w:lang w:eastAsia="zh-CN"/>
        </w:rPr>
        <w:br/>
      </w:r>
      <w:r>
        <w:rPr>
          <w:lang w:eastAsia="zh-CN"/>
        </w:rPr>
        <w:t>　　下午我继续写作业，并且我会适当地读一些课外书。到了休息时间，我会找一些好伙伴来玩跳绳，完了之后玩一会电脑游戏。到了晚上，我会坚持写一篇日记，把一天到晚有趣的事情写下来，增加自己的作文水平。写完作文，我再和妈妈玩跳棋、象棋，丰富我一天的生活。</w:t>
      </w:r>
      <w:r>
        <w:rPr>
          <w:lang w:eastAsia="zh-CN"/>
        </w:rPr>
        <w:br/>
      </w:r>
      <w:r>
        <w:rPr>
          <w:lang w:eastAsia="zh-CN"/>
        </w:rPr>
        <w:t>　　寒假最兴奋的就是新年了。新年大家不仅能团聚在一起，能收到压岁钱。我会拿钱来买一些对爷爷奶奶有用的东西，我想：“爷爷奶奶看了一定会很开心。”最后，我祝愿大家能快乐地度过这个新年。</w:t>
      </w:r>
      <w:r>
        <w:rPr>
          <w:lang w:eastAsia="zh-CN"/>
        </w:rPr>
        <w:br/>
      </w:r>
      <w:r>
        <w:rPr>
          <w:lang w:eastAsia="zh-CN"/>
        </w:rPr>
        <w:t>　　瞧！这就是我的寒假生活计划，我要向自己的寒假计划而努力，我相信我一定能成功的。</w:t>
      </w:r>
      <w:r>
        <w:rPr>
          <w:lang w:eastAsia="zh-CN"/>
        </w:rPr>
        <w:br/>
      </w:r>
      <w:r>
        <w:rPr>
          <w:lang w:eastAsia="zh-CN"/>
        </w:rPr>
        <w:t xml:space="preserve">    学生生活学习计划汇总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上一学期，学习生活部在院学生会、团委的带领下开展了一系列丰富多彩的活动，切实履行了自身职责，发挥了作用，受到了同学们、老师的一致好评。本学期，学习生活部将再接再厉，继续本着“实实在在服务同学”的原则，在配合好学生会、团委工作的同时，开展一系列与自身特色相结合的活动。大致的工作计划如下：</w:t>
      </w:r>
      <w:r>
        <w:rPr>
          <w:lang w:eastAsia="zh-CN"/>
        </w:rPr>
        <w:br/>
      </w:r>
      <w:r>
        <w:rPr>
          <w:lang w:eastAsia="zh-CN"/>
        </w:rPr>
        <w:t>　　一、加强部门建设</w:t>
      </w:r>
      <w:r>
        <w:rPr>
          <w:lang w:eastAsia="zh-CN"/>
        </w:rPr>
        <w:br/>
      </w:r>
      <w:r>
        <w:rPr>
          <w:lang w:eastAsia="zh-CN"/>
        </w:rPr>
        <w:t>　　在这一学期，学习生活部将着力加强部门的建设，建立小组机制，强调合作与良性竞争。介绍学习生活部的工作范围、工作事项以及身为学生会一员的注意事项，树立良好的精神面貌。构建协作能力强的团队，提升部门的战斗力，发掘具有能力的人才。</w:t>
      </w:r>
      <w:r>
        <w:rPr>
          <w:lang w:eastAsia="zh-CN"/>
        </w:rPr>
        <w:br/>
      </w:r>
      <w:r>
        <w:rPr>
          <w:lang w:eastAsia="zh-CN"/>
        </w:rPr>
        <w:t>　　二、巩固学风建设成果</w:t>
      </w:r>
      <w:r>
        <w:rPr>
          <w:lang w:eastAsia="zh-CN"/>
        </w:rPr>
        <w:br/>
      </w:r>
      <w:r>
        <w:rPr>
          <w:lang w:eastAsia="zh-CN"/>
        </w:rPr>
        <w:t>　　上学期在法学院全体教师学生以及学习生活部联合纪检部的努力下，法学院的学风建设取得了阶段性的成果，出勤率曾排到学校前列，但是，在后期阶段却出现严重的早晚自习不来或者早退现象，被严格批评。因此，我部决定，继续联合纪检部门，展开“爱学习，好学习”的浪潮，巩固学风，使得早晚自习出勤率位居学院前列，年终考试不及格率有显著降低，使学风日渐浓厚，在学院上下形成了积极向上的学习风气，同学们保持着一种危机感和紧迫意识。</w:t>
      </w:r>
      <w:r>
        <w:rPr>
          <w:lang w:eastAsia="zh-CN"/>
        </w:rPr>
        <w:br/>
      </w:r>
      <w:r>
        <w:rPr>
          <w:lang w:eastAsia="zh-CN"/>
        </w:rPr>
        <w:t>　　首先，学习生活部将继续配合纪检部，在纪检部踏实做好考勤记录，完善考勤办法的情形下，实行学习委员和学习生活部双重考核的考核办法，坚持每周做周报，监督学生的上课情况。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其次，本学期发动全院各班在班级内开展一次关于学风建设的主题班会或主题团日活动，为各班提供资料，开展一次大讨论，从而激发同学们学习的热情。</w:t>
      </w:r>
      <w:r>
        <w:rPr>
          <w:lang w:eastAsia="zh-CN"/>
        </w:rPr>
        <w:br/>
      </w:r>
      <w:r>
        <w:rPr>
          <w:lang w:eastAsia="zh-CN"/>
        </w:rPr>
        <w:t>　　第三，开展正确对待网络，正确利用网络的宣传活动，引导同学们利用网络进行学习，增长见识。预防和警醒沉迷网络的情况。对于寻求脱离网络束缚的同学，给予特别帮助。</w:t>
      </w:r>
      <w:r>
        <w:rPr>
          <w:lang w:eastAsia="zh-CN"/>
        </w:rPr>
        <w:br/>
      </w:r>
      <w:r>
        <w:rPr>
          <w:lang w:eastAsia="zh-CN"/>
        </w:rPr>
        <w:t>　　三、开展特色活动</w:t>
      </w:r>
      <w:r>
        <w:rPr>
          <w:lang w:eastAsia="zh-CN"/>
        </w:rPr>
        <w:br/>
      </w:r>
      <w:r>
        <w:rPr>
          <w:lang w:eastAsia="zh-CN"/>
        </w:rPr>
        <w:t>　　特色活动是学生活动的生命，学习作为学生的主业，应该给予高度的重视，学习生活部要围绕学习这条主线，结合法学专业的特色，开展特色的活动。</w:t>
      </w:r>
      <w:r>
        <w:rPr>
          <w:lang w:eastAsia="zh-CN"/>
        </w:rPr>
        <w:br/>
      </w:r>
      <w:r>
        <w:rPr>
          <w:lang w:eastAsia="zh-CN"/>
        </w:rPr>
        <w:t>　　第一，鉴于当代大学生接触专业知识比较多，但是缺乏社会经验，因此，充分利用我院的讲座资源，联合法律学社以及宣传部，为同学们提供各类法学专业讲座的机会。</w:t>
      </w:r>
      <w:r>
        <w:rPr>
          <w:lang w:eastAsia="zh-CN"/>
        </w:rPr>
        <w:br/>
      </w:r>
      <w:r>
        <w:rPr>
          <w:lang w:eastAsia="zh-CN"/>
        </w:rPr>
        <w:t>　　第二，组织案例汇编的工作，为同学们组织编排一份全面求新的案例集锦，一方面扩大同学们的视野，另一方面为司法考试和考研的同学提供一份参考资料。</w:t>
      </w:r>
      <w:r>
        <w:rPr>
          <w:lang w:eastAsia="zh-CN"/>
        </w:rPr>
        <w:br/>
      </w:r>
      <w:r>
        <w:rPr>
          <w:lang w:eastAsia="zh-CN"/>
        </w:rPr>
        <w:t>　　第三，关注权威知名的法律网站以及英语站，为同学们提供学习司法和英语的途径和法案。</w:t>
      </w:r>
      <w:r>
        <w:rPr>
          <w:lang w:eastAsia="zh-CN"/>
        </w:rPr>
        <w:br/>
      </w:r>
      <w:r>
        <w:rPr>
          <w:lang w:eastAsia="zh-CN"/>
        </w:rPr>
        <w:t>　　四、针对新生，做好应有职责</w:t>
      </w:r>
      <w:r>
        <w:rPr>
          <w:lang w:eastAsia="zh-CN"/>
        </w:rPr>
        <w:br/>
      </w:r>
      <w:r>
        <w:rPr>
          <w:lang w:eastAsia="zh-CN"/>
        </w:rPr>
        <w:t>　　12届的新生马上就要到来，在做好迎新工作以后，要深入了解新生的状况和需求，为他们在西亚斯生活学习。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一，组织一次新老生学习生活交流会。构建一个新生与老生，新生与新生之间交流的平台，解答新生在学习，生活中遇到的各种困惑，老生同时有针对性的传授学习经验，让部分新生找到适合自己的学习方法，让以后的学习更有目的性。</w:t>
      </w:r>
      <w:r>
        <w:rPr>
          <w:lang w:eastAsia="zh-CN"/>
        </w:rPr>
        <w:br/>
      </w:r>
      <w:r>
        <w:rPr>
          <w:lang w:eastAsia="zh-CN"/>
        </w:rPr>
        <w:t>　　第二，配合其他部门，搞好迎新晚会。配合文体部，宣传部，办好迎新晚会，使新生的生活多姿多彩。</w:t>
      </w:r>
      <w:r>
        <w:rPr>
          <w:lang w:eastAsia="zh-CN"/>
        </w:rPr>
        <w:br/>
      </w:r>
      <w:r>
        <w:rPr>
          <w:lang w:eastAsia="zh-CN"/>
        </w:rPr>
        <w:t>　　第三，依靠心理委员，建立新生心理咨询机构。许多新生由于刚刚踏入大学的大门，肯定会有许多心结待解，为了他们能够尽快进入状态，全力为学，有必要将学习生活部的工作同心理委员结合起来，通过“日常走访”“心理知识宣传”等方式，使新生减轻心理包袱。</w:t>
      </w:r>
      <w:r>
        <w:rPr>
          <w:lang w:eastAsia="zh-CN"/>
        </w:rPr>
        <w:br/>
      </w:r>
      <w:r>
        <w:rPr>
          <w:lang w:eastAsia="zh-CN"/>
        </w:rPr>
        <w:t>　　第四，法制宣传日做好法律宣传。作为法学人，学法的同时也要普法，在12.04全国法律宣传日，我部决定开展法律宣传活动，联合宣传部，法律学社，开展包括有奖问答，知识竞赛等为载体的普法活动，使校园中的每个人都多多少少了解法律，学会用法律武器维护自身权利。</w:t>
      </w:r>
      <w:r>
        <w:rPr>
          <w:lang w:eastAsia="zh-CN"/>
        </w:rPr>
        <w:br/>
      </w:r>
      <w:r>
        <w:rPr>
          <w:lang w:eastAsia="zh-CN"/>
        </w:rPr>
        <w:t>　　第五，创建网络学习平台。联合记者团，法律学社，对互联网资源充分利用，建立一个法学议论群，网罗社会热点，结合专业知识，也为学生们提供各类有益于法律学习的资料，供大家分享，促进学习氛围的提升。</w:t>
      </w:r>
      <w:r>
        <w:rPr>
          <w:lang w:eastAsia="zh-CN"/>
        </w:rPr>
        <w:br/>
      </w:r>
      <w:r>
        <w:rPr>
          <w:lang w:eastAsia="zh-CN"/>
        </w:rPr>
        <w:t>　　第六，一个月至少一次与部里干事沟通，通过干事的回馈，了解新生的学习生活状况，以此调整工作方向。平时不定时组织部里聚会，调节工作压力，增进部里成员间关系。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第七，每个月进行一次工作小总，将各项活动以及沟通交流的讯息汇总，并从中汲取经验，为下一个月的活动</w:t>
      </w:r>
      <w:r>
        <w:rPr>
          <w:lang w:eastAsia="zh-CN"/>
        </w:rPr>
        <w:br/>
      </w:r>
      <w:r>
        <w:rPr>
          <w:lang w:eastAsia="zh-CN"/>
        </w:rPr>
        <w:t>　　以上便是我们学习生活部的简要的且不成熟的工作计划，希望您给出您的宝贵意见和建议。新学期，新起点，学习生活部将扬帆起航。</w:t>
      </w:r>
      <w:r>
        <w:rPr>
          <w:lang w:eastAsia="zh-CN"/>
        </w:rPr>
        <w:br/>
      </w:r>
      <w:r>
        <w:rPr>
          <w:lang w:eastAsia="zh-CN"/>
        </w:rPr>
        <w:t xml:space="preserve">    学生生活学习计划汇总 篇5 </w:t>
      </w:r>
      <w:r>
        <w:rPr>
          <w:lang w:eastAsia="zh-CN"/>
        </w:rPr>
        <w:br/>
      </w:r>
      <w:r>
        <w:rPr>
          <w:lang w:eastAsia="zh-CN"/>
        </w:rPr>
        <w:t>　　进入了梦寐以求的大学，面对不同于往日的学习环境和人生经历，我们应该怎么应对才不至于惶惶终日，面对充裕的课余时间，我们应该怎样规划好自己的生活而不至于让自己后悔，要做好怎样的准备才能更好的踏入这个社会。我们要培养自己的各种能力树立远大目标来为社会做贡献。</w:t>
      </w:r>
      <w:r>
        <w:rPr>
          <w:lang w:eastAsia="zh-CN"/>
        </w:rPr>
        <w:br/>
      </w:r>
      <w:r>
        <w:rPr>
          <w:lang w:eastAsia="zh-CN"/>
        </w:rPr>
        <w:t>　　一、专业学习</w:t>
      </w:r>
      <w:r>
        <w:rPr>
          <w:lang w:eastAsia="zh-CN"/>
        </w:rPr>
        <w:br/>
      </w:r>
      <w:r>
        <w:rPr>
          <w:lang w:eastAsia="zh-CN"/>
        </w:rPr>
        <w:t>　　大学的学习与高中有很大的不同，学生应主要培养自主学习与自我约束的能力，除了学好本专业之外，我们还应根据自己的兴趣和爱好选修和辅修一些课程，我们可以自主选择，通过选修和辅修课程，可以开拓视野，增加多方面的知识。</w:t>
      </w:r>
      <w:r>
        <w:rPr>
          <w:lang w:eastAsia="zh-CN"/>
        </w:rPr>
        <w:br/>
      </w:r>
      <w:r>
        <w:rPr>
          <w:lang w:eastAsia="zh-CN"/>
        </w:rPr>
        <w:t>　　要树立新的学习理念。树立自主学习的理念，大学不同于高中，没人监督了，所以要学会合理确定学习目标，科学安排学习时间；树立全面学习的理念，在大学不仅仅要学习本专业知识，更重要的是学会掌握科学的学习方法，去全面学习；树立创新学习的理念，要用新的态度和方法去学习；树立终生学习的理念当今社会变化飞快，我们要不断充实自己才不至于被淘汰。</w:t>
      </w:r>
      <w:r>
        <w:rPr>
          <w:lang w:eastAsia="zh-CN"/>
        </w:rPr>
        <w:br/>
      </w:r>
      <w:r>
        <w:rPr>
          <w:lang w:eastAsia="zh-CN"/>
        </w:rPr>
        <w:t>　　二、锻炼自己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目前，越来越多的企业看重学生的社会实践能力，因此对于大学生而言，在完成学业的前提下，可以适当地做一些锻炼自己能力和与本专业相关的工作，不应该以赚钱为目的，而是要在工作中弥补自己学习中的不足，找到学习中的漏洞，锻炼自己多方面的能力。当然，前提条件是不能影响学业，如果以牺牲学业为代价，那就得不偿失了。</w:t>
      </w:r>
      <w:r>
        <w:rPr>
          <w:lang w:eastAsia="zh-CN"/>
        </w:rPr>
        <w:br/>
      </w:r>
      <w:r>
        <w:rPr>
          <w:lang w:eastAsia="zh-CN"/>
        </w:rPr>
        <w:t>　　随着社会发展的需要，对大学生的要也求越来越高，所以当代大学生需要培养自己的各种能力，大学生活是学生真正自己独立生活的开始，是人生成长的关键阶段，每个人要为将来步入社会做好充分的准备，在大学里不仅要学到知识，更多地应该学会生活，学会做人，培养和锻炼自己多方面的素质与能力。</w:t>
      </w:r>
      <w:r>
        <w:rPr>
          <w:lang w:eastAsia="zh-CN"/>
        </w:rPr>
        <w:br/>
      </w:r>
      <w:r>
        <w:rPr>
          <w:lang w:eastAsia="zh-CN"/>
        </w:rPr>
        <w:t>　　三、全面发展</w:t>
      </w:r>
      <w:r>
        <w:rPr>
          <w:lang w:eastAsia="zh-CN"/>
        </w:rPr>
        <w:br/>
      </w:r>
      <w:r>
        <w:rPr>
          <w:lang w:eastAsia="zh-CN"/>
        </w:rPr>
        <w:t>　　面对社会的需求和不同的大学生活，应当努力的提升自己适应环境的能力，当代大学生为了在激烈的高考竞争中取胜，几乎全身心投入学习，家长则给予过度保护。一旦从中学到大学的环境发生了改变，离开长期依赖的家长和教师，面对新的集体，新的生活方式，新的学习特点，一些学生就会陷入独立与依赖的矛盾之中。有的学生来到新的环境，面临理想与现实的较大反差，会产生失意、压抑、焦虑的情绪，甚至会出现神经衰弱症状。为了避免这些情况的出现，大学生应培养自己适应环境的能力，在新的环境中努力适应，争取较快地投入到正常的学习和生活中。</w:t>
      </w:r>
      <w:r>
        <w:rPr>
          <w:lang w:eastAsia="zh-CN"/>
        </w:rPr>
        <w:br/>
      </w:r>
      <w:r>
        <w:rPr>
          <w:lang w:eastAsia="zh-CN"/>
        </w:rPr>
        <w:t>　　四、树立目标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时代呼唤英才，希望在于青年。作为新时期的大学生，我们应该认识当代大学生的历史使命，在新的起点上继往开来，在现实基础上迎接挑战，没有远大的抱负，不会成就伟业；偏离正确的航向，难以抵达成功的彼岸。大学生只有及早地对自己的大学生活进行规划，明确目标和方向，脚踏实地地学习，培养自己多方面的素质与能力，才能在激烈的市场竞争中取得优势，赢得属于自己的一片天空。</w:t>
      </w:r>
      <w:r>
        <w:rPr>
          <w:lang w:eastAsia="zh-CN"/>
        </w:rPr>
        <w:br/>
      </w:r>
      <w:r>
        <w:rPr>
          <w:lang w:eastAsia="zh-CN"/>
        </w:rPr>
        <w:t>　　有一个正确的大学生活规划，这对当代大学生而言是非常重要的。只有清晰的大学生活规划，我们的大学生活才会更精彩，收获的也将会更多。</w:t>
      </w:r>
      <w:r>
        <w:rPr>
          <w:lang w:eastAsia="zh-CN"/>
        </w:rPr>
        <w:br/>
      </w:r>
      <w:r>
        <w:rPr>
          <w:lang w:eastAsia="zh-CN"/>
        </w:rPr>
        <w:t xml:space="preserve">    学生生活学习计划汇总 篇6 </w:t>
      </w:r>
      <w:r>
        <w:rPr>
          <w:lang w:eastAsia="zh-CN"/>
        </w:rPr>
        <w:br/>
      </w:r>
      <w:r>
        <w:rPr>
          <w:lang w:eastAsia="zh-CN"/>
        </w:rPr>
        <w:t>　　工作计划是行政活动中使用范围很广的重要公文,也是应用写作的一个重头戏。机关、团体、企事业单位的各级机构，对一定时期的工作预先作出安排和打算时，都要制定工作计划，用到“工作计划”这种公文。工作计划实际上有许多不同种类，它们不仅有时间长短之分，而且有范围大小之别。从计划的具体分类来讲，比较长远、宏大的为“规划”，比较切近、具体的为“安排”，比较繁杂、全面的为“方案”，比较简明、概括的为“要点”，比较深入、细致的为“计划”，比较粗略、雏形的为“设想”，无论如何都是计划文种的范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踏入大学，我们无比兴奋。摆脱了高中没日没夜的学习苦战，很多人都觉得可以放松一下了，只是大学同样也是学习的地方，学习照样是不可忽视的。所以，每个人都得有自己的学习计划，才能不荒废学习，在大学学有所成，学有所用。</w:t>
      </w:r>
      <w:r>
        <w:rPr>
          <w:lang w:eastAsia="zh-CN"/>
        </w:rPr>
        <w:br/>
      </w:r>
      <w:r>
        <w:rPr>
          <w:lang w:eastAsia="zh-CN"/>
        </w:rPr>
        <w:t>　　对跨入大学校门的新生，大学是与以往学习经历完全不同的全新环境。最主要的不同就是学习方式。过去的学习完全在老师和家长指导与监督下，而大学老师除了在课堂上见到外，你不去找老师，老师是不会主动找你的。有些老师甚至一学期下来，也不一定认识你。这种“师傅带进门，修行在个人”的开放式教学与学习方式，对刚从高考中闯过来的学生来说，许多人不能很好的适应。我的大一我要脚踏实地学好基础课程，特别是英语和计算机。在大规划下要做小计划，坚持每天记英语单词、练习口语，并从大一开始就坚定不移地学下去。根据自己的实际情况考虑是否修读双学位或辅修第二专业，并尽早做好资料准备。大一我有相对多的空余时间，我需要参加些活动还增长见识，提高能力。大一，英语四级也是不容忽视的，我必须通过努力，将它完成。</w:t>
      </w:r>
      <w:r>
        <w:rPr>
          <w:lang w:eastAsia="zh-CN"/>
        </w:rPr>
        <w:br/>
      </w:r>
      <w:r>
        <w:rPr>
          <w:lang w:eastAsia="zh-CN"/>
        </w:rPr>
        <w:t>　　进入大二，我们就已经开始熟悉大学的方方面面了。朝夕相处一年的同学与老师，熟悉亲切的校园，大学已经成为生活的全部。这个时候的大二，最关键的不再是不适应，而是如何过得更好，更充实。大二，我开始了解我的专业，然后我就将会对自己的学习更加明确，我还会为我将来的求职作准备。我要尽可能多了解自己的专业，空余时间参加社会活动。让自己成为一个合格的学生。争取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大三，我要加深专业课程的学习，我也要做好决定，考研还是就业，二者都是很不错的选择，两种选择，本身没有更好，只有更合适。从专业和职业发展考虑，应用型专业通常在就业上有更好的前途，而研究型专业更适合往高层次方面发展。另外还要考虑个人的职业需要和事业需求。所以无论考研还是就业，要根据自己“利益最大化”的需要而做出合理的选择。所以我要考虑清楚。如果就业多打听就业信息、了解去大企业面试的技巧。吧自己抛向社会，面向社会。如果要考研，那么我将关注考试信息。尽可能的备战下一轮学习。</w:t>
      </w:r>
      <w:r>
        <w:rPr>
          <w:lang w:eastAsia="zh-CN"/>
        </w:rPr>
        <w:br/>
      </w:r>
      <w:r>
        <w:rPr>
          <w:lang w:eastAsia="zh-CN"/>
        </w:rPr>
        <w:t>　　大四了，或许是宽松的一年，也是至关重要的一年，参加招聘活动，也要积极得求职。还要好好的完成毕业论文。我还要提高自己的各方面能力。能力，是用人单位选择人才时不变的主题。这种能力不仅包括专业能力，还包括组织能力、协调能力、合作能力等，是综合能力的体现。要让用人单位选择自己，首先得表现出相关的能力，并为这种能力提供相关的证明。如应聘程序设计职位，应该提供相关的程序员证书等it业内认可的证书，并说明所做的程序设计，表明自己具备相关的经验。</w:t>
      </w:r>
      <w:r>
        <w:rPr>
          <w:lang w:eastAsia="zh-CN"/>
        </w:rPr>
        <w:br/>
      </w:r>
      <w:r>
        <w:rPr>
          <w:lang w:eastAsia="zh-CN"/>
        </w:rPr>
        <w:t>　　如果我能够考上研究生，那么，我就更加努力，把握时间，为将来做打算，争取以后有不错的工作。其实找工作不是一蹴而就的，需要通过自己四年乃至更久的努力。总之，我在大学会不辜负自己的青春，认真学习不断进取，争取做个有用的人。</w:t>
      </w:r>
      <w:r>
        <w:rPr>
          <w:lang w:eastAsia="zh-CN"/>
        </w:rPr>
        <w:br/>
      </w:r>
      <w:r>
        <w:rPr>
          <w:lang w:eastAsia="zh-CN"/>
        </w:rPr>
        <w:t xml:space="preserve">    学生生活学习计划汇总 篇7 </w:t>
      </w:r>
      <w:r>
        <w:rPr>
          <w:lang w:eastAsia="zh-CN"/>
        </w:rPr>
        <w:br/>
      </w:r>
      <w:r>
        <w:rPr>
          <w:lang w:eastAsia="zh-CN"/>
        </w:rPr>
        <w:t>　　第二步，分析结果，确定学习目标。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1.语文：90</w:t>
      </w:r>
      <w:r>
        <w:rPr>
          <w:lang w:eastAsia="zh-CN"/>
        </w:rPr>
        <w:br/>
      </w:r>
      <w:r>
        <w:rPr>
          <w:lang w:eastAsia="zh-CN"/>
        </w:rPr>
        <w:t>　　2.数学：85</w:t>
      </w:r>
      <w:r>
        <w:rPr>
          <w:lang w:eastAsia="zh-CN"/>
        </w:rPr>
        <w:br/>
      </w:r>
      <w:r>
        <w:rPr>
          <w:lang w:eastAsia="zh-CN"/>
        </w:rPr>
        <w:t>　　第三步，有针对性地提出改进措施。</w:t>
      </w:r>
      <w:r>
        <w:rPr>
          <w:lang w:eastAsia="zh-CN"/>
        </w:rPr>
        <w:br/>
      </w:r>
      <w:r>
        <w:rPr>
          <w:lang w:eastAsia="zh-CN"/>
        </w:rPr>
        <w:t>　　踏实学习，改进方法。（下期准备3本笔记本，语文和数学各一本积累本，数学改错1本。)</w:t>
      </w:r>
      <w:r>
        <w:rPr>
          <w:lang w:eastAsia="zh-CN"/>
        </w:rPr>
        <w:br/>
      </w:r>
      <w:r>
        <w:rPr>
          <w:lang w:eastAsia="zh-CN"/>
        </w:rPr>
        <w:t>　　第四步，制定学习计划，具体落实。</w:t>
      </w:r>
      <w:r>
        <w:rPr>
          <w:lang w:eastAsia="zh-CN"/>
        </w:rPr>
        <w:br/>
      </w:r>
      <w:r>
        <w:rPr>
          <w:lang w:eastAsia="zh-CN"/>
        </w:rPr>
        <w:t>　　1.每天足量学习4个半小时,内容包括:寒假各科作业：语文阅读、数学练习、语文阅读等</w:t>
      </w:r>
      <w:r>
        <w:rPr>
          <w:lang w:eastAsia="zh-CN"/>
        </w:rPr>
        <w:br/>
      </w:r>
      <w:r>
        <w:rPr>
          <w:lang w:eastAsia="zh-CN"/>
        </w:rPr>
        <w:t>　　2.中午保证一小时休息,下午学习然后外出体育活动</w:t>
      </w:r>
      <w:r>
        <w:rPr>
          <w:lang w:eastAsia="zh-CN"/>
        </w:rPr>
        <w:br/>
      </w:r>
      <w:r>
        <w:rPr>
          <w:lang w:eastAsia="zh-CN"/>
        </w:rPr>
        <w:t>　　7：30 起床</w:t>
      </w:r>
      <w:r>
        <w:rPr>
          <w:lang w:eastAsia="zh-CN"/>
        </w:rPr>
        <w:br/>
      </w:r>
      <w:r>
        <w:rPr>
          <w:lang w:eastAsia="zh-CN"/>
        </w:rPr>
        <w:t>　　7：40 洗漱完毕</w:t>
      </w:r>
      <w:r>
        <w:rPr>
          <w:lang w:eastAsia="zh-CN"/>
        </w:rPr>
        <w:br/>
      </w:r>
      <w:r>
        <w:rPr>
          <w:lang w:eastAsia="zh-CN"/>
        </w:rPr>
        <w:t>　　7：50---8：10阅读</w:t>
      </w:r>
      <w:r>
        <w:rPr>
          <w:lang w:eastAsia="zh-CN"/>
        </w:rPr>
        <w:br/>
      </w:r>
      <w:r>
        <w:rPr>
          <w:lang w:eastAsia="zh-CN"/>
        </w:rPr>
        <w:t>　　8：20吃饭</w:t>
      </w:r>
      <w:r>
        <w:rPr>
          <w:lang w:eastAsia="zh-CN"/>
        </w:rPr>
        <w:br/>
      </w:r>
      <w:r>
        <w:rPr>
          <w:lang w:eastAsia="zh-CN"/>
        </w:rPr>
        <w:t>　　8：40---9：30 做作业（语文）</w:t>
      </w:r>
      <w:r>
        <w:rPr>
          <w:lang w:eastAsia="zh-CN"/>
        </w:rPr>
        <w:br/>
      </w:r>
      <w:r>
        <w:rPr>
          <w:lang w:eastAsia="zh-CN"/>
        </w:rPr>
        <w:t>　　9：50—10：40 数学</w:t>
      </w:r>
      <w:r>
        <w:rPr>
          <w:lang w:eastAsia="zh-CN"/>
        </w:rPr>
        <w:br/>
      </w:r>
      <w:r>
        <w:rPr>
          <w:lang w:eastAsia="zh-CN"/>
        </w:rPr>
        <w:t>　　10：50---11：20 看报 课外书</w:t>
      </w:r>
      <w:r>
        <w:rPr>
          <w:lang w:eastAsia="zh-CN"/>
        </w:rPr>
        <w:br/>
      </w:r>
      <w:r>
        <w:rPr>
          <w:lang w:eastAsia="zh-CN"/>
        </w:rPr>
        <w:t>　　11：45--13：00 吃饭 午休</w:t>
      </w:r>
      <w:r>
        <w:rPr>
          <w:lang w:eastAsia="zh-CN"/>
        </w:rPr>
        <w:br/>
      </w:r>
      <w:r>
        <w:rPr>
          <w:lang w:eastAsia="zh-CN"/>
        </w:rPr>
        <w:t>　　13：30---14：10 语文</w:t>
      </w:r>
      <w:r>
        <w:rPr>
          <w:lang w:eastAsia="zh-CN"/>
        </w:rPr>
        <w:br/>
      </w:r>
      <w:r>
        <w:rPr>
          <w:lang w:eastAsia="zh-CN"/>
        </w:rPr>
        <w:t>　　14：30--15：20数学</w:t>
      </w:r>
      <w:r>
        <w:rPr>
          <w:lang w:eastAsia="zh-CN"/>
        </w:rPr>
        <w:br/>
      </w:r>
      <w:r>
        <w:rPr>
          <w:lang w:eastAsia="zh-CN"/>
        </w:rPr>
        <w:t>　　15：40—16：10阅读</w:t>
      </w:r>
      <w:r>
        <w:rPr>
          <w:lang w:eastAsia="zh-CN"/>
        </w:rPr>
        <w:br/>
      </w:r>
      <w:r>
        <w:rPr>
          <w:lang w:eastAsia="zh-CN"/>
        </w:rPr>
        <w:t>　　16：40---吃晚饭前体育运动</w:t>
      </w:r>
      <w:r>
        <w:rPr>
          <w:lang w:eastAsia="zh-CN"/>
        </w:rPr>
        <w:br/>
      </w:r>
      <w:r>
        <w:rPr>
          <w:lang w:eastAsia="zh-CN"/>
        </w:rPr>
        <w:t>　　21：10 睡觉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学生生活学习计划汇总 篇8 </w:t>
      </w:r>
      <w:r>
        <w:rPr>
          <w:lang w:eastAsia="zh-CN"/>
        </w:rPr>
        <w:br/>
      </w:r>
      <w:r>
        <w:rPr>
          <w:lang w:eastAsia="zh-CN"/>
        </w:rPr>
        <w:t>　　不知不觉中，新的一年迎面而来，又一个寒假随之而来，我的寒假可不会像一些同学那样，天天吃喝玩乐。我要度过一个有意义、充实而又快乐的寒假。</w:t>
      </w:r>
      <w:r>
        <w:rPr>
          <w:lang w:eastAsia="zh-CN"/>
        </w:rPr>
        <w:br/>
      </w:r>
      <w:r>
        <w:rPr>
          <w:lang w:eastAsia="zh-CN"/>
        </w:rPr>
        <w:t>　　我给自己精心设计了一套完美的寒假计划：</w:t>
      </w:r>
      <w:r>
        <w:rPr>
          <w:lang w:eastAsia="zh-CN"/>
        </w:rPr>
        <w:br/>
      </w:r>
      <w:r>
        <w:rPr>
          <w:lang w:eastAsia="zh-CN"/>
        </w:rPr>
        <w:t>　　首先，我会继续学习画画，因为我对这门艺术情有独钟，它不但陶冶了我的情操，磨练了我的耐性。这学期，我的绘画作品和手抄报作品都在镇和区的比赛中获奖了，还将推荐到汕头市参加比赛，这离不开多年来的练习呀！我要让这方面的特长继续发扬下去。</w:t>
      </w:r>
      <w:r>
        <w:rPr>
          <w:lang w:eastAsia="zh-CN"/>
        </w:rPr>
        <w:br/>
      </w:r>
      <w:r>
        <w:rPr>
          <w:lang w:eastAsia="zh-CN"/>
        </w:rPr>
        <w:t>　　其次，我要在寒假里多看课外书，积累更多的古诗文，为下学期学校开展的“颂经典诗文”和“古诗词知识竞赛”做好准备。</w:t>
      </w:r>
      <w:r>
        <w:rPr>
          <w:lang w:eastAsia="zh-CN"/>
        </w:rPr>
        <w:br/>
      </w:r>
      <w:r>
        <w:rPr>
          <w:lang w:eastAsia="zh-CN"/>
        </w:rPr>
        <w:t>　　当然，作为一名校园小记者，我还会留心观察周围的事情，及时撰写稿子投稿，和大家共同分享，共同进步，让自己的采写能力得到进一步的提高。</w:t>
      </w:r>
      <w:r>
        <w:rPr>
          <w:lang w:eastAsia="zh-CN"/>
        </w:rPr>
        <w:br/>
      </w:r>
      <w:r>
        <w:rPr>
          <w:lang w:eastAsia="zh-CN"/>
        </w:rPr>
        <w:t>　　我还会帮妈妈做一些力所能及的家务活。看，妈妈每天都为了这个家，为了我们而操劳着！寒假里，我不能让妈妈再那么忙碌地工作了，我要帮帮忙，让妈妈得到放松。</w:t>
      </w:r>
      <w:r>
        <w:rPr>
          <w:lang w:eastAsia="zh-CN"/>
        </w:rPr>
        <w:br/>
      </w:r>
      <w:r>
        <w:rPr>
          <w:lang w:eastAsia="zh-CN"/>
        </w:rPr>
        <w:t>　　最后，我要和爸爸妈妈出去旅游几天，开开眼界。俗话说得好：走万里路胜读万卷书！我相信，一趟旅游会让我受益匪浅的。</w:t>
      </w:r>
      <w:r>
        <w:rPr>
          <w:lang w:eastAsia="zh-CN"/>
        </w:rPr>
        <w:br/>
      </w:r>
      <w:r>
        <w:rPr>
          <w:lang w:eastAsia="zh-CN"/>
        </w:rPr>
        <w:t>　　同学们，你们的寒假计划又如何呢？在这个舞台上展示出来吧！</w:t>
      </w:r>
      <w:r>
        <w:rPr>
          <w:lang w:eastAsia="zh-CN"/>
        </w:rPr>
        <w:br/>
      </w:r>
      <w:r>
        <w:rPr>
          <w:lang w:eastAsia="zh-CN"/>
        </w:rPr>
        <w:t xml:space="preserve">    学生生活学习计划汇总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眨眼间我们就告别了令人难忘的七年级，迎来了全新的八年级。可以说八年级初中学习生活中最重要的一个阶段，也是一个崭新的开始。因此我们要制定一份适合自己的学习计划。</w:t>
      </w:r>
      <w:r>
        <w:rPr>
          <w:lang w:eastAsia="zh-CN"/>
        </w:rPr>
        <w:br/>
      </w:r>
      <w:r>
        <w:rPr>
          <w:lang w:eastAsia="zh-CN"/>
        </w:rPr>
        <w:t>　　一、掌握学习方法。首先得掌握学习计划，才能提高学习效率。</w:t>
      </w:r>
      <w:r>
        <w:rPr>
          <w:lang w:eastAsia="zh-CN"/>
        </w:rPr>
        <w:br/>
      </w:r>
      <w:r>
        <w:rPr>
          <w:lang w:eastAsia="zh-CN"/>
        </w:rPr>
        <w:t>　　1、预习：能发现自己知识上的薄弱环节，在上课前补上这部分知识，不使它成为听课时的“绊脚石”。这样就会顺利的理解新知识。</w:t>
      </w:r>
      <w:r>
        <w:rPr>
          <w:lang w:eastAsia="zh-CN"/>
        </w:rPr>
        <w:br/>
      </w:r>
      <w:r>
        <w:rPr>
          <w:lang w:eastAsia="zh-CN"/>
        </w:rPr>
        <w:t>　　2、听课：听课是课堂上最重要的环节之一。只有认真听讲才会把你课前预习的一些不太懂得知识分析的更加透彻，这样才能使成绩提高。</w:t>
      </w:r>
      <w:r>
        <w:rPr>
          <w:lang w:eastAsia="zh-CN"/>
        </w:rPr>
        <w:br/>
      </w:r>
      <w:r>
        <w:rPr>
          <w:lang w:eastAsia="zh-CN"/>
        </w:rPr>
        <w:t>　　3、记课堂笔记：上课要养成记笔记的习惯，老师让记的都是重点。经常对照笔记，回忆老师讲课的内容，加深理解，增强记忆，便于运用。</w:t>
      </w:r>
      <w:r>
        <w:rPr>
          <w:lang w:eastAsia="zh-CN"/>
        </w:rPr>
        <w:br/>
      </w:r>
      <w:r>
        <w:rPr>
          <w:lang w:eastAsia="zh-CN"/>
        </w:rPr>
        <w:t>　　二、各科的学习</w:t>
      </w:r>
      <w:r>
        <w:rPr>
          <w:lang w:eastAsia="zh-CN"/>
        </w:rPr>
        <w:br/>
      </w:r>
      <w:r>
        <w:rPr>
          <w:lang w:eastAsia="zh-CN"/>
        </w:rPr>
        <w:t>　　1、语文：语文在与积累。字词等基础的东西，需要平时多加积累。阅读理解方面，就必须得多做练习。作文要想的高分就必须多看文章，多练习。</w:t>
      </w:r>
      <w:r>
        <w:rPr>
          <w:lang w:eastAsia="zh-CN"/>
        </w:rPr>
        <w:br/>
      </w:r>
      <w:r>
        <w:rPr>
          <w:lang w:eastAsia="zh-CN"/>
        </w:rPr>
        <w:t>　　2、数学：想学好数学就得注意这几点</w:t>
      </w:r>
      <w:r>
        <w:rPr>
          <w:lang w:eastAsia="zh-CN"/>
        </w:rPr>
        <w:br/>
      </w:r>
      <w:r>
        <w:rPr>
          <w:lang w:eastAsia="zh-CN"/>
        </w:rPr>
        <w:t>　　（1）深刻理解概念</w:t>
      </w:r>
      <w:r>
        <w:rPr>
          <w:lang w:eastAsia="zh-CN"/>
        </w:rPr>
        <w:br/>
      </w:r>
      <w:r>
        <w:rPr>
          <w:lang w:eastAsia="zh-CN"/>
        </w:rPr>
        <w:t>　　（2）多看一些例题</w:t>
      </w:r>
      <w:r>
        <w:rPr>
          <w:lang w:eastAsia="zh-CN"/>
        </w:rPr>
        <w:br/>
      </w:r>
      <w:r>
        <w:rPr>
          <w:lang w:eastAsia="zh-CN"/>
        </w:rPr>
        <w:t>　　（3）多做基础类型题</w:t>
      </w:r>
      <w:r>
        <w:rPr>
          <w:lang w:eastAsia="zh-CN"/>
        </w:rPr>
        <w:br/>
      </w:r>
      <w:r>
        <w:rPr>
          <w:lang w:eastAsia="zh-CN"/>
        </w:rPr>
        <w:t>　　（4）要注意适量的向外拓展一些知识。</w:t>
      </w:r>
      <w:r>
        <w:rPr>
          <w:lang w:eastAsia="zh-CN"/>
        </w:rPr>
        <w:br/>
      </w:r>
      <w:r>
        <w:rPr>
          <w:lang w:eastAsia="zh-CN"/>
        </w:rPr>
        <w:t>　　3、英语：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第一，要密切注意某些单词的特殊功能。</w:t>
      </w:r>
      <w:r>
        <w:rPr>
          <w:lang w:eastAsia="zh-CN"/>
        </w:rPr>
        <w:br/>
      </w:r>
      <w:r>
        <w:rPr>
          <w:lang w:eastAsia="zh-CN"/>
        </w:rPr>
        <w:t>　　第二，要不断扩大对词组的识别能力和运用能力。</w:t>
      </w:r>
      <w:r>
        <w:rPr>
          <w:lang w:eastAsia="zh-CN"/>
        </w:rPr>
        <w:br/>
      </w:r>
      <w:r>
        <w:rPr>
          <w:lang w:eastAsia="zh-CN"/>
        </w:rPr>
        <w:t>　　第三，要大量积累英语各种句型。</w:t>
      </w:r>
      <w:r>
        <w:rPr>
          <w:lang w:eastAsia="zh-CN"/>
        </w:rPr>
        <w:br/>
      </w:r>
      <w:r>
        <w:rPr>
          <w:lang w:eastAsia="zh-CN"/>
        </w:rPr>
        <w:t>　　4、物理：</w:t>
      </w:r>
      <w:r>
        <w:rPr>
          <w:lang w:eastAsia="zh-CN"/>
        </w:rPr>
        <w:br/>
      </w:r>
      <w:r>
        <w:rPr>
          <w:lang w:eastAsia="zh-CN"/>
        </w:rPr>
        <w:t>　　（1）注意观察。</w:t>
      </w:r>
      <w:r>
        <w:rPr>
          <w:lang w:eastAsia="zh-CN"/>
        </w:rPr>
        <w:br/>
      </w:r>
      <w:r>
        <w:rPr>
          <w:lang w:eastAsia="zh-CN"/>
        </w:rPr>
        <w:t>　　（2）要注意学习和总结物理学科解决问题的方法，帮助自己逐渐提高思维能力。</w:t>
      </w:r>
      <w:r>
        <w:rPr>
          <w:lang w:eastAsia="zh-CN"/>
        </w:rPr>
        <w:br/>
      </w:r>
      <w:r>
        <w:rPr>
          <w:lang w:eastAsia="zh-CN"/>
        </w:rPr>
        <w:t>　　（3）要注意记忆方法。学习初中物理虽然需要注意培养思维能力，但同时也要重视记忆，要在理解的基础上进行记忆，不要机械记忆。</w:t>
      </w:r>
      <w:r>
        <w:rPr>
          <w:lang w:eastAsia="zh-CN"/>
        </w:rPr>
        <w:br/>
      </w:r>
      <w:r>
        <w:rPr>
          <w:lang w:eastAsia="zh-CN"/>
        </w:rPr>
        <w:t>　　（4）要重视实验，尽可能多动手做实验。</w:t>
      </w:r>
      <w:r>
        <w:rPr>
          <w:lang w:eastAsia="zh-CN"/>
        </w:rPr>
        <w:br/>
      </w:r>
      <w:r>
        <w:rPr>
          <w:lang w:eastAsia="zh-CN"/>
        </w:rPr>
        <w:t>　　5、历史，地理，政治，生物：</w:t>
      </w:r>
      <w:r>
        <w:rPr>
          <w:lang w:eastAsia="zh-CN"/>
        </w:rPr>
        <w:br/>
      </w:r>
      <w:r>
        <w:rPr>
          <w:lang w:eastAsia="zh-CN"/>
        </w:rPr>
        <w:t>　　上课必须认真听讲，一定要记课堂笔记，回家后将课上记得要点加以整理，转化为自己的东西，并在实际问题中灵活运用，已达到学习的真正目的。</w:t>
      </w:r>
      <w:r>
        <w:rPr>
          <w:lang w:eastAsia="zh-CN"/>
        </w:rPr>
        <w:br/>
      </w:r>
      <w:r>
        <w:rPr>
          <w:lang w:eastAsia="zh-CN"/>
        </w:rPr>
        <w:t xml:space="preserve">    学生生活学习计划汇总 篇10 </w:t>
      </w:r>
      <w:r>
        <w:rPr>
          <w:lang w:eastAsia="zh-CN"/>
        </w:rPr>
        <w:br/>
      </w:r>
      <w:r>
        <w:rPr>
          <w:lang w:eastAsia="zh-CN"/>
        </w:rPr>
        <w:t>　　新的学年，新的开始，新的希望。在此辞旧迎新之际，我们学习部要作好充分准备，做好工作计划，坚持学风建设这个中心，继续创新制度，完善并发展部门职能。我们将继续迎接新的挑战，争取获得更大的进步。学习部将会继续努力做好本职工作，认真督促同学们学习，团结各部，认真完成系里交给我们的任务，为同学们在新学期的进一步发展打好基础。这月具体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计划组织一次期末考试总结交流会，通过这次交流会，使同学们可以更好的了解考试中应该注意的问题，使同学们可以更好的适应大学的考试，更好的完成大学的学业，度过一个快乐而又充实的大学生活。关于这次总结交流会的具体时间和地点还在讨论中，宣传工作会请宣传部帮忙。</w:t>
      </w:r>
      <w:r>
        <w:rPr>
          <w:lang w:eastAsia="zh-CN"/>
        </w:rPr>
        <w:br/>
      </w:r>
      <w:r>
        <w:rPr>
          <w:lang w:eastAsia="zh-CN"/>
        </w:rPr>
        <w:t>　　二、计划组织一次有关电脑方面知识竞赛，具体还在商讨之中，目的是使大家更好的了解电脑知识，更多的了解教育技术。</w:t>
      </w:r>
      <w:r>
        <w:rPr>
          <w:lang w:eastAsia="zh-CN"/>
        </w:rPr>
        <w:br/>
      </w:r>
      <w:r>
        <w:rPr>
          <w:lang w:eastAsia="zh-CN"/>
        </w:rPr>
        <w:t>　　三、加强例会管理力度，保证每次例会以高质量召开，并保证工作落实到位。根据本部门例会制度，对例会时间及地点作出明确规定，对本月内的工作任务安排到位，责任到人。争取达到预期效果。</w:t>
      </w:r>
      <w:r>
        <w:rPr>
          <w:lang w:eastAsia="zh-CN"/>
        </w:rPr>
        <w:br/>
      </w:r>
      <w:r>
        <w:rPr>
          <w:lang w:eastAsia="zh-CN"/>
        </w:rPr>
        <w:t>　　四、培养新干事，自从选出新干事以后，我们一直都在关注着新干事的培养工作。我们安排更多的机会给新干事实习培训。首先对他们进行怎样举办活动的培训，然后安排他们配合其他部门工作。</w:t>
      </w:r>
      <w:r>
        <w:rPr>
          <w:lang w:eastAsia="zh-CN"/>
        </w:rPr>
        <w:br/>
      </w:r>
      <w:r>
        <w:rPr>
          <w:lang w:eastAsia="zh-CN"/>
        </w:rPr>
        <w:t>　　五、管理好部门，为了更加了解各干事的具体情况和表现，我们会多和干事交流，向干事传播学院的思想和指导工作的方向。无论是在工作上还是在思想上，让他们更多地了解工作的细节要点，培养彼此之间的默契感，以便以后能更好地开展工作。</w:t>
      </w:r>
      <w:r>
        <w:rPr>
          <w:lang w:eastAsia="zh-CN"/>
        </w:rPr>
        <w:br/>
      </w:r>
      <w:r>
        <w:rPr>
          <w:lang w:eastAsia="zh-CN"/>
        </w:rPr>
        <w:t>　　六、配合学院和其他各部开展丰富多彩的校园文化活动。积极配合学生会，开展好学院的集体活动，如文化艺术节，每年一次的大型运动会等。配合领导搞好与学风建设相关的活动。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学习部将按照一贯的作风，协调部内人员，积极完成本月计划。学习部各个成员将在工作中努力提高自身素质,并积极主动的工作，在工作中推陈出新,不断提高自己。我们相信我们会尽心去努力，配合其他各部门做好学生会的各项工作，保证时效性，确保工作顺利、有效地进行。</w:t>
      </w:r>
      <w:r>
        <w:rPr>
          <w:lang w:eastAsia="zh-CN"/>
        </w:rPr>
        <w:br/>
      </w:r>
      <w:r>
        <w:rPr>
          <w:lang w:eastAsia="zh-CN"/>
        </w:rPr>
        <w:t xml:space="preserve">    学生生活学习计划汇总 篇11 </w:t>
      </w:r>
      <w:r>
        <w:rPr>
          <w:lang w:eastAsia="zh-CN"/>
        </w:rPr>
        <w:br/>
      </w:r>
      <w:r>
        <w:rPr>
          <w:lang w:eastAsia="zh-CN"/>
        </w:rPr>
        <w:t>　　寒假生活开始了，中学生应该如何度过一个充实的寒假学习生活呢？我结合几年来对学生的辅导，就如何制定详细的学习计划谈一下几点意见：</w:t>
      </w:r>
      <w:r>
        <w:rPr>
          <w:lang w:eastAsia="zh-CN"/>
        </w:rPr>
        <w:br/>
      </w:r>
      <w:r>
        <w:rPr>
          <w:lang w:eastAsia="zh-CN"/>
        </w:rPr>
        <w:t>　　合理安排时间</w:t>
      </w:r>
      <w:r>
        <w:rPr>
          <w:lang w:eastAsia="zh-CN"/>
        </w:rPr>
        <w:br/>
      </w:r>
      <w:r>
        <w:rPr>
          <w:lang w:eastAsia="zh-CN"/>
        </w:rPr>
        <w:t>　　学生平时在学校学习每天从早到晚，都围绕着老师和作业考试转，很少有自己自主化学习的时间。寒假了应该全部是自己的时间。学生要在放假后就制定一个寒假学习生活计划。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从时间来说，假期不像在校学习时那么紧张。但也要有条不紊。一天的时间安排从早上起床到中午再到晚上休息，都要有一个详细的规划。什么时间预习复习功课，预习复习哪门功课。什么时间休息，如听听音乐，唱唱歌。什么时间和家长或同学上街玩或做些有益的体育活动。要像在学校里一样有一个“日程表”，制定的计划要充分想到一些自己控制不了的时间，留有弹性余地。如和家长一起拜访亲友或亲友同学上门拜访，和同学一起自由活动等等。一般要7：00起床，中午休息半小时，晚上10：30最晚11：00休息。把复习功课、科目、玩、兴趣发展、逛街、访友的时间穿插开，做到劳逸结合、井井有条。一般上午以理科为主，下午以文科为主，零散时间背背单词、积累。利用网校听名师面授、看知识强化，做在线测试，也可以单独拿出时间听英语外教听力、看作文天地里的写作指导和作品共享或着看在线答疑里的疑难问题，做到巩固强化所学知识。</w:t>
      </w:r>
      <w:r>
        <w:rPr>
          <w:lang w:eastAsia="zh-CN"/>
        </w:rPr>
        <w:br/>
      </w:r>
      <w:r>
        <w:rPr>
          <w:lang w:eastAsia="zh-CN"/>
        </w:rPr>
        <w:t>　　1,从最差科目着手，例如，英语每天固定背单词，数物化每天做习题，语文每天做阅读。</w:t>
      </w:r>
      <w:r>
        <w:rPr>
          <w:lang w:eastAsia="zh-CN"/>
        </w:rPr>
        <w:br/>
      </w:r>
      <w:r>
        <w:rPr>
          <w:lang w:eastAsia="zh-CN"/>
        </w:rPr>
        <w:t>　　2，需要记忆的，记载小本子上，随身记。</w:t>
      </w:r>
      <w:r>
        <w:rPr>
          <w:lang w:eastAsia="zh-CN"/>
        </w:rPr>
        <w:br/>
      </w:r>
      <w:r>
        <w:rPr>
          <w:lang w:eastAsia="zh-CN"/>
        </w:rPr>
        <w:t>　　3，多看辅导书，多做练习题</w:t>
      </w:r>
      <w:r>
        <w:rPr>
          <w:lang w:eastAsia="zh-CN"/>
        </w:rPr>
        <w:br/>
      </w:r>
      <w:r>
        <w:rPr>
          <w:lang w:eastAsia="zh-CN"/>
        </w:rPr>
        <w:t>　　4，错题一定要整理下来</w:t>
      </w:r>
      <w:r>
        <w:rPr>
          <w:lang w:eastAsia="zh-CN"/>
        </w:rPr>
        <w:br/>
      </w:r>
      <w:r>
        <w:rPr>
          <w:lang w:eastAsia="zh-CN"/>
        </w:rPr>
        <w:t>　　5，树立目标，用尽全力</w:t>
      </w:r>
      <w:r>
        <w:rPr>
          <w:lang w:eastAsia="zh-CN"/>
        </w:rPr>
        <w:br/>
      </w:r>
      <w:r>
        <w:rPr>
          <w:lang w:eastAsia="zh-CN"/>
        </w:rPr>
        <w:t>　　中学生寒假学习计划的延伸阅读制定学习计划的作用</w:t>
      </w:r>
      <w:r>
        <w:rPr>
          <w:lang w:eastAsia="zh-CN"/>
        </w:rPr>
        <w:br/>
      </w:r>
      <w:r>
        <w:rPr>
          <w:lang w:eastAsia="zh-CN"/>
        </w:rPr>
        <w:t>　　计划是实现目标的蓝图</w:t>
      </w:r>
      <w:r>
        <w:rPr>
          <w:lang w:eastAsia="zh-CN"/>
        </w:rPr>
        <w:br/>
      </w:r>
      <w:r>
        <w:rPr>
          <w:lang w:eastAsia="zh-CN"/>
        </w:rPr>
        <w:t>　　目标不是什么花瓶，你需要制定计划，脚踏实地、有步骤地去实现它。通过计划合理安排时间和任务，使自己达到目标，也使自己明确每一个任务的目的。促使自己实行计划</w:t>
      </w:r>
      <w:r>
        <w:rPr>
          <w:lang w:eastAsia="zh-CN"/>
        </w:rPr>
        <w:br/>
      </w:r>
      <w:r>
        <w:rPr>
          <w:lang w:eastAsia="zh-CN"/>
        </w:rPr>
        <w:t>　　学习生活是千变万化的，它总是在引诱你去偷懒。制定学习计划，可以促使你按照计划实行任务，排除困难和干扰。实行计划是意志力的体现。坚持实行计划可以磨练你的意志力，而意志力经过磨练，你的学习收获又会更一步提升。这些进步只会能使你更有自信心，取得更好的成功。</w:t>
      </w:r>
      <w:r>
        <w:rPr>
          <w:lang w:eastAsia="zh-CN"/>
        </w:rPr>
        <w:br/>
      </w:r>
      <w:r>
        <w:rPr>
          <w:lang w:eastAsia="zh-CN"/>
        </w:rPr>
        <w:t>　　有利于学习习惯的形成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按照计划行事，能使自己的学习生活节奏分明。从而，该学习时能安心学习，玩的时候能开心地玩。久而久之，所有这些都会形成自觉行动，成为好的学习习惯。提高学习效率，减少时间浪费。合理的计划安排使你更有效的利用时间。你会知道多玩一个小时就会有哪项任务不会完成，这会给你带来多大的影响。有了计划，每一步行动都很明确，也不要总是花费心思考虑等下该学什么</w:t>
      </w:r>
      <w:r>
        <w:rPr>
          <w:lang w:eastAsia="zh-CN"/>
        </w:rPr>
        <w:br/>
      </w:r>
      <w:r>
        <w:rPr>
          <w:lang w:eastAsia="zh-CN"/>
        </w:rPr>
        <w:t>　　高中生合理的暑假假期安排应该是什么样的?</w:t>
      </w:r>
      <w:r>
        <w:rPr>
          <w:lang w:eastAsia="zh-CN"/>
        </w:rPr>
        <w:br/>
      </w:r>
      <w:r>
        <w:rPr>
          <w:lang w:eastAsia="zh-CN"/>
        </w:rPr>
        <w:t>　　高中暑假假期合理的安排应该是学习和休息的良好结合,即不会耽误下学期的学习进程又不会导致暑期各种补习班,精力疲惫,我们建议同学们20__年的暑假假期安排应该是这样的几个方面:</w:t>
      </w:r>
      <w:r>
        <w:rPr>
          <w:lang w:eastAsia="zh-CN"/>
        </w:rPr>
        <w:br/>
      </w:r>
      <w:r>
        <w:rPr>
          <w:lang w:eastAsia="zh-CN"/>
        </w:rPr>
        <w:t>　　1、制定计划</w:t>
      </w:r>
      <w:r>
        <w:rPr>
          <w:lang w:eastAsia="zh-CN"/>
        </w:rPr>
        <w:br/>
      </w:r>
      <w:r>
        <w:rPr>
          <w:lang w:eastAsia="zh-CN"/>
        </w:rPr>
        <w:t>　　要学习好，首先要制定一个切实可行的学习计划，用以指导自己的学习。古人说：“凡事预则立，不预则废。”因为有计划就不会打乱仗，就可以合理安排时间，恰当分配精力。基本要点：</w:t>
      </w:r>
      <w:r>
        <w:rPr>
          <w:lang w:eastAsia="zh-CN"/>
        </w:rPr>
        <w:br/>
      </w:r>
      <w:r>
        <w:rPr>
          <w:lang w:eastAsia="zh-CN"/>
        </w:rPr>
        <w:t>　　第一，要有正确的学习目的。每个学生的学习计划，都是为了达到他的学习目的服务的。正确的学习目的，是正确的学习动机的'反映，它是推动学生主动积极学习和克服困难的内在动力。</w:t>
      </w:r>
      <w:r>
        <w:rPr>
          <w:lang w:eastAsia="zh-CN"/>
        </w:rPr>
        <w:br/>
      </w:r>
      <w:r>
        <w:rPr>
          <w:lang w:eastAsia="zh-CN"/>
        </w:rPr>
        <w:t>　　第二，计划内容一般分五个部分：</w:t>
      </w:r>
      <w:r>
        <w:rPr>
          <w:lang w:eastAsia="zh-CN"/>
        </w:rPr>
        <w:br/>
      </w:r>
      <w:r>
        <w:rPr>
          <w:lang w:eastAsia="zh-CN"/>
        </w:rPr>
        <w:t>　　①全学期学习的总的目的、要求和时间安排。</w:t>
      </w:r>
      <w:r>
        <w:rPr>
          <w:lang w:eastAsia="zh-CN"/>
        </w:rPr>
        <w:br/>
      </w:r>
      <w:r>
        <w:rPr>
          <w:lang w:eastAsia="zh-CN"/>
        </w:rPr>
        <w:t>　　②分科学习的目的、要求和时间安排。优秀中学生的学习经验表明，在制定分科学习计划时要注意两点：要特别重视马列主义的基础知识、语文和数学三门学科的学习。学好这三门学科，是学好其他各门学科的基础。学习要有重点，但不能偏废某些学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③系统自学的目的、要求和时间安排。自学内容大致有三方面：</w:t>
      </w:r>
      <w:r>
        <w:rPr>
          <w:lang w:eastAsia="zh-CN"/>
        </w:rPr>
        <w:br/>
      </w:r>
      <w:r>
        <w:rPr>
          <w:lang w:eastAsia="zh-CN"/>
        </w:rPr>
        <w:t>　　①自学缺漏知识，以便打好扎实的知识基础，使自己所掌握的知识能跟上和适应新教材的学习。</w:t>
      </w:r>
      <w:r>
        <w:rPr>
          <w:lang w:eastAsia="zh-CN"/>
        </w:rPr>
        <w:br/>
      </w:r>
      <w:r>
        <w:rPr>
          <w:lang w:eastAsia="zh-CN"/>
        </w:rPr>
        <w:t>　　②为了配合新教材的学习而系统自学有关的某种读物。</w:t>
      </w:r>
      <w:r>
        <w:rPr>
          <w:lang w:eastAsia="zh-CN"/>
        </w:rPr>
        <w:br/>
      </w:r>
      <w:r>
        <w:rPr>
          <w:lang w:eastAsia="zh-CN"/>
        </w:rPr>
        <w:t>　　③不受老师的教学进度的限制提前系统自学新教材。</w:t>
      </w:r>
      <w:r>
        <w:rPr>
          <w:lang w:eastAsia="zh-CN"/>
        </w:rPr>
        <w:br/>
      </w:r>
      <w:r>
        <w:rPr>
          <w:lang w:eastAsia="zh-CN"/>
        </w:rPr>
        <w:t>　　④参加课外科技活动和其他学习活动以及阅读课外书籍的目的、内容、要地和时间安排。⑤坚持身体锻炼的目的、要求和时间安排。</w:t>
      </w:r>
      <w:r>
        <w:rPr>
          <w:lang w:eastAsia="zh-CN"/>
        </w:rPr>
        <w:br/>
      </w:r>
      <w:r>
        <w:rPr>
          <w:lang w:eastAsia="zh-CN"/>
        </w:rPr>
        <w:t>　　第三，要从实际出发。一个中学生要不断地提高自己的学习质量，取得优秀的学习成绩，上述五个部分的计划内容都是不可缺少的。但是由于每个中学生的实际情况不一样，因而在订计划时，每个人的计划重点和要求也是不同的，并不是每个中学生在任何情况下制定学习计划都必须包括以上五个部分。有的中学生的学习基础很差，就不必急于去系统自学课外读物，而应该把主要精力放在自学缺漏知识和弄懂课本内容上。总之，要制定一个对学习有指导意义的计划，必须从实际出发，也就是要实事求是地摸清自己的学习情况，从自己实际掌握的知识程度出发。</w:t>
      </w:r>
      <w:r>
        <w:rPr>
          <w:lang w:eastAsia="zh-CN"/>
        </w:rPr>
        <w:br/>
      </w:r>
      <w:r>
        <w:rPr>
          <w:lang w:eastAsia="zh-CN"/>
        </w:rPr>
        <w:t>　　第四，在执行总的学习计划过程中，还要制定月计划和周计划，以高度的学习热情和顽强的学习意志保证总意志的完成。有的优秀中学生每天还有一个学习小计划，严格要求自己，一步一个脚印地前进。2、课前自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课前自学是学生学好新课，取得高效率的学习成果的基础。如果不搞好课前自学，上新课时就会心中无数，不得要领。老师灌，自己吞，消极被动，食而不化。反之，如果做好了课前自学，不仅可以培养自学能力（主要是独立思考问题的能力），而且可以提高学习新课的兴趣，掌握学习的主动权。知道自己有哪些问题弄不懂，主要精力应集中在解决哪个或哪几个问题上。对新教材有个初步的了解，就可以集中精力对付新课的重点和自己理不懂的难点，配合老师授课，及时消化新知识和掌握新技能。</w:t>
      </w:r>
      <w:r>
        <w:rPr>
          <w:lang w:eastAsia="zh-CN"/>
        </w:rPr>
        <w:br/>
      </w:r>
      <w:r>
        <w:rPr>
          <w:lang w:eastAsia="zh-CN"/>
        </w:rPr>
        <w:t>　　2、基本要点：</w:t>
      </w:r>
      <w:r>
        <w:rPr>
          <w:lang w:eastAsia="zh-CN"/>
        </w:rPr>
        <w:br/>
      </w:r>
      <w:r>
        <w:rPr>
          <w:lang w:eastAsia="zh-CN"/>
        </w:rPr>
        <w:t>　　第一，根据老师的教学进度，教材本身的内在联系和难易程度，确定课前自学的内容和时间。</w:t>
      </w:r>
      <w:r>
        <w:rPr>
          <w:lang w:eastAsia="zh-CN"/>
        </w:rPr>
        <w:br/>
      </w:r>
      <w:r>
        <w:rPr>
          <w:lang w:eastAsia="zh-CN"/>
        </w:rPr>
        <w:t>　　第二，课前自学不要走过场，要讲究质量，不要有依赖老师的思想，要力争在老师讲课以前把教材弄懂。</w:t>
      </w:r>
      <w:r>
        <w:rPr>
          <w:lang w:eastAsia="zh-CN"/>
        </w:rPr>
        <w:br/>
      </w:r>
      <w:r>
        <w:rPr>
          <w:lang w:eastAsia="zh-CN"/>
        </w:rPr>
        <w:t>　　第三，反复阅读新教材，运用已知的知识和经验，以及有关的参考资料（包括工具书），进行积极的独立思考。</w:t>
      </w:r>
      <w:r>
        <w:rPr>
          <w:lang w:eastAsia="zh-CN"/>
        </w:rPr>
        <w:br/>
      </w:r>
      <w:r>
        <w:rPr>
          <w:lang w:eastAsia="zh-CN"/>
        </w:rPr>
        <w:t>　　第四，将新教材中自己弄不懂的问题和词语用笔记下来或在课本上做上记号，积极思考，为接受新知识作好思想上的准备。</w:t>
      </w:r>
      <w:r>
        <w:rPr>
          <w:lang w:eastAsia="zh-CN"/>
        </w:rPr>
        <w:br/>
      </w:r>
      <w:r>
        <w:rPr>
          <w:lang w:eastAsia="zh-CN"/>
        </w:rPr>
        <w:t>　　第五，不懂的问题，经过独立思考（包括运用参考资料）后，仍然得不到解决时，可以请教老师、家长、同学或其他人。</w:t>
      </w:r>
      <w:r>
        <w:rPr>
          <w:lang w:eastAsia="zh-CN"/>
        </w:rPr>
        <w:br/>
      </w:r>
      <w:r>
        <w:rPr>
          <w:lang w:eastAsia="zh-CN"/>
        </w:rPr>
        <w:t>　　第六，结合课前自学，做一些自选的练习题，或进行一些必要而又可能做到的某种实际操作、现场观察、调查研究等，以丰富感性知识，加深对新教材的理解。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第七，新教材与学过的教材是连续的，新知识是建立在对旧知识的深透理解的基础上的，课前自学若发现与新课相关的旧知识掌握不牢时，一定要回过头去把有关的旧课弄懂。</w:t>
      </w:r>
      <w:r>
        <w:rPr>
          <w:lang w:eastAsia="zh-CN"/>
        </w:rPr>
        <w:br/>
      </w:r>
      <w:r>
        <w:rPr>
          <w:lang w:eastAsia="zh-CN"/>
        </w:rPr>
        <w:t>　　第八，做好自学笔记。</w:t>
      </w:r>
      <w:r>
        <w:rPr>
          <w:lang w:eastAsia="zh-CN"/>
        </w:rPr>
        <w:br/>
      </w:r>
      <w:r>
        <w:rPr>
          <w:lang w:eastAsia="zh-CN"/>
        </w:rPr>
        <w:t>　　3、专心上课</w:t>
      </w:r>
      <w:r>
        <w:rPr>
          <w:lang w:eastAsia="zh-CN"/>
        </w:rPr>
        <w:br/>
      </w:r>
      <w:r>
        <w:rPr>
          <w:lang w:eastAsia="zh-CN"/>
        </w:rPr>
        <w:t>　　上课是学生理解和掌握基础知识和基本技能，并在此基础上发展认识能力的一个关键环节。按上面要求做好课前自学，学生就能更专心地上课。“学然后知不足”，往往这时学生的注意力高度集中，大脑处于优势兴奋状态，能更为主动和灵活地接受老师授课。</w:t>
      </w:r>
      <w:r>
        <w:rPr>
          <w:lang w:eastAsia="zh-CN"/>
        </w:rPr>
        <w:br/>
      </w:r>
      <w:r>
        <w:rPr>
          <w:lang w:eastAsia="zh-CN"/>
        </w:rPr>
        <w:t>　　第一，带着新课要解决的主要问题和在课前自学中弄不懂的问题与词语，有目的地认真听讲和做实验。始终保持高度集中的注意力，认真观察，积极思维，力争把当堂课的学习内容当堂消化。</w:t>
      </w:r>
      <w:r>
        <w:rPr>
          <w:lang w:eastAsia="zh-CN"/>
        </w:rPr>
        <w:br/>
      </w:r>
      <w:r>
        <w:rPr>
          <w:lang w:eastAsia="zh-CN"/>
        </w:rPr>
        <w:t>　　第二，将自己通过课前自学而获得的对新教材的理解与老师的讲解加以比较，加深对新教材的理解和记忆，纠正原先自己理解上的错误。</w:t>
      </w:r>
      <w:r>
        <w:rPr>
          <w:lang w:eastAsia="zh-CN"/>
        </w:rPr>
        <w:br/>
      </w:r>
      <w:r>
        <w:rPr>
          <w:lang w:eastAsia="zh-CN"/>
        </w:rPr>
        <w:t>　　第三，认真做好课堂笔记。</w:t>
      </w:r>
      <w:r>
        <w:rPr>
          <w:lang w:eastAsia="zh-CN"/>
        </w:rPr>
        <w:br/>
      </w:r>
      <w:r>
        <w:rPr>
          <w:lang w:eastAsia="zh-CN"/>
        </w:rPr>
        <w:t>　　第四，在上课过程中要积极提问，并将课堂上没有机会得到解决的问题，用笔记下来，以便课后解决。4、及时复习</w:t>
      </w:r>
      <w:r>
        <w:rPr>
          <w:lang w:eastAsia="zh-CN"/>
        </w:rPr>
        <w:br/>
      </w:r>
      <w:r>
        <w:rPr>
          <w:lang w:eastAsia="zh-CN"/>
        </w:rPr>
        <w:t>　　课后及时复习能加深和巩固对新学知识的理解和记忆，系统地掌握新知识以达到灵活运用的目的。所以，科学的、高效率的学习，必须把握“及时复习”这一环。复习时间的长短，可根据教材难易和自己理解的程度而定。基本要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第一，反复阅读教材，反复独立思考，多方查阅参考资料和请教老师与同学，使通过课堂教学仍然弄不懂的问题尽可能得到解决，达到完全理解新教材的目的，以便用所学的新知识准确地指导独立作业。</w:t>
      </w:r>
      <w:r>
        <w:rPr>
          <w:lang w:eastAsia="zh-CN"/>
        </w:rPr>
        <w:br/>
      </w:r>
      <w:r>
        <w:rPr>
          <w:lang w:eastAsia="zh-CN"/>
        </w:rPr>
        <w:t>　　第二，抓住新教材的中心问题，对照课本和听讲笔记，将所学的新知识与有关旧知识，联系起来，进行分析比较，进一步弄懂新课中的每一个基本概念，使知识条理化、系统化，加深巩固对新教材的理解。</w:t>
      </w:r>
      <w:r>
        <w:rPr>
          <w:lang w:eastAsia="zh-CN"/>
        </w:rPr>
        <w:br/>
      </w:r>
      <w:r>
        <w:rPr>
          <w:lang w:eastAsia="zh-CN"/>
        </w:rPr>
        <w:t xml:space="preserve">    学生生活学习计划汇总 篇12 </w:t>
      </w:r>
      <w:r>
        <w:rPr>
          <w:lang w:eastAsia="zh-CN"/>
        </w:rPr>
        <w:br/>
      </w:r>
      <w:r>
        <w:rPr>
          <w:lang w:eastAsia="zh-CN"/>
        </w:rPr>
        <w:t>　　新学期伊始，学习部在吸收去年经验和收获的同时，也会迎来新的工作岗位，做出新的成绩。新学期，学习部将致力于培养媒体协会的学习氛围，与时俱进，深化会员，发展创新，开展一系列活动，以帮助学生提高学习水平，拓展思维。在这学期的工作之初，学部会做好本职工作，争取突破和创新。我们已经初步拟定了本系这学期的工作计划，具体情况如下：</w:t>
      </w:r>
      <w:r>
        <w:rPr>
          <w:lang w:eastAsia="zh-CN"/>
        </w:rPr>
        <w:br/>
      </w:r>
      <w:r>
        <w:rPr>
          <w:lang w:eastAsia="zh-CN"/>
        </w:rPr>
        <w:t>　　1.学习交流会：举办学习交流会的主要目的是扩大会员的知识面，让会员了解更多。这学期估计会有十次学习交流会议，还会召开学习态度交流会议，纠正会员的学习态度。为了进一步增进相互了解，丰富大学生活，提高学生的细致思维，提高他们的逻辑思维潜力、心理反应潜力和口头表达潜力，锻炼他们的口才。本次学习态度交流会以辩论赛的形式进行。我们还将举办一些专题讲座，预计在文化周期间将举行一次户外学习交流会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无机化学：按照惯例，11月份我们要举办一场无机化学竞赛，所以赛前一定要做好准备，确保竞赛成功。1问全院的问题，反映大家对无机竞赛的看法，获取更丰富的资源。2.比赛阶段。做好赛后调查，找出比赛中存在的问题并加以解决，为更好的举办下一届比赛打下基础。</w:t>
      </w:r>
      <w:r>
        <w:rPr>
          <w:lang w:eastAsia="zh-CN"/>
        </w:rPr>
        <w:br/>
      </w:r>
      <w:r>
        <w:rPr>
          <w:lang w:eastAsia="zh-CN"/>
        </w:rPr>
        <w:t>　　3.学习与讨论：为了让大家学习更多的化学知识，解决学习中的疑惑，提高学习成绩，丰富课外生活，学部决定开展学习与讨论活动，重点与教材同步，期待大家用心参与。坚持每周四下午6点召开学习小组会议，讨论收集的话题。安排近期工作，沟通各班工作情况，讨论具体活动工作计划。增进相互了解，解决问题。</w:t>
      </w:r>
      <w:r>
        <w:rPr>
          <w:lang w:eastAsia="zh-CN"/>
        </w:rPr>
        <w:br/>
      </w:r>
      <w:r>
        <w:rPr>
          <w:lang w:eastAsia="zh-CN"/>
        </w:rPr>
        <w:t>　　4.召开学习部：内部会议，记录每次会议和活动，并以书面或电子文件的形式保存。一方面，要规范学习部的工作，加强管理，提高工作效率。</w:t>
      </w:r>
      <w:r>
        <w:rPr>
          <w:lang w:eastAsia="zh-CN"/>
        </w:rPr>
        <w:br/>
      </w:r>
      <w:r>
        <w:rPr>
          <w:lang w:eastAsia="zh-CN"/>
        </w:rPr>
        <w:t>　　5.根据学习部成员的意向，充分听取各方面的建议，集思广益，集思广益，力求做得更好，为大家奉献服务。组织学习部门开展尽可能多的有利于学习的活动。加强沟通。有条件的话，部门会组织互动学习小组，充分了解成员在学习中遇到的各种情况，统计需要帮助的学生，让成员自己组织起来，形成几个2，333，543人的“学习互助”小组。组长会帮助需要帮助的成员，“学习互助”小组活动要坚持不影响组长学习的原则；为了提高各组长的参与积极性，本项作为年度考核的数据。</w:t>
      </w:r>
      <w:r>
        <w:rPr>
          <w:lang w:eastAsia="zh-CN"/>
        </w:rPr>
        <w:br/>
      </w:r>
      <w:r>
        <w:rPr>
          <w:lang w:eastAsia="zh-CN"/>
        </w:rPr>
        <w:t xml:space="preserve">    学生生活学习计划汇总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我顺利的从大一走过来，但是回头想想还有很多事情没有做。大学是自主学习的地方，一切都要靠自己。这是我给自己定的大二主要的学习计划。</w:t>
      </w:r>
      <w:r>
        <w:rPr>
          <w:lang w:eastAsia="zh-CN"/>
        </w:rPr>
        <w:br/>
      </w:r>
      <w:r>
        <w:rPr>
          <w:lang w:eastAsia="zh-CN"/>
        </w:rPr>
        <w:t>　　大学生不可只通一业，更不可通万业而无一专长。如果没把握住大二专业知识的学习，它将直接影响着大三实习时我们更多的理解和把握，也影响我们以后在工作岗位上的种种事情。没有扎实的专业基础，就没法深入地进入专业领域里去探究。因此在大二的学习中专业知识学习放在首位是毋庸置疑的。</w:t>
      </w:r>
      <w:r>
        <w:rPr>
          <w:lang w:eastAsia="zh-CN"/>
        </w:rPr>
        <w:br/>
      </w:r>
      <w:r>
        <w:rPr>
          <w:lang w:eastAsia="zh-CN"/>
        </w:rPr>
        <w:t>　　专业知识学习是绝对不能用以前那个浮躁的心态，要秉承认真追求科学深入探究的心态，用坚持和努力攻克难题，掌握基础知识，多思考多记忆，多联想，将整个知识体系构建起来。课前认真预习课本知识，课上高效认真的听老师讲解，自主思考，积极主动，课后多去仔细，及时独立完成老师交待的学习任务，并选择多看课本知识，多去思考，做一定量的题目来夯实基础。在专业知识学习中主动将自己不懂的问题向同学请教，并多向老师问问题，问那些自己经过深思不得其解的问题，把握别人讲解的重点和思路，及时进总结和回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对于大二学习的英语四级考试，我不仅要制定好的四级备考计划和四级合适的目标，更重要的将自己制定好的复习备考计划顺利的执行。重视单词的积累，日常多听全国英语四级真题的听力，将听力词汇予以积累和掌握，阅读方面要争取提高自己的阅读速度，培养自己捕获文章重点和把握文章大意的能力，翻译方面多积累那些常考句型，积累那些常被用于翻译重要词汇和词组，写作方面要多背点有点难度的好文章。英语的学习同样也不能“三天打鱼两天晒网”式的攻破，需要日复一日的耐心和坚持，相信自己在英语方面并不差，只要努力，就一定有所收获和提高。虽然我们不要求考四级但为了以后的学习，我一定要考过拿到英语四级证书。</w:t>
      </w:r>
      <w:r>
        <w:rPr>
          <w:lang w:eastAsia="zh-CN"/>
        </w:rPr>
        <w:br/>
      </w:r>
      <w:r>
        <w:rPr>
          <w:lang w:eastAsia="zh-CN"/>
        </w:rPr>
        <w:t>　　当度过了4年的高中生活后，我带着我的梦想来到了现在的学校。不是出于对现在的知识渴望，也不是想在这方面有所发展，而是出于无奈，在经历了一次高考后我对学习除了恐惧已经没有什么了。不想让自己送走一批又一批的同学，我还是坚持来了。</w:t>
      </w:r>
      <w:r>
        <w:rPr>
          <w:lang w:eastAsia="zh-CN"/>
        </w:rPr>
        <w:br/>
      </w:r>
      <w:r>
        <w:rPr>
          <w:lang w:eastAsia="zh-CN"/>
        </w:rPr>
        <w:t>　　既然来了我就要过的让自己满意。所以我制定了一个学习计划，以致不让我被以往的同学落下，纵使我没进入理想的学校但也不应该放弃。</w:t>
      </w:r>
      <w:r>
        <w:rPr>
          <w:lang w:eastAsia="zh-CN"/>
        </w:rPr>
        <w:br/>
      </w:r>
      <w:r>
        <w:rPr>
          <w:lang w:eastAsia="zh-CN"/>
        </w:rPr>
        <w:t>　　1：大学四年一定不能谈恋爱，只有全身心的投入学习才不会有遗憾。</w:t>
      </w:r>
      <w:r>
        <w:rPr>
          <w:lang w:eastAsia="zh-CN"/>
        </w:rPr>
        <w:br/>
      </w:r>
      <w:r>
        <w:rPr>
          <w:lang w:eastAsia="zh-CN"/>
        </w:rPr>
        <w:t>　　大学就是一个小社会，在这里有不同的人。他们的生活方式以及兴趣爱好都千差万别，从他们身上能让我知道要适应自己很容易但要做到自己活的开心同时别人也快乐是一件非常困难的事。如果我们想在社会这个大舞台上游刃有余那么就必须要处理好人际关系。所以我要在大学第一件事就是处理好人际关系，留的自由身。</w:t>
      </w:r>
      <w:r>
        <w:rPr>
          <w:lang w:eastAsia="zh-CN"/>
        </w:rPr>
        <w:br/>
      </w:r>
      <w:r>
        <w:rPr>
          <w:lang w:eastAsia="zh-CN"/>
        </w:rPr>
        <w:t>　　2：学习好专业知识。</w:t>
      </w:r>
      <w:r>
        <w:rPr>
          <w:lang w:eastAsia="zh-CN"/>
        </w:rPr>
        <w:br/>
      </w:r>
      <w:r>
        <w:rPr>
          <w:lang w:eastAsia="zh-CN"/>
        </w:rPr>
        <w:t xml:space="preserve">    学生生活学习计划汇总 篇14 </w:t>
      </w:r>
      <w:r>
        <w:rPr>
          <w:lang w:eastAsia="zh-CN"/>
        </w:rPr>
        <w:br/>
      </w:r>
      <w:r>
        <w:rPr>
          <w:lang w:eastAsia="zh-CN"/>
        </w:rPr>
        <w:t>　　为营造一个良好的学习氛围，学习部根据本部门的工作职能制定了一个工作计划，具体内容如下：</w:t>
      </w:r>
      <w:r>
        <w:rPr>
          <w:lang w:eastAsia="zh-CN"/>
        </w:rPr>
        <w:br/>
      </w:r>
      <w:r>
        <w:rPr>
          <w:lang w:eastAsia="zh-CN"/>
        </w:rPr>
        <w:t>　　一、学习部工作计划：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针对全院同学学习情况及学风学纪中存在的问题，制定相应的工作计划（如：各班课堂人数抽查情况登记表；学院教学信息意见反馈表）进行抽查，积极将存在的问题反映到教务处，找出解决问题的办法。对于课堂人数的抽查到勤人数比较全的班级进行全院通报，缺勤人数比较多的班级也要进行全院通报，以加强学院学风的建设，通报的张贴由学习部负责。</w:t>
      </w:r>
      <w:r>
        <w:rPr>
          <w:lang w:eastAsia="zh-CN"/>
        </w:rPr>
        <w:br/>
      </w:r>
      <w:r>
        <w:rPr>
          <w:lang w:eastAsia="zh-CN"/>
        </w:rPr>
        <w:t>　　2.在学风建设方面组织学习部在有条件的情况下尽可能多开展有利于学习的活动。如：书法竞赛（毛笔、钢笔）；知识积累比赛；诗歌朗诵；绘画等途径激发同学们的学习兴趣，同时也可丰富同学们的知识。</w:t>
      </w:r>
      <w:r>
        <w:rPr>
          <w:lang w:eastAsia="zh-CN"/>
        </w:rPr>
        <w:br/>
      </w:r>
      <w:r>
        <w:rPr>
          <w:lang w:eastAsia="zh-CN"/>
        </w:rPr>
        <w:t>　　3.搭建好老师与同学间的桥梁，定期与各班学习委员召开会议，收集同学们在学习中遇到的各种问题，并及时向有关部门或辅导员反映该情况，寻求解决问题的办法。</w:t>
      </w:r>
      <w:r>
        <w:rPr>
          <w:lang w:eastAsia="zh-CN"/>
        </w:rPr>
        <w:br/>
      </w:r>
      <w:r>
        <w:rPr>
          <w:lang w:eastAsia="zh-CN"/>
        </w:rPr>
        <w:t>　　4.积极配合好老师及团委开展各项工作，协助院校或承担起各种学习活动，营造一个良好的学习氛围。</w:t>
      </w:r>
      <w:r>
        <w:rPr>
          <w:lang w:eastAsia="zh-CN"/>
        </w:rPr>
        <w:br/>
      </w:r>
      <w:r>
        <w:rPr>
          <w:lang w:eastAsia="zh-CN"/>
        </w:rPr>
        <w:t>　　5.坚持每两周召开部门会议，有活动时，要服从组织管理与安排，使本部门人尽其才，无活动时则多一点部门成员间的沟通与交流，尽可能地团结一心，努力把我部门搞好。</w:t>
      </w:r>
      <w:r>
        <w:rPr>
          <w:lang w:eastAsia="zh-CN"/>
        </w:rPr>
        <w:br/>
      </w:r>
      <w:r>
        <w:rPr>
          <w:lang w:eastAsia="zh-CN"/>
        </w:rPr>
        <w:t>　　6.配合好主席团工作，协助学生会各部门工作，为提高学生会影响力而努力。</w:t>
      </w:r>
      <w:r>
        <w:rPr>
          <w:lang w:eastAsia="zh-CN"/>
        </w:rPr>
        <w:br/>
      </w:r>
      <w:r>
        <w:rPr>
          <w:lang w:eastAsia="zh-CN"/>
        </w:rPr>
        <w:t>　　7.根据各位学习部成员间的意向，认真听取关于学习方面的建议，对提出的'建议，全体成员要集思广益，把更好的服务献给大家。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8.协助学院做好学生评价评优工作和评选奖助学金工作。</w:t>
      </w:r>
      <w:r>
        <w:rPr>
          <w:lang w:eastAsia="zh-CN"/>
        </w:rPr>
        <w:br/>
      </w:r>
      <w:r>
        <w:rPr>
          <w:lang w:eastAsia="zh-CN"/>
        </w:rPr>
        <w:t>　　9.对成绩优秀的同学进行奖励，作为各班学习的标榜，并与同学们分享一下学习的方法。</w:t>
      </w:r>
      <w:r>
        <w:rPr>
          <w:lang w:eastAsia="zh-CN"/>
        </w:rPr>
        <w:br/>
      </w:r>
      <w:r>
        <w:rPr>
          <w:lang w:eastAsia="zh-CN"/>
        </w:rPr>
        <w:t>　　二、部门成员职责：</w:t>
      </w:r>
      <w:r>
        <w:rPr>
          <w:lang w:eastAsia="zh-CN"/>
        </w:rPr>
        <w:br/>
      </w:r>
      <w:r>
        <w:rPr>
          <w:lang w:eastAsia="zh-CN"/>
        </w:rPr>
        <w:t>　　部长：应根据院会需要，结合学习部的特点，合理安排本部活动，使人员优化配置，并对其他成员的工作进行监督，协调指正。</w:t>
      </w:r>
      <w:r>
        <w:rPr>
          <w:lang w:eastAsia="zh-CN"/>
        </w:rPr>
        <w:br/>
      </w:r>
      <w:r>
        <w:rPr>
          <w:lang w:eastAsia="zh-CN"/>
        </w:rPr>
        <w:t>　　成员：积极协助部长工作，充分发挥主动性，要自我管理，自我要求，认真完成各项工作，将各项工作落到实处；成员要服从部长的安排，积极配合部长的工作，勤恳踏实，团结一致；成员要遵守、履行学院规章制度，在学习上，热心为同学们服务，尽职尽责，尽心尽力；对本部门工作踊跃发表意见， 提出建议，并做好与其他各部门的沟通与协调；每次部门会议要按时参加，在无特殊事的情况下，成员不得缺席，若有特殊事，要向部长请假；全体成员要总结上月以来的工作经验，及时发现学习部存在的不足，并能够及时改正。</w:t>
      </w:r>
      <w:r>
        <w:rPr>
          <w:lang w:eastAsia="zh-CN"/>
        </w:rPr>
        <w:br/>
      </w:r>
      <w:r>
        <w:rPr>
          <w:lang w:eastAsia="zh-CN"/>
        </w:rPr>
        <w:t>　　注意事项：每项任务在执行时都会有专门的负责人和监督人。</w:t>
      </w:r>
      <w:r>
        <w:rPr>
          <w:lang w:eastAsia="zh-CN"/>
        </w:rPr>
        <w:br/>
      </w:r>
      <w:r>
        <w:rPr>
          <w:lang w:eastAsia="zh-CN"/>
        </w:rPr>
        <w:t>　　总负责人：文梅</w:t>
      </w:r>
      <w:r>
        <w:rPr>
          <w:lang w:eastAsia="zh-CN"/>
        </w:rPr>
        <w:br/>
      </w:r>
      <w:r>
        <w:rPr>
          <w:lang w:eastAsia="zh-CN"/>
        </w:rPr>
        <w:t>　　监督成员：罗孔兰、陈碧、姚伶、梁钰娟</w:t>
      </w:r>
      <w:r>
        <w:rPr>
          <w:lang w:eastAsia="zh-CN"/>
        </w:rPr>
        <w:br/>
      </w:r>
      <w:r>
        <w:rPr>
          <w:lang w:eastAsia="zh-CN"/>
        </w:rPr>
        <w:t xml:space="preserve">    学生生活学习计划汇总 篇15 </w:t>
      </w:r>
      <w:r>
        <w:rPr>
          <w:lang w:eastAsia="zh-CN"/>
        </w:rPr>
        <w:br/>
      </w:r>
      <w:r>
        <w:rPr>
          <w:lang w:eastAsia="zh-CN"/>
        </w:rPr>
        <w:t>　　根据自己的个人实际情况，写好学习计划很重要。</w:t>
      </w:r>
      <w:r>
        <w:rPr>
          <w:lang w:eastAsia="zh-CN"/>
        </w:rPr>
        <w:br/>
      </w:r>
      <w:r>
        <w:rPr>
          <w:lang w:eastAsia="zh-CN"/>
        </w:rPr>
        <w:t>　　一、认真安排好你的时间。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首先你要清楚一周内所要做的事情，然后制定一张作息时间表。在表上填上那些非花不可的时间，如吃饭、睡觉、上课、娱乐等。安排这些时间之后，选定合适的、固定的时间用于学习，必须留出足够的时间来完成正常的阅读和课后作业。当然，学习不应该占据作息时间表上全部的空闲时间，总得给休息、业余爱好、娱乐留出一些时间，这一点对学习很重要。一张作息时间表也许不能解决你所有的问题，但是它能让你了解如何支配你这一周的时间，从而使你有充足的时间学习和娱乐。</w:t>
      </w:r>
      <w:r>
        <w:rPr>
          <w:lang w:eastAsia="zh-CN"/>
        </w:rPr>
        <w:br/>
      </w:r>
      <w:r>
        <w:rPr>
          <w:lang w:eastAsia="zh-CN"/>
        </w:rPr>
        <w:t>　　二、学习前先预习。</w:t>
      </w:r>
      <w:r>
        <w:rPr>
          <w:lang w:eastAsia="zh-CN"/>
        </w:rPr>
        <w:br/>
      </w:r>
      <w:r>
        <w:rPr>
          <w:lang w:eastAsia="zh-CN"/>
        </w:rPr>
        <w:t>　　这就意味着在你认真投入学习之前，先把要学习的内容快速浏览一遍，了解学习的大致内容及结构，以便能及时理解和消化学习内容。当然，你要注意轻重详略，在不太重要的地方你可以花少点时间，在重要的地方，你可以稍微放慢学习进程。</w:t>
      </w:r>
      <w:r>
        <w:rPr>
          <w:lang w:eastAsia="zh-CN"/>
        </w:rPr>
        <w:br/>
      </w:r>
      <w:r>
        <w:rPr>
          <w:lang w:eastAsia="zh-CN"/>
        </w:rPr>
        <w:t>　　三、充分利用课堂时间。</w:t>
      </w:r>
      <w:r>
        <w:rPr>
          <w:lang w:eastAsia="zh-CN"/>
        </w:rPr>
        <w:br/>
      </w:r>
      <w:r>
        <w:rPr>
          <w:lang w:eastAsia="zh-CN"/>
        </w:rPr>
        <w:t>　　学习成绩好的学生很大程度上得益于在课堂上充分利用时间，这也意味着在课后少花些功夫。课堂上要及时配合老师，做好笔记来帮助自己记住老师讲授的内容，尤其重要的是要积极地独立思考，跟得上老师的思维。</w:t>
      </w:r>
      <w:r>
        <w:rPr>
          <w:lang w:eastAsia="zh-CN"/>
        </w:rPr>
        <w:br/>
      </w:r>
      <w:r>
        <w:rPr>
          <w:lang w:eastAsia="zh-CN"/>
        </w:rPr>
        <w:t>　　四、学习要有合理的规律。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课堂上做的笔记你要在课后及时复习，不仅要复习老师在课堂上讲授的重要内容，还要复习那些你仍感模糊的认识。如果你坚持定期复习笔记和课本，并做一些相关的习题，你定能更深刻地理解这些内容，你的记忆也会保持更久。定期复习能有效地提高你的考试成绩。</w:t>
      </w:r>
      <w:r>
        <w:rPr>
          <w:lang w:eastAsia="zh-CN"/>
        </w:rPr>
        <w:br/>
      </w:r>
      <w:r>
        <w:rPr>
          <w:lang w:eastAsia="zh-CN"/>
        </w:rPr>
        <w:t>　　五、有可能的话，找一个安静的、舒适的地方学习。</w:t>
      </w:r>
      <w:r>
        <w:rPr>
          <w:lang w:eastAsia="zh-CN"/>
        </w:rPr>
        <w:br/>
      </w:r>
      <w:r>
        <w:rPr>
          <w:lang w:eastAsia="zh-CN"/>
        </w:rPr>
        <w:t>　　选择某个地方作你的学习之处，这一点很重要。它可以是你的单间书房或教室或图书馆，但是它必须是舒适的，安静而没有干扰。当你开始学习时，你应该全神贯注于你的功课，切忌“身在曹营心在汉”。</w:t>
      </w:r>
      <w:r>
        <w:rPr>
          <w:lang w:eastAsia="zh-CN"/>
        </w:rPr>
        <w:br/>
      </w:r>
      <w:r>
        <w:rPr>
          <w:lang w:eastAsia="zh-CN"/>
        </w:rPr>
        <w:t>　　六、树立正确的考试观。</w:t>
      </w:r>
      <w:r>
        <w:rPr>
          <w:lang w:eastAsia="zh-CN"/>
        </w:rPr>
        <w:br/>
      </w:r>
      <w:r>
        <w:rPr>
          <w:lang w:eastAsia="zh-CN"/>
        </w:rPr>
        <w:t>　　平时测验的目的主要看你掌握功课程度如何，所以你不要弄虚作假，而应心平气和地对待它。或许，你有一两次考试成绩不尽如人意，但是这不要紧，只要学习扎实，认真对待，下一次一定会考出好成绩来。通过测验，可让你了解下一步学习更需要用功夫的地方，更有助于你把新学的知识记得牢固。</w:t>
      </w:r>
      <w:r>
        <w:rPr>
          <w:lang w:eastAsia="zh-CN"/>
        </w:rPr>
        <w:br/>
      </w:r>
      <w:r>
        <w:rPr>
          <w:lang w:eastAsia="zh-CN"/>
        </w:rPr>
        <w:t xml:space="preserve">    学生生活学习计划汇总 篇16 </w:t>
      </w:r>
      <w:r>
        <w:rPr>
          <w:lang w:eastAsia="zh-CN"/>
        </w:rPr>
        <w:br/>
      </w:r>
      <w:r>
        <w:rPr>
          <w:lang w:eastAsia="zh-CN"/>
        </w:rPr>
        <w:t>　　寒假，有些同学忙一阵子数学，烦了再看语文，累了就看一会电视，一天上下来，什么东西也没学到。也有些同学认为晚上学习效率高，熬夜到三更半夜，导致白天疲惫，精神不集中，脑子反应迟钝。这些做法都是不可取的。而如果学会了合理安排学习时间，学习效率就会大大提高。</w:t>
      </w:r>
      <w:r>
        <w:rPr>
          <w:lang w:eastAsia="zh-CN"/>
        </w:rPr>
        <w:br/>
      </w:r>
      <w:r>
        <w:rPr>
          <w:lang w:eastAsia="zh-CN"/>
        </w:rPr>
        <w:t>　　首先，要充分利用白天的学习时间。</w:t>
      </w:r>
      <w:r>
        <w:rPr>
          <w:lang w:eastAsia="zh-CN"/>
        </w:rPr>
        <w:br/>
      </w:r>
    </w:p>
    <w:p w:rsidR="001B1F19" w14:textId="27C3F48A">
      <w:pPr>
        <w:rPr>
          <w:rFonts w:hint="eastAsia"/>
          <w:lang w:eastAsia="zh-CN"/>
        </w:rPr>
      </w:pPr>
      <w:r>
        <w:rPr>
          <w:lang w:eastAsia="zh-CN"/>
        </w:rPr>
        <w:t>　　因为白天精神状态好，记忆力强，思维活跃，白天一小时的学习效率相当于夜晚的一个半小时。同学们每天上课前在头脑中做一个简单的学习计划，给自己订一个小目标，防止无目的的听课。课前把学习用品准备好，对所学知识作一下简单预习，上课有重点的听课。还有，不要只注重整段时间，不把零碎的时间放在眼里。“不积跬步，无以至千里”抓紧零碎的一两分钟，长期积累下来会有惊人的效果。灵活利用挤出来的时间，如课前、课后、乘车时间来记几个英语单词，背一些英语句子，完成一些学习上的小任务，可以把大块的时间留给课外的提高练习。</w:t>
      </w:r>
      <w:r>
        <w:rPr>
          <w:lang w:eastAsia="zh-CN"/>
        </w:rPr>
        <w:br/>
      </w:r>
      <w:r>
        <w:rPr>
          <w:lang w:eastAsia="zh-CN"/>
        </w:rPr>
        <w:t>　　其次，要统筹安排课外学习时间，分清各项学习任务的轻重缓急，防止“捡了芝麻，丢了了西瓜。”</w:t>
      </w:r>
      <w:r>
        <w:rPr>
          <w:lang w:eastAsia="zh-CN"/>
        </w:rPr>
        <w:br/>
      </w:r>
      <w:r>
        <w:rPr>
          <w:lang w:eastAsia="zh-CN"/>
        </w:rPr>
        <w:t>　　可采用“ABC”时间分类法，将学习任务按轻重缓急分为A（重要）、B（次要）、C（一般）三类。重要的事情要先做，次要的事情，包括课外阅读或预习等，可随后处理；一般的事情，如超前自学新的课文，可以按照所剩时间的.多少来灵活处理。如基础很差，就不必急于去加做什么课外补充练习了，应该把主要精力放在巩固所学知识和弄懂课本内</w:t>
      </w:r>
      <w:r>
        <w:rPr>
          <w:lang w:eastAsia="zh-CN"/>
        </w:rPr>
        <w:br/>
      </w:r>
      <w:r>
        <w:rPr>
          <w:lang w:eastAsia="zh-CN"/>
        </w:rPr>
        <w:t>　　容上。但如果课下作业很轻松就完成了，就该多做一些提高能力、发散思维、拓展延伸的课外题。做作业时要调整自己的状态，尽量使大脑、体力、情绪处于最佳状态，这样才会有效率。要尽量避开情绪低落、无精打采的不利时间，在头脑最清醒、记忆力最好的时段，安排记单词、背课文或做一些有代表性的数学题；在情绪低落、记忆力减退和精神不集中的时段，就要安排难度不大且自己感兴趣的学习内容，如听听英文歌曲、看一些小故事等，或者干脆闭目养神，休息一下，等精力旺盛的时候，再坐下认真学习。</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https://d.book118.com/447034045012006041</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703404501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