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安全教育主题班会教案</w:t>
      </w:r>
    </w:p>
    <w:p>
      <w:pPr>
        <w:spacing w:before="100" w:after="200" w:line="360" w:lineRule="auto"/>
        <w:ind w:firstLine="576"/>
        <w:jc w:val="left"/>
      </w:pPr>
      <w:r>
        <w:rPr>
          <w:rFonts w:ascii="宋体" w:eastAsia="宋体" w:hAnsi="宋体"/>
          <w:sz w:val="28"/>
        </w:rPr>
        <w:t>小学组</w:t>
      </w:r>
    </w:p>
    <w:p>
      <w:pPr>
        <w:spacing w:before="100" w:after="200" w:line="360" w:lineRule="auto"/>
        <w:ind w:firstLine="576"/>
        <w:jc w:val="left"/>
      </w:pPr>
      <w:r>
        <w:rPr>
          <w:rFonts w:ascii="宋体" w:eastAsia="宋体" w:hAnsi="宋体"/>
          <w:sz w:val="28"/>
        </w:rPr>
        <w:t>主题：与安全同行</w:t>
      </w:r>
    </w:p>
    <w:p>
      <w:pPr>
        <w:spacing w:before="100" w:after="200" w:line="360" w:lineRule="auto"/>
        <w:ind w:firstLine="576"/>
        <w:jc w:val="left"/>
      </w:pPr>
      <w:r>
        <w:rPr>
          <w:rFonts w:ascii="宋体" w:eastAsia="宋体" w:hAnsi="宋体"/>
          <w:sz w:val="28"/>
        </w:rPr>
        <w:t>设计者：林计阔</w:t>
      </w:r>
    </w:p>
    <w:p>
      <w:pPr>
        <w:spacing w:before="100" w:after="200" w:line="360" w:lineRule="auto"/>
        <w:ind w:firstLine="576"/>
        <w:jc w:val="left"/>
      </w:pPr>
      <w:r>
        <w:rPr>
          <w:rFonts w:ascii="宋体" w:eastAsia="宋体" w:hAnsi="宋体"/>
          <w:sz w:val="28"/>
        </w:rPr>
        <w:t>单位：阳江职业技术学院附属实验学校</w:t>
      </w:r>
    </w:p>
    <w:p>
      <w:pPr>
        <w:spacing w:before="100" w:after="200" w:line="360" w:lineRule="auto"/>
        <w:ind w:firstLine="576"/>
        <w:jc w:val="left"/>
      </w:pPr>
      <w:r>
        <w:rPr>
          <w:rFonts w:ascii="宋体" w:eastAsia="宋体" w:hAnsi="宋体"/>
          <w:sz w:val="28"/>
        </w:rPr>
        <w:t>与安全同行</w:t>
      </w:r>
    </w:p>
    <w:p>
      <w:pPr>
        <w:spacing w:before="100" w:after="200" w:line="360" w:lineRule="auto"/>
        <w:ind w:firstLine="576"/>
        <w:jc w:val="left"/>
      </w:pPr>
      <w:r>
        <w:rPr>
          <w:rFonts w:ascii="宋体" w:eastAsia="宋体" w:hAnsi="宋体"/>
          <w:sz w:val="28"/>
        </w:rPr>
        <w:t>【背景分析】</w:t>
      </w:r>
    </w:p>
    <w:p>
      <w:pPr>
        <w:spacing w:before="100" w:after="200" w:line="360" w:lineRule="auto"/>
        <w:ind w:firstLine="576"/>
        <w:jc w:val="left"/>
      </w:pPr>
      <w:r>
        <w:rPr>
          <w:rFonts w:ascii="宋体" w:eastAsia="宋体" w:hAnsi="宋体"/>
          <w:sz w:val="28"/>
        </w:rPr>
        <w:t>在一次大课间的时候，我班好几个同学在三楼的教室走廊玩耍，其中有两个男</w:t>
      </w:r>
    </w:p>
    <w:p>
      <w:pPr>
        <w:spacing w:before="100" w:after="200" w:line="360" w:lineRule="auto"/>
        <w:ind w:firstLine="576"/>
        <w:jc w:val="left"/>
      </w:pPr>
      <w:r>
        <w:rPr>
          <w:rFonts w:ascii="宋体" w:eastAsia="宋体" w:hAnsi="宋体"/>
          <w:sz w:val="28"/>
        </w:rPr>
        <w:t>同学跨坐上围栏做“骑马”的游戏，旁边还有几个同学在呐喊助威。在这危险的时刻，幸亏隔壁班的老师发现了，及时制止了他们，避免了意外事故的发生。专家指出，通过安全教育和预防，提高学生的安全意识和自我保护能力，有80%以上的意外伤害事故可以避免。为了让学生能够健康成长，学校对学生进行校园安全常识的教育是非常必要的。</w:t>
      </w:r>
    </w:p>
    <w:p>
      <w:pPr>
        <w:spacing w:before="100" w:after="200" w:line="360" w:lineRule="auto"/>
        <w:ind w:firstLine="576"/>
        <w:jc w:val="left"/>
      </w:pPr>
      <w:r>
        <w:rPr>
          <w:rFonts w:ascii="宋体" w:eastAsia="宋体" w:hAnsi="宋体"/>
          <w:sz w:val="28"/>
        </w:rPr>
        <w:t>【学情分析】</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意外伤害事故的发生具有随时、随地性。小学三年级的学生年龄在八岁左右，大部分生性好动，自我约束能力比较差，对新鲜事物充满着好奇，难免将自己置身于安全隐患中。虽然他们积累了一定的安全常识，但是对一些常识的掌握缺乏科学性、系统性。学校专门开设校园安全主题班会课，可以让学生更好地了解有关校园安全的常识，更好地掌握有关校园安全的应对技巧，以便健康、安全、快乐地成长。</w:t>
      </w:r>
    </w:p>
    <w:p>
      <w:pPr>
        <w:spacing w:before="100" w:after="200" w:line="360" w:lineRule="auto"/>
        <w:ind w:firstLine="576"/>
        <w:jc w:val="left"/>
      </w:pPr>
      <w:r>
        <w:rPr>
          <w:rFonts w:ascii="宋体" w:eastAsia="宋体" w:hAnsi="宋体"/>
          <w:sz w:val="28"/>
        </w:rPr>
        <w:t>【教学目标】</w:t>
      </w:r>
    </w:p>
    <w:p>
      <w:pPr>
        <w:spacing w:before="100" w:after="200" w:line="360" w:lineRule="auto"/>
        <w:jc w:val="left"/>
      </w:pPr>
      <w:r>
        <w:rPr>
          <w:rFonts w:ascii="宋体 (中文正文)" w:eastAsia="宋体" w:hAnsi="宋体 (中文正文)"/>
          <w:sz w:val="28"/>
        </w:rPr>
        <w:t>（一）知识与技能：</w:t>
      </w:r>
    </w:p>
    <w:p>
      <w:pPr>
        <w:spacing w:before="100" w:after="200" w:line="360" w:lineRule="auto"/>
        <w:ind w:firstLine="576"/>
        <w:jc w:val="left"/>
      </w:pPr>
      <w:r>
        <w:rPr>
          <w:rFonts w:ascii="宋体" w:eastAsia="宋体" w:hAnsi="宋体"/>
          <w:sz w:val="28"/>
        </w:rPr>
        <w:t>1、了解在教室、走廊、楼梯、操场、饭堂、宿舍等有关校园生活安全方面的常识。</w:t>
      </w:r>
    </w:p>
    <w:p>
      <w:pPr>
        <w:spacing w:before="100" w:after="200" w:line="360" w:lineRule="auto"/>
        <w:ind w:firstLine="576"/>
        <w:jc w:val="left"/>
      </w:pPr>
      <w:r>
        <w:rPr>
          <w:rFonts w:ascii="宋体" w:eastAsia="宋体" w:hAnsi="宋体"/>
          <w:sz w:val="28"/>
        </w:rPr>
        <w:t>2、初步具有校园生活的安全防范能力和自我保护能力。</w:t>
      </w:r>
    </w:p>
    <w:p>
      <w:pPr>
        <w:spacing w:before="100" w:after="200" w:line="360" w:lineRule="auto"/>
        <w:jc w:val="left"/>
      </w:pPr>
      <w:r>
        <w:rPr>
          <w:rFonts w:ascii="宋体 (中文正文)" w:eastAsia="宋体" w:hAnsi="宋体 (中文正文)"/>
          <w:sz w:val="28"/>
        </w:rPr>
        <w:t>（二）过程与方法：</w:t>
      </w:r>
    </w:p>
    <w:p>
      <w:pPr>
        <w:spacing w:before="100" w:after="200" w:line="360" w:lineRule="auto"/>
        <w:ind w:firstLine="576"/>
        <w:jc w:val="left"/>
      </w:pPr>
      <w:r>
        <w:rPr>
          <w:rFonts w:ascii="宋体" w:eastAsia="宋体" w:hAnsi="宋体"/>
          <w:sz w:val="28"/>
        </w:rPr>
        <w:t>通过分析校园生活中普遍存在的安全问题，使学生懂得有关校园生活安全方面的常识。</w:t>
      </w:r>
    </w:p>
    <w:p>
      <w:pPr>
        <w:spacing w:before="100" w:after="200" w:line="360" w:lineRule="auto"/>
        <w:ind w:firstLine="576"/>
        <w:jc w:val="left"/>
      </w:pPr>
      <w:r>
        <w:rPr>
          <w:rFonts w:ascii="宋体" w:eastAsia="宋体" w:hAnsi="宋体"/>
          <w:sz w:val="28"/>
        </w:rPr>
        <w:t>（三）情感态度与价值观：</w:t>
      </w:r>
    </w:p>
    <w:p>
      <w:pPr>
        <w:spacing w:before="100" w:after="200" w:line="360" w:lineRule="auto"/>
        <w:ind w:firstLine="576"/>
        <w:jc w:val="left"/>
      </w:pPr>
      <w:r>
        <w:rPr>
          <w:rFonts w:ascii="宋体" w:eastAsia="宋体" w:hAnsi="宋体"/>
          <w:sz w:val="28"/>
        </w:rPr>
        <w:t>1、学生通过活动，亲身体会校园安全的重要性，树立校园生活安全防范意识和自我保护意识。</w:t>
      </w:r>
    </w:p>
    <w:p>
      <w:pPr>
        <w:spacing w:before="100" w:after="200" w:line="360" w:lineRule="auto"/>
        <w:ind w:firstLine="576"/>
        <w:jc w:val="left"/>
      </w:pPr>
      <w:r>
        <w:rPr>
          <w:rFonts w:ascii="宋体" w:eastAsia="宋体" w:hAnsi="宋体"/>
          <w:sz w:val="28"/>
        </w:rPr>
        <w:t>2、通过活动中的真实案例对学生心灵的冲击，激发学生对生活的热爱和对生命的珍惜。</w:t>
      </w:r>
    </w:p>
    <w:p>
      <w:pPr>
        <w:spacing w:before="100" w:after="200" w:line="360" w:lineRule="auto"/>
        <w:ind w:firstLine="576"/>
        <w:jc w:val="left"/>
      </w:pPr>
      <w:r>
        <w:rPr>
          <w:rFonts w:ascii="宋体" w:eastAsia="宋体" w:hAnsi="宋体"/>
          <w:sz w:val="28"/>
        </w:rPr>
        <w:t>【教学重难点】了解校园存在的安全隐患及相关的安全常识，初步具有校园生活的安全防范能力和自我保护能力。</w:t>
      </w:r>
    </w:p>
    <w:p>
      <w:pPr>
        <w:spacing w:before="100" w:after="200" w:line="360" w:lineRule="auto"/>
        <w:ind w:firstLine="576"/>
        <w:jc w:val="left"/>
      </w:pPr>
      <w:r>
        <w:rPr>
          <w:rFonts w:ascii="宋体" w:eastAsia="宋体" w:hAnsi="宋体"/>
          <w:sz w:val="28"/>
        </w:rPr>
        <w:t>【教学对象】</w:t>
      </w:r>
    </w:p>
    <w:p>
      <w:pPr>
        <w:spacing w:before="100" w:after="200" w:line="360" w:lineRule="auto"/>
        <w:ind w:firstLine="576"/>
        <w:jc w:val="left"/>
      </w:pPr>
      <w:r>
        <w:rPr>
          <w:rFonts w:ascii="宋体" w:eastAsia="宋体" w:hAnsi="宋体"/>
          <w:sz w:val="28"/>
        </w:rPr>
        <w:t>小学三年级学生。</w:t>
      </w:r>
    </w:p>
    <w:p>
      <w:pPr>
        <w:spacing w:before="100" w:after="200" w:line="360" w:lineRule="auto"/>
        <w:ind w:firstLine="576"/>
        <w:jc w:val="left"/>
      </w:pPr>
      <w:r>
        <w:rPr>
          <w:rFonts w:ascii="宋体" w:eastAsia="宋体" w:hAnsi="宋体"/>
          <w:sz w:val="28"/>
        </w:rPr>
        <w:t>【教学形式】</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本节主题班会将采用看新闻、视频演示、讲解、朗诵、分小组讨论汇报、知识竞赛、演小品、唱歌等形式，并利用多媒体课件进行辅助教学，对学生进行校园安全的教育。</w:t>
      </w:r>
    </w:p>
    <w:p>
      <w:pPr>
        <w:spacing w:before="100" w:after="200" w:line="360" w:lineRule="auto"/>
        <w:ind w:firstLine="576"/>
        <w:jc w:val="left"/>
      </w:pPr>
      <w:r>
        <w:rPr>
          <w:rFonts w:ascii="宋体" w:eastAsia="宋体" w:hAnsi="宋体"/>
          <w:sz w:val="28"/>
        </w:rPr>
        <w:t>【教学准备】</w:t>
      </w:r>
    </w:p>
    <w:p>
      <w:pPr>
        <w:spacing w:before="100" w:after="200" w:line="360" w:lineRule="auto"/>
        <w:ind w:firstLine="576"/>
        <w:jc w:val="left"/>
      </w:pPr>
      <w:r>
        <w:rPr>
          <w:rFonts w:ascii="宋体" w:eastAsia="宋体" w:hAnsi="宋体"/>
          <w:sz w:val="28"/>
        </w:rPr>
        <w:t>1、活动前给学生合理分组，并布置学生收集在学校里我们需要注意的安全问题。</w:t>
      </w:r>
    </w:p>
    <w:p>
      <w:pPr>
        <w:spacing w:before="100" w:after="200" w:line="360" w:lineRule="auto"/>
        <w:ind w:firstLine="576"/>
        <w:jc w:val="left"/>
      </w:pPr>
      <w:r>
        <w:rPr>
          <w:rFonts w:ascii="宋体" w:eastAsia="宋体" w:hAnsi="宋体"/>
          <w:sz w:val="28"/>
        </w:rPr>
        <w:t>2、搜集资料，制作教学课件。</w:t>
      </w:r>
    </w:p>
    <w:p>
      <w:pPr>
        <w:spacing w:before="100" w:after="200" w:line="360" w:lineRule="auto"/>
        <w:ind w:firstLine="576"/>
        <w:jc w:val="left"/>
      </w:pPr>
      <w:r>
        <w:rPr>
          <w:rFonts w:ascii="宋体" w:eastAsia="宋体" w:hAnsi="宋体"/>
          <w:sz w:val="28"/>
        </w:rPr>
        <w:t>【教学时间】</w:t>
      </w:r>
    </w:p>
    <w:p>
      <w:pPr>
        <w:spacing w:before="100" w:after="200" w:line="360" w:lineRule="auto"/>
        <w:ind w:firstLine="576"/>
        <w:jc w:val="left"/>
      </w:pPr>
      <w:r>
        <w:rPr>
          <w:rFonts w:ascii="宋体" w:eastAsia="宋体" w:hAnsi="宋体"/>
          <w:sz w:val="28"/>
        </w:rPr>
        <w:t>40分钟。</w:t>
      </w:r>
    </w:p>
    <w:p>
      <w:pPr>
        <w:spacing w:before="100" w:after="200" w:line="360" w:lineRule="auto"/>
        <w:ind w:firstLine="576"/>
        <w:jc w:val="left"/>
      </w:pPr>
      <w:r>
        <w:rPr>
          <w:rFonts w:ascii="宋体" w:eastAsia="宋体" w:hAnsi="宋体"/>
          <w:sz w:val="28"/>
        </w:rPr>
        <w:t>【教学过程】(一)新闻警示,揭示班会活动主题。</w:t>
      </w:r>
    </w:p>
    <w:p>
      <w:pPr>
        <w:spacing w:before="100" w:after="200" w:line="360" w:lineRule="auto"/>
        <w:ind w:firstLine="576"/>
        <w:jc w:val="left"/>
      </w:pPr>
      <w:r>
        <w:rPr>
          <w:rFonts w:ascii="宋体" w:eastAsia="宋体" w:hAnsi="宋体"/>
          <w:sz w:val="28"/>
        </w:rPr>
        <w:t>1、让学生课前欣赏少儿歌曲《校园的早晨》MTV，感受校园生活的美好。</w:t>
      </w:r>
    </w:p>
    <w:p>
      <w:pPr>
        <w:spacing w:before="100" w:after="200" w:line="360" w:lineRule="auto"/>
        <w:ind w:firstLine="576"/>
        <w:jc w:val="left"/>
      </w:pPr>
      <w:r>
        <w:rPr>
          <w:rFonts w:ascii="宋体" w:eastAsia="宋体" w:hAnsi="宋体"/>
          <w:sz w:val="28"/>
        </w:rPr>
        <w:t>2、刚才的歌曲好听吗？从刚才的歌曲中我们感受到校园的生活是多么的美好！</w:t>
      </w:r>
    </w:p>
    <w:p>
      <w:pPr>
        <w:spacing w:before="100" w:after="200" w:line="360" w:lineRule="auto"/>
        <w:ind w:firstLine="576"/>
        <w:jc w:val="left"/>
      </w:pPr>
      <w:r>
        <w:rPr>
          <w:rFonts w:ascii="宋体" w:eastAsia="宋体" w:hAnsi="宋体"/>
          <w:sz w:val="28"/>
        </w:rPr>
        <w:t>学校是我们快乐学习、健康成长的地方，但是由于同学们的一些不当行为，往往会酿造出一起起我们不愿发生的安全事故。下面让我们一起去看看发生在校园里的一起严重的安全事故吧！</w:t>
      </w:r>
    </w:p>
    <w:p>
      <w:pPr>
        <w:spacing w:before="100" w:after="200" w:line="360" w:lineRule="auto"/>
        <w:ind w:firstLine="576"/>
        <w:jc w:val="left"/>
      </w:pPr>
      <w:r>
        <w:rPr>
          <w:rFonts w:ascii="宋体" w:eastAsia="宋体" w:hAnsi="宋体"/>
          <w:sz w:val="28"/>
        </w:rPr>
        <w:t>3、课件视频播放一起伤亡惨重的校园踩踏新闻事件。</w:t>
      </w:r>
    </w:p>
    <w:p>
      <w:pPr>
        <w:spacing w:before="100" w:after="200" w:line="360" w:lineRule="auto"/>
        <w:ind w:firstLine="576"/>
        <w:jc w:val="left"/>
      </w:pPr>
      <w:r>
        <w:rPr>
          <w:rFonts w:ascii="宋体" w:eastAsia="宋体" w:hAnsi="宋体"/>
          <w:sz w:val="28"/>
        </w:rPr>
        <w:t>湖南省湘潭市辖内的湘乡市私立育才中学发生一起伤亡惨重的校园一件。这一惨剧发生在21时，晚自习下课之际，学生们在下楼梯的过程中，一学生跌倒，骤然引发拥挤，造成8人死亡、26人受伤。）</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4、看了新闻后你有什么感受？（指名回答）</w:t>
      </w:r>
    </w:p>
    <w:p>
      <w:pPr>
        <w:spacing w:before="100" w:after="200" w:line="360" w:lineRule="auto"/>
        <w:ind w:firstLine="576"/>
        <w:jc w:val="left"/>
      </w:pPr>
      <w:r>
        <w:rPr>
          <w:rFonts w:ascii="宋体" w:eastAsia="宋体" w:hAnsi="宋体"/>
          <w:sz w:val="28"/>
        </w:rPr>
        <w:t>5、小结：每个人都只有一次生命。生命是最宝贵的，但也是脆弱的。今天，为了使这样的悲剧不再发生，我们将开展一次校园安全教育主题班会，“与安全同行”。（投影出示课题，齐读课题。）</w:t>
      </w:r>
    </w:p>
    <w:p>
      <w:pPr>
        <w:spacing w:before="100" w:after="200" w:line="360" w:lineRule="auto"/>
        <w:ind w:firstLine="576"/>
        <w:jc w:val="left"/>
      </w:pPr>
      <w:r>
        <w:rPr>
          <w:rFonts w:ascii="宋体" w:eastAsia="宋体" w:hAnsi="宋体"/>
          <w:sz w:val="28"/>
        </w:rPr>
        <w:t>【设计意图：先创设情境，课前欣赏少儿歌曲《校园的早晨》MTV，让学生感受到生命的美好，感受到校园生活的多姿多彩，接着播放一起伤亡惨重的校园踩踏新闻事件，作一个鲜明的对比，通过事件震撼学生，让学生感受到校园安全的重要性，为引入主题作好铺垫。】</w:t>
      </w:r>
    </w:p>
    <w:p>
      <w:pPr>
        <w:spacing w:before="100" w:after="200" w:line="360" w:lineRule="auto"/>
        <w:ind w:firstLine="576"/>
        <w:jc w:val="left"/>
      </w:pPr>
      <w:r>
        <w:rPr>
          <w:rFonts w:ascii="宋体" w:eastAsia="宋体" w:hAnsi="宋体"/>
          <w:sz w:val="28"/>
        </w:rPr>
        <w:t>（二）师生互动,了解校园安全常识。</w:t>
      </w:r>
    </w:p>
    <w:p>
      <w:pPr>
        <w:spacing w:before="100" w:after="200" w:line="360" w:lineRule="auto"/>
        <w:ind w:firstLine="576"/>
        <w:jc w:val="left"/>
      </w:pPr>
      <w:r>
        <w:rPr>
          <w:rFonts w:ascii="宋体" w:eastAsia="宋体" w:hAnsi="宋体"/>
          <w:sz w:val="28"/>
        </w:rPr>
        <w:t>1、课件出示湘乡市私立育才中学的校园踩踏新闻事件的文字内容和图片。</w:t>
      </w:r>
    </w:p>
    <w:p>
      <w:pPr>
        <w:spacing w:before="100" w:after="200" w:line="360" w:lineRule="auto"/>
        <w:ind w:firstLine="576"/>
        <w:jc w:val="left"/>
      </w:pPr>
      <w:r>
        <w:rPr>
          <w:rFonts w:ascii="宋体" w:eastAsia="宋体" w:hAnsi="宋体"/>
          <w:sz w:val="28"/>
        </w:rPr>
        <w:t>（文字内容：20xx年12月7日，湖南省湘潭市辖内的湘乡市私立育才中学发</w:t>
      </w:r>
    </w:p>
    <w:p>
      <w:pPr>
        <w:spacing w:before="100" w:after="200" w:line="360" w:lineRule="auto"/>
        <w:ind w:firstLine="576"/>
        <w:jc w:val="left"/>
      </w:pPr>
      <w:r>
        <w:rPr>
          <w:rFonts w:ascii="宋体" w:eastAsia="宋体" w:hAnsi="宋体"/>
          <w:sz w:val="28"/>
        </w:rPr>
        <w:t>生一起伤亡惨重的校园一件。这一惨剧发生在21时，晚自习下课之际，学生们在下楼梯的过程中，一学生跌倒，骤然引发拥挤，造成8人死亡、26人受伤。</w:t>
      </w:r>
    </w:p>
    <w:p>
      <w:pPr>
        <w:spacing w:before="100" w:after="200" w:line="360" w:lineRule="auto"/>
        <w:ind w:firstLine="576"/>
        <w:jc w:val="left"/>
      </w:pPr>
      <w:r>
        <w:rPr>
          <w:rFonts w:ascii="宋体" w:eastAsia="宋体" w:hAnsi="宋体"/>
          <w:sz w:val="28"/>
        </w:rPr>
        <w:t>2、出现这样触目惊心、惨不忍睹的惨剧是大家都不想见到的，而问题出现在哪里呢？（指名回答）</w:t>
      </w:r>
    </w:p>
    <w:p>
      <w:pPr>
        <w:spacing w:before="100" w:after="200" w:line="360" w:lineRule="auto"/>
        <w:ind w:firstLine="576"/>
        <w:jc w:val="left"/>
      </w:pPr>
      <w:r>
        <w:rPr>
          <w:rFonts w:ascii="宋体" w:eastAsia="宋体" w:hAnsi="宋体"/>
          <w:sz w:val="28"/>
        </w:rPr>
        <w:t>3、是啊！这多危险啊！短短的几分钟，在短短的楼道里，送上八条生命，真可惜！那么在学校里，我们应该怎样注意上下楼梯的安全呢？请同学们在小组内讨论讨论。</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4、分小组汇报。让小组长汇报讨论结果，其他同学可以补充，老师作适当引导，并择机出示下面的课件，以图文的形式启发教育学生在上下楼梯时需要注意的问题。</w:t>
      </w:r>
    </w:p>
    <w:p>
      <w:pPr>
        <w:spacing w:before="100" w:after="200" w:line="360" w:lineRule="auto"/>
        <w:ind w:firstLine="576"/>
        <w:jc w:val="left"/>
      </w:pPr>
      <w:r>
        <w:rPr>
          <w:rFonts w:ascii="宋体" w:eastAsia="宋体" w:hAnsi="宋体"/>
          <w:sz w:val="28"/>
        </w:rPr>
        <w:t>（课件分别出示）</w:t>
      </w:r>
    </w:p>
    <w:p>
      <w:pPr>
        <w:spacing w:before="100" w:after="200" w:line="360" w:lineRule="auto"/>
        <w:ind w:firstLine="576"/>
        <w:jc w:val="left"/>
      </w:pPr>
      <w:r>
        <w:rPr>
          <w:rFonts w:ascii="宋体" w:eastAsia="宋体" w:hAnsi="宋体"/>
          <w:sz w:val="28"/>
        </w:rPr>
        <w:t>上下楼梯时需要注意的问题：</w:t>
      </w:r>
    </w:p>
    <w:p>
      <w:pPr>
        <w:spacing w:before="100" w:after="200" w:line="360" w:lineRule="auto"/>
        <w:ind w:firstLine="576"/>
        <w:jc w:val="left"/>
      </w:pPr>
      <w:r>
        <w:rPr>
          <w:rFonts w:ascii="宋体" w:eastAsia="宋体" w:hAnsi="宋体"/>
          <w:sz w:val="28"/>
        </w:rPr>
        <w:t>上下楼梯靠右走，楼梯拥挤等一下。</w:t>
      </w:r>
    </w:p>
    <w:p>
      <w:pPr>
        <w:spacing w:before="100" w:after="200" w:line="360" w:lineRule="auto"/>
        <w:ind w:firstLine="576"/>
        <w:jc w:val="left"/>
      </w:pPr>
      <w:r>
        <w:rPr>
          <w:rFonts w:ascii="宋体" w:eastAsia="宋体" w:hAnsi="宋体"/>
          <w:sz w:val="28"/>
        </w:rPr>
        <w:t>在楼梯玩游戏是非常危险的。不能在楼梯扶手滑下来。</w:t>
      </w:r>
    </w:p>
    <w:p>
      <w:pPr>
        <w:spacing w:before="100" w:after="200" w:line="360" w:lineRule="auto"/>
        <w:ind w:firstLine="576"/>
        <w:jc w:val="left"/>
      </w:pPr>
      <w:r>
        <w:rPr>
          <w:rFonts w:ascii="宋体" w:eastAsia="宋体" w:hAnsi="宋体"/>
          <w:sz w:val="28"/>
        </w:rPr>
        <w:t>遇到楼梯里人比较多的时候，不要拥挤，不要起哄，不要制造紧张或恐慌气氛，也不要贸然弯腰捡东西或系鞋带。</w:t>
      </w:r>
    </w:p>
    <w:p>
      <w:pPr>
        <w:spacing w:before="100" w:after="200" w:line="360" w:lineRule="auto"/>
        <w:ind w:firstLine="576"/>
        <w:jc w:val="left"/>
      </w:pPr>
      <w:r>
        <w:rPr>
          <w:rFonts w:ascii="宋体" w:eastAsia="宋体" w:hAnsi="宋体"/>
          <w:sz w:val="28"/>
        </w:rPr>
        <w:t>顺着人流走，切不可以逆着人流前进，否则，很容易被人流推倒。</w:t>
      </w:r>
    </w:p>
    <w:p>
      <w:pPr>
        <w:spacing w:before="100" w:after="200" w:line="360" w:lineRule="auto"/>
        <w:ind w:firstLine="576"/>
        <w:jc w:val="left"/>
      </w:pPr>
      <w:r>
        <w:rPr>
          <w:rFonts w:ascii="宋体" w:eastAsia="宋体" w:hAnsi="宋体"/>
          <w:sz w:val="28"/>
        </w:rPr>
        <w:t>发现前面有人突然摔倒了，马上要停下脚步，同时要大声呼叫，告知后面的人不要向前靠近。</w:t>
      </w:r>
    </w:p>
    <w:p>
      <w:pPr>
        <w:spacing w:before="100" w:after="200" w:line="360" w:lineRule="auto"/>
        <w:ind w:firstLine="576"/>
        <w:jc w:val="left"/>
      </w:pPr>
      <w:r>
        <w:rPr>
          <w:rFonts w:ascii="宋体" w:eastAsia="宋体" w:hAnsi="宋体"/>
          <w:sz w:val="28"/>
        </w:rPr>
        <w:t>若自己被人群拥倒后，要设法靠近墙角，身体蜷成球状，双手在颈后紧扣以保护身体最脆弱的部位。</w:t>
      </w:r>
    </w:p>
    <w:p>
      <w:pPr>
        <w:spacing w:before="100" w:after="200" w:line="360" w:lineRule="auto"/>
        <w:ind w:firstLine="576"/>
        <w:jc w:val="left"/>
      </w:pPr>
      <w:r>
        <w:rPr>
          <w:rFonts w:ascii="宋体" w:eastAsia="宋体" w:hAnsi="宋体"/>
          <w:sz w:val="28"/>
        </w:rPr>
        <w:t>5、除了在楼梯注意安全外，在学校里那些地方我们还需要注意安全呢？</w:t>
      </w:r>
    </w:p>
    <w:p>
      <w:pPr>
        <w:spacing w:before="100" w:after="200" w:line="360" w:lineRule="auto"/>
        <w:ind w:firstLine="576"/>
        <w:jc w:val="left"/>
      </w:pPr>
      <w:r>
        <w:rPr>
          <w:rFonts w:ascii="宋体" w:eastAsia="宋体" w:hAnsi="宋体"/>
          <w:sz w:val="28"/>
        </w:rPr>
        <w:t>6、根据学生的回答，出示课件：（室内：教室、饭堂、宿舍；室外：走廊、操场。）</w:t>
      </w:r>
    </w:p>
    <w:p>
      <w:pPr>
        <w:spacing w:before="100" w:after="200" w:line="360" w:lineRule="auto"/>
        <w:ind w:firstLine="576"/>
        <w:jc w:val="left"/>
      </w:pPr>
      <w:r>
        <w:rPr>
          <w:rFonts w:ascii="宋体" w:eastAsia="宋体" w:hAnsi="宋体"/>
          <w:sz w:val="28"/>
        </w:rPr>
        <w:t>7、这些地方需要注意哪些安全呢？请各小组选择一个地方进行分析、讨论。</w:t>
      </w:r>
    </w:p>
    <w:p>
      <w:pPr>
        <w:spacing w:before="100" w:after="200" w:line="360" w:lineRule="auto"/>
        <w:ind w:firstLine="576"/>
        <w:jc w:val="left"/>
      </w:pPr>
      <w:r>
        <w:rPr>
          <w:rFonts w:ascii="宋体" w:eastAsia="宋体" w:hAnsi="宋体"/>
          <w:sz w:val="28"/>
        </w:rPr>
        <w:t>8、分小组汇报，老师作适当引导，并择机出示下面的课件（图文结合）：</w:t>
      </w:r>
    </w:p>
    <w:p>
      <w:pPr>
        <w:spacing w:before="100" w:after="200" w:line="360" w:lineRule="auto"/>
        <w:jc w:val="left"/>
        <w:sectPr w:rsidSect="00034616">
          <w:type w:val="nextPage"/>
          <w:pgSz w:w="11906" w:h="16838"/>
          <w:pgMar w:top="1440" w:right="1440" w:bottom="1440" w:left="1440" w:header="720" w:footer="720" w:gutter="0"/>
          <w:pgNumType w:start="5"/>
          <w:cols w:space="720"/>
          <w:titlePg w:val="0"/>
          <w:docGrid w:linePitch="360"/>
        </w:sectPr>
      </w:pPr>
      <w:r>
        <w:rPr>
          <w:rFonts w:ascii="宋体 (中文正文)" w:eastAsia="宋体" w:hAnsi="宋体 (中文正文)"/>
          <w:sz w:val="28"/>
        </w:rPr>
        <w:t>室内：</w:t>
      </w:r>
    </w:p>
    <w:p>
      <w:pPr>
        <w:spacing w:before="100" w:after="200" w:line="360" w:lineRule="auto"/>
        <w:ind w:firstLine="576"/>
        <w:jc w:val="left"/>
      </w:pPr>
      <w:r>
        <w:rPr>
          <w:rFonts w:ascii="宋体" w:eastAsia="宋体" w:hAnsi="宋体"/>
          <w:sz w:val="28"/>
        </w:rPr>
        <w:t>（1）教室：教室是学习的场所。在教室里互相追赶，会被桌椅碰伤或伤到其他同学；进出教室时，要轻推轻关。用力推门、关门极易使门产生强烈的弹力，撞伤自己和他人。用铅笔或其它尖锐的东西互相打闹，或耍弄教具、拖把、扫把等都会伤到自己或其他同学。</w:t>
      </w:r>
    </w:p>
    <w:p>
      <w:pPr>
        <w:spacing w:before="100" w:after="200" w:line="360" w:lineRule="auto"/>
        <w:ind w:firstLine="576"/>
        <w:jc w:val="left"/>
      </w:pPr>
      <w:r>
        <w:rPr>
          <w:rFonts w:ascii="宋体" w:eastAsia="宋体" w:hAnsi="宋体"/>
          <w:sz w:val="28"/>
        </w:rPr>
        <w:t>（2）饭堂：饮食要注意卫生，勤洗手，不暴饮暴食、不吃变质的东西。吃饭时打闹、嬉戏、开玩笑等，这样的做法是非常危险的，稍不慎就有可能被噎着。</w:t>
      </w:r>
    </w:p>
    <w:p>
      <w:pPr>
        <w:spacing w:before="100" w:after="200" w:line="360" w:lineRule="auto"/>
        <w:ind w:firstLine="576"/>
        <w:jc w:val="left"/>
      </w:pPr>
      <w:r>
        <w:rPr>
          <w:rFonts w:ascii="宋体" w:eastAsia="宋体" w:hAnsi="宋体"/>
          <w:sz w:val="28"/>
        </w:rPr>
        <w:t>（3）宿舍：宿舍是休息的场所，在宿舍里互相追赶，用枕头、棉被来玩耍，不但自己会碰伤，也会伤及其他同学；在床上跳来跳去会摔下来。</w:t>
      </w:r>
    </w:p>
    <w:p>
      <w:pPr>
        <w:spacing w:before="100" w:after="200" w:line="360" w:lineRule="auto"/>
        <w:ind w:firstLine="576"/>
        <w:jc w:val="left"/>
      </w:pPr>
      <w:r>
        <w:rPr>
          <w:rFonts w:ascii="宋体" w:eastAsia="宋体" w:hAnsi="宋体"/>
          <w:sz w:val="28"/>
        </w:rPr>
        <w:t>（4）在狭窄的教室门口、饭堂门口、宿舍门口、卫生间门口推推搡搡，拥挤成一团，或者猛冲猛跑，或追跑打闹，会跌倒摔伤自己或撞伤别人。</w:t>
      </w:r>
    </w:p>
    <w:p>
      <w:pPr>
        <w:spacing w:before="100" w:after="200" w:line="360" w:lineRule="auto"/>
        <w:ind w:firstLine="576"/>
        <w:jc w:val="left"/>
      </w:pPr>
      <w:r>
        <w:rPr>
          <w:rFonts w:ascii="宋体" w:eastAsia="宋体" w:hAnsi="宋体"/>
          <w:sz w:val="28"/>
        </w:rPr>
        <w:t>（5）不要用硬的物品接触电源，也不要用人体一些部位接触电源，以防触电；不要乱插、私接电源，特别是不要用湿手去触摸电源插头；不要用湿布擦电器开关。</w:t>
      </w:r>
    </w:p>
    <w:p>
      <w:pPr>
        <w:spacing w:before="100" w:after="200" w:line="360" w:lineRule="auto"/>
        <w:jc w:val="left"/>
      </w:pPr>
      <w:r>
        <w:rPr>
          <w:rFonts w:ascii="宋体 (中文正文)" w:eastAsia="宋体" w:hAnsi="宋体 (中文正文)"/>
          <w:sz w:val="28"/>
        </w:rPr>
        <w:t>室外：</w:t>
      </w:r>
    </w:p>
    <w:p>
      <w:pPr>
        <w:spacing w:before="100" w:after="200" w:line="360" w:lineRule="auto"/>
        <w:ind w:firstLine="576"/>
        <w:jc w:val="left"/>
      </w:pPr>
      <w:r>
        <w:rPr>
          <w:rFonts w:ascii="宋体" w:eastAsia="宋体" w:hAnsi="宋体"/>
          <w:sz w:val="28"/>
        </w:rPr>
        <w:t>（1）走廊：课间的时候，走廊人特别多，在走廊奔跑会撞到其他的同学或老师，造成不必要的伤害。特别要注意墙角拐弯处，一定要看清楚再走。不要爬坐在走廊的围栏上。（2）操场：上体育课要听从老师的口令，做好准备运动，遵守各项运动的规则。</w:t>
      </w:r>
    </w:p>
    <w:p>
      <w:pPr>
        <w:spacing w:before="100" w:after="200" w:line="360" w:lineRule="auto"/>
        <w:jc w:val="left"/>
      </w:pPr>
      <w:r>
        <w:rPr>
          <w:rFonts w:ascii="宋体 (中文正文)" w:eastAsia="宋体" w:hAnsi="宋体 (中文正文)"/>
          <w:sz w:val="28"/>
        </w:rPr>
        <w:t>班会目的：</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1、通过本次活动使学生增强安全意识。</w:t>
      </w:r>
    </w:p>
    <w:p>
      <w:pPr>
        <w:spacing w:before="100" w:after="200" w:line="360" w:lineRule="auto"/>
        <w:ind w:firstLine="576"/>
        <w:jc w:val="left"/>
      </w:pPr>
      <w:r>
        <w:rPr>
          <w:rFonts w:ascii="宋体" w:eastAsia="宋体" w:hAnsi="宋体"/>
          <w:sz w:val="28"/>
        </w:rPr>
        <w:t>2、使学生知道一些简单的安全常识。</w:t>
      </w:r>
    </w:p>
    <w:p>
      <w:pPr>
        <w:spacing w:before="100" w:after="200" w:line="360" w:lineRule="auto"/>
        <w:jc w:val="left"/>
      </w:pPr>
      <w:r>
        <w:rPr>
          <w:rFonts w:ascii="宋体 (中文正文)" w:eastAsia="宋体" w:hAnsi="宋体 (中文正文)"/>
          <w:sz w:val="28"/>
        </w:rPr>
        <w:t>活动过程：</w:t>
      </w:r>
    </w:p>
    <w:p>
      <w:pPr>
        <w:spacing w:before="100" w:after="200" w:line="360" w:lineRule="auto"/>
        <w:jc w:val="left"/>
      </w:pPr>
      <w:r>
        <w:rPr>
          <w:rFonts w:ascii="宋体 (中文正文)" w:eastAsia="宋体" w:hAnsi="宋体 (中文正文)"/>
          <w:b/>
          <w:sz w:val="28"/>
        </w:rPr>
        <w:t>一、活动引入</w:t>
      </w:r>
    </w:p>
    <w:p>
      <w:pPr>
        <w:spacing w:before="100" w:after="200" w:line="360" w:lineRule="auto"/>
        <w:ind w:firstLine="576"/>
        <w:jc w:val="left"/>
      </w:pPr>
      <w:r>
        <w:rPr>
          <w:rFonts w:ascii="宋体" w:eastAsia="宋体" w:hAnsi="宋体"/>
          <w:sz w:val="28"/>
        </w:rPr>
        <w:t>同学们，你们好！你们是21世纪的主人、是祖国的未来、是充满生机的新一代。可是，我们却经常听到一些无端横祸向我们小学生飞来的噩耗；看到一些触目惊心、惨不忍睹的灾难在我们身边发生。我们应该制止这些灾难的发生……</w:t>
      </w:r>
    </w:p>
    <w:p>
      <w:pPr>
        <w:spacing w:before="100" w:after="200" w:line="360" w:lineRule="auto"/>
        <w:ind w:firstLine="576"/>
        <w:jc w:val="left"/>
      </w:pPr>
      <w:r>
        <w:rPr>
          <w:rFonts w:ascii="宋体" w:eastAsia="宋体" w:hAnsi="宋体"/>
          <w:sz w:val="28"/>
        </w:rPr>
        <w:t>请看小品《踢球》</w:t>
      </w:r>
    </w:p>
    <w:p>
      <w:pPr>
        <w:spacing w:before="100" w:after="200" w:line="360" w:lineRule="auto"/>
        <w:ind w:firstLine="576"/>
        <w:jc w:val="left"/>
      </w:pPr>
      <w:r>
        <w:rPr>
          <w:rFonts w:ascii="宋体" w:eastAsia="宋体" w:hAnsi="宋体"/>
          <w:sz w:val="28"/>
        </w:rPr>
        <w:t>（看后）师问：“同学们，看了小品后你觉得他们做得对吗？错在哪里？”</w:t>
      </w:r>
    </w:p>
    <w:p>
      <w:pPr>
        <w:spacing w:before="100" w:after="200" w:line="360" w:lineRule="auto"/>
        <w:ind w:firstLine="576"/>
        <w:jc w:val="left"/>
      </w:pPr>
      <w:r>
        <w:rPr>
          <w:rFonts w:ascii="宋体" w:eastAsia="宋体" w:hAnsi="宋体"/>
          <w:sz w:val="28"/>
        </w:rPr>
        <w:t>小结：是啊！这多危险啊！为了小小的足球，送上一条腿，落个终身遗憾，真可惜！交通安全，我们可得随时注意。</w:t>
      </w:r>
    </w:p>
    <w:p>
      <w:pPr>
        <w:spacing w:before="100" w:after="200" w:line="360" w:lineRule="auto"/>
        <w:jc w:val="left"/>
      </w:pPr>
      <w:r>
        <w:rPr>
          <w:rFonts w:ascii="宋体 (中文正文)" w:eastAsia="宋体" w:hAnsi="宋体 (中文正文)"/>
          <w:b/>
          <w:sz w:val="28"/>
        </w:rPr>
        <w:t>二、安全知识竞赛</w:t>
      </w:r>
    </w:p>
    <w:p>
      <w:pPr>
        <w:spacing w:before="100" w:after="200" w:line="360" w:lineRule="auto"/>
        <w:ind w:firstLine="576"/>
        <w:jc w:val="left"/>
      </w:pPr>
      <w:r>
        <w:rPr>
          <w:rFonts w:ascii="宋体" w:eastAsia="宋体" w:hAnsi="宋体"/>
          <w:sz w:val="28"/>
        </w:rPr>
        <w:t>（一）知识抢答</w:t>
      </w:r>
    </w:p>
    <w:p>
      <w:pPr>
        <w:spacing w:before="100" w:after="200" w:line="360" w:lineRule="auto"/>
        <w:ind w:firstLine="576"/>
        <w:jc w:val="left"/>
      </w:pPr>
      <w:r>
        <w:rPr>
          <w:rFonts w:ascii="宋体" w:eastAsia="宋体" w:hAnsi="宋体"/>
          <w:sz w:val="28"/>
        </w:rPr>
        <w:t>1、每年的“中小学生安全教育日”是在几月份？</w:t>
      </w:r>
    </w:p>
    <w:p>
      <w:pPr>
        <w:spacing w:before="100" w:after="200" w:line="360" w:lineRule="auto"/>
        <w:ind w:firstLine="576"/>
        <w:jc w:val="left"/>
      </w:pPr>
      <w:r>
        <w:rPr>
          <w:rFonts w:ascii="宋体" w:eastAsia="宋体" w:hAnsi="宋体"/>
          <w:sz w:val="28"/>
        </w:rPr>
        <w:t>A、三月B、六月C、十一月</w:t>
      </w:r>
    </w:p>
    <w:p>
      <w:pPr>
        <w:spacing w:before="100" w:after="200" w:line="360" w:lineRule="auto"/>
        <w:ind w:firstLine="576"/>
        <w:jc w:val="left"/>
      </w:pPr>
      <w:r>
        <w:rPr>
          <w:rFonts w:ascii="宋体" w:eastAsia="宋体" w:hAnsi="宋体"/>
          <w:sz w:val="28"/>
        </w:rPr>
        <w:t>2、坐在火车上，对面的叔叔请你喝他带的可乐，你觉得哪种做法最妥当？</w:t>
      </w:r>
    </w:p>
    <w:p>
      <w:pPr>
        <w:spacing w:before="100" w:after="200" w:line="360" w:lineRule="auto"/>
        <w:ind w:firstLine="576"/>
        <w:jc w:val="left"/>
      </w:pPr>
      <w:r>
        <w:rPr>
          <w:rFonts w:ascii="宋体" w:eastAsia="宋体" w:hAnsi="宋体"/>
          <w:sz w:val="28"/>
        </w:rPr>
        <w:t>A、向他表示感谢，但不接受他的可乐</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B、接过可乐，并说声“谢谢”</w:t>
      </w:r>
    </w:p>
    <w:p>
      <w:pPr>
        <w:spacing w:before="100" w:after="200" w:line="360" w:lineRule="auto"/>
        <w:ind w:firstLine="576"/>
        <w:jc w:val="left"/>
      </w:pPr>
      <w:r>
        <w:rPr>
          <w:rFonts w:ascii="宋体" w:eastAsia="宋体" w:hAnsi="宋体"/>
          <w:sz w:val="28"/>
        </w:rPr>
        <w:t>C、不吭声、保持沉默</w:t>
      </w:r>
    </w:p>
    <w:p>
      <w:pPr>
        <w:spacing w:before="100" w:after="200" w:line="360" w:lineRule="auto"/>
        <w:ind w:firstLine="576"/>
        <w:jc w:val="left"/>
      </w:pPr>
      <w:r>
        <w:rPr>
          <w:rFonts w:ascii="宋体" w:eastAsia="宋体" w:hAnsi="宋体"/>
          <w:sz w:val="28"/>
        </w:rPr>
        <w:t>3、放学路上如果被陌生人跟踪，最不可取的做法是什么？</w:t>
      </w:r>
    </w:p>
    <w:p>
      <w:pPr>
        <w:spacing w:before="100" w:after="200" w:line="360" w:lineRule="auto"/>
        <w:ind w:firstLine="576"/>
        <w:jc w:val="left"/>
      </w:pPr>
      <w:r>
        <w:rPr>
          <w:rFonts w:ascii="宋体" w:eastAsia="宋体" w:hAnsi="宋体"/>
          <w:sz w:val="28"/>
        </w:rPr>
        <w:t>A、跑到人多的地方B、打110报警C、赶紧跑回家</w:t>
      </w:r>
    </w:p>
    <w:p>
      <w:pPr>
        <w:spacing w:before="100" w:after="200" w:line="360" w:lineRule="auto"/>
        <w:ind w:firstLine="576"/>
        <w:jc w:val="left"/>
      </w:pPr>
      <w:r>
        <w:rPr>
          <w:rFonts w:ascii="宋体" w:eastAsia="宋体" w:hAnsi="宋体"/>
          <w:sz w:val="28"/>
        </w:rPr>
        <w:t>4、下列物品在家庭中储存时，（）火灾危险性最小。</w:t>
      </w:r>
    </w:p>
    <w:p>
      <w:pPr>
        <w:spacing w:before="100" w:after="200" w:line="360" w:lineRule="auto"/>
        <w:ind w:firstLine="576"/>
        <w:jc w:val="left"/>
      </w:pPr>
      <w:r>
        <w:rPr>
          <w:rFonts w:ascii="宋体" w:eastAsia="宋体" w:hAnsi="宋体"/>
          <w:sz w:val="28"/>
        </w:rPr>
        <w:t>A、汽油B、酒精C、花生油</w:t>
      </w:r>
    </w:p>
    <w:p>
      <w:pPr>
        <w:spacing w:before="100" w:after="200" w:line="360" w:lineRule="auto"/>
        <w:ind w:firstLine="576"/>
        <w:jc w:val="left"/>
      </w:pPr>
      <w:r>
        <w:rPr>
          <w:rFonts w:ascii="宋体" w:eastAsia="宋体" w:hAnsi="宋体"/>
          <w:sz w:val="28"/>
        </w:rPr>
        <w:t>5、如果在校外有人向你勒索金钱，事后你最应该做什么？</w:t>
      </w:r>
    </w:p>
    <w:p>
      <w:pPr>
        <w:spacing w:before="100" w:after="200" w:line="360" w:lineRule="auto"/>
        <w:ind w:firstLine="576"/>
        <w:jc w:val="left"/>
      </w:pPr>
      <w:r>
        <w:rPr>
          <w:rFonts w:ascii="宋体" w:eastAsia="宋体" w:hAnsi="宋体"/>
          <w:sz w:val="28"/>
        </w:rPr>
        <w:t>A、不能让任何人知道这件事，免得遭报复</w:t>
      </w:r>
    </w:p>
    <w:p>
      <w:pPr>
        <w:spacing w:before="100" w:after="200" w:line="360" w:lineRule="auto"/>
        <w:ind w:firstLine="576"/>
        <w:jc w:val="left"/>
      </w:pPr>
      <w:r>
        <w:rPr>
          <w:rFonts w:ascii="宋体" w:eastAsia="宋体" w:hAnsi="宋体"/>
          <w:sz w:val="28"/>
        </w:rPr>
        <w:t>B、以后每天带点钱，免得没钱挨打</w:t>
      </w:r>
    </w:p>
    <w:p>
      <w:pPr>
        <w:spacing w:before="100" w:after="200" w:line="360" w:lineRule="auto"/>
        <w:ind w:firstLine="576"/>
        <w:jc w:val="left"/>
      </w:pPr>
      <w:r>
        <w:rPr>
          <w:rFonts w:ascii="宋体" w:eastAsia="宋体" w:hAnsi="宋体"/>
          <w:sz w:val="28"/>
        </w:rPr>
        <w:t>C、尽快告诉爸爸妈妈或老师</w:t>
      </w:r>
    </w:p>
    <w:p>
      <w:pPr>
        <w:spacing w:before="100" w:after="200" w:line="360" w:lineRule="auto"/>
        <w:ind w:firstLine="576"/>
        <w:jc w:val="left"/>
      </w:pPr>
      <w:r>
        <w:rPr>
          <w:rFonts w:ascii="宋体" w:eastAsia="宋体" w:hAnsi="宋体"/>
          <w:sz w:val="28"/>
        </w:rPr>
        <w:t>6、以下放学路上的哪些行为可能会给自己带来危险？</w:t>
      </w:r>
    </w:p>
    <w:p>
      <w:pPr>
        <w:spacing w:before="100" w:after="200" w:line="360" w:lineRule="auto"/>
        <w:ind w:firstLine="576"/>
        <w:jc w:val="left"/>
      </w:pPr>
      <w:r>
        <w:rPr>
          <w:rFonts w:ascii="宋体" w:eastAsia="宋体" w:hAnsi="宋体"/>
          <w:sz w:val="28"/>
        </w:rPr>
        <w:t>A、看热闹B、为问路的陌生人带路C、和同学一起回家</w:t>
      </w:r>
    </w:p>
    <w:p>
      <w:pPr>
        <w:spacing w:before="100" w:after="200" w:line="360" w:lineRule="auto"/>
        <w:ind w:firstLine="576"/>
        <w:jc w:val="left"/>
      </w:pPr>
      <w:r>
        <w:rPr>
          <w:rFonts w:ascii="宋体" w:eastAsia="宋体" w:hAnsi="宋体"/>
          <w:sz w:val="28"/>
        </w:rPr>
        <w:t>7、7岁的小丽在大街上和爸爸妈妈走散了，你觉得下面哪种做法可能非常危险？</w:t>
      </w:r>
    </w:p>
    <w:p>
      <w:pPr>
        <w:spacing w:before="100" w:after="200" w:line="360" w:lineRule="auto"/>
        <w:ind w:firstLine="576"/>
        <w:jc w:val="left"/>
      </w:pPr>
      <w:r>
        <w:rPr>
          <w:rFonts w:ascii="宋体" w:eastAsia="宋体" w:hAnsi="宋体"/>
          <w:sz w:val="28"/>
        </w:rPr>
        <w:t>A、找马路上的警察叔叔帮忙</w:t>
      </w:r>
    </w:p>
    <w:p>
      <w:pPr>
        <w:spacing w:before="100" w:after="200" w:line="360" w:lineRule="auto"/>
        <w:ind w:firstLine="576"/>
        <w:jc w:val="left"/>
      </w:pPr>
      <w:r>
        <w:rPr>
          <w:rFonts w:ascii="宋体" w:eastAsia="宋体" w:hAnsi="宋体"/>
          <w:sz w:val="28"/>
        </w:rPr>
        <w:t>B、在原地等待</w:t>
      </w:r>
    </w:p>
    <w:p>
      <w:pPr>
        <w:spacing w:before="100" w:after="200" w:line="360" w:lineRule="auto"/>
        <w:ind w:firstLine="576"/>
        <w:jc w:val="left"/>
      </w:pPr>
      <w:r>
        <w:rPr>
          <w:rFonts w:ascii="宋体" w:eastAsia="宋体" w:hAnsi="宋体"/>
          <w:sz w:val="28"/>
        </w:rPr>
        <w:t>C、跟一个说认识她的阿姨，一起去找父母</w:t>
      </w:r>
    </w:p>
    <w:p>
      <w:pPr>
        <w:spacing w:before="100" w:after="200" w:line="360" w:lineRule="auto"/>
        <w:ind w:firstLine="576"/>
        <w:jc w:val="left"/>
      </w:pPr>
      <w:r>
        <w:rPr>
          <w:rFonts w:ascii="宋体" w:eastAsia="宋体" w:hAnsi="宋体"/>
          <w:sz w:val="28"/>
        </w:rPr>
        <w:t>8、油锅着火时，正确的灭火方法是：</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A、用水浇B、用锅盖盖灭C、赶快去端油锅</w:t>
      </w:r>
    </w:p>
    <w:p>
      <w:pPr>
        <w:spacing w:before="100" w:after="200" w:line="360" w:lineRule="auto"/>
        <w:ind w:firstLine="576"/>
        <w:jc w:val="left"/>
      </w:pPr>
      <w:r>
        <w:rPr>
          <w:rFonts w:ascii="宋体" w:eastAsia="宋体" w:hAnsi="宋体"/>
          <w:sz w:val="28"/>
        </w:rPr>
        <w:t>9、在火场中，充满了各种各样的危险：烈焰、高温、烟雾、毒气等。下面几种保护措施，哪一条是不正确的？</w:t>
      </w:r>
    </w:p>
    <w:p>
      <w:pPr>
        <w:spacing w:before="100" w:after="200" w:line="360" w:lineRule="auto"/>
        <w:ind w:firstLine="576"/>
        <w:jc w:val="left"/>
      </w:pPr>
      <w:r>
        <w:rPr>
          <w:rFonts w:ascii="宋体" w:eastAsia="宋体" w:hAnsi="宋体"/>
          <w:sz w:val="28"/>
        </w:rPr>
        <w:t>A、在火场中站立、直行，并大口呼吸</w:t>
      </w:r>
    </w:p>
    <w:p>
      <w:pPr>
        <w:spacing w:before="100" w:after="200" w:line="360" w:lineRule="auto"/>
        <w:ind w:firstLine="576"/>
        <w:jc w:val="left"/>
      </w:pPr>
      <w:r>
        <w:rPr>
          <w:rFonts w:ascii="宋体" w:eastAsia="宋体" w:hAnsi="宋体"/>
          <w:sz w:val="28"/>
        </w:rPr>
        <w:t>B、迅速躲避在火场的下风处</w:t>
      </w:r>
    </w:p>
    <w:p>
      <w:pPr>
        <w:spacing w:before="100" w:after="200" w:line="360" w:lineRule="auto"/>
        <w:ind w:firstLine="576"/>
        <w:jc w:val="left"/>
      </w:pPr>
      <w:r>
        <w:rPr>
          <w:rFonts w:ascii="宋体" w:eastAsia="宋体" w:hAnsi="宋体"/>
          <w:sz w:val="28"/>
        </w:rPr>
        <w:t>C、用湿毛巾捂住口鼻，必要时匍匐前行</w:t>
      </w:r>
    </w:p>
    <w:p>
      <w:pPr>
        <w:spacing w:before="100" w:after="200" w:line="360" w:lineRule="auto"/>
        <w:ind w:firstLine="576"/>
        <w:jc w:val="left"/>
      </w:pPr>
      <w:r>
        <w:rPr>
          <w:rFonts w:ascii="宋体" w:eastAsia="宋体" w:hAnsi="宋体"/>
          <w:sz w:val="28"/>
        </w:rPr>
        <w:t>10、家中常用的以下几种物品，哪些遇火可能爆炸？</w:t>
      </w:r>
    </w:p>
    <w:p>
      <w:pPr>
        <w:spacing w:before="100" w:after="200" w:line="360" w:lineRule="auto"/>
        <w:ind w:firstLine="576"/>
        <w:jc w:val="left"/>
      </w:pPr>
      <w:r>
        <w:rPr>
          <w:rFonts w:ascii="宋体" w:eastAsia="宋体" w:hAnsi="宋体"/>
          <w:sz w:val="28"/>
        </w:rPr>
        <w:t>A、一次性打火机B、洗发水C、液化气罐</w:t>
      </w:r>
    </w:p>
    <w:p>
      <w:pPr>
        <w:spacing w:before="100" w:after="200" w:line="360" w:lineRule="auto"/>
        <w:ind w:firstLine="576"/>
        <w:jc w:val="left"/>
      </w:pPr>
      <w:r>
        <w:rPr>
          <w:rFonts w:ascii="宋体" w:eastAsia="宋体" w:hAnsi="宋体"/>
          <w:sz w:val="28"/>
        </w:rPr>
        <w:t>11、家中电视机着火了，错误的做法是什么？</w:t>
      </w:r>
    </w:p>
    <w:p>
      <w:pPr>
        <w:spacing w:before="100" w:after="200" w:line="360" w:lineRule="auto"/>
        <w:ind w:firstLine="576"/>
        <w:jc w:val="left"/>
      </w:pPr>
      <w:r>
        <w:rPr>
          <w:rFonts w:ascii="宋体" w:eastAsia="宋体" w:hAnsi="宋体"/>
          <w:sz w:val="28"/>
        </w:rPr>
        <w:t>A、迅速拔掉电器电源插头，切断电源</w:t>
      </w:r>
    </w:p>
    <w:p>
      <w:pPr>
        <w:spacing w:before="100" w:after="200" w:line="360" w:lineRule="auto"/>
        <w:ind w:firstLine="576"/>
        <w:jc w:val="left"/>
      </w:pPr>
      <w:r>
        <w:rPr>
          <w:rFonts w:ascii="宋体" w:eastAsia="宋体" w:hAnsi="宋体"/>
          <w:sz w:val="28"/>
        </w:rPr>
        <w:t>B、灭火器直接对着荧光屏灭火</w:t>
      </w:r>
    </w:p>
    <w:p>
      <w:pPr>
        <w:spacing w:before="100" w:after="200" w:line="360" w:lineRule="auto"/>
        <w:ind w:firstLine="576"/>
        <w:jc w:val="left"/>
      </w:pPr>
      <w:r>
        <w:rPr>
          <w:rFonts w:ascii="宋体" w:eastAsia="宋体" w:hAnsi="宋体"/>
          <w:sz w:val="28"/>
        </w:rPr>
        <w:t>C、用水灭火</w:t>
      </w:r>
    </w:p>
    <w:p>
      <w:pPr>
        <w:spacing w:before="100" w:after="200" w:line="360" w:lineRule="auto"/>
        <w:ind w:firstLine="576"/>
        <w:jc w:val="left"/>
      </w:pPr>
      <w:r>
        <w:rPr>
          <w:rFonts w:ascii="宋体" w:eastAsia="宋体" w:hAnsi="宋体"/>
          <w:sz w:val="28"/>
        </w:rPr>
        <w:t>12、下面的哪些做法会导致触电？</w:t>
      </w:r>
    </w:p>
    <w:p>
      <w:pPr>
        <w:spacing w:before="100" w:after="200" w:line="360" w:lineRule="auto"/>
        <w:ind w:firstLine="576"/>
        <w:jc w:val="left"/>
      </w:pPr>
      <w:r>
        <w:rPr>
          <w:rFonts w:ascii="宋体" w:eastAsia="宋体" w:hAnsi="宋体"/>
          <w:sz w:val="28"/>
        </w:rPr>
        <w:t>A、刚洗过手未来得及擦干就去拔电插头</w:t>
      </w:r>
    </w:p>
    <w:p>
      <w:pPr>
        <w:spacing w:before="100" w:after="200" w:line="360" w:lineRule="auto"/>
        <w:ind w:firstLine="576"/>
        <w:jc w:val="left"/>
      </w:pPr>
      <w:r>
        <w:rPr>
          <w:rFonts w:ascii="宋体" w:eastAsia="宋体" w:hAnsi="宋体"/>
          <w:sz w:val="28"/>
        </w:rPr>
        <w:t>B、在电线杆附近放风筝</w:t>
      </w:r>
    </w:p>
    <w:p>
      <w:pPr>
        <w:spacing w:before="100" w:after="200" w:line="360" w:lineRule="auto"/>
        <w:ind w:firstLine="576"/>
        <w:jc w:val="left"/>
      </w:pPr>
      <w:r>
        <w:rPr>
          <w:rFonts w:ascii="宋体" w:eastAsia="宋体" w:hAnsi="宋体"/>
          <w:sz w:val="28"/>
        </w:rPr>
        <w:t>C、在有“高压危险”字样的高压设备5米外行走</w:t>
      </w:r>
    </w:p>
    <w:p>
      <w:pPr>
        <w:spacing w:before="100" w:after="200" w:line="360" w:lineRule="auto"/>
        <w:ind w:firstLine="576"/>
        <w:jc w:val="left"/>
      </w:pPr>
      <w:r>
        <w:rPr>
          <w:rFonts w:ascii="宋体" w:eastAsia="宋体" w:hAnsi="宋体"/>
          <w:sz w:val="28"/>
        </w:rPr>
        <w:t>A、999B、119C、911</w:t>
      </w:r>
    </w:p>
    <w:p>
      <w:pPr>
        <w:spacing w:before="100" w:after="200" w:line="360" w:lineRule="auto"/>
        <w:ind w:firstLine="576"/>
        <w:jc w:val="left"/>
      </w:pPr>
      <w:r>
        <w:rPr>
          <w:rFonts w:ascii="宋体" w:eastAsia="宋体" w:hAnsi="宋体"/>
          <w:sz w:val="28"/>
        </w:rPr>
        <w:t>14、消防车和消火栓的颜色是（）</w:t>
      </w:r>
    </w:p>
    <w:p>
      <w:pPr>
        <w:spacing w:before="100" w:after="200" w:line="360" w:lineRule="auto"/>
        <w:ind w:firstLine="576"/>
        <w:jc w:val="left"/>
      </w:pPr>
      <w:r>
        <w:rPr>
          <w:rFonts w:ascii="宋体" w:eastAsia="宋体" w:hAnsi="宋体"/>
          <w:sz w:val="28"/>
        </w:rPr>
        <w:t>A、白色B、黄色C、红色</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15、到床底、阁楼找东西时，应用（）照明。</w:t>
      </w:r>
    </w:p>
    <w:p>
      <w:pPr>
        <w:spacing w:before="100" w:after="200" w:line="360" w:lineRule="auto"/>
        <w:ind w:firstLine="576"/>
        <w:jc w:val="left"/>
      </w:pPr>
      <w:r>
        <w:rPr>
          <w:rFonts w:ascii="宋体" w:eastAsia="宋体" w:hAnsi="宋体"/>
          <w:sz w:val="28"/>
        </w:rPr>
        <w:t>A、手电筒B、油灯C、蜡烛</w:t>
      </w:r>
    </w:p>
    <w:p>
      <w:pPr>
        <w:spacing w:before="100" w:after="200" w:line="360" w:lineRule="auto"/>
        <w:ind w:firstLine="576"/>
        <w:jc w:val="left"/>
      </w:pPr>
      <w:r>
        <w:rPr>
          <w:rFonts w:ascii="宋体" w:eastAsia="宋体" w:hAnsi="宋体"/>
          <w:sz w:val="28"/>
        </w:rPr>
        <w:t>16、学生外出郊游应注意：（）</w:t>
      </w:r>
    </w:p>
    <w:p>
      <w:pPr>
        <w:spacing w:before="100" w:after="200" w:line="360" w:lineRule="auto"/>
        <w:ind w:firstLine="576"/>
        <w:jc w:val="left"/>
      </w:pPr>
      <w:r>
        <w:rPr>
          <w:rFonts w:ascii="宋体" w:eastAsia="宋体" w:hAnsi="宋体"/>
          <w:sz w:val="28"/>
        </w:rPr>
        <w:t>A、听从老师的安排，注意防火安全。</w:t>
      </w:r>
    </w:p>
    <w:p>
      <w:pPr>
        <w:spacing w:before="100" w:after="200" w:line="360" w:lineRule="auto"/>
        <w:ind w:firstLine="576"/>
        <w:jc w:val="left"/>
      </w:pPr>
      <w:r>
        <w:rPr>
          <w:rFonts w:ascii="宋体" w:eastAsia="宋体" w:hAnsi="宋体"/>
          <w:sz w:val="28"/>
        </w:rPr>
        <w:t>B、护林防火期间，严禁到山林野炊。</w:t>
      </w:r>
    </w:p>
    <w:p>
      <w:pPr>
        <w:spacing w:before="100" w:after="200" w:line="360" w:lineRule="auto"/>
        <w:ind w:firstLine="576"/>
        <w:jc w:val="left"/>
      </w:pPr>
      <w:r>
        <w:rPr>
          <w:rFonts w:ascii="宋体" w:eastAsia="宋体" w:hAnsi="宋体"/>
          <w:sz w:val="28"/>
        </w:rPr>
        <w:t>C、可以在树林中焚烧枯枝败叶。</w:t>
      </w:r>
    </w:p>
    <w:p>
      <w:pPr>
        <w:spacing w:before="100" w:after="200" w:line="360" w:lineRule="auto"/>
        <w:ind w:firstLine="576"/>
        <w:jc w:val="left"/>
      </w:pPr>
      <w:r>
        <w:rPr>
          <w:rFonts w:ascii="宋体" w:eastAsia="宋体" w:hAnsi="宋体"/>
          <w:sz w:val="28"/>
        </w:rPr>
        <w:t>（二）常识讨论</w:t>
      </w:r>
    </w:p>
    <w:p>
      <w:pPr>
        <w:spacing w:before="100" w:after="200" w:line="360" w:lineRule="auto"/>
        <w:ind w:firstLine="576"/>
        <w:jc w:val="left"/>
      </w:pPr>
      <w:r>
        <w:rPr>
          <w:rFonts w:ascii="宋体" w:eastAsia="宋体" w:hAnsi="宋体"/>
          <w:sz w:val="28"/>
        </w:rPr>
        <w:t>1、为什么不能翻越护栏？</w:t>
      </w:r>
    </w:p>
    <w:p>
      <w:pPr>
        <w:spacing w:before="100" w:after="200" w:line="360" w:lineRule="auto"/>
        <w:ind w:firstLine="576"/>
        <w:jc w:val="left"/>
      </w:pPr>
      <w:r>
        <w:rPr>
          <w:rFonts w:ascii="宋体" w:eastAsia="宋体" w:hAnsi="宋体"/>
          <w:sz w:val="28"/>
        </w:rPr>
        <w:t>2、乘汽车时要注意什么？</w:t>
      </w:r>
    </w:p>
    <w:p>
      <w:pPr>
        <w:spacing w:before="100" w:after="200" w:line="360" w:lineRule="auto"/>
        <w:jc w:val="left"/>
      </w:pPr>
      <w:r>
        <w:rPr>
          <w:rFonts w:ascii="宋体 (中文正文)" w:eastAsia="宋体" w:hAnsi="宋体 (中文正文)"/>
          <w:b/>
          <w:sz w:val="28"/>
        </w:rPr>
        <w:t>三、看小品，议一议</w:t>
      </w:r>
    </w:p>
    <w:p>
      <w:pPr>
        <w:spacing w:before="100" w:after="200" w:line="360" w:lineRule="auto"/>
        <w:ind w:firstLine="576"/>
        <w:jc w:val="left"/>
      </w:pPr>
      <w:r>
        <w:rPr>
          <w:rFonts w:ascii="宋体" w:eastAsia="宋体" w:hAnsi="宋体"/>
          <w:sz w:val="28"/>
        </w:rPr>
        <w:t>同学们都很聪明，那就希望同学们在学校能自觉遵守安全规则。但是当我们独自在家的时候，安全知识也不能少，请看《家庭AB剧》</w:t>
      </w:r>
    </w:p>
    <w:p>
      <w:pPr>
        <w:spacing w:before="100" w:after="200" w:line="360" w:lineRule="auto"/>
        <w:ind w:firstLine="576"/>
        <w:jc w:val="left"/>
      </w:pPr>
      <w:r>
        <w:rPr>
          <w:rFonts w:ascii="宋体" w:eastAsia="宋体" w:hAnsi="宋体"/>
          <w:sz w:val="28"/>
        </w:rPr>
        <w:t>师问：看了这两个表演后，你认为哪一位同学做得对呢？对在哪里？如果情况发生在你身上你会怎样做呢？</w:t>
      </w:r>
    </w:p>
    <w:p>
      <w:pPr>
        <w:spacing w:before="100" w:after="200" w:line="360" w:lineRule="auto"/>
        <w:ind w:firstLine="576"/>
        <w:jc w:val="left"/>
      </w:pPr>
      <w:r>
        <w:rPr>
          <w:rFonts w:ascii="宋体" w:eastAsia="宋体" w:hAnsi="宋体"/>
          <w:sz w:val="28"/>
        </w:rPr>
        <w:t>生讨论，交流</w:t>
      </w:r>
    </w:p>
    <w:p>
      <w:pPr>
        <w:spacing w:before="100" w:after="200" w:line="360" w:lineRule="auto"/>
        <w:jc w:val="left"/>
      </w:pPr>
      <w:r>
        <w:rPr>
          <w:rFonts w:ascii="宋体 (中文正文)" w:eastAsia="宋体" w:hAnsi="宋体 (中文正文)"/>
          <w:b/>
          <w:sz w:val="28"/>
        </w:rPr>
        <w:t>四、诗朗诵，《安全是首诗歌》</w:t>
      </w:r>
    </w:p>
    <w:p>
      <w:pPr>
        <w:spacing w:before="100" w:after="200" w:line="360" w:lineRule="auto"/>
        <w:jc w:val="left"/>
      </w:pPr>
      <w:r>
        <w:rPr>
          <w:rFonts w:ascii="宋体 (中文正文)" w:eastAsia="宋体" w:hAnsi="宋体 (中文正文)"/>
          <w:b/>
          <w:sz w:val="28"/>
        </w:rPr>
        <w:t>五、总结</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p>
    <w:p>
      <w:pPr>
        <w:spacing w:before="100" w:after="200" w:line="360" w:lineRule="auto"/>
        <w:ind w:firstLine="576"/>
        <w:jc w:val="left"/>
      </w:pPr>
      <w:r>
        <w:rPr>
          <w:rFonts w:ascii="宋体" w:eastAsia="宋体" w:hAnsi="宋体"/>
          <w:sz w:val="28"/>
        </w:rPr>
        <w:t>通过这次主题班会，使同学们掌握了一些安全知识，由于在座的同学积极表现，使这次主题班会开得很有意义，很成功，希望能通过这次活动进一步增强我们的安全意识和自我保护意识。让安全系着你、我、他；愿我们的生活每天都充满阳光和鲜花；愿平安永远着伴随我们大家！谢谢同学们！</w:t>
      </w:r>
    </w:p>
    <w:p>
      <w:pPr>
        <w:spacing w:before="100" w:after="200" w:line="360" w:lineRule="auto"/>
        <w:ind w:firstLine="576"/>
        <w:jc w:val="left"/>
      </w:pPr>
      <w:r>
        <w:rPr>
          <w:rFonts w:ascii="宋体" w:eastAsia="宋体" w:hAnsi="宋体"/>
          <w:sz w:val="28"/>
        </w:rPr>
        <w:t>活动目的：学习安全知识，认识安全警示牌，对学生进行安全教育，防患于未然。</w:t>
      </w:r>
    </w:p>
    <w:p>
      <w:pPr>
        <w:spacing w:before="100" w:after="200" w:line="360" w:lineRule="auto"/>
        <w:ind w:firstLine="576"/>
        <w:jc w:val="left"/>
      </w:pPr>
      <w:r>
        <w:rPr>
          <w:rFonts w:ascii="宋体" w:eastAsia="宋体" w:hAnsi="宋体"/>
          <w:sz w:val="28"/>
        </w:rPr>
        <w:t>教学重点：通过学习，时刻提高警惕，自觉做好防范工作。认识安全的必要性，树立安全意识；增强安全的责任感。</w:t>
      </w:r>
    </w:p>
    <w:p>
      <w:pPr>
        <w:spacing w:before="100" w:after="200" w:line="360" w:lineRule="auto"/>
        <w:ind w:firstLine="576"/>
        <w:jc w:val="left"/>
      </w:pPr>
      <w:r>
        <w:rPr>
          <w:rFonts w:ascii="宋体" w:eastAsia="宋体" w:hAnsi="宋体"/>
          <w:sz w:val="28"/>
        </w:rPr>
        <w:t>活动对象：一年级一班全体学生</w:t>
      </w:r>
    </w:p>
    <w:p>
      <w:pPr>
        <w:spacing w:before="100" w:after="200" w:line="360" w:lineRule="auto"/>
        <w:ind w:firstLine="576"/>
        <w:jc w:val="left"/>
      </w:pPr>
      <w:r>
        <w:rPr>
          <w:rFonts w:ascii="宋体" w:eastAsia="宋体" w:hAnsi="宋体"/>
          <w:sz w:val="28"/>
        </w:rPr>
        <w:t>活动地点：教室</w:t>
      </w:r>
    </w:p>
    <w:p>
      <w:pPr>
        <w:spacing w:before="100" w:after="200" w:line="360" w:lineRule="auto"/>
        <w:ind w:firstLine="576"/>
        <w:jc w:val="left"/>
      </w:pPr>
      <w:r>
        <w:rPr>
          <w:rFonts w:ascii="宋体" w:eastAsia="宋体" w:hAnsi="宋体"/>
          <w:sz w:val="28"/>
        </w:rPr>
        <w:t>活动准备：安全知识</w:t>
      </w:r>
    </w:p>
    <w:p>
      <w:pPr>
        <w:spacing w:before="100" w:after="200" w:line="360" w:lineRule="auto"/>
        <w:jc w:val="left"/>
      </w:pPr>
      <w:r>
        <w:rPr>
          <w:rFonts w:ascii="宋体 (中文正文)" w:eastAsia="宋体" w:hAnsi="宋体 (中文正文)"/>
          <w:sz w:val="28"/>
        </w:rPr>
        <w:t>活动过程：</w:t>
      </w:r>
    </w:p>
    <w:p>
      <w:pPr>
        <w:spacing w:before="100" w:after="200" w:line="360" w:lineRule="auto"/>
        <w:jc w:val="left"/>
      </w:pPr>
      <w:r>
        <w:rPr>
          <w:rFonts w:ascii="宋体 (中文正文)" w:eastAsia="宋体" w:hAnsi="宋体 (中文正文)"/>
          <w:b/>
          <w:sz w:val="28"/>
        </w:rPr>
        <w:t>一、导入班会</w:t>
      </w:r>
    </w:p>
    <w:p>
      <w:pPr>
        <w:spacing w:before="100" w:after="200" w:line="360" w:lineRule="auto"/>
        <w:ind w:firstLine="576"/>
        <w:jc w:val="left"/>
      </w:pPr>
      <w:r>
        <w:rPr>
          <w:rFonts w:ascii="宋体" w:eastAsia="宋体" w:hAnsi="宋体"/>
          <w:sz w:val="28"/>
        </w:rPr>
        <w:t>同学们，我们少年儿童是祖国的花朵，是祖国的未来，我们的安全倍受家人、老师的关注。同学们，下课不要拥挤，不要追逐打闹，下课后，千万不要手中拿着铅笔，这是老师们每天都要对我们说的话。让我们永远将安全牢记在心中。一年级一班《安全伴我行》主题班会现在开始。</w:t>
      </w:r>
    </w:p>
    <w:p>
      <w:pPr>
        <w:spacing w:before="100" w:after="200" w:line="360" w:lineRule="auto"/>
        <w:jc w:val="left"/>
      </w:pPr>
      <w:r>
        <w:rPr>
          <w:rFonts w:ascii="宋体 (中文正文)" w:eastAsia="宋体" w:hAnsi="宋体 (中文正文)"/>
          <w:b/>
          <w:sz w:val="28"/>
        </w:rPr>
        <w:t>二、学习安全知识</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师：同学们，你们看，碧绿的大海里，鱼儿在自由自在地遨游。你们听，蔚蓝的天空下，鸟儿在欢快地歌唱。每当清晨，当朝霞映红了我的双颊，当树上的小鸟叫醒了我的梦想。当我迈着轻快的步伐来到学校。我们知道新的一天开始了。作为学生，我们大部分的时间都是在校园里度过的。请大家来说一说，在学习生活中，我们应该怎样做才是最安全的呢？（自由发言）</w:t>
      </w:r>
    </w:p>
    <w:p>
      <w:pPr>
        <w:spacing w:before="100" w:after="200" w:line="360" w:lineRule="auto"/>
        <w:ind w:firstLine="576"/>
        <w:jc w:val="left"/>
      </w:pPr>
      <w:r>
        <w:rPr>
          <w:rFonts w:ascii="宋体" w:eastAsia="宋体" w:hAnsi="宋体"/>
          <w:sz w:val="28"/>
        </w:rPr>
        <w:t>老师将同学们所说的内容进行了归纳，下面请同学们认真听：</w:t>
      </w:r>
    </w:p>
    <w:p>
      <w:pPr>
        <w:spacing w:before="100" w:after="200" w:line="360" w:lineRule="auto"/>
        <w:ind w:firstLine="576"/>
        <w:jc w:val="left"/>
      </w:pPr>
      <w:r>
        <w:rPr>
          <w:rFonts w:ascii="宋体" w:eastAsia="宋体" w:hAnsi="宋体"/>
          <w:sz w:val="28"/>
        </w:rPr>
        <w:t>小学生校园安全常识</w:t>
      </w:r>
    </w:p>
    <w:p>
      <w:pPr>
        <w:spacing w:before="100" w:after="200" w:line="360" w:lineRule="auto"/>
        <w:ind w:firstLine="576"/>
        <w:jc w:val="left"/>
      </w:pPr>
      <w:r>
        <w:rPr>
          <w:rFonts w:ascii="宋体" w:eastAsia="宋体" w:hAnsi="宋体"/>
          <w:sz w:val="28"/>
        </w:rPr>
        <w:t>（一）在校园内活动时该怎样注意安全？</w:t>
      </w:r>
    </w:p>
    <w:p>
      <w:pPr>
        <w:spacing w:before="100" w:after="200" w:line="360" w:lineRule="auto"/>
        <w:ind w:firstLine="576"/>
        <w:jc w:val="left"/>
      </w:pPr>
      <w:r>
        <w:rPr>
          <w:rFonts w:ascii="宋体" w:eastAsia="宋体" w:hAnsi="宋体"/>
          <w:sz w:val="28"/>
        </w:rPr>
        <w:t>1、升旗、做操等大型活动或集会时，上下楼梯要靠右行，不得拥挤、不得推拉。遇见楼梯上有人摔倒的时候，要静候原地不动，不得推搡、观望。要劝阻制止后面的同学继续往前拥挤。</w:t>
      </w:r>
    </w:p>
    <w:p>
      <w:pPr>
        <w:spacing w:before="100" w:after="200" w:line="360" w:lineRule="auto"/>
        <w:ind w:firstLine="576"/>
        <w:jc w:val="left"/>
      </w:pPr>
      <w:r>
        <w:rPr>
          <w:rFonts w:ascii="宋体" w:eastAsia="宋体" w:hAnsi="宋体"/>
          <w:sz w:val="28"/>
        </w:rPr>
        <w:t>2、自觉遵守公共场所秩序，课间做正当游戏。严禁追、赶、打、闹和攀高走险。</w:t>
      </w:r>
    </w:p>
    <w:p>
      <w:pPr>
        <w:spacing w:before="100" w:after="200" w:line="360" w:lineRule="auto"/>
        <w:ind w:firstLine="576"/>
        <w:jc w:val="left"/>
      </w:pPr>
      <w:r>
        <w:rPr>
          <w:rFonts w:ascii="宋体" w:eastAsia="宋体" w:hAnsi="宋体"/>
          <w:sz w:val="28"/>
        </w:rPr>
        <w:t>（二）在教室内活动应怎样注意安全？</w:t>
      </w:r>
    </w:p>
    <w:p>
      <w:pPr>
        <w:spacing w:before="100" w:after="200" w:line="360" w:lineRule="auto"/>
        <w:ind w:firstLine="576"/>
        <w:jc w:val="left"/>
      </w:pPr>
      <w:r>
        <w:rPr>
          <w:rFonts w:ascii="宋体" w:eastAsia="宋体" w:hAnsi="宋体"/>
          <w:sz w:val="28"/>
        </w:rPr>
        <w:t>在室内活动，有许多细微的事情值得同学们注意，同样容易发生危险。这主要有以下几个方面：</w:t>
      </w:r>
    </w:p>
    <w:p>
      <w:pPr>
        <w:spacing w:before="100" w:after="200" w:line="360" w:lineRule="auto"/>
        <w:ind w:firstLine="576"/>
        <w:jc w:val="left"/>
      </w:pPr>
      <w:r>
        <w:rPr>
          <w:rFonts w:ascii="宋体" w:eastAsia="宋体" w:hAnsi="宋体"/>
          <w:sz w:val="28"/>
        </w:rPr>
        <w:t>1.防磕碰。目前大多数教室空间比较狭小，又置放了许多桌椅、饮水机等用品，所以不应在教室中追逐、打闹，做剧烈的运动和游戏，防止磕碰受伤。</w:t>
      </w:r>
    </w:p>
    <w:p>
      <w:pPr>
        <w:spacing w:before="100" w:after="200" w:line="360" w:lineRule="auto"/>
        <w:ind w:firstLine="576"/>
        <w:jc w:val="left"/>
      </w:pPr>
      <w:r>
        <w:rPr>
          <w:rFonts w:ascii="宋体" w:eastAsia="宋体" w:hAnsi="宋体"/>
          <w:sz w:val="28"/>
        </w:rPr>
        <w:t>2．防滑、防摔。教室地板比较光滑的，要注意防止滑倒受伤；需要登高打扫卫生、取放物品时，要请他人加以保护，注意防止摔伤。</w:t>
      </w:r>
    </w:p>
    <w:p>
      <w:pPr>
        <w:spacing w:before="100" w:after="200" w:line="360" w:lineRule="auto"/>
        <w:ind w:firstLine="576"/>
        <w:jc w:val="left"/>
      </w:pPr>
      <w:r>
        <w:rPr>
          <w:rFonts w:ascii="宋体" w:eastAsia="宋体" w:hAnsi="宋体"/>
          <w:sz w:val="28"/>
        </w:rPr>
        <w:t>3．防坠落。无论教室是否处于高层，都不要将身体探出阳台或者窗外，谨防不慎发生坠楼的危险。</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4．防挤压。教室的门、窗户在开关时容易压到手，也应当处处小心，要轻轻地开关门窗，还先留意会不会夹到他人的手。</w:t>
      </w:r>
    </w:p>
    <w:p>
      <w:pPr>
        <w:spacing w:before="100" w:after="200" w:line="360" w:lineRule="auto"/>
        <w:ind w:firstLine="576"/>
        <w:jc w:val="left"/>
      </w:pPr>
      <w:r>
        <w:rPr>
          <w:rFonts w:ascii="宋体" w:eastAsia="宋体" w:hAnsi="宋体"/>
          <w:sz w:val="28"/>
        </w:rPr>
        <w:t>5．防火灾。不带打火机、火柴、烟花爆竹、小鞭炮等危险物品进校园，杜绝玩火等行为。</w:t>
      </w:r>
    </w:p>
    <w:p>
      <w:pPr>
        <w:spacing w:before="100" w:after="200" w:line="360" w:lineRule="auto"/>
        <w:ind w:firstLine="576"/>
        <w:jc w:val="left"/>
      </w:pPr>
      <w:r>
        <w:rPr>
          <w:rFonts w:ascii="宋体" w:eastAsia="宋体" w:hAnsi="宋体"/>
          <w:sz w:val="28"/>
        </w:rPr>
        <w:t>6．防意外伤害。改锥、刀、剪等锋利、尖锐的工具，图钉、大头针等文具，使用时必须有老师指导，用后应妥善存放起来，不能随意放在桌子上、椅子上，防止有人受到意外伤害。</w:t>
      </w:r>
    </w:p>
    <w:p>
      <w:pPr>
        <w:spacing w:before="100" w:after="200" w:line="360" w:lineRule="auto"/>
        <w:ind w:firstLine="576"/>
        <w:jc w:val="left"/>
      </w:pPr>
      <w:r>
        <w:rPr>
          <w:rFonts w:ascii="宋体" w:eastAsia="宋体" w:hAnsi="宋体"/>
          <w:sz w:val="28"/>
        </w:rPr>
        <w:t>（三）课间活动应注意什么？</w:t>
      </w:r>
    </w:p>
    <w:p>
      <w:pPr>
        <w:spacing w:before="100" w:after="200" w:line="360" w:lineRule="auto"/>
        <w:ind w:firstLine="576"/>
        <w:jc w:val="left"/>
      </w:pPr>
      <w:r>
        <w:rPr>
          <w:rFonts w:ascii="宋体" w:eastAsia="宋体" w:hAnsi="宋体"/>
          <w:sz w:val="28"/>
        </w:rPr>
        <w:t>课间活动能够起到放松、调节和适当休息的作用。课间活动应当注意以下几方面：</w:t>
      </w:r>
    </w:p>
    <w:p>
      <w:pPr>
        <w:spacing w:before="100" w:after="200" w:line="360" w:lineRule="auto"/>
        <w:ind w:firstLine="576"/>
        <w:jc w:val="left"/>
      </w:pPr>
      <w:r>
        <w:rPr>
          <w:rFonts w:ascii="宋体" w:eastAsia="宋体" w:hAnsi="宋体"/>
          <w:sz w:val="28"/>
        </w:rPr>
        <w:t>1．室外空气新鲜，课间应当尽量在室外指定的地方活动，但不要远离教室，以免耽误下面的课程。</w:t>
      </w:r>
    </w:p>
    <w:p>
      <w:pPr>
        <w:spacing w:before="100" w:after="200" w:line="360" w:lineRule="auto"/>
        <w:ind w:firstLine="576"/>
        <w:jc w:val="left"/>
      </w:pPr>
      <w:r>
        <w:rPr>
          <w:rFonts w:ascii="宋体" w:eastAsia="宋体" w:hAnsi="宋体"/>
          <w:sz w:val="28"/>
        </w:rPr>
        <w:t>2．活动的强度要适当，不能做剧烈的活动，以保证继续上课时不疲劳、精神集中、精神3．活动的方式要简便易行，如做做操、跳跳绳等，不追逐打闹，避免出现不安全事故。</w:t>
      </w:r>
    </w:p>
    <w:p>
      <w:pPr>
        <w:spacing w:before="100" w:after="200" w:line="360" w:lineRule="auto"/>
        <w:ind w:firstLine="576"/>
        <w:jc w:val="left"/>
      </w:pPr>
      <w:r>
        <w:rPr>
          <w:rFonts w:ascii="宋体" w:eastAsia="宋体" w:hAnsi="宋体"/>
          <w:sz w:val="28"/>
        </w:rPr>
        <w:t>4．活动更要要注意在安全情况下，要避免发生扭伤、碰伤、撞上、卡伤等危险。</w:t>
      </w:r>
    </w:p>
    <w:p>
      <w:pPr>
        <w:spacing w:before="100" w:after="200" w:line="360" w:lineRule="auto"/>
        <w:ind w:firstLine="576"/>
        <w:jc w:val="left"/>
      </w:pPr>
      <w:r>
        <w:rPr>
          <w:rFonts w:ascii="宋体" w:eastAsia="宋体" w:hAnsi="宋体"/>
          <w:sz w:val="28"/>
        </w:rPr>
        <w:t>(四)放学回家时应注意什么？</w:t>
      </w:r>
    </w:p>
    <w:p>
      <w:pPr>
        <w:spacing w:before="100" w:after="200" w:line="360" w:lineRule="auto"/>
        <w:ind w:firstLine="576"/>
        <w:jc w:val="left"/>
      </w:pPr>
      <w:r>
        <w:rPr>
          <w:rFonts w:ascii="宋体" w:eastAsia="宋体" w:hAnsi="宋体"/>
          <w:sz w:val="28"/>
        </w:rPr>
        <w:t>每天放学后全体同学必须在指定地点统一站队回家。路队行进时掉了东西、或散了鞋带要迅速出队等路队过去后在捡东西或系鞋带。</w:t>
      </w:r>
    </w:p>
    <w:p>
      <w:pPr>
        <w:spacing w:before="100" w:after="200" w:line="360" w:lineRule="auto"/>
        <w:ind w:firstLine="576"/>
        <w:jc w:val="left"/>
      </w:pPr>
      <w:r>
        <w:rPr>
          <w:rFonts w:ascii="宋体" w:eastAsia="宋体" w:hAnsi="宋体"/>
          <w:sz w:val="28"/>
        </w:rPr>
        <w:t>同学们，我们都知道了在校园中应该怎样注意安全，可是如果我们没有按照老师的要求去做，会发生什么情况，又会带来怎样的后果呢？请听老师讲故事。</w:t>
      </w:r>
    </w:p>
    <w:p>
      <w:pPr>
        <w:spacing w:before="100" w:after="200" w:line="360" w:lineRule="auto"/>
        <w:jc w:val="left"/>
        <w:sectPr w:rsidSect="00034616">
          <w:type w:val="nextPage"/>
          <w:pgSz w:w="11906" w:h="16838"/>
          <w:pgMar w:top="1440" w:right="1440" w:bottom="1440" w:left="1440" w:header="720" w:footer="720" w:gutter="0"/>
          <w:pgNumType w:start="13"/>
          <w:cols w:space="720"/>
          <w:titlePg w:val="0"/>
          <w:docGrid w:linePitch="360"/>
        </w:sectPr>
      </w:pPr>
      <w:r>
        <w:rPr>
          <w:rFonts w:ascii="宋体 (中文正文)" w:eastAsia="宋体" w:hAnsi="宋体 (中文正文)"/>
          <w:b/>
          <w:sz w:val="28"/>
        </w:rPr>
        <w:t>三、校园安全知识讨论</w:t>
      </w:r>
    </w:p>
    <w:p>
      <w:pPr>
        <w:spacing w:before="100" w:after="200" w:line="360" w:lineRule="auto"/>
        <w:ind w:firstLine="576"/>
        <w:jc w:val="left"/>
      </w:pPr>
      <w:r>
        <w:rPr>
          <w:rFonts w:ascii="宋体" w:eastAsia="宋体" w:hAnsi="宋体"/>
          <w:sz w:val="28"/>
        </w:rPr>
        <w:t>师：现在是轻松十分钟，我们来个安全知识问答。答对就得一颗星。</w:t>
      </w:r>
    </w:p>
    <w:p>
      <w:pPr>
        <w:spacing w:before="100" w:after="200" w:line="360" w:lineRule="auto"/>
        <w:jc w:val="left"/>
      </w:pPr>
      <w:r>
        <w:rPr>
          <w:rFonts w:ascii="宋体 (中文正文)" w:eastAsia="宋体" w:hAnsi="宋体 (中文正文)"/>
          <w:b/>
          <w:sz w:val="28"/>
        </w:rPr>
        <w:t>四、总结</w:t>
      </w:r>
    </w:p>
    <w:p>
      <w:pPr>
        <w:spacing w:before="100" w:after="200" w:line="360" w:lineRule="auto"/>
        <w:ind w:firstLine="576"/>
        <w:jc w:val="left"/>
      </w:pPr>
      <w:r>
        <w:rPr>
          <w:rFonts w:ascii="宋体" w:eastAsia="宋体" w:hAnsi="宋体"/>
          <w:sz w:val="28"/>
        </w:rPr>
        <w:t>老师：同学们，你们这次班会开得非常成功。通过这次班会，我们学到了许多安全知识，希望同学们在学校能够自觉遵守安全规则。珍爱生命，把安全牢记心中。在学校生活中，时时刻刻注意安全。</w:t>
      </w:r>
    </w:p>
    <w:p>
      <w:pPr>
        <w:spacing w:before="100" w:after="200" w:line="360" w:lineRule="auto"/>
        <w:jc w:val="left"/>
      </w:pPr>
      <w:r>
        <w:rPr>
          <w:rFonts w:ascii="宋体 (中文正文)" w:eastAsia="宋体" w:hAnsi="宋体 (中文正文)"/>
          <w:sz w:val="28"/>
        </w:rPr>
        <w:t>一、班会目标：</w:t>
      </w:r>
    </w:p>
    <w:p>
      <w:pPr>
        <w:spacing w:before="100" w:after="200" w:line="360" w:lineRule="auto"/>
        <w:ind w:firstLine="576"/>
        <w:jc w:val="left"/>
      </w:pPr>
      <w:r>
        <w:rPr>
          <w:rFonts w:ascii="宋体" w:eastAsia="宋体" w:hAnsi="宋体"/>
          <w:sz w:val="28"/>
        </w:rPr>
        <w:t>1、通过本次活动，学习、掌握一些校园安全知识，增强学生安全意识。用诗朗诵、知识竞赛等形式巩固并扩展学生对“自护”知识的理解和运用，培养学生各方面的能力。</w:t>
      </w:r>
    </w:p>
    <w:p>
      <w:pPr>
        <w:spacing w:before="100" w:after="200" w:line="360" w:lineRule="auto"/>
        <w:ind w:firstLine="576"/>
        <w:jc w:val="left"/>
      </w:pPr>
      <w:r>
        <w:rPr>
          <w:rFonts w:ascii="宋体" w:eastAsia="宋体" w:hAnsi="宋体"/>
          <w:sz w:val="28"/>
        </w:rPr>
        <w:t>2、形成学习、宣讲校园安全知识的氛围，为学生的健康成长打好基础。</w:t>
      </w:r>
    </w:p>
    <w:p>
      <w:pPr>
        <w:spacing w:before="100" w:after="200" w:line="360" w:lineRule="auto"/>
        <w:jc w:val="left"/>
      </w:pPr>
      <w:r>
        <w:rPr>
          <w:rFonts w:ascii="宋体 (中文正文)" w:eastAsia="宋体" w:hAnsi="宋体 (中文正文)"/>
          <w:sz w:val="28"/>
        </w:rPr>
        <w:t>二、活动形式：</w:t>
      </w:r>
    </w:p>
    <w:p>
      <w:pPr>
        <w:spacing w:before="100" w:after="200" w:line="360" w:lineRule="auto"/>
        <w:ind w:firstLine="576"/>
        <w:jc w:val="left"/>
      </w:pPr>
      <w:r>
        <w:rPr>
          <w:rFonts w:ascii="宋体" w:eastAsia="宋体" w:hAnsi="宋体"/>
          <w:sz w:val="28"/>
        </w:rPr>
        <w:t>展示资料、图片，诗朗诵，知识竞赛，倡议书。</w:t>
      </w:r>
    </w:p>
    <w:p>
      <w:pPr>
        <w:spacing w:before="100" w:after="200" w:line="360" w:lineRule="auto"/>
        <w:jc w:val="left"/>
      </w:pPr>
      <w:r>
        <w:rPr>
          <w:rFonts w:ascii="宋体 (中文正文)" w:eastAsia="宋体" w:hAnsi="宋体 (中文正文)"/>
          <w:sz w:val="28"/>
        </w:rPr>
        <w:t>三、活动准备：</w:t>
      </w:r>
    </w:p>
    <w:p>
      <w:pPr>
        <w:spacing w:before="100" w:after="200" w:line="360" w:lineRule="auto"/>
        <w:ind w:firstLine="576"/>
        <w:jc w:val="left"/>
      </w:pPr>
      <w:r>
        <w:rPr>
          <w:rFonts w:ascii="宋体" w:eastAsia="宋体" w:hAnsi="宋体"/>
          <w:sz w:val="28"/>
        </w:rPr>
        <w:t>1、动员学生广泛收集材料。</w:t>
      </w:r>
    </w:p>
    <w:p>
      <w:pPr>
        <w:spacing w:before="100" w:after="200" w:line="360" w:lineRule="auto"/>
        <w:ind w:firstLine="576"/>
        <w:jc w:val="left"/>
      </w:pPr>
      <w:r>
        <w:rPr>
          <w:rFonts w:ascii="宋体" w:eastAsia="宋体" w:hAnsi="宋体"/>
          <w:sz w:val="28"/>
        </w:rPr>
        <w:t>2、组织材料，排练节目，使每个学生都参与到活动中来。</w:t>
      </w:r>
    </w:p>
    <w:p>
      <w:pPr>
        <w:spacing w:before="100" w:after="200" w:line="360" w:lineRule="auto"/>
        <w:ind w:firstLine="576"/>
        <w:jc w:val="left"/>
      </w:pPr>
      <w:r>
        <w:rPr>
          <w:rFonts w:ascii="宋体" w:eastAsia="宋体" w:hAnsi="宋体"/>
          <w:sz w:val="28"/>
        </w:rPr>
        <w:t>3、在校园捕捉存在不安全隐患的镜头。</w:t>
      </w:r>
    </w:p>
    <w:p>
      <w:pPr>
        <w:spacing w:before="100" w:after="200" w:line="360" w:lineRule="auto"/>
        <w:ind w:firstLine="576"/>
        <w:jc w:val="left"/>
      </w:pPr>
      <w:r>
        <w:rPr>
          <w:rFonts w:ascii="宋体" w:eastAsia="宋体" w:hAnsi="宋体"/>
          <w:sz w:val="28"/>
        </w:rPr>
        <w:t>4、教室布置：写上主题并适当点缀。</w:t>
      </w:r>
    </w:p>
    <w:p>
      <w:pPr>
        <w:spacing w:before="100" w:after="200" w:line="360" w:lineRule="auto"/>
        <w:jc w:val="left"/>
      </w:pPr>
      <w:r>
        <w:rPr>
          <w:rFonts w:ascii="宋体 (中文正文)" w:eastAsia="宋体" w:hAnsi="宋体 (中文正文)"/>
          <w:sz w:val="28"/>
        </w:rPr>
        <w:t>四、活动过程：</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https://d.book118.com/447166043013006042</w:t>
        </w:r>
      </w:hyperlink>
    </w:p>
    <w:p>
      <w:pPr>
        <w:spacing w:before="100" w:after="200" w:line="360" w:lineRule="auto"/>
        <w:jc w:val="left"/>
      </w:pPr>
    </w:p>
    <w:sectPr w:rsidSect="00034616">
      <w:type w:val="nextPage"/>
      <w:pgSz w:w="11906" w:h="16838"/>
      <w:pgMar w:top="1440" w:right="1440" w:bottom="1440" w:left="1440" w:header="720" w:footer="720" w:gutter="0"/>
      <w:pgNumType w:start="14"/>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447166043013006042"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