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14:paraId="7F7A67AA" w14:textId="0AE8485B">
      <w:pPr>
        <w:pStyle w:val="Heading1"/>
        <w:jc w:val="center"/>
        <w:rPr>
          <w:rFonts w:hint="eastAsia"/>
          <w:lang w:eastAsia="zh-CN"/>
        </w:rPr>
      </w:pPr>
      <w:r>
        <w:rPr>
          <w:sz w:val="44"/>
          <w:lang w:eastAsia="zh-CN"/>
        </w:rPr>
        <w:t>初中学习计划汇编（33篇）</w:t>
      </w:r>
    </w:p>
    <w:p w:rsidR="001B1F19" w14:paraId="15E7D7A0" w14:textId="27C3F48A"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初中学习计划汇编（通用33篇）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篇1 </w:t>
      </w:r>
      <w:r>
        <w:rPr>
          <w:lang w:eastAsia="zh-CN"/>
        </w:rPr>
        <w:br/>
      </w:r>
      <w:r>
        <w:rPr>
          <w:lang w:eastAsia="zh-CN"/>
        </w:rPr>
        <w:t>　　首先，我想要建设一个良好的班集体，我便应该和同学们有着共同的目标，前进的动力。还应该各尽我所能，发挥我所长，奉献集体。最重要的是，要和同学们团结协作，互助前行。</w:t>
      </w:r>
      <w:r>
        <w:rPr>
          <w:lang w:eastAsia="zh-CN"/>
        </w:rPr>
        <w:br/>
      </w:r>
      <w:r>
        <w:rPr>
          <w:lang w:eastAsia="zh-CN"/>
        </w:rPr>
        <w:t>　　然后，我应该要采用不同的方法和策略去学会自主学习。我要摆脱对父母和老师的依赖，成为一个自主的学习者。每逢在做完作业的时候，都要自觉学习这一周所上的新内容，新的知识点要熟记。</w:t>
      </w:r>
      <w:r>
        <w:rPr>
          <w:lang w:eastAsia="zh-CN"/>
        </w:rPr>
        <w:br/>
      </w:r>
      <w:r>
        <w:rPr>
          <w:lang w:eastAsia="zh-CN"/>
        </w:rPr>
        <w:t>　　接着，我要提高学习效率。只有把握好每个环节的质量，如课前认真预习，上课时专心听讲，课后及时复习，才能从整体上提高学习效率。在要复习的时候，千万不能想着要推迟。要记住学习后的短时间内对学习内容的保持量是不同的。刚学完是能记住很多内容，但是在学后的短时间后遗忘的速度也是很快的，经过一段时间后遗忘的遗度开始减缓，最后保持在一定的水平上。因此，及时复习所学习的内容是很重要的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>　　最后，我要科学安排时间。随着初中学习科目的增多，难度加深，科学的安排学习时间显得十分重要。每一科的学习时间都要平均，一定不能出现偏科。在做着某一个科目的作业的时候，不能想着另一科。正所谓劳逸结合，留出不分时间，不能只是盲目的学习，要懂得适当的放松自己。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篇2 </w:t>
      </w:r>
      <w:r>
        <w:rPr>
          <w:lang w:eastAsia="zh-CN"/>
        </w:rPr>
        <w:br/>
      </w:r>
      <w:r>
        <w:rPr>
          <w:lang w:eastAsia="zh-CN"/>
        </w:rPr>
        <w:t>　　在已经过去的两年中，我的语文成绩一直不是太好。现在我跨入了初中，我的语文该如何学习，如何提高？</w:t>
      </w:r>
      <w:r>
        <w:rPr>
          <w:lang w:eastAsia="zh-CN"/>
        </w:rPr>
        <w:br/>
      </w:r>
      <w:r>
        <w:rPr>
          <w:lang w:eastAsia="zh-CN"/>
        </w:rPr>
        <w:t>　　正如一位文科状元所说：“如果你问我第一是靠什么练出来的，就是专心那课堂那四十几分钟。”看来如果要学好语文，课堂是非常重要的。</w:t>
      </w:r>
      <w:r>
        <w:rPr>
          <w:lang w:eastAsia="zh-CN"/>
        </w:rPr>
        <w:br/>
      </w:r>
      <w:r>
        <w:rPr>
          <w:lang w:eastAsia="zh-CN"/>
        </w:rPr>
        <w:t>　　那，我在学习语文时，要在课堂上认真听老师上课，注意分分秒秒，多发言，多思考。在家里要认真做完老师布置的作业。多作练习，熟能生巧。在家和在课堂里一样严格，不放松。认真对待自己，坚持就是胜利！</w:t>
      </w:r>
      <w:r>
        <w:rPr>
          <w:lang w:eastAsia="zh-CN"/>
        </w:rPr>
        <w:br/>
      </w:r>
      <w:r>
        <w:rPr>
          <w:lang w:eastAsia="zh-CN"/>
        </w:rPr>
        <w:t>　　再步入了初一年级的这一年里，我一定能有新的学习风气。为了自己的梦想，不断的激励自己，加油！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篇3 </w:t>
      </w:r>
      <w:r>
        <w:rPr>
          <w:lang w:eastAsia="zh-CN"/>
        </w:rPr>
        <w:br/>
      </w:r>
      <w:r>
        <w:rPr>
          <w:lang w:eastAsia="zh-CN"/>
        </w:rPr>
        <w:t>　　新的学期来临了，我们也要从寒假的快乐中走出，投入紧张的学习。在这段过度期中，定制一个打算，也是对以后学习的一个目标。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首先，应该纠正自己的学习态度。“态度决定一切！”心态是取得成功的一个非常关键的环节，拥有好的心态，就会拥有好的成绩。然后恰当安排各项学习任务，使学习有秩序地进行，有了计划可以把自己的学习管理好。到一定时候对照计划检查总结一下自己的学习，看看有什么优点和缺点，优点发扬，缺点克服，使学习不断进步。</w:t>
      </w:r>
      <w:r>
        <w:rPr>
          <w:lang w:eastAsia="zh-CN"/>
        </w:rPr>
        <w:br/>
      </w:r>
      <w:r>
        <w:rPr>
          <w:lang w:eastAsia="zh-CN"/>
        </w:rPr>
        <w:t>　　其次，在这学期里，要加强自己不擅长的科目，在语文上，除了把课文中的内容、知识掌握好以外，还应多读一些课外书，如名人名著等。还要再想些办法提高自己的阅读、写作能力，不能只想课内不观课外了。数学、物理方面，不能只明白课本上的习题应怎么做就够了，如果要学好它，就必须在课外再花一些时间来钻研和多做一些试题等。</w:t>
      </w:r>
      <w:r>
        <w:rPr>
          <w:lang w:eastAsia="zh-CN"/>
        </w:rPr>
        <w:br/>
      </w:r>
      <w:r>
        <w:rPr>
          <w:lang w:eastAsia="zh-CN"/>
        </w:rPr>
        <w:t>　　上课仔细听讲，弄懂每一个问题，作业即使完成，追求质量和速度，回家做好预、复习工作。在空余期间多看一本好书，适当做些娱乐。做到“少在计算机前一会儿，多看一两本好书”，扩展知识面，提高阅读以及协作能力。早晚多听读外语，多积累一些单词，提高英语各方面的水平。从良好的基础上向着更高的目标出发。</w:t>
      </w:r>
      <w:r>
        <w:rPr>
          <w:lang w:eastAsia="zh-CN"/>
        </w:rPr>
        <w:br/>
      </w:r>
      <w:r>
        <w:rPr>
          <w:lang w:eastAsia="zh-CN"/>
        </w:rPr>
        <w:t>　　“好记性不如烂笔头。”记好每一次的笔记，认真对待每一次的口头作业，只有基础扎实了，才可以累计更多。</w:t>
      </w:r>
      <w:r>
        <w:rPr>
          <w:lang w:eastAsia="zh-CN"/>
        </w:rPr>
        <w:br/>
      </w:r>
      <w:r>
        <w:rPr>
          <w:lang w:eastAsia="zh-CN"/>
        </w:rPr>
        <w:t>　　最后，也是最关键的一点，就是要科学安排时间，没有合理的安排，再好的计划也会付之东流。所以，在新学期里，最要学会的就是要合理安排学习、娱乐、休息的时间，要把每一点一滴宝贵的时间都抓紧。</w:t>
      </w:r>
      <w:r>
        <w:rPr>
          <w:lang w:eastAsia="zh-CN"/>
        </w:rPr>
        <w:br/>
      </w:r>
      <w:r>
        <w:rPr>
          <w:lang w:eastAsia="zh-CN"/>
        </w:rPr>
        <w:t>　　新学期，新打算，也为新的目标而努力。让我们张开翅膀，在知识的天空里尽情翱翔吧！也祝愿同学们都取得优异的成绩！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篇4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我们总是习惯于在茫茫人流中匆匆行走而忘记了留住风景，习惯于在万家灯火间独自穿梭而忘记了驻足微笑，我们一步步走向人生的尽头，却忘记了捡拾我们所遗落的，失去的，明明偏了方向，可还要自作聪明地走下去，荒唐得可笑。</w:t>
      </w:r>
      <w:r>
        <w:rPr>
          <w:lang w:eastAsia="zh-CN"/>
        </w:rPr>
        <w:br/>
      </w:r>
      <w:r>
        <w:rPr>
          <w:lang w:eastAsia="zh-CN"/>
        </w:rPr>
        <w:t>　　那便是曾经的我，绕过一段段难行的道路，回到了原点。那个时候，我拿着自己苍白的成绩，落魄得不知道怎样重新开始，怎样面对血淋淋的现实。我妄想着逃避。可是，一次又一次的打击告诉我，逃避不是对策，我终究要学会面对，学会改变。于是，我选择了重来，我不相信我做不到。几个月的沉淀，我再次拿到自己的成绩，纵然一切变得乐观，徘徊在我周围的不再只是阴霾，但我仍然因那几个尖锐的数字黯然神伤，它告诉我，我还要继续走下去，很长的一段路要走。于是，我选择了前行，我相信我还能更好。</w:t>
      </w:r>
      <w:r>
        <w:rPr>
          <w:lang w:eastAsia="zh-CN"/>
        </w:rPr>
        <w:br/>
      </w:r>
      <w:r>
        <w:rPr>
          <w:lang w:eastAsia="zh-CN"/>
        </w:rPr>
        <w:t>　　可是我怎样才能摆脱那巨大的阴影，重展翼翅追寻我想要的繁华？我看着别人骄傲地说出那令人钦羡的分数时嘴角微微上扬的弧度，原已重燃光亮的眼神再次黯淡。我与他们，是那样漫长的一段距离，那高高在上的名次便让我望而却步，我不知道，他们今日的辉煌需要用背后多少的努力积淀而成，我也可以吗？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目光再次爬上自己的成绩，曾经小小的欣喜已荡然无存。我不应该为这样小小的进步而欢呼雀跃，我所要面对的是更强大的对手，我所要付出的是更多倍的努力。于是，我选择了积淀，不再挥霍自己宝贵的时间精力，为了下一次的超越，我必须努力，我相信我终有一日能以俯视的姿态睥睨曾经的自己，站在那个我想要的高度上，让万千景色尽收眼底。</w:t>
      </w:r>
      <w:r>
        <w:rPr>
          <w:lang w:eastAsia="zh-CN"/>
        </w:rPr>
        <w:br/>
      </w:r>
      <w:r>
        <w:rPr>
          <w:lang w:eastAsia="zh-CN"/>
        </w:rPr>
        <w:t>　　初三，不再是孩童般的天真梦幻，它是残酷的角逐、疯狂的竞争，我不能再放任自己，不能再回到原点，我相信终有一日我会凭借自己的力量走在他们前面，睥睨笑傲。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篇5 </w:t>
      </w:r>
      <w:r>
        <w:rPr>
          <w:lang w:eastAsia="zh-CN"/>
        </w:rPr>
        <w:br/>
      </w:r>
      <w:r>
        <w:rPr>
          <w:lang w:eastAsia="zh-CN"/>
        </w:rPr>
        <w:t>　　新的学期开始了，在这个假期，必须得有自己的学习计划，不然在九班这个大家庭稳不住脚。我一定要比上个学期更上一层楼，我的目标一定要不断上升。</w:t>
      </w:r>
      <w:r>
        <w:rPr>
          <w:lang w:eastAsia="zh-CN"/>
        </w:rPr>
        <w:br/>
      </w:r>
      <w:r>
        <w:rPr>
          <w:lang w:eastAsia="zh-CN"/>
        </w:rPr>
        <w:t>　　学习方面，我在上课应该认真听讲，不能分神，不该讲的话就不应该讲；</w:t>
      </w:r>
      <w:r>
        <w:rPr>
          <w:lang w:eastAsia="zh-CN"/>
        </w:rPr>
        <w:br/>
      </w:r>
      <w:r>
        <w:rPr>
          <w:lang w:eastAsia="zh-CN"/>
        </w:rPr>
        <w:t>　　上课也不和别人说话尽量克制住；</w:t>
      </w:r>
      <w:r>
        <w:rPr>
          <w:lang w:eastAsia="zh-CN"/>
        </w:rPr>
        <w:br/>
      </w:r>
      <w:r>
        <w:rPr>
          <w:lang w:eastAsia="zh-CN"/>
        </w:rPr>
        <w:t>　　上课不搞小动作，把老师讲的一词一句都牢牢记住。在语、数、英这三方面，我比较擅长的还是语文，有时候英语成绩也会比语文成绩高，但是数学成绩总是高低起伏，我一定会改掉这种坏习惯！只要功夫深，铁杵磨成针。我只要努力学习，就一定会有回报！</w:t>
      </w:r>
      <w:r>
        <w:rPr>
          <w:lang w:eastAsia="zh-CN"/>
        </w:rPr>
        <w:br/>
      </w:r>
      <w:r>
        <w:rPr>
          <w:lang w:eastAsia="zh-CN"/>
        </w:rPr>
        <w:t>　　我的初中计划是这样的：</w:t>
      </w:r>
      <w:r>
        <w:rPr>
          <w:lang w:eastAsia="zh-CN"/>
        </w:rPr>
        <w:br/>
      </w:r>
      <w:r>
        <w:rPr>
          <w:lang w:eastAsia="zh-CN"/>
        </w:rPr>
        <w:t>　　1.每天5:00起床，洗漱半个小时，5:30吃饭。</w:t>
      </w:r>
      <w:r>
        <w:rPr>
          <w:lang w:eastAsia="zh-CN"/>
        </w:rPr>
        <w:br/>
      </w:r>
      <w:r>
        <w:rPr>
          <w:lang w:eastAsia="zh-CN"/>
        </w:rPr>
        <w:t>　　2.吃饭半个小时，6:00收拾书包穿衣服。</w:t>
      </w:r>
      <w:r>
        <w:rPr>
          <w:lang w:eastAsia="zh-CN"/>
        </w:rPr>
        <w:br/>
      </w:r>
      <w:r>
        <w:rPr>
          <w:lang w:eastAsia="zh-CN"/>
        </w:rPr>
        <w:t>　　3.6：20下楼等公交车，7：05到校。</w:t>
      </w:r>
      <w:r>
        <w:rPr>
          <w:lang w:eastAsia="zh-CN"/>
        </w:rPr>
        <w:br/>
      </w:r>
      <w:r>
        <w:rPr>
          <w:lang w:eastAsia="zh-CN"/>
        </w:rPr>
        <w:t>　　语文：多看多读课文，不懂的要提前预习，上课没听懂的要问老师。</w:t>
      </w:r>
      <w:r>
        <w:rPr>
          <w:lang w:eastAsia="zh-CN"/>
        </w:rPr>
        <w:br/>
      </w:r>
      <w:r>
        <w:rPr>
          <w:lang w:eastAsia="zh-CN"/>
        </w:rPr>
        <w:t>　　数学：回家做至少10道算术题或应用题。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英语：每个星期六或星期天背单词或重要的语句重要的语句要默写。</w:t>
      </w:r>
      <w:r>
        <w:rPr>
          <w:lang w:eastAsia="zh-CN"/>
        </w:rPr>
        <w:br/>
      </w:r>
      <w:r>
        <w:rPr>
          <w:lang w:eastAsia="zh-CN"/>
        </w:rPr>
        <w:t>　　总的来说，语文要多读多看；数学要活学运用，不能死记硬背；英语要多背，要懂它的意思，语法也要多练习。除此之外，每个科目必须要建立一个“错题本”，当考卷子、有错题时，把错题写上去，下一次做题或考试就不会错了。</w:t>
      </w:r>
      <w:r>
        <w:rPr>
          <w:lang w:eastAsia="zh-CN"/>
        </w:rPr>
        <w:br/>
      </w:r>
      <w:r>
        <w:rPr>
          <w:lang w:eastAsia="zh-CN"/>
        </w:rPr>
        <w:t>　　以上就是我新学期的计划，在这个新学期里，在新的起跑线上，让我们向着“三好学生”的.目标起跑，世上无难事，只要你肯攀登，无论多难的事，都能够成功！加油吧！冲刺吧！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篇6 </w:t>
      </w:r>
      <w:r>
        <w:rPr>
          <w:lang w:eastAsia="zh-CN"/>
        </w:rPr>
        <w:br/>
      </w:r>
      <w:r>
        <w:rPr>
          <w:lang w:eastAsia="zh-CN"/>
        </w:rPr>
        <w:t>　　为了提高自己的执教水平和业务能力，更好地为教育教学服务，我将以新课程为引领，认真践行校本教研工作，借助同伴互助提升教育理念，感悟教育真谛。为促进自身专业不断成长，结合自己的实际和自身发展要求，特制订个人校本研修计划如下：</w:t>
      </w:r>
      <w:r>
        <w:rPr>
          <w:lang w:eastAsia="zh-CN"/>
        </w:rPr>
        <w:br/>
      </w:r>
      <w:r>
        <w:rPr>
          <w:lang w:eastAsia="zh-CN"/>
        </w:rPr>
        <w:t>　　一、指导思想</w:t>
      </w:r>
      <w:r>
        <w:rPr>
          <w:lang w:eastAsia="zh-CN"/>
        </w:rPr>
        <w:br/>
      </w:r>
      <w:r>
        <w:rPr>
          <w:lang w:eastAsia="zh-CN"/>
        </w:rPr>
        <w:t>　　以学校为本，以新课程实施为中心，以改善教学方法为突破口，以课堂教学研究为基本点，扎扎实实的开展好个人校本研修工作。通过校本研修，不断充实自己，努力提高自身整体教学水平，不断促进自身专业成长。</w:t>
      </w:r>
      <w:r>
        <w:rPr>
          <w:lang w:eastAsia="zh-CN"/>
        </w:rPr>
        <w:br/>
      </w:r>
      <w:r>
        <w:rPr>
          <w:lang w:eastAsia="zh-CN"/>
        </w:rPr>
        <w:t>　　二、 研修目标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1、通过研修，努力提高自身的师德修养，做到德高为范，学高为师。能总结教育教学研究的经验与教训，认真备好、上好每一节数学课，撰写较高质量的教学案例、教学反思、教学论文和教学设计，不断提升自己的业务能力和教学艺术。</w:t>
      </w:r>
      <w:r>
        <w:rPr>
          <w:lang w:eastAsia="zh-CN"/>
        </w:rPr>
        <w:br/>
      </w:r>
      <w:r>
        <w:rPr>
          <w:lang w:eastAsia="zh-CN"/>
        </w:rPr>
        <w:t>　　2、努力开展教育教学研究工作，充分发挥教研组长的示范引领作用，迅速提高自身和同伴的业务素质和教学研究水平。</w:t>
      </w:r>
      <w:r>
        <w:rPr>
          <w:lang w:eastAsia="zh-CN"/>
        </w:rPr>
        <w:br/>
      </w:r>
      <w:r>
        <w:rPr>
          <w:lang w:eastAsia="zh-CN"/>
        </w:rPr>
        <w:t>　　3、优化数学课堂教学，优化备课活动，加强理论学习，不断进行教学研究，努力探索和研究适合学生特点、能促进学生全面发展的教学方法，推动教学质量稳步提升。</w:t>
      </w:r>
      <w:r>
        <w:rPr>
          <w:lang w:eastAsia="zh-CN"/>
        </w:rPr>
        <w:br/>
      </w:r>
      <w:r>
        <w:rPr>
          <w:lang w:eastAsia="zh-CN"/>
        </w:rPr>
        <w:t>　　4、以新的教育理念和修订版学科课程标准为指导，大力实施新课程，着力解决教学改革和课堂教学中所遇到的实际问题，不断转变教师教学方式和学生学习方式，促进师生共同发展。</w:t>
      </w:r>
      <w:r>
        <w:rPr>
          <w:lang w:eastAsia="zh-CN"/>
        </w:rPr>
        <w:br/>
      </w:r>
      <w:r>
        <w:rPr>
          <w:lang w:eastAsia="zh-CN"/>
        </w:rPr>
        <w:t>　　三、研修要求</w:t>
      </w:r>
      <w:r>
        <w:rPr>
          <w:lang w:eastAsia="zh-CN"/>
        </w:rPr>
        <w:br/>
      </w:r>
      <w:r>
        <w:rPr>
          <w:lang w:eastAsia="zh-CN"/>
        </w:rPr>
        <w:t>　　以新的教育理念为指导，以课程改革实验研究为重点，以促进师生共同发展为目的，以改革课堂教学为突破口，促进教育教学观念的转变，重视学生创新精神和实践能力的培养，为学生的全面发展和终身发展服务，使自己及同伴们成为师德高尚、业务精湛，能促进学生全面发展的优秀教师。</w:t>
      </w:r>
      <w:r>
        <w:rPr>
          <w:lang w:eastAsia="zh-CN"/>
        </w:rPr>
        <w:br/>
      </w:r>
      <w:r>
        <w:rPr>
          <w:lang w:eastAsia="zh-CN"/>
        </w:rPr>
        <w:t>　　四、研修内容</w:t>
      </w:r>
      <w:r>
        <w:rPr>
          <w:lang w:eastAsia="zh-CN"/>
        </w:rPr>
        <w:br/>
      </w:r>
      <w:r>
        <w:rPr>
          <w:lang w:eastAsia="zh-CN"/>
        </w:rPr>
        <w:t>　　（一）个人读书</w:t>
      </w:r>
      <w:r>
        <w:rPr>
          <w:lang w:eastAsia="zh-CN"/>
        </w:rPr>
        <w:br/>
      </w:r>
      <w:r>
        <w:rPr>
          <w:lang w:eastAsia="zh-CN"/>
        </w:rPr>
        <w:t>　　争取每月精读一本教育教学专刊，每学期读一本数学方面的专业书籍，认真在读书笔记上做好记载，努力撰写读后感3——5篇，特别要加强对修订版课程标准的学习和领会。</w:t>
      </w:r>
      <w:r>
        <w:rPr>
          <w:lang w:eastAsia="zh-CN"/>
        </w:rPr>
        <w:br/>
      </w:r>
      <w:r>
        <w:rPr>
          <w:lang w:eastAsia="zh-CN"/>
        </w:rPr>
        <w:t>　　（二）听评课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主要以本校教师为听评课对象，并努力参加县教研室和教研协作区组织开展的听课评课活动，每学期完成20节的听课任务，并认真进行记录和评议。</w:t>
      </w:r>
      <w:r>
        <w:rPr>
          <w:lang w:eastAsia="zh-CN"/>
        </w:rPr>
        <w:br/>
      </w:r>
      <w:r>
        <w:rPr>
          <w:lang w:eastAsia="zh-CN"/>
        </w:rPr>
        <w:t>　　每学期观看五节以上的中学教学优质课课堂实录，做好听课记录，并在教研组活动时及时作出听课后评价。</w:t>
      </w:r>
      <w:r>
        <w:rPr>
          <w:lang w:eastAsia="zh-CN"/>
        </w:rPr>
        <w:br/>
      </w:r>
      <w:r>
        <w:rPr>
          <w:lang w:eastAsia="zh-CN"/>
        </w:rPr>
        <w:t>　　（三）公开课</w:t>
      </w:r>
      <w:r>
        <w:rPr>
          <w:lang w:eastAsia="zh-CN"/>
        </w:rPr>
        <w:br/>
      </w:r>
      <w:r>
        <w:rPr>
          <w:lang w:eastAsia="zh-CN"/>
        </w:rPr>
        <w:t>　　努力参加学校、教研协作区和教研室组织开展的教学公开课活动。每学期在组内上一节公开课，课前精心备课，然后请校内优秀教师进行指导后再邀请组内和其他教师听课。课后及时把教学设计和教学反思写下来。</w:t>
      </w:r>
      <w:r>
        <w:rPr>
          <w:lang w:eastAsia="zh-CN"/>
        </w:rPr>
        <w:br/>
      </w:r>
      <w:r>
        <w:rPr>
          <w:lang w:eastAsia="zh-CN"/>
        </w:rPr>
        <w:t>　　（四）教研组集中研修</w:t>
      </w:r>
      <w:r>
        <w:rPr>
          <w:lang w:eastAsia="zh-CN"/>
        </w:rPr>
        <w:br/>
      </w:r>
      <w:r>
        <w:rPr>
          <w:lang w:eastAsia="zh-CN"/>
        </w:rPr>
        <w:t>　　努力主持和参与每周一次的教研组研修活动，开展好业务理论学习和备课，加强组内教学研究专题和个人所申报的教学研究课题的研究。</w:t>
      </w:r>
      <w:r>
        <w:rPr>
          <w:lang w:eastAsia="zh-CN"/>
        </w:rPr>
        <w:br/>
      </w:r>
      <w:r>
        <w:rPr>
          <w:lang w:eastAsia="zh-CN"/>
        </w:rPr>
        <w:t>　　（五）撰写教学论文</w:t>
      </w:r>
      <w:r>
        <w:rPr>
          <w:lang w:eastAsia="zh-CN"/>
        </w:rPr>
        <w:br/>
      </w:r>
      <w:r>
        <w:rPr>
          <w:lang w:eastAsia="zh-CN"/>
        </w:rPr>
        <w:t>　　根据个人研修的实际情况，每学年独立完成一篇20__字以上的'教学论文。独立完成一篇高质量的教学反思、教学设计和教学课件，并努力参加各级各类论文、教学设计和课件评选活动或公开发表。</w:t>
      </w:r>
      <w:r>
        <w:rPr>
          <w:lang w:eastAsia="zh-CN"/>
        </w:rPr>
        <w:br/>
      </w:r>
      <w:r>
        <w:rPr>
          <w:lang w:eastAsia="zh-CN"/>
        </w:rPr>
        <w:t>　　五、研修具体措施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1、通过个人与集体学习形式加强理论学习和业务学习，不断吮吸新的教育教学理念，努力探索教育教学规律。努力参加各级教研部门组织开展的论文、课件、教学设计等方面的评选活动，促进自身的专业理论水平不断提升。</w:t>
      </w:r>
      <w:r>
        <w:rPr>
          <w:lang w:eastAsia="zh-CN"/>
        </w:rPr>
        <w:br/>
      </w:r>
      <w:r>
        <w:rPr>
          <w:lang w:eastAsia="zh-CN"/>
        </w:rPr>
        <w:t>　　2、努力参加教学研究活动，主动参加学校、教研协作区和教研部门组织的研究课、示范课活动，在实践中丰富自己的教学经验。同时将培训和学习所得，在具体的教学实践中尝试，使自己的教学水平逐步提高，逐步形成自己的教学特色。</w:t>
      </w:r>
      <w:r>
        <w:rPr>
          <w:lang w:eastAsia="zh-CN"/>
        </w:rPr>
        <w:br/>
      </w:r>
      <w:r>
        <w:rPr>
          <w:lang w:eastAsia="zh-CN"/>
        </w:rPr>
        <w:t>　　3、努力参与课题研究，每学年结合课题研究内容撰写一篇教学反思、教学案例和教学论文。</w:t>
      </w:r>
      <w:r>
        <w:rPr>
          <w:lang w:eastAsia="zh-CN"/>
        </w:rPr>
        <w:br/>
      </w:r>
      <w:r>
        <w:rPr>
          <w:lang w:eastAsia="zh-CN"/>
        </w:rPr>
        <w:t>　　4、注重日常教学常规的扎实与提升，学会思考教育问题，努力把先进的教育理念转化为教师的行为，从反思中提升教学研究水平。平时教学及每节公开课后，把自己在教学实践中发现的问题和有价值的东西赶快记下来，享受成功，弥补不足，通过反思优化教学实践，在总结经验中完善自我，有效提高课堂教学质量与效益。</w:t>
      </w:r>
      <w:r>
        <w:rPr>
          <w:lang w:eastAsia="zh-CN"/>
        </w:rPr>
        <w:br/>
      </w:r>
      <w:r>
        <w:rPr>
          <w:lang w:eastAsia="zh-CN"/>
        </w:rPr>
        <w:t>　　5、按时按要求努力参与教研组的备课活动，认真备好每一节课，上好每一节课，务求取得实效。</w:t>
      </w:r>
      <w:r>
        <w:rPr>
          <w:lang w:eastAsia="zh-CN"/>
        </w:rPr>
        <w:br/>
      </w:r>
      <w:r>
        <w:rPr>
          <w:lang w:eastAsia="zh-CN"/>
        </w:rPr>
        <w:t>　　总之，我将通过校本研修，进一步提高自身常规教学能力和教学研究水平，努力推进新课程的实施，充分发挥自身的专业引领作用，继续推进学校校本教研工作的有效开展，促进自我专业成长。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篇7 </w:t>
      </w:r>
      <w:r>
        <w:rPr>
          <w:lang w:eastAsia="zh-CN"/>
        </w:rPr>
        <w:br/>
      </w:r>
      <w:r>
        <w:rPr>
          <w:lang w:eastAsia="zh-CN"/>
        </w:rPr>
        <w:t>　　学习计划，小中步入初中，是新的起点，新的挑战，一切将要从零开始，为此我要结合自我的实际状况，制订一个合理的学习计划和对自我学习中的提出的要求，来完成我的学业。</w:t>
      </w:r>
      <w:r>
        <w:rPr>
          <w:lang w:eastAsia="zh-CN"/>
        </w:rPr>
        <w:br/>
      </w:r>
      <w:r>
        <w:rPr>
          <w:lang w:eastAsia="zh-CN"/>
        </w:rPr>
        <w:t>　　一、学习目标要明确，做好切实可行的计划。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根据学校要求，大概需要7个学期来完成学业。</w:t>
      </w:r>
      <w:r>
        <w:rPr>
          <w:lang w:eastAsia="zh-CN"/>
        </w:rPr>
        <w:br/>
      </w:r>
      <w:r>
        <w:rPr>
          <w:lang w:eastAsia="zh-CN"/>
        </w:rPr>
        <w:t>　　二、合理安排时间，按时完成学习任务。</w:t>
      </w:r>
      <w:r>
        <w:rPr>
          <w:lang w:eastAsia="zh-CN"/>
        </w:rPr>
        <w:br/>
      </w:r>
      <w:r>
        <w:rPr>
          <w:lang w:eastAsia="zh-CN"/>
        </w:rPr>
        <w:t>　　在学习课程中，精心地安排好每一天的学习时间，抽出1小时去学习，循序渐进的过程完成学习任务。</w:t>
      </w:r>
      <w:r>
        <w:rPr>
          <w:lang w:eastAsia="zh-CN"/>
        </w:rPr>
        <w:br/>
      </w:r>
      <w:r>
        <w:rPr>
          <w:lang w:eastAsia="zh-CN"/>
        </w:rPr>
        <w:t>　　三、养成做笔记的习惯。</w:t>
      </w:r>
      <w:r>
        <w:rPr>
          <w:lang w:eastAsia="zh-CN"/>
        </w:rPr>
        <w:br/>
      </w:r>
      <w:r>
        <w:rPr>
          <w:lang w:eastAsia="zh-CN"/>
        </w:rPr>
        <w:t>　　在课前，做好预习笔记，有针对性的列出重点和难点并加深对学习资料的理解和记忆，便于以后查阅和复习。课上，做好听课笔记，养成良好的学习习惯。</w:t>
      </w:r>
      <w:r>
        <w:rPr>
          <w:lang w:eastAsia="zh-CN"/>
        </w:rPr>
        <w:br/>
      </w:r>
      <w:r>
        <w:rPr>
          <w:lang w:eastAsia="zh-CN"/>
        </w:rPr>
        <w:t>　　四、认真地完成布置的作业，养成自主的学习习惯。</w:t>
      </w:r>
      <w:r>
        <w:rPr>
          <w:lang w:eastAsia="zh-CN"/>
        </w:rPr>
        <w:br/>
      </w:r>
      <w:r>
        <w:rPr>
          <w:lang w:eastAsia="zh-CN"/>
        </w:rPr>
        <w:t>　　根据教学计划的要求，要按质按量的完成老师布置的作业和学习任务。还要培养良好的自主学习习惯，掌握必要的学习技能。</w:t>
      </w:r>
      <w:r>
        <w:rPr>
          <w:lang w:eastAsia="zh-CN"/>
        </w:rPr>
        <w:br/>
      </w:r>
      <w:r>
        <w:rPr>
          <w:lang w:eastAsia="zh-CN"/>
        </w:rPr>
        <w:t>　　五、多向老师和同学请教。</w:t>
      </w:r>
      <w:r>
        <w:rPr>
          <w:lang w:eastAsia="zh-CN"/>
        </w:rPr>
        <w:br/>
      </w:r>
      <w:r>
        <w:rPr>
          <w:lang w:eastAsia="zh-CN"/>
        </w:rPr>
        <w:t>　　遇到疑难问题，要及时向老师请教，或者透过电子邮件与老师同学联系，寻求辅导和帮忙。</w:t>
      </w:r>
      <w:r>
        <w:rPr>
          <w:lang w:eastAsia="zh-CN"/>
        </w:rPr>
        <w:br/>
      </w:r>
      <w:r>
        <w:rPr>
          <w:lang w:eastAsia="zh-CN"/>
        </w:rPr>
        <w:t>　　六、及时做好考前的复习工作。</w:t>
      </w:r>
      <w:r>
        <w:rPr>
          <w:lang w:eastAsia="zh-CN"/>
        </w:rPr>
        <w:br/>
      </w:r>
      <w:r>
        <w:rPr>
          <w:lang w:eastAsia="zh-CN"/>
        </w:rPr>
        <w:t>　　考前复习是学习过程的最后阶段，要对整个课程的学习进行检查和补充，总结经验。</w:t>
      </w:r>
      <w:r>
        <w:rPr>
          <w:lang w:eastAsia="zh-CN"/>
        </w:rPr>
        <w:br/>
      </w:r>
      <w:r>
        <w:rPr>
          <w:lang w:eastAsia="zh-CN"/>
        </w:rPr>
        <w:t>　　七、利用业余时间，透过计算机网络加强学习。</w:t>
      </w:r>
      <w:r>
        <w:rPr>
          <w:lang w:eastAsia="zh-CN"/>
        </w:rPr>
        <w:br/>
      </w:r>
      <w:r>
        <w:rPr>
          <w:lang w:eastAsia="zh-CN"/>
        </w:rPr>
        <w:t>　　随着新技术、新媒体的发展，远程开放教育把先进的科学技术应用于教学中，我要利用业余时间，透过网络定期浏览，以便及时的调整自我学习进度和策略。透过网络网上课件和学习管理平台的学习。透过电子邮件与老师同学联系，寻求辅导和帮忙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八、不断加强专业学习，确定补修专业。</w:t>
      </w:r>
      <w:r>
        <w:rPr>
          <w:lang w:eastAsia="zh-CN"/>
        </w:rPr>
        <w:br/>
      </w:r>
      <w:r>
        <w:rPr>
          <w:lang w:eastAsia="zh-CN"/>
        </w:rPr>
        <w:t>　　为了加强综合素质，还需要在完成学业后，不断地加强与自我的专业相关课程的学习，来完善自我。吸纳新的技能和知识充实自我，提高分析和处理工作的潜力，注重总结经验，完善自我。</w:t>
      </w:r>
      <w:r>
        <w:rPr>
          <w:lang w:eastAsia="zh-CN"/>
        </w:rPr>
        <w:br/>
      </w:r>
      <w:r>
        <w:rPr>
          <w:lang w:eastAsia="zh-CN"/>
        </w:rPr>
        <w:t>　　总之，虽然客观制定了个人初步学习计划，还存在许多不完善与不足之处，还需要今后根据自我的切实状况，在学习中不断地补充，加以改善、及时地总结经验，以合格的成绩来完成自我三年的学业。</w:t>
      </w:r>
      <w:r>
        <w:rPr>
          <w:lang w:eastAsia="zh-CN"/>
        </w:rPr>
        <w:br/>
      </w:r>
      <w:r>
        <w:rPr>
          <w:lang w:eastAsia="zh-CN"/>
        </w:rPr>
        <w:t>　　及时总结，为实现自我的计划目标，我会合理安排好时间，用心、用力的学习，努力拼搏，挑战自我！</w:t>
      </w:r>
      <w:r>
        <w:rPr>
          <w:lang w:eastAsia="zh-CN"/>
        </w:rPr>
        <w:br/>
      </w:r>
      <w:r>
        <w:rPr>
          <w:lang w:eastAsia="zh-CN"/>
        </w:rPr>
        <w:t>　　学习也可当做另种游戏，改变自我的心态很重要。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篇8 </w:t>
      </w:r>
      <w:r>
        <w:rPr>
          <w:lang w:eastAsia="zh-CN"/>
        </w:rPr>
        <w:br/>
      </w:r>
      <w:r>
        <w:rPr>
          <w:lang w:eastAsia="zh-CN"/>
        </w:rPr>
        <w:t>　　新的学期已经到来，从此刻起，我要把全部精力都放在学习，认真学习，努力学习。所以，从此刻起，我要有一份好的计划书来辅导我学习，那就是：</w:t>
      </w:r>
      <w:r>
        <w:rPr>
          <w:lang w:eastAsia="zh-CN"/>
        </w:rPr>
        <w:br/>
      </w:r>
      <w:r>
        <w:rPr>
          <w:lang w:eastAsia="zh-CN"/>
        </w:rPr>
        <w:t>　　学习前先预习。在认真投入学习之前，先把要学习的资料快速浏览一遍，了解学习的大致资料及结构，以便能及时理解和消化学习资料。在重要的地方，稍微放慢学习进程。充分利用课堂时间。课堂上要及时配合老师，做好笔记来帮忙自己记住老师讲授的资料，尤其重要的是要用心地独立思考，跟得上老师的思维与节奏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课堂上做的笔记要在课后及时复习，不仅仅要复习老师在课堂上讲授的重要资料，还要复习那些仍感模糊的认识。坚持定期复习笔记和课本，并做一些相关的题目。</w:t>
      </w:r>
      <w:r>
        <w:rPr>
          <w:lang w:eastAsia="zh-CN"/>
        </w:rPr>
        <w:br/>
      </w:r>
      <w:r>
        <w:rPr>
          <w:lang w:eastAsia="zh-CN"/>
        </w:rPr>
        <w:t>　　养成良好的学习习惯。改掉学习的粗心、边看电视边写作业、边写边问、不独立思考等学习恶习。</w:t>
      </w:r>
      <w:r>
        <w:rPr>
          <w:lang w:eastAsia="zh-CN"/>
        </w:rPr>
        <w:br/>
      </w:r>
      <w:r>
        <w:rPr>
          <w:lang w:eastAsia="zh-CN"/>
        </w:rPr>
        <w:t>　　严格按照学校的作息时间和安排自己的学习生活，除了上课时间外，课余时间完志各科作业，记当前所学英语单词，预习下一章的理科课本，复习已学资料，做适量习题，加以巩固，背诵所有科目必背的课文。课余学习时，就应全神贯注于功课，千万不能“身在曹营心在汉”。</w:t>
      </w:r>
      <w:r>
        <w:rPr>
          <w:lang w:eastAsia="zh-CN"/>
        </w:rPr>
        <w:br/>
      </w:r>
      <w:r>
        <w:rPr>
          <w:lang w:eastAsia="zh-CN"/>
        </w:rPr>
        <w:t>　　利用课外时间多阅读中外名著，加强写作，开阔视野。</w:t>
      </w:r>
      <w:r>
        <w:rPr>
          <w:lang w:eastAsia="zh-CN"/>
        </w:rPr>
        <w:br/>
      </w:r>
      <w:r>
        <w:rPr>
          <w:lang w:eastAsia="zh-CN"/>
        </w:rPr>
        <w:t>　　上课前预习，找不懂的地方，上课时学习，解决不懂的地方，上课后复习，温故而知新。认真上每一节课。集中注意力，思考老师讲的每一个问题，没有听懂的地方课后向老师提问，做到当天的知识当天融会贯通。</w:t>
      </w:r>
      <w:r>
        <w:rPr>
          <w:lang w:eastAsia="zh-CN"/>
        </w:rPr>
        <w:br/>
      </w:r>
      <w:r>
        <w:rPr>
          <w:lang w:eastAsia="zh-CN"/>
        </w:rPr>
        <w:t>　　学习态度端正，认真改正自身的不良学习习惯，对待大小考试的成绩要有正确的认识，深刻的自省，不骄不躁。</w:t>
      </w:r>
      <w:r>
        <w:rPr>
          <w:lang w:eastAsia="zh-CN"/>
        </w:rPr>
        <w:br/>
      </w:r>
      <w:r>
        <w:rPr>
          <w:lang w:eastAsia="zh-CN"/>
        </w:rPr>
        <w:t>　　用心参加学校和班群众组织的各种活动，团结同学，乐于助人。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篇9 </w:t>
      </w:r>
      <w:r>
        <w:rPr>
          <w:lang w:eastAsia="zh-CN"/>
        </w:rPr>
        <w:br/>
      </w:r>
      <w:r>
        <w:rPr>
          <w:lang w:eastAsia="zh-CN"/>
        </w:rPr>
        <w:t>　　根据新课标、考试说明以及中考化学命题的方向和趋势，总结历届学生中考总复习的成功经验，结合学生情况，特制定本学期的复习计划。</w:t>
      </w:r>
      <w:r>
        <w:rPr>
          <w:lang w:eastAsia="zh-CN"/>
        </w:rPr>
        <w:br/>
      </w:r>
      <w:r>
        <w:rPr>
          <w:lang w:eastAsia="zh-CN"/>
        </w:rPr>
        <w:t>　　一、指导思想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以国家颁布的《全日制义务教育化学课程标准》(实验稿)确定的培养目标为依据，结合海南省初中化学科“考试说明”，强化学生基础知识，培养学生实验技能，贯穿“从生活走向化学，从化学走向社会”理念，突出化学知识与生活、社会、科技之间的联系，培养学生的探究能力。</w:t>
      </w:r>
      <w:r>
        <w:rPr>
          <w:lang w:eastAsia="zh-CN"/>
        </w:rPr>
        <w:br/>
      </w:r>
      <w:r>
        <w:rPr>
          <w:lang w:eastAsia="zh-CN"/>
        </w:rPr>
        <w:t>　　二、复习安排</w:t>
      </w:r>
      <w:r>
        <w:rPr>
          <w:lang w:eastAsia="zh-CN"/>
        </w:rPr>
        <w:br/>
      </w:r>
      <w:r>
        <w:rPr>
          <w:lang w:eastAsia="zh-CN"/>
        </w:rPr>
        <w:t>　　计划于第六周内，完成化学课程所有新课的教学工作，从第七周开始进行化学复习。</w:t>
      </w:r>
      <w:r>
        <w:rPr>
          <w:lang w:eastAsia="zh-CN"/>
        </w:rPr>
        <w:br/>
      </w:r>
      <w:r>
        <w:rPr>
          <w:lang w:eastAsia="zh-CN"/>
        </w:rPr>
        <w:t>　　复习分三个阶段：</w:t>
      </w:r>
      <w:r>
        <w:rPr>
          <w:lang w:eastAsia="zh-CN"/>
        </w:rPr>
        <w:br/>
      </w:r>
      <w:r>
        <w:rPr>
          <w:lang w:eastAsia="zh-CN"/>
        </w:rPr>
        <w:t>　　第一阶段(4周)：回归教材，抓实基础</w:t>
      </w:r>
      <w:r>
        <w:rPr>
          <w:lang w:eastAsia="zh-CN"/>
        </w:rPr>
        <w:br/>
      </w:r>
      <w:r>
        <w:rPr>
          <w:lang w:eastAsia="zh-CN"/>
        </w:rPr>
        <w:t>　　首先，夯实双基构建网络 。课本是复习的最好蓝本，其中蕴藏着许多学科思想和方法;双基是学生能力提高的基础，是科学解题的依据。复习时应《化学课程标准》和《考试说明》为切入点，梳理学科知识、善于进行“分析、对比、综合、推理”形成知识、能力网络，进行知识间的交叉和渗透，以便从整体上掌握知识，应用时迅速提取，并保证解决问题的准确性。</w:t>
      </w:r>
      <w:r>
        <w:rPr>
          <w:lang w:eastAsia="zh-CN"/>
        </w:rPr>
        <w:br/>
      </w:r>
      <w:r>
        <w:rPr>
          <w:lang w:eastAsia="zh-CN"/>
        </w:rPr>
        <w:t>　　其次，通过单元检测，针对学生测试中出现的共性问题，及时组织反馈练习，帮学生查漏补缺、纠正错误、巩固提高。</w:t>
      </w:r>
      <w:r>
        <w:rPr>
          <w:lang w:eastAsia="zh-CN"/>
        </w:rPr>
        <w:br/>
      </w:r>
      <w:r>
        <w:rPr>
          <w:lang w:eastAsia="zh-CN"/>
        </w:rPr>
        <w:t>　　第二阶段(6周)：专题复习，联系实际，培养能力。</w:t>
      </w:r>
      <w:r>
        <w:rPr>
          <w:lang w:eastAsia="zh-CN"/>
        </w:rPr>
        <w:br/>
      </w:r>
      <w:r>
        <w:rPr>
          <w:lang w:eastAsia="zh-CN"/>
        </w:rPr>
        <w:t>　　初中化学内容包括：科学探究，身边的化学物质，物质构成的奥秘，物质化学变化和化学与社会发展五个部分。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知识的巩固，能力的提高，离不开解题。但要精选习题，摆脱题海，因此所选习题力求紧密结合知识点，以基础题和中档题为主，根据学生情况适当拓展，对不同层次的学生提出不同的要求。要教会学生学会审题、析题，挖掘题目的隐含条件，对题目进行变式训练和拓展训练，从不同层次、不同角度，分析、解决问题，探求解题思路，总结解题规律，归纳解题技巧，做到举一反三，触类旁通。同时对知识点、考点和热点进行到位训练，力求达到高效训练。</w:t>
      </w:r>
      <w:r>
        <w:rPr>
          <w:lang w:eastAsia="zh-CN"/>
        </w:rPr>
        <w:br/>
      </w:r>
      <w:r>
        <w:rPr>
          <w:lang w:eastAsia="zh-CN"/>
        </w:rPr>
        <w:t>　　第三阶段(4周)：综合复习，查漏补缺</w:t>
      </w:r>
      <w:r>
        <w:rPr>
          <w:lang w:eastAsia="zh-CN"/>
        </w:rPr>
        <w:br/>
      </w:r>
      <w:r>
        <w:rPr>
          <w:lang w:eastAsia="zh-CN"/>
        </w:rPr>
        <w:t>　　本阶段教学目标：结合省调研试题和海口市的二次模拟考试，检查学生知识缺陷，训练解题技巧，规范答题行为，调整临考心态。积累考场经验，全面提升学生中考应试水平。</w:t>
      </w:r>
      <w:r>
        <w:rPr>
          <w:lang w:eastAsia="zh-CN"/>
        </w:rPr>
        <w:br/>
      </w:r>
      <w:r>
        <w:rPr>
          <w:lang w:eastAsia="zh-CN"/>
        </w:rPr>
        <w:t>　　具体安排：</w:t>
      </w:r>
      <w:r>
        <w:rPr>
          <w:lang w:eastAsia="zh-CN"/>
        </w:rPr>
        <w:br/>
      </w:r>
      <w:r>
        <w:rPr>
          <w:lang w:eastAsia="zh-CN"/>
        </w:rPr>
        <w:t>　　第一轮：章节复习，打好基础;(3.20-4.20)</w:t>
      </w:r>
      <w:r>
        <w:rPr>
          <w:lang w:eastAsia="zh-CN"/>
        </w:rPr>
        <w:br/>
      </w:r>
      <w:r>
        <w:rPr>
          <w:lang w:eastAsia="zh-CN"/>
        </w:rPr>
        <w:t>　　第二轮：专题复习，培养能力;(4.21-5.31)</w:t>
      </w:r>
      <w:r>
        <w:rPr>
          <w:lang w:eastAsia="zh-CN"/>
        </w:rPr>
        <w:br/>
      </w:r>
      <w:r>
        <w:rPr>
          <w:lang w:eastAsia="zh-CN"/>
        </w:rPr>
        <w:t>　　专题一、化学基本概念和原理(4.21-4.28)</w:t>
      </w:r>
      <w:r>
        <w:rPr>
          <w:lang w:eastAsia="zh-CN"/>
        </w:rPr>
        <w:br/>
      </w:r>
      <w:r>
        <w:rPr>
          <w:lang w:eastAsia="zh-CN"/>
        </w:rPr>
        <w:t>　　1、物质的组成与结构</w:t>
      </w:r>
      <w:r>
        <w:rPr>
          <w:lang w:eastAsia="zh-CN"/>
        </w:rPr>
        <w:br/>
      </w:r>
      <w:r>
        <w:rPr>
          <w:lang w:eastAsia="zh-CN"/>
        </w:rPr>
        <w:t>　　2、物质的分类</w:t>
      </w:r>
      <w:r>
        <w:rPr>
          <w:lang w:eastAsia="zh-CN"/>
        </w:rPr>
        <w:br/>
      </w:r>
      <w:r>
        <w:rPr>
          <w:lang w:eastAsia="zh-CN"/>
        </w:rPr>
        <w:t>　　3、物质的性质与变化</w:t>
      </w:r>
      <w:r>
        <w:rPr>
          <w:lang w:eastAsia="zh-CN"/>
        </w:rPr>
        <w:br/>
      </w:r>
      <w:r>
        <w:rPr>
          <w:lang w:eastAsia="zh-CN"/>
        </w:rPr>
        <w:t>　　4、化学用语</w:t>
      </w:r>
      <w:r>
        <w:rPr>
          <w:lang w:eastAsia="zh-CN"/>
        </w:rPr>
        <w:br/>
      </w:r>
      <w:r>
        <w:rPr>
          <w:lang w:eastAsia="zh-CN"/>
        </w:rPr>
        <w:t>　　专题二、元素化合物(5.4-5.18)</w:t>
      </w:r>
      <w:r>
        <w:rPr>
          <w:lang w:eastAsia="zh-CN"/>
        </w:rPr>
        <w:br/>
      </w:r>
      <w:r>
        <w:rPr>
          <w:lang w:eastAsia="zh-CN"/>
        </w:rPr>
        <w:t>　　1、空气与氧气</w:t>
      </w:r>
      <w:r>
        <w:rPr>
          <w:lang w:eastAsia="zh-CN"/>
        </w:rPr>
        <w:br/>
      </w:r>
      <w:r>
        <w:rPr>
          <w:lang w:eastAsia="zh-CN"/>
        </w:rPr>
        <w:t>　　2、溶液</w:t>
      </w:r>
      <w:r>
        <w:rPr>
          <w:lang w:eastAsia="zh-CN"/>
        </w:rPr>
        <w:br/>
      </w:r>
      <w:r>
        <w:rPr>
          <w:lang w:eastAsia="zh-CN"/>
        </w:rPr>
        <w:t>　　3、水 氢</w:t>
      </w:r>
      <w:r>
        <w:rPr>
          <w:lang w:eastAsia="zh-CN"/>
        </w:rPr>
        <w:br/>
      </w:r>
      <w:r>
        <w:rPr>
          <w:lang w:eastAsia="zh-CN"/>
        </w:rPr>
        <w:t>　　4、碳和碳的氧化物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5、金属和金属材料</w:t>
      </w:r>
      <w:r>
        <w:rPr>
          <w:lang w:eastAsia="zh-CN"/>
        </w:rPr>
        <w:br/>
      </w:r>
      <w:r>
        <w:rPr>
          <w:lang w:eastAsia="zh-CN"/>
        </w:rPr>
        <w:t>　　6、生活中的酸、碱、盐</w:t>
      </w:r>
      <w:r>
        <w:rPr>
          <w:lang w:eastAsia="zh-CN"/>
        </w:rPr>
        <w:br/>
      </w:r>
      <w:r>
        <w:rPr>
          <w:lang w:eastAsia="zh-CN"/>
        </w:rPr>
        <w:t>　　专题三：化学实验(5.22-5.26)</w:t>
      </w:r>
      <w:r>
        <w:rPr>
          <w:lang w:eastAsia="zh-CN"/>
        </w:rPr>
        <w:br/>
      </w:r>
      <w:r>
        <w:rPr>
          <w:lang w:eastAsia="zh-CN"/>
        </w:rPr>
        <w:t>　　1、常用仪器及基本操作</w:t>
      </w:r>
      <w:r>
        <w:rPr>
          <w:lang w:eastAsia="zh-CN"/>
        </w:rPr>
        <w:br/>
      </w:r>
      <w:r>
        <w:rPr>
          <w:lang w:eastAsia="zh-CN"/>
        </w:rPr>
        <w:t>　　2、气体的性质与制取</w:t>
      </w:r>
      <w:r>
        <w:rPr>
          <w:lang w:eastAsia="zh-CN"/>
        </w:rPr>
        <w:br/>
      </w:r>
      <w:r>
        <w:rPr>
          <w:lang w:eastAsia="zh-CN"/>
        </w:rPr>
        <w:t>　　3、物质的检验、鉴别、分离与提纯</w:t>
      </w:r>
      <w:r>
        <w:rPr>
          <w:lang w:eastAsia="zh-CN"/>
        </w:rPr>
        <w:br/>
      </w:r>
      <w:r>
        <w:rPr>
          <w:lang w:eastAsia="zh-CN"/>
        </w:rPr>
        <w:t>　　4、实验设计与评价</w:t>
      </w:r>
      <w:r>
        <w:rPr>
          <w:lang w:eastAsia="zh-CN"/>
        </w:rPr>
        <w:br/>
      </w:r>
      <w:r>
        <w:rPr>
          <w:lang w:eastAsia="zh-CN"/>
        </w:rPr>
        <w:t>　　专题四：化学计算(5.28-6.1)</w:t>
      </w:r>
      <w:r>
        <w:rPr>
          <w:lang w:eastAsia="zh-CN"/>
        </w:rPr>
        <w:br/>
      </w:r>
      <w:r>
        <w:rPr>
          <w:lang w:eastAsia="zh-CN"/>
        </w:rPr>
        <w:t>　　1、根据化学式的计算</w:t>
      </w:r>
      <w:r>
        <w:rPr>
          <w:lang w:eastAsia="zh-CN"/>
        </w:rPr>
        <w:br/>
      </w:r>
      <w:r>
        <w:rPr>
          <w:lang w:eastAsia="zh-CN"/>
        </w:rPr>
        <w:t>　　2、根据化学方程式的计算</w:t>
      </w:r>
      <w:r>
        <w:rPr>
          <w:lang w:eastAsia="zh-CN"/>
        </w:rPr>
        <w:br/>
      </w:r>
      <w:r>
        <w:rPr>
          <w:lang w:eastAsia="zh-CN"/>
        </w:rPr>
        <w:t>　　3、有关溶液的计算</w:t>
      </w:r>
      <w:r>
        <w:rPr>
          <w:lang w:eastAsia="zh-CN"/>
        </w:rPr>
        <w:br/>
      </w:r>
      <w:r>
        <w:rPr>
          <w:lang w:eastAsia="zh-CN"/>
        </w:rPr>
        <w:t>　　专题五：应用与创新(6.4-6.9)</w:t>
      </w:r>
      <w:r>
        <w:rPr>
          <w:lang w:eastAsia="zh-CN"/>
        </w:rPr>
        <w:br/>
      </w:r>
      <w:r>
        <w:rPr>
          <w:lang w:eastAsia="zh-CN"/>
        </w:rPr>
        <w:t>　　1、联系实际的应用题</w:t>
      </w:r>
      <w:r>
        <w:rPr>
          <w:lang w:eastAsia="zh-CN"/>
        </w:rPr>
        <w:br/>
      </w:r>
      <w:r>
        <w:rPr>
          <w:lang w:eastAsia="zh-CN"/>
        </w:rPr>
        <w:t>　　2、信息给予题</w:t>
      </w:r>
      <w:r>
        <w:rPr>
          <w:lang w:eastAsia="zh-CN"/>
        </w:rPr>
        <w:br/>
      </w:r>
      <w:r>
        <w:rPr>
          <w:lang w:eastAsia="zh-CN"/>
        </w:rPr>
        <w:t>　　3、科学探究题</w:t>
      </w:r>
      <w:r>
        <w:rPr>
          <w:lang w:eastAsia="zh-CN"/>
        </w:rPr>
        <w:br/>
      </w:r>
      <w:r>
        <w:rPr>
          <w:lang w:eastAsia="zh-CN"/>
        </w:rPr>
        <w:t>　　4、学科渗透题</w:t>
      </w:r>
      <w:r>
        <w:rPr>
          <w:lang w:eastAsia="zh-CN"/>
        </w:rPr>
        <w:br/>
      </w:r>
      <w:r>
        <w:rPr>
          <w:lang w:eastAsia="zh-CN"/>
        </w:rPr>
        <w:t>　　第三轮：综合复习，巩固提高。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篇10 </w:t>
      </w:r>
      <w:r>
        <w:rPr>
          <w:lang w:eastAsia="zh-CN"/>
        </w:rPr>
        <w:br/>
      </w:r>
      <w:r>
        <w:rPr>
          <w:lang w:eastAsia="zh-CN"/>
        </w:rPr>
        <w:t>　　高中学习，首先要学会听课：</w:t>
      </w:r>
      <w:r>
        <w:rPr>
          <w:lang w:eastAsia="zh-CN"/>
        </w:rPr>
        <w:br/>
      </w:r>
      <w:r>
        <w:rPr>
          <w:lang w:eastAsia="zh-CN"/>
        </w:rPr>
        <w:t>　　1、有准备的去听，也就是说听课前要先预习，找出不懂的知识、发现问题，带着知识点和问题去听课会有解惑的快乐，也更听得进去，容易掌握；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2、参与交流和互动，不要只是把自己摆在“听”的旁观者，而是“听”的参与者，积极思考老师讲的或提出的问题，能回答的时候积极回答。</w:t>
      </w:r>
      <w:r>
        <w:rPr>
          <w:lang w:eastAsia="zh-CN"/>
        </w:rPr>
        <w:br/>
      </w:r>
      <w:r>
        <w:rPr>
          <w:lang w:eastAsia="zh-CN"/>
        </w:rPr>
        <w:t>　　3、听要结合写和思考。纯粹的听很容易懈怠，能记住的点也很少，所以一定要学会快速的整理记忆。</w:t>
      </w:r>
      <w:r>
        <w:rPr>
          <w:lang w:eastAsia="zh-CN"/>
        </w:rPr>
        <w:br/>
      </w:r>
      <w:r>
        <w:rPr>
          <w:lang w:eastAsia="zh-CN"/>
        </w:rPr>
        <w:t>　　4、如果你因为种种原因，出现了那些似懂非懂、不懂的知识，课上或者课后一定要花时间去弄懂。不然问题只会越积越多，最后就只能等着拥抱那“不三不四”的考试分数了。</w:t>
      </w:r>
      <w:r>
        <w:rPr>
          <w:lang w:eastAsia="zh-CN"/>
        </w:rPr>
        <w:br/>
      </w:r>
      <w:r>
        <w:rPr>
          <w:lang w:eastAsia="zh-CN"/>
        </w:rPr>
        <w:t>　　其次，要学会记忆：</w:t>
      </w:r>
      <w:r>
        <w:rPr>
          <w:lang w:eastAsia="zh-CN"/>
        </w:rPr>
        <w:br/>
      </w:r>
      <w:r>
        <w:rPr>
          <w:lang w:eastAsia="zh-CN"/>
        </w:rPr>
        <w:t>　　1、要学会整合知识点。把需要学习的信息、掌握的知识分类，做成思维导图或知识点卡片，会让你的大脑、思维条理清醒，方便记忆、温习、掌握。同时，要学会把新知识和已学知识联系起来，不断糅合、完善你的知识体系。这样能够促进理解，加深记忆。</w:t>
      </w:r>
      <w:r>
        <w:rPr>
          <w:lang w:eastAsia="zh-CN"/>
        </w:rPr>
        <w:br/>
      </w:r>
      <w:r>
        <w:rPr>
          <w:lang w:eastAsia="zh-CN"/>
        </w:rPr>
        <w:t>　　2、合理用脑。所谓合理，一是要交替复习不同性质的课程，如文理交叉，历史与地理交叉，这可使大脑皮层的不同部位轮流兴奋与抑制，有利于记忆能力的增强与开发；二是在最佳时间识记，一般应安排在早晨、晚上临睡前，具体根据自己的记忆高峰期来选择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3、借助高效工具。速读记忆是一种高效的阅读学习方法，其训练原理就在于激活“脑、眼”潜能，培养形成眼脑直映式的阅读学习方式，主要练习提升阅读速度、注意力、记忆力、理解力、思维力等方面。掌握之后，在阅读文章、材料的时候可以快速的提取重点，促进整理归纳分析，提高理解和记忆效率；同时很快的阅读速度，还可以节约大量的时间，游刃有余的做其它事情。具体学习可以参考《精英特全脑速读记忆训练软件》。</w:t>
      </w:r>
      <w:r>
        <w:rPr>
          <w:lang w:eastAsia="zh-CN"/>
        </w:rPr>
        <w:br/>
      </w:r>
      <w:r>
        <w:rPr>
          <w:lang w:eastAsia="zh-CN"/>
        </w:rPr>
        <w:t>　　学习思维导图，思维导图是一种将放射性思考具体化的方法，也是高效整理，促进理解和记忆的方法。不仅在记忆上可以让你大脑里的资料系统化、图像化，还可以帮助你思维分析问题，统筹规划。不过，要学好思维导图，做到灵活运用可不是一件简单的事，需要花费很多时间的。前面说的“精英特全脑速读记忆训练软件”中也有关于思维导图的练习和方法讲解，可以参考。</w:t>
      </w:r>
      <w:r>
        <w:rPr>
          <w:lang w:eastAsia="zh-CN"/>
        </w:rPr>
        <w:br/>
      </w:r>
      <w:r>
        <w:rPr>
          <w:lang w:eastAsia="zh-CN"/>
        </w:rPr>
        <w:t>　　最后，要学会总结：</w:t>
      </w:r>
      <w:r>
        <w:rPr>
          <w:lang w:eastAsia="zh-CN"/>
        </w:rPr>
        <w:br/>
      </w:r>
      <w:r>
        <w:rPr>
          <w:lang w:eastAsia="zh-CN"/>
        </w:rPr>
        <w:t>　　一是要总结考试成绩，通过总结学会正确地看待分数。只有正确看待分数，才不会被分数蒙住你的双眼，而专注于学习的过程，专注于蕴藏在分数背后的秘密。二是要总结考试得失，从中找出成败原因，这是考后总结的中心任务。学习当然贵在努力过程，但分数毕竟是知识和技能水平的象征之一，努力过程是否合理也常常会在分数上体现出来。三是要总结、整理错题，收集错题，做出对应的一些解题思路（不解要知道这题怎么解，还有知道这一类型的题要怎么解）。四是要通过总结，确定下阶段的努力方向。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篇11 </w:t>
      </w:r>
      <w:r>
        <w:rPr>
          <w:lang w:eastAsia="zh-CN"/>
        </w:rPr>
        <w:br/>
      </w:r>
      <w:r>
        <w:rPr>
          <w:lang w:eastAsia="zh-CN"/>
        </w:rPr>
        <w:t>　　数学：上课前一定要预习，上课专心听讲，课后认真做作业。老师讲的例题一定要过关，不能漏一题，此外最重要的是认真，细心，错题更正本一定要看，讲完一节看一遍，笔记本也是。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lang w:eastAsia="zh-CN"/>
        </w:rPr>
        <w:t>　　语文：上课前预习，上课专心认真，不懂的记在错题更正本上，早上找出来读一读，做作业一定要认真。多记些名人名言，拼音，诗词。</w:t>
      </w:r>
      <w:r>
        <w:rPr>
          <w:lang w:eastAsia="zh-CN"/>
        </w:rPr>
        <w:br/>
      </w:r>
      <w:r>
        <w:rPr>
          <w:lang w:eastAsia="zh-CN"/>
        </w:rPr>
        <w:t>　　英语：课前预习，上课快记，快听，细心，不管是什么，只要老师讲出口的我没听过的就记。课后一定要复习，此外，数学，语文也要复习。练习册一定要跟上去，时间紧，抽一抽就出来了。</w:t>
      </w:r>
      <w:r>
        <w:rPr>
          <w:lang w:eastAsia="zh-CN"/>
        </w:rPr>
        <w:br/>
      </w:r>
      <w:r>
        <w:rPr>
          <w:lang w:eastAsia="zh-CN"/>
        </w:rPr>
        <w:t>　　历史：背一定要细心，耐心，系统化。借高二下学期的书，早上6：30以前读。政治：上课认真听，课本要重中有重地读。早上还有10分钟读</w:t>
      </w:r>
      <w:r>
        <w:rPr>
          <w:lang w:eastAsia="zh-CN"/>
        </w:rPr>
        <w:br/>
      </w:r>
      <w:r>
        <w:rPr>
          <w:lang w:eastAsia="zh-CN"/>
        </w:rPr>
        <w:t>　　地理：上课前一定要预习，上课要细心，多记，在早读读完后读10分钟或少点。</w:t>
      </w:r>
      <w:r>
        <w:rPr>
          <w:lang w:eastAsia="zh-CN"/>
        </w:rPr>
        <w:br/>
      </w:r>
      <w:r>
        <w:rPr>
          <w:lang w:eastAsia="zh-CN"/>
        </w:rPr>
        <w:t>　　傍晚历史，政治，地理，自己调整。每一科都要预习和复习。理科也要多看，多做，上面的都只是一些学科方面。生活上早上跑一圈步，傍晚隔两天去洗澡，中午做作业，课间背英语单词，和名人名言诗歌。成语词典也要在晚上下课后或有空的时候争取快些看完。吃完饭后看读5分钟生物。</w:t>
      </w:r>
      <w:r>
        <w:rPr>
          <w:lang w:eastAsia="zh-CN"/>
        </w:rPr>
        <w:br/>
      </w:r>
      <w:r>
        <w:rPr>
          <w:lang w:eastAsia="zh-CN"/>
        </w:rPr>
        <w:t>　　1、每天有效学习时间最少保持在5~6小时</w:t>
      </w:r>
      <w:r>
        <w:rPr>
          <w:lang w:eastAsia="zh-CN"/>
        </w:rPr>
        <w:br/>
      </w:r>
      <w:r>
        <w:rPr>
          <w:lang w:eastAsia="zh-CN"/>
        </w:rPr>
        <w:t>　　2、学习时间最好固定在：上午8：30-11：30，下午14：30-17：30；晚上19：30-21：30。既不要睡懒觉，也不要开夜车。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lang w:eastAsia="zh-CN"/>
        </w:rPr>
        <w:t>　　3、制定自己的学习计划，大家应该知道在黄冈网校上最下面一个区域的“工具栏”里有个“学习计划”。请大家根据自己的实际情况制定一个适宜自己的学习计划。结合我们教你们的“四步学习方法”——知识强化，名师面授，智能测评，名师答疑来进行寒假的学习。合理利用时间，统筹规划。但主要是以保证每科的学习时间为主。例如：你数学定的是2个小时，但2小时过后任务还没有完成，建议你赶快根据计划更换到其他的复习科目。千万不要出现计划总是赶不上变化的局面。</w:t>
      </w:r>
      <w:r>
        <w:rPr>
          <w:lang w:eastAsia="zh-CN"/>
        </w:rPr>
        <w:br/>
      </w:r>
      <w:r>
        <w:rPr>
          <w:lang w:eastAsia="zh-CN"/>
        </w:rPr>
        <w:t>　　4、晚上学习的最后一个小时建议把安排设置为机动，目的是把白天没有解决的问题或没有完成的任务再找补一下。可以把知识点没有吃牢做错的题目放在“智能测评”里“我的错题本”里面，做一个归纳，方便你们以后的查阅和复习。</w:t>
      </w:r>
      <w:r>
        <w:rPr>
          <w:lang w:eastAsia="zh-CN"/>
        </w:rPr>
        <w:br/>
      </w:r>
      <w:r>
        <w:rPr>
          <w:lang w:eastAsia="zh-CN"/>
        </w:rPr>
        <w:t>　　5、每天至少进行三科的复习，文理分开，擅长/喜欢和厌恶的科目交叉进行。避免偏科现象。</w:t>
      </w:r>
      <w:r>
        <w:rPr>
          <w:lang w:eastAsia="zh-CN"/>
        </w:rPr>
        <w:br/>
      </w:r>
      <w:r>
        <w:rPr>
          <w:lang w:eastAsia="zh-CN"/>
        </w:rPr>
        <w:t>　　6、不要前赶或后补作业。记住，完成作业不是目的，根据作业查缺补漏，复习一下薄弱环节才是根本。</w:t>
      </w:r>
      <w:r>
        <w:rPr>
          <w:lang w:eastAsia="zh-CN"/>
        </w:rPr>
        <w:br/>
      </w:r>
      <w:r>
        <w:rPr>
          <w:lang w:eastAsia="zh-CN"/>
        </w:rPr>
        <w:t>　　7、有自己解决不了的问题，千万不要死抠或置之不理，进入我们“学习区”里面的“名师答疑”让我们黄冈网校为你解答吧！</w:t>
      </w:r>
      <w:r>
        <w:rPr>
          <w:lang w:eastAsia="zh-CN"/>
        </w:rPr>
        <w:br/>
      </w:r>
      <w:r>
        <w:rPr>
          <w:lang w:eastAsia="zh-CN"/>
        </w:rPr>
        <w:t>　　8、每天晚饭前后和父母散散步，既锻炼了身体，呼吸了新鲜空气，又增进了沟通。 真心的希望你们每个高中生都能将复习状态调整到最佳，高效率、高质量地完成自己的复习和预习计划！风雪再大，黄冈中学网校与你一起进步！</w:t>
      </w:r>
      <w:r>
        <w:rPr>
          <w:lang w:eastAsia="zh-CN"/>
        </w:rPr>
        <w:br/>
      </w:r>
      <w:r>
        <w:rPr>
          <w:lang w:eastAsia="zh-CN"/>
        </w:rPr>
        <w:t>　　与初中相比，高中的学习有一些新的特点：①知识量大；②学科内容深，学科知识的抽象概括性强，需要掌握大量的科学概念、公式、定理、定律；③综合性、系统性强，要理解或解决一个问题，往往需要综合运用各学科知识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lang w:eastAsia="zh-CN"/>
        </w:rPr>
        <w:t>　　高中生每天要学的内容很多，如果不分先后顺序和轻重缓急，就会手忙脚乱、丢三落四，本来能学好的东西也学不好，这就需要制定一个学习计划，每天运用计划促进学习目标的实现，磨炼意志力，养成良好的学习习惯并且提高学习效率，减少时间浪费。</w:t>
      </w:r>
      <w:r>
        <w:rPr>
          <w:lang w:eastAsia="zh-CN"/>
        </w:rPr>
        <w:br/>
      </w:r>
      <w:r>
        <w:rPr>
          <w:lang w:eastAsia="zh-CN"/>
        </w:rPr>
        <w:t>　　每个人的具体情况不同，学习计划也应该因人而异，但在制定计划时应注意以下几点： 黄金时间来记忆</w:t>
      </w:r>
      <w:r>
        <w:rPr>
          <w:lang w:eastAsia="zh-CN"/>
        </w:rPr>
        <w:br/>
      </w:r>
      <w:r>
        <w:rPr>
          <w:lang w:eastAsia="zh-CN"/>
        </w:rPr>
        <w:t>　　首先应该抓住记忆效果最佳的时间段来安排记忆，提高效率。一般而言，早上6：00–7：00头脑清醒，记忆效果比较好，上午、下午都有课程安排学习比较紧张，中午休息30–50分钟可以缓解疲劳，以便下午有充沛的精力学习。而每天如果不能保证7–8小时睡眠，记忆效果也会降低。尊重自己生物钟</w:t>
      </w:r>
      <w:r>
        <w:rPr>
          <w:lang w:eastAsia="zh-CN"/>
        </w:rPr>
        <w:br/>
      </w:r>
      <w:r>
        <w:rPr>
          <w:lang w:eastAsia="zh-CN"/>
        </w:rPr>
        <w:t>　　由于生理条件和生活环境、习惯的不同，人们的生活节律和最佳感觉也往往不尽相同。有的`人的学习最佳时间在上午，有的人在下午，还有的同学感觉晚上学习效率最高。在了解了自己的最佳学习时段之后，按照它来安排自己的学习和休息。将最重要的事情放在最佳感觉时间去做，就会取得事半功倍的效果。学习要有时间限制</w:t>
      </w:r>
      <w:r>
        <w:rPr>
          <w:lang w:eastAsia="zh-CN"/>
        </w:rPr>
        <w:br/>
      </w:r>
      <w:r>
        <w:rPr>
          <w:lang w:eastAsia="zh-CN"/>
        </w:rPr>
        <w:t>　　为了提高效率，在制定计划时，要适当给自己“压力”，对每一科目的预习和复习要做到三限制：即限定时间、限定速度、限定准确率。这种目标明确，有压力的学习，可以使注意力高度集中，提高复习效率。同时，每学习完一部分时，都有一种轻松感、愉悦感，会更充满信心地复习下去。对照计划反省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lang w:eastAsia="zh-CN"/>
        </w:rPr>
        <w:t>　　计划一旦制定，就要雷打不动地完成，如有完不成的，也应立即在次日加倍补上。如：反省自己，当天的计划完成了没有，明天先干什么？再干什么？如果完成的好时可奖励自己一次；如果完成的不好时可惩罚自己一次。这样做，既有约束力又有可操作性，每天都会感到在进步。一段时间后，还应该根据自己的学习情况，对计划做出进一步完善，使其更好地促进学习。</w:t>
      </w:r>
      <w:r>
        <w:rPr>
          <w:lang w:eastAsia="zh-CN"/>
        </w:rPr>
        <w:br/>
      </w:r>
      <w:r>
        <w:rPr>
          <w:lang w:eastAsia="zh-CN"/>
        </w:rPr>
        <w:t>　　公开学习计划</w:t>
      </w:r>
      <w:r>
        <w:rPr>
          <w:lang w:eastAsia="zh-CN"/>
        </w:rPr>
        <w:br/>
      </w:r>
      <w:r>
        <w:rPr>
          <w:lang w:eastAsia="zh-CN"/>
        </w:rPr>
        <w:t>　　少数高中生缺乏自我约束能力，这样的同学在制定学习计划后，最好向家长、老师或者同学宣布。这样做一方面会起到监督作用，也会起到一个强迫约束效果，当自己不能坚持时，马上就会想到：“是否别人会笑话自己意志薄弱”或者“太没出息了”，因此就能坚持到底，“无论如何，一定要坚持实行自己的计划”。</w:t>
      </w:r>
      <w:r>
        <w:rPr>
          <w:lang w:eastAsia="zh-CN"/>
        </w:rPr>
        <w:br/>
      </w:r>
      <w:r>
        <w:rPr>
          <w:lang w:eastAsia="zh-CN"/>
        </w:rPr>
        <w:t>　　关于理科的复习与练习，首先是公式，对公式要非常熟悉，公式中每个字母的含义，公式的推导，公式的使用对象，这些是很重要的，从现在开始，把各科所有公式分类并用一个本子整理一遍，做题的时候强化这些公式的记忆与使用，做到看到题目就知道要用到什么公式，以及清楚公式中字母对应的数字，在平时做练习题时，就要要求自己写出题目已知什么，未知什么，求什么，相关公式，这些都清楚了在解答。考试时当然不用写出来，但自己必须清楚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lang w:eastAsia="zh-CN"/>
        </w:rPr>
        <w:t>　　关于化学：把整本书的所有化学方程式抄一遍到本子上，有时间就写一写，要能相当熟练的写出他们，记住并熟悉那几个特殊的，同时知道每个化学反应的现象，包括颜色，气味，形态等的变化，还有就是记住化学物的颜色，状态，气味，比如哪些物质是固体，白色沉淀有哪些..</w:t>
      </w:r>
      <w:r>
        <w:rPr>
          <w:lang w:eastAsia="zh-CN"/>
        </w:rPr>
        <w:br/>
      </w:r>
      <w:r>
        <w:rPr>
          <w:lang w:eastAsia="zh-CN"/>
        </w:rPr>
        <w:t>　　关于数学：整理方程，公式，不是整理出来就可以，主要是熟知如何使用他们，熟悉函数图像，能准确的画出图像，并灵活运用图像，有时不会计算画个图就能知道答案。 关于物理：分类整理公式，熟悉并能运用，做题时要理解题目描述的过程.</w:t>
      </w:r>
      <w:r>
        <w:rPr>
          <w:lang w:eastAsia="zh-CN"/>
        </w:rPr>
        <w:br/>
      </w:r>
      <w:r>
        <w:rPr>
          <w:lang w:eastAsia="zh-CN"/>
        </w:rPr>
        <w:t>　　科学的、实际的个人学习计划。一定能提高学习成绩早上6点-8点：一日之计在于晨，对一般人来说，疲劳已消除，头脑最清醒，体力亦充沛，是学习的黄金时段。可安排对功课的全面复习。</w:t>
      </w:r>
      <w:r>
        <w:rPr>
          <w:lang w:eastAsia="zh-CN"/>
        </w:rPr>
        <w:br/>
      </w:r>
      <w:r>
        <w:rPr>
          <w:lang w:eastAsia="zh-CN"/>
        </w:rPr>
        <w:t>　　早上8点-9点：据试验结果显示，此时人的耐力处于最佳状态，正是接受各种“考验”的好时间。可安排难度大的攻坚内容。</w:t>
      </w:r>
      <w:r>
        <w:rPr>
          <w:lang w:eastAsia="zh-CN"/>
        </w:rPr>
        <w:br/>
      </w:r>
      <w:r>
        <w:rPr>
          <w:lang w:eastAsia="zh-CN"/>
        </w:rPr>
        <w:t>　　上午9点-11点：试验表明这段时间短期记忆效果很好。对“抢记”和马上要考核的东西进行“突击”，可事半功倍。</w:t>
      </w:r>
      <w:r>
        <w:rPr>
          <w:lang w:eastAsia="zh-CN"/>
        </w:rPr>
        <w:br/>
      </w:r>
      <w:r>
        <w:rPr>
          <w:lang w:eastAsia="zh-CN"/>
        </w:rPr>
        <w:t>　　正午13点-14点：饭后人易疲劳，夏季尤其如此。休息调整一下，养精蓄锐，以利再战。最好休息，也可听轻音乐。但午休切莫过长。</w:t>
      </w:r>
      <w:r>
        <w:rPr>
          <w:lang w:eastAsia="zh-CN"/>
        </w:rPr>
        <w:br/>
      </w:r>
      <w:r>
        <w:rPr>
          <w:lang w:eastAsia="zh-CN"/>
        </w:rPr>
        <w:t>　　下午15点-16点：调整后精神又振，试验表明，此时长期记忆效果非常好。可合理安排那些需“永久记忆”的东西。</w:t>
      </w:r>
      <w:r>
        <w:rPr>
          <w:lang w:eastAsia="zh-CN"/>
        </w:rPr>
        <w:br/>
      </w:r>
      <w:r>
        <w:rPr>
          <w:lang w:eastAsia="zh-CN"/>
        </w:rPr>
        <w:t>　　傍晚17点-18点：试验显示这是完成复杂计算和比较消耗脑力作业的好时间。这段时间适宜做复杂计算和费劲作业。晚饭后：应根据各人情况妥善安排。可分两三段来学习，语、数、外等文理科交叉安排；也可作难易交替安排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>
        <w:rPr>
          <w:lang w:eastAsia="zh-CN"/>
        </w:rPr>
        <w:t>　　语文英语为记忆性知识，估计贵校会分配晨读，语文靠自己的阅读，英语为语法+单词（高中背单词很重要），既然你以后走理科路线，那么你要着重将物理知识学好。在高三上学期你就回知道，理科靠物理。物理靠基础，如果你高一搞不好物理，基本上可以说你理科会残废了。 不要将历史地理政治看很重，你选择理科路，文科知识你在上课就能做好。即使高一有这三科拖你后腿致使你整体成绩不佳也无所谓，因为你有杀手锏——强悍的理科知识。</w:t>
      </w:r>
      <w:r>
        <w:rPr>
          <w:lang w:eastAsia="zh-CN"/>
        </w:rPr>
        <w:br/>
      </w:r>
      <w:r>
        <w:rPr>
          <w:lang w:eastAsia="zh-CN"/>
        </w:rPr>
        <w:t>　　忘记说一点了 ，做笔记很重要很重要，笔记不是抄课本知识点，而是总结知识点，将老师出题的不同解法记录下来、自己试卷批改后不要珍惜，将里面经典题目用小刀剪切贴在笔记上，在在下面做出解法。以后考试前2遍课本+3遍笔记（其实笔记应该是没事就翻看看的),而且到高三的时候也会用到。</w:t>
      </w:r>
      <w:r>
        <w:rPr>
          <w:lang w:eastAsia="zh-CN"/>
        </w:rPr>
        <w:br/>
      </w:r>
      <w:r>
        <w:rPr>
          <w:lang w:eastAsia="zh-CN"/>
        </w:rPr>
        <w:t>　　说了这么多我的总结就是：抓住课上+课下适度复习（不用花费太多时间）+阅读好书+背单词+记笔记，常翻阅。篇二：高一的学习计划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篇12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>
        <w:rPr>
          <w:lang w:eastAsia="zh-CN"/>
        </w:rPr>
        <w:t>　　以前读初中的时候，会觉得比较轻松。因为初中学的知识都比较浅，除了偶尔对某些问题需要深入讨论之外，基本不会遇到很深的问题。但要知道，上了高中，我们面临的问题不再是那么简单和具体，高中是我们在思维上的一个飞跃，我们必须要抛弃以前的定向思维，而去学会从不同的角度认识和解决问题。起其根本所在就是：相对初中的学习，高中的学习跨越了知识和能力两大台阶。高中的知识内容与知识结构与初中相比出现了两个飞跃：从具体到抽象，从特殊到一般，在知识的广度和深度上都大大提高。在能力方面，高中的学习对同学们提出了更高的要求，如抽象概括思维能力、逻辑推理思维能力、分析综合能力、自学能力等等都要求有较大的发展和提高。</w:t>
      </w:r>
      <w:r>
        <w:rPr>
          <w:lang w:eastAsia="zh-CN"/>
        </w:rPr>
        <w:br/>
      </w:r>
      <w:r>
        <w:rPr>
          <w:lang w:eastAsia="zh-CN"/>
        </w:rPr>
        <w:t>　　从初中阶段进入到高中阶段，在学习上要跨上一个较高的台阶。为了顺利地跨越这一台阶，要有足够的思想准备，要以新的、不同于初中的学习方法，学好高中的课程。一个人确立自己的理想并不难，难得是有一个为实现理想而攀登的规划和决心。为此，制定一个高中三年的规划是非常重要的。所以我写下了这份高中三年学习计划书。</w:t>
      </w:r>
      <w:r>
        <w:rPr>
          <w:lang w:eastAsia="zh-CN"/>
        </w:rPr>
        <w:br/>
      </w:r>
      <w:r>
        <w:rPr>
          <w:lang w:eastAsia="zh-CN"/>
        </w:rPr>
        <w:t>　　（一）高中六个学期的分析和自我目标</w:t>
      </w:r>
      <w:r>
        <w:rPr>
          <w:lang w:eastAsia="zh-CN"/>
        </w:rPr>
        <w:br/>
      </w:r>
      <w:r>
        <w:rPr>
          <w:lang w:eastAsia="zh-CN"/>
        </w:rPr>
        <w:t>　　为实现以下规划必须做到：树立信心，满怀激情，走好成功第一步。切忌盲目激情，要有计划分步骤的学习，养成踏实认真的学习态度。</w:t>
      </w:r>
      <w:r>
        <w:rPr>
          <w:lang w:eastAsia="zh-CN"/>
        </w:rPr>
        <w:br/>
      </w:r>
      <w:r>
        <w:rPr>
          <w:lang w:eastAsia="zh-CN"/>
        </w:rPr>
        <w:t>　　1、高一上半学期是一个初中走入高中的过渡时期。这个时期最主要的目标是：积极适应各科老师的教学方法，迅速吸收新知识，同时稳住脚跟，一步一个脚印地进步。所以我这个学期的目标简单来说就是四个字：适应、稳定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>
        <w:rPr>
          <w:lang w:eastAsia="zh-CN"/>
        </w:rPr>
        <w:t>　　2、高一下半学期是一个适应后的寻求及养成期期。这个时期由于对自己的学习态度、方法、能力有了一个比较客观的认识，因此对各学科特点有了一定掌握。这个时期的主要目标是：重点培养良好学习习惯，形成适合自己的学习方法，做到循序渐进地、有规律地学习，全面发展，形成自己的优势学科。简单来说就是：养成、规律。</w:t>
      </w:r>
      <w:r>
        <w:rPr>
          <w:lang w:eastAsia="zh-CN"/>
        </w:rPr>
        <w:br/>
      </w:r>
      <w:r>
        <w:rPr>
          <w:lang w:eastAsia="zh-CN"/>
        </w:rPr>
        <w:t>　　3、高二上半学期是一个定位起飞期。此时，高中生活早已适应，学习方法、习惯已经成熟，所以，这个时期就要开始有所突破。这个时期最主要的目标是：进入一本梯队。</w:t>
      </w:r>
      <w:r>
        <w:rPr>
          <w:lang w:eastAsia="zh-CN"/>
        </w:rPr>
        <w:br/>
      </w:r>
      <w:r>
        <w:rPr>
          <w:lang w:eastAsia="zh-CN"/>
        </w:rPr>
        <w:t>　　4、高二下半学期是一个稳步发展期。有了高二上半学期的起飞和突破之后，又要开始稳住脚跟了，这时要全面地、客观地看待自我和他人，毕竟“知己知彼，百战不殆”。这个时期最主要的目标是：稳定自我水平，基本确定自己在年级的学习地位。</w:t>
      </w:r>
      <w:r>
        <w:rPr>
          <w:lang w:eastAsia="zh-CN"/>
        </w:rPr>
        <w:br/>
      </w:r>
      <w:r>
        <w:rPr>
          <w:lang w:eastAsia="zh-CN"/>
        </w:rPr>
        <w:t>　　5、高三上半学期是一个扎实复习期。经过高二的认知后，自己的学习地位也稳定下来，不再轻易后退。就要完全静下心来稳扎稳打地复习。此时也要注意调整心态，摆正主观态度。时刻保持新鲜的自信心、坚韧的性格。不要受客观环境的影响，履行自己的计划，做到步步为营。</w:t>
      </w:r>
      <w:r>
        <w:rPr>
          <w:lang w:eastAsia="zh-CN"/>
        </w:rPr>
        <w:br/>
      </w:r>
      <w:r>
        <w:rPr>
          <w:lang w:eastAsia="zh-CN"/>
        </w:rPr>
        <w:t>　　6、高三下半学期是一个加速冲刺期。可以适当地做些拔高。要全面解决自己所面临的问题，查缺补漏，扫除残敌，不留后患。还有此时心理素质也很重要。时刻摆正心态，注意情绪的变化，做到自我及时调整，自我鼓励和认定。就如爱迪生所说：“自行是成功的第一秘诀”。</w:t>
      </w:r>
      <w:r>
        <w:rPr>
          <w:lang w:eastAsia="zh-CN"/>
        </w:rPr>
        <w:br/>
      </w:r>
      <w:r>
        <w:rPr>
          <w:lang w:eastAsia="zh-CN"/>
        </w:rPr>
        <w:t>　　（二）我要掌握科学的学习方法。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>
        <w:rPr>
          <w:lang w:eastAsia="zh-CN"/>
        </w:rPr>
        <w:t>　　1、预习预习最重要的是能发展我们学生的自学能力，减少对老师的依赖，增强独立性；预习可以加强记课堂笔记的针对性，改变学习的被动局面。要在测览教材的总体内容后再细读，充分发挥自己的自学能力，理清哪些内容已经了解，哪些内容有疑问或是看不明白（即找重点、难点）分别标出并记下来。同时适当地一些课前的习题练习，逐步了解知识点。这样既提高了自学能力，又为听课“铺”平了道路，形成期待老师解析的心理定势；这种需求心理定势必将调动起我的学习热情和高度集中的注意力。</w:t>
      </w:r>
      <w:r>
        <w:rPr>
          <w:lang w:eastAsia="zh-CN"/>
        </w:rPr>
        <w:br/>
      </w:r>
      <w:r>
        <w:rPr>
          <w:lang w:eastAsia="zh-CN"/>
        </w:rPr>
        <w:t>　　2、听课听老师讲课是获取知识的最佳捷径，老师传授的是经验证的真理；是老师长期学习和教学实践的精华。我制定的听课方法包括以下几点：</w:t>
      </w:r>
      <w:r>
        <w:rPr>
          <w:lang w:eastAsia="zh-CN"/>
        </w:rPr>
        <w:br/>
      </w:r>
      <w:r>
        <w:rPr>
          <w:lang w:eastAsia="zh-CN"/>
        </w:rPr>
        <w:t>　　A）做好课前准备，即预习。精神上的准备十分重要，保持课内精力旺盛，头脑清醒，以及对探求知识的极大兴趣，是学好知识的前提条件。</w:t>
      </w:r>
      <w:r>
        <w:rPr>
          <w:lang w:eastAsia="zh-CN"/>
        </w:rPr>
        <w:br/>
      </w:r>
      <w:r>
        <w:rPr>
          <w:lang w:eastAsia="zh-CN"/>
        </w:rPr>
        <w:t>　　B）集中注意力。思想开小差会分心等一切都要靠理智强制自己专心听讲，靠意志来排除干扰。</w:t>
      </w:r>
      <w:r>
        <w:rPr>
          <w:lang w:eastAsia="zh-CN"/>
        </w:rPr>
        <w:br/>
      </w:r>
      <w:r>
        <w:rPr>
          <w:lang w:eastAsia="zh-CN"/>
        </w:rPr>
        <w:t>　　C）认真观察、积极思考。不要做一个被动的信息接受者，作老师的合作者，学习的参与者，要充分调动自己的积极性，紧跟老师讲课的思路，对老师的讲解积极思考。结论由自己的观察分析和推理而得，会比先听现成结论的学习效果好。</w:t>
      </w:r>
      <w:r>
        <w:rPr>
          <w:lang w:eastAsia="zh-CN"/>
        </w:rPr>
        <w:br/>
      </w:r>
      <w:r>
        <w:rPr>
          <w:lang w:eastAsia="zh-CN"/>
        </w:rPr>
        <w:t>　　D）在听取公式定理的同时充分理解、掌握老师的解题方法，学习思路。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>
        <w:rPr>
          <w:lang w:eastAsia="zh-CN"/>
        </w:rPr>
        <w:t>　　E）抓住老师讲课的重点。即不能忽视老师讲课的开头和结尾，开头，往往寥寥数语。但却是全堂讲课的纲。只要抓住这个纲去听课，下面的`内容才会眉目清楚。结尾的话虽也不多，但却是对一节课精要的提炼和复习提示。同时还要注意老师反复强调的部分。</w:t>
      </w:r>
      <w:r>
        <w:rPr>
          <w:lang w:eastAsia="zh-CN"/>
        </w:rPr>
        <w:br/>
      </w:r>
      <w:r>
        <w:rPr>
          <w:lang w:eastAsia="zh-CN"/>
        </w:rPr>
        <w:t>　　F）做好课堂笔记。笔记记忆法，是强化记忆的最佳方法之一。笔记，一份永恒的笔录，可以克服大脑记忆方面的限制。俗语说，好记心不如烂笔头，因此为了充分理解和消化，我必须记笔记。同时做笔记充分调动耳、眼、手、脑等器官协同工作可帮助学习。有选择的记笔记，记录经典例题。</w:t>
      </w:r>
      <w:r>
        <w:rPr>
          <w:lang w:eastAsia="zh-CN"/>
        </w:rPr>
        <w:br/>
      </w:r>
      <w:r>
        <w:rPr>
          <w:lang w:eastAsia="zh-CN"/>
        </w:rPr>
        <w:t>　　G）注意和老师的交流，听课要与老师有目光的交流，提问式交流，都可以促进学习。</w:t>
      </w:r>
      <w:r>
        <w:rPr>
          <w:lang w:eastAsia="zh-CN"/>
        </w:rPr>
        <w:br/>
      </w:r>
      <w:r>
        <w:rPr>
          <w:lang w:eastAsia="zh-CN"/>
        </w:rPr>
        <w:t>　　3、作业作业是提高思维能力，复习掌握知识，提高解题速度的途径。通过审题，分析问题，解决问题可以达到巩固检验自己的目的。完成作业时，一定要做到独立完成，去形成自己的一个独立的思维习惯。</w:t>
      </w:r>
      <w:r>
        <w:rPr>
          <w:lang w:eastAsia="zh-CN"/>
        </w:rPr>
        <w:br/>
      </w:r>
      <w:r>
        <w:rPr>
          <w:lang w:eastAsia="zh-CN"/>
        </w:rPr>
        <w:t>　　4、复习及时复习的优点在于可加深和巩固对学习内容的理解。根据遗忘曲线，识记后的两三天，遗忘速度最快，然后逐渐缓慢下来。学过即习，方为及时。俗话说“温故而知新”，就是说，复习过去的知识能得到很多新的收获。这个“新”主要指的是知识达到了系统化的水平，达到了融会贯通的新水平。我计划的复习要求是一下几点：</w:t>
      </w:r>
      <w:r>
        <w:rPr>
          <w:lang w:eastAsia="zh-CN"/>
        </w:rPr>
        <w:br/>
      </w:r>
      <w:r>
        <w:rPr>
          <w:lang w:eastAsia="zh-CN"/>
        </w:rPr>
        <w:t>　　A）课后回忆，即在听课基础上把所学内容回忆一遍。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  <w:r>
        <w:rPr>
          <w:lang w:eastAsia="zh-CN"/>
        </w:rPr>
        <w:t>　　B）精读教材。对教材理解的越透，掌握得越牢，效率也就自然提高了。</w:t>
      </w:r>
      <w:r>
        <w:rPr>
          <w:lang w:eastAsia="zh-CN"/>
        </w:rPr>
        <w:br/>
      </w:r>
      <w:r>
        <w:rPr>
          <w:lang w:eastAsia="zh-CN"/>
        </w:rPr>
        <w:t>　　C）整理笔记。对课堂笔记及时的完善，勾画出疑点，寻求同学老师的帮助。</w:t>
      </w:r>
      <w:r>
        <w:rPr>
          <w:lang w:eastAsia="zh-CN"/>
        </w:rPr>
        <w:br/>
      </w:r>
      <w:r>
        <w:rPr>
          <w:lang w:eastAsia="zh-CN"/>
        </w:rPr>
        <w:t>　　D）看参考书。增加知识的深度和广度。提高应考能力。</w:t>
      </w:r>
      <w:r>
        <w:rPr>
          <w:lang w:eastAsia="zh-CN"/>
        </w:rPr>
        <w:br/>
      </w:r>
      <w:r>
        <w:rPr>
          <w:lang w:eastAsia="zh-CN"/>
        </w:rPr>
        <w:t>　　E）单元复习的要求：</w:t>
      </w:r>
      <w:r>
        <w:rPr>
          <w:lang w:eastAsia="zh-CN"/>
        </w:rPr>
        <w:br/>
      </w:r>
      <w:r>
        <w:rPr>
          <w:lang w:eastAsia="zh-CN"/>
        </w:rPr>
        <w:t>　　a）本单元（章）的知识网络；</w:t>
      </w:r>
      <w:r>
        <w:rPr>
          <w:lang w:eastAsia="zh-CN"/>
        </w:rPr>
        <w:br/>
      </w:r>
      <w:r>
        <w:rPr>
          <w:lang w:eastAsia="zh-CN"/>
        </w:rPr>
        <w:t>　　b）本章的基本思想与方法（应以典型例题形式将其表达出来）；</w:t>
      </w:r>
      <w:r>
        <w:rPr>
          <w:lang w:eastAsia="zh-CN"/>
        </w:rPr>
        <w:br/>
      </w:r>
      <w:r>
        <w:rPr>
          <w:lang w:eastAsia="zh-CN"/>
        </w:rPr>
        <w:t>　　c）自我体会：对本章内自己做错的典型问题应有记载，分析其原因及正确答案，应记录下来本章你觉得最有价值的思想方法或例题，以及你还存在的未解决的问题，以便今后将其补上。</w:t>
      </w:r>
      <w:r>
        <w:rPr>
          <w:lang w:eastAsia="zh-CN"/>
        </w:rPr>
        <w:br/>
      </w:r>
      <w:r>
        <w:rPr>
          <w:lang w:eastAsia="zh-CN"/>
        </w:rPr>
        <w:t>　　（三）总结</w:t>
      </w:r>
      <w:r>
        <w:rPr>
          <w:lang w:eastAsia="zh-CN"/>
        </w:rPr>
        <w:br/>
      </w:r>
      <w:r>
        <w:rPr>
          <w:lang w:eastAsia="zh-CN"/>
        </w:rPr>
        <w:t>　　高中三年是人生重要的三年，是人生成长重要的三年。在这充满挑战的三年间，我将在学习和做人两大方面做出努力，锻炼自身的意志品质。虽然这份规划书似乎有点泛泛而谈，但是，在写这份计划书的过程中我真的学到了许多，对高中有了一些认识，我产生了一份责任感，这份责任不是对父母负责，而是对自己负责。我相信这责任感将有助于我今后的学习，我个人认为高中的学习正是需要自主，正是需要这份对自己的责任感，才能在拼搏中成长。</w:t>
      </w:r>
      <w:r>
        <w:rPr>
          <w:lang w:eastAsia="zh-CN"/>
        </w:rPr>
        <w:br/>
      </w:r>
      <w:r>
        <w:rPr>
          <w:lang w:eastAsia="zh-CN"/>
        </w:rPr>
        <w:t>　　我的高中学习计划范文篇六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  <w:r>
        <w:rPr>
          <w:lang w:eastAsia="zh-CN"/>
        </w:rPr>
        <w:t>　　古人说：凡事预则立，不预则废。兵法上讲：谋动而后行。意思是做事情要成功，必须要有计划性，否则就会失败。同学们，在你们树立了一个远大的高考目标后，接着就应该制定一份详实的计划来保证目标的实现。</w:t>
      </w:r>
      <w:r>
        <w:rPr>
          <w:lang w:eastAsia="zh-CN"/>
        </w:rPr>
        <w:br/>
      </w:r>
      <w:r>
        <w:rPr>
          <w:lang w:eastAsia="zh-CN"/>
        </w:rPr>
        <w:t>　　下面我想谈几点意见供大家参考：</w:t>
      </w:r>
      <w:r>
        <w:rPr>
          <w:lang w:eastAsia="zh-CN"/>
        </w:rPr>
        <w:br/>
      </w:r>
      <w:r>
        <w:rPr>
          <w:lang w:eastAsia="zh-CN"/>
        </w:rPr>
        <w:t>　　一、制定计划的依据</w:t>
      </w:r>
      <w:r>
        <w:rPr>
          <w:lang w:eastAsia="zh-CN"/>
        </w:rPr>
        <w:br/>
      </w:r>
      <w:r>
        <w:rPr>
          <w:lang w:eastAsia="zh-CN"/>
        </w:rPr>
        <w:t>　　1、依据学校特别是高三年级组和本班的教学计划来制定。因为我们的学习不能独立于学校、年级和班级教学的工作之外。所以个人的计划必须考虑学校、年级、班上的安排。</w:t>
      </w:r>
      <w:r>
        <w:rPr>
          <w:lang w:eastAsia="zh-CN"/>
        </w:rPr>
        <w:br/>
      </w:r>
      <w:r>
        <w:rPr>
          <w:lang w:eastAsia="zh-CN"/>
        </w:rPr>
        <w:t>　　2、根据个人的实际情况来制定。要考虑两个方面因素：一是现有的学习状况、身体状况、心理状况等，二是可能达到的发展状况，即心理学上所说的最近发展区。这样制定的计划就能避免不切实际，半途而废。</w:t>
      </w:r>
      <w:r>
        <w:rPr>
          <w:lang w:eastAsia="zh-CN"/>
        </w:rPr>
        <w:br/>
      </w:r>
      <w:r>
        <w:rPr>
          <w:lang w:eastAsia="zh-CN"/>
        </w:rPr>
        <w:t>　　3、考虑客观存在的条件。如学习的环境条件、父母能够提供的帮助、教师的辅导机会、家庭的经济条件、可供自由支配的时间等等。</w:t>
      </w:r>
      <w:r>
        <w:rPr>
          <w:lang w:eastAsia="zh-CN"/>
        </w:rPr>
        <w:br/>
      </w:r>
      <w:r>
        <w:rPr>
          <w:lang w:eastAsia="zh-CN"/>
        </w:rPr>
        <w:t>　　二、计划的主要内容</w:t>
      </w:r>
      <w:r>
        <w:rPr>
          <w:lang w:eastAsia="zh-CN"/>
        </w:rPr>
        <w:br/>
      </w:r>
      <w:r>
        <w:rPr>
          <w:lang w:eastAsia="zh-CN"/>
        </w:rPr>
        <w:t>　　1、有学习目标。可分为总体目标和分科目标。</w:t>
      </w:r>
      <w:r>
        <w:rPr>
          <w:lang w:eastAsia="zh-CN"/>
        </w:rPr>
        <w:br/>
      </w:r>
      <w:r>
        <w:rPr>
          <w:lang w:eastAsia="zh-CN"/>
        </w:rPr>
        <w:t>　　2、要采取的主要措施和办法。譬如如何预习、怎样听课、怎样做笔记、怎样完成作业、怎样安排复习、怎样做好错题集和典型题集、什么时间安排分析总结等等。</w:t>
      </w:r>
      <w:r>
        <w:rPr>
          <w:lang w:eastAsia="zh-CN"/>
        </w:rPr>
        <w:br/>
      </w:r>
      <w:r>
        <w:rPr>
          <w:lang w:eastAsia="zh-CN"/>
        </w:rPr>
        <w:t>　　3、订一份学习时间表。以本班课表和学校作息时间表作依据，系统地、有重点地、巧妙地安排周一至周日甚至是每天的学习、休息、体锻和其它事务。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  <w:r>
        <w:rPr>
          <w:lang w:eastAsia="zh-CN"/>
        </w:rPr>
        <w:t>　　4、保证和监督措施。用什么作保证按计划行事，怎样监督计划的执行，没做到怎么办。</w:t>
      </w:r>
      <w:r>
        <w:rPr>
          <w:lang w:eastAsia="zh-CN"/>
        </w:rPr>
        <w:br/>
      </w:r>
      <w:r>
        <w:rPr>
          <w:lang w:eastAsia="zh-CN"/>
        </w:rPr>
        <w:t>　　三、计划的结构和形式</w:t>
      </w:r>
      <w:r>
        <w:rPr>
          <w:lang w:eastAsia="zh-CN"/>
        </w:rPr>
        <w:br/>
      </w:r>
      <w:r>
        <w:rPr>
          <w:lang w:eastAsia="zh-CN"/>
        </w:rPr>
        <w:t>　　1、标题。写明时间和计划名称。2、引言。说明制定计划的缘由目的。</w:t>
      </w:r>
      <w:r>
        <w:rPr>
          <w:lang w:eastAsia="zh-CN"/>
        </w:rPr>
        <w:br/>
      </w:r>
      <w:r>
        <w:rPr>
          <w:lang w:eastAsia="zh-CN"/>
        </w:rPr>
        <w:t>　　3、正文。可以将一学期按照月考时间做学段，分为四至五个学段，分别列出每一学段的目标、措施和办法；也可以把一期分为半期和期末两段，分别制定两段的目标、措施和办法，总之，要从计划中看出进步，看出提高，而且是循序渐进，逼近最后目标。4、监督和保证措施。</w:t>
      </w:r>
      <w:r>
        <w:rPr>
          <w:lang w:eastAsia="zh-CN"/>
        </w:rPr>
        <w:br/>
      </w:r>
      <w:r>
        <w:rPr>
          <w:lang w:eastAsia="zh-CN"/>
        </w:rPr>
        <w:t>　　5、附表。计划后附一份精心研究制作的时间表。</w:t>
      </w:r>
      <w:r>
        <w:rPr>
          <w:lang w:eastAsia="zh-CN"/>
        </w:rPr>
        <w:br/>
      </w:r>
      <w:r>
        <w:rPr>
          <w:lang w:eastAsia="zh-CN"/>
        </w:rPr>
        <w:t>　　四、制定计划的几个技巧</w:t>
      </w:r>
      <w:r>
        <w:rPr>
          <w:lang w:eastAsia="zh-CN"/>
        </w:rPr>
        <w:br/>
      </w:r>
      <w:r>
        <w:rPr>
          <w:lang w:eastAsia="zh-CN"/>
        </w:rPr>
        <w:t>　　1、要留有余地。俗话说，计划赶不上变化。制定计划时要充分估计可能出现的变化，要有应急措施，以免计划经常被打乱，无法正常执行。</w:t>
      </w:r>
      <w:r>
        <w:rPr>
          <w:lang w:eastAsia="zh-CN"/>
        </w:rPr>
        <w:br/>
      </w:r>
      <w:r>
        <w:rPr>
          <w:lang w:eastAsia="zh-CN"/>
        </w:rPr>
        <w:t>　　2、安排上最好前紧后松。俗语云；一早三光，一迟三慌。抓得早抓得紧，往往会主动赢得时间，回旋余地大；抓得晚抓得松，常常处于被动，处处受掣，时间使用上会捉襟见肘。</w:t>
      </w:r>
      <w:r>
        <w:rPr>
          <w:lang w:eastAsia="zh-CN"/>
        </w:rPr>
        <w:br/>
      </w:r>
      <w:r>
        <w:rPr>
          <w:lang w:eastAsia="zh-CN"/>
        </w:rPr>
        <w:t>　　3、张弛有度。计划安排上要讲文武之道，文理搭配，脑体兼顾，劳逸结合十分重要。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  <w:r>
        <w:rPr>
          <w:lang w:eastAsia="zh-CN"/>
        </w:rPr>
        <w:t>　　4、重视时间的边角余料。古人有利用“三余”学习的佳话，今人有“我从不忽视五分钟”的名言，都说明零碎的时间具有极大的利用价值。实践证明，大块时间的学习容易导致疲劳，而零碎时间的学习则能保持大脑的兴奋，两者的学习效果大不一样。</w:t>
      </w:r>
      <w:r>
        <w:rPr>
          <w:lang w:eastAsia="zh-CN"/>
        </w:rPr>
        <w:br/>
      </w:r>
      <w:r>
        <w:rPr>
          <w:lang w:eastAsia="zh-CN"/>
        </w:rPr>
        <w:t>　　5、重视薄弱学科的时间倾斜。特别是高三上期和下期前半段时间，正是补“跛”和扶“弱”的大好机会，安排上实行倾斜政策不能不考虑。</w:t>
      </w:r>
      <w:r>
        <w:rPr>
          <w:lang w:eastAsia="zh-CN"/>
        </w:rPr>
        <w:br/>
      </w:r>
      <w:r>
        <w:rPr>
          <w:lang w:eastAsia="zh-CN"/>
        </w:rPr>
        <w:t>　　五、计划的执行和调整</w:t>
      </w:r>
      <w:r>
        <w:rPr>
          <w:lang w:eastAsia="zh-CN"/>
        </w:rPr>
        <w:br/>
      </w:r>
      <w:r>
        <w:rPr>
          <w:lang w:eastAsia="zh-CN"/>
        </w:rPr>
        <w:t>　　制定好计划就要执行，否则就成了摆设，就是一纸空文。然而，实际生活中执行计划是很难的。要与懒惰作斗争，要与习惯作斗争，要与贪玩作斗争，要有毅力，要有坚强的意志，要耐得住寂寞，要淡泊宁静，才能严守规定，坚守时间，不为自己找借口，不允许例外。但是世界上的事情总是变化的，我们要根据变化了的情况和学习的需要调整自己的计划和策略，包括目标的调整，方法的调整，措施的充实完善等。所以在计划执行过程中，既要坚守不变，又要适时而变。</w:t>
      </w:r>
      <w:r>
        <w:rPr>
          <w:lang w:eastAsia="zh-CN"/>
        </w:rPr>
        <w:br/>
      </w:r>
      <w:r>
        <w:rPr>
          <w:lang w:eastAsia="zh-CN"/>
        </w:rPr>
        <w:t>　　同学们，能够制订一份计划是一件了不起的事情，它会让你走向成功；而执行计划则是更加了不起的行动，它将使你获得成功。我祝愿大家制定出切实可行的计划，用行动实践计划，一步步走向成功的彼岸。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篇13 </w:t>
      </w:r>
      <w:r>
        <w:rPr>
          <w:lang w:eastAsia="zh-CN"/>
        </w:rPr>
        <w:br/>
      </w:r>
      <w:r>
        <w:rPr>
          <w:lang w:eastAsia="zh-CN"/>
        </w:rPr>
        <w:t>　　在小升初学习中，我语文没有考好，所以为了初中考试考得好点，特意为自己制订了一个学习计划。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2"/>
          <w:cols w:space="425"/>
          <w:titlePg w:val="0"/>
          <w:docGrid w:type="lines" w:linePitch="312"/>
        </w:sectPr>
      </w:pPr>
      <w:r>
        <w:rPr>
          <w:lang w:eastAsia="zh-CN"/>
        </w:rPr>
        <w:t>　　我知道自己最薄弱的科目是语文，也不擅长阅读和写作，一想到写作文我就头疼，不会写，而且还不想写。在平常小考时，我最讨厌写作文了，每次写作文时，我就扣好几分，那总分就高不到哪去。所以，我为此询问了同学，办法乃“千种万种”，最终，我总结出了一个办法：在暑假中，坚持写作文，多看书，就可以把作文水平提高了。虽然心中有一百个不情愿，但我也无可奈何。</w:t>
      </w:r>
      <w:r>
        <w:rPr>
          <w:lang w:eastAsia="zh-CN"/>
        </w:rPr>
        <w:br/>
      </w:r>
      <w:r>
        <w:rPr>
          <w:lang w:eastAsia="zh-CN"/>
        </w:rPr>
        <w:t>　　在阅读方面，六年级剩下的试卷还有许多，所以我要选一些阅读题做，肯定一段时间后，阅读水平有所提高。</w:t>
      </w:r>
      <w:r>
        <w:rPr>
          <w:lang w:eastAsia="zh-CN"/>
        </w:rPr>
        <w:br/>
      </w:r>
      <w:r>
        <w:rPr>
          <w:lang w:eastAsia="zh-CN"/>
        </w:rPr>
        <w:t>　　在数学方面，我会选择些有难度的题目，在考试的时候就不会有不会做的题型了。我还会做错题本，把不会做的题目放在上面，在考试时候，拿出来看，考试时就万无一失了。英语我会提前被课文，背的滚瓜烂熟脱口而出，再背一个重要时态：过去分词，默写单词、词组和句子。</w:t>
      </w:r>
      <w:r>
        <w:rPr>
          <w:lang w:eastAsia="zh-CN"/>
        </w:rPr>
        <w:br/>
      </w:r>
      <w:r>
        <w:rPr>
          <w:lang w:eastAsia="zh-CN"/>
        </w:rPr>
        <w:t>　　我只要坚持不懈的用这几种方法，养成预习、复习的好习惯，初中考试一定会考出一个理想的成绩。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篇14 </w:t>
      </w:r>
      <w:r>
        <w:rPr>
          <w:lang w:eastAsia="zh-CN"/>
        </w:rPr>
        <w:br/>
      </w:r>
      <w:r>
        <w:rPr>
          <w:lang w:eastAsia="zh-CN"/>
        </w:rPr>
        <w:t>　　计划一：</w:t>
      </w:r>
      <w:r>
        <w:rPr>
          <w:lang w:eastAsia="zh-CN"/>
        </w:rPr>
        <w:br/>
      </w:r>
      <w:r>
        <w:rPr>
          <w:lang w:eastAsia="zh-CN"/>
        </w:rPr>
        <w:t>　　转眼间，一个学期结束了，漫长的寒假即将开始。为了使本人能够度过一个充实而有意义的寒假，早日成为父母眼中的乘龙之才、社会的可造之才，特对自己的寒假生活作如下计划：</w:t>
      </w:r>
      <w:r>
        <w:rPr>
          <w:lang w:eastAsia="zh-CN"/>
        </w:rPr>
        <w:br/>
      </w:r>
      <w:r>
        <w:rPr>
          <w:lang w:eastAsia="zh-CN"/>
        </w:rPr>
        <w:t>　　1.坚持早睡早起。每晚九点准时熄灯上床，早上八点前起床、叠被、洗漱，并且力争全部耗时控制在5分钟以内，决不因为回到家里而改变在学校长期养成的良好作息习惯。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3"/>
          <w:cols w:space="425"/>
          <w:titlePg w:val="0"/>
          <w:docGrid w:type="lines" w:linePitch="312"/>
        </w:sectPr>
      </w:pPr>
      <w:r>
        <w:rPr>
          <w:lang w:eastAsia="zh-CN"/>
        </w:rPr>
        <w:t>　　2.继承中华民族尊老爱幼的传统美德。在家里，多陪爸爸看体育比赛，多陪妈妈买菜逛街看电视剧。对待长辈要保持谦虚尊敬的态度，对待小朋友要让其感受到春天般的温暖。过年的时候主动给长辈们打电话或登门拜年。做到老吾老以及人之老，幼吾幼以及人之幼。</w:t>
      </w:r>
      <w:r>
        <w:rPr>
          <w:lang w:eastAsia="zh-CN"/>
        </w:rPr>
        <w:br/>
      </w:r>
      <w:r>
        <w:rPr>
          <w:lang w:eastAsia="zh-CN"/>
        </w:rPr>
        <w:t>　　3.以辛勤劳动为荣，以好逸恶劳为耻。主动帮父母做家务，保持卧室、书房、客厅的清洁卫生，饭后主动洗碗刷筷，保证油垢餐具不过夜。自己的衣物自己洗，且本着节约电能资源及洗衣粉等物资的原则尽量手洗拧干。</w:t>
      </w:r>
      <w:r>
        <w:rPr>
          <w:lang w:eastAsia="zh-CN"/>
        </w:rPr>
        <w:br/>
      </w:r>
      <w:r>
        <w:rPr>
          <w:lang w:eastAsia="zh-CN"/>
        </w:rPr>
        <w:t>　　4.崇尚科学，坚持每天补充知识养料。每天坚持学习两个小时左右，假期初制定好学习计划，保证学习的科学性、效率性。力争利用这个假期学会一到两门小技能(例如网页制作等)，以备将来工作之需。有句话说：“活到老，学到老。”在年轻的时候，趁学习能力强，就更应该抓紧一切时间，努力学习，提高自己的知识储备量，为将来实现人生的厚积薄发而做好充分的准备。</w:t>
      </w:r>
      <w:r>
        <w:rPr>
          <w:lang w:eastAsia="zh-CN"/>
        </w:rPr>
        <w:br/>
      </w:r>
      <w:r>
        <w:rPr>
          <w:lang w:eastAsia="zh-CN"/>
        </w:rPr>
        <w:t>　　5.娱乐休闲要适度，不可玩物丧志。每天上网看电视等时间累计不应超过四小时。出去和朋友们聚会时要注意时间、场所，避免去一些盈利性较强的娱乐场所，要时刻以一名合格大学生的标准严格要求自己。</w:t>
      </w:r>
      <w:r>
        <w:rPr>
          <w:lang w:eastAsia="zh-CN"/>
        </w:rPr>
        <w:br/>
      </w:r>
      <w:r>
        <w:rPr>
          <w:lang w:eastAsia="zh-CN"/>
        </w:rPr>
        <w:t>　　6.计划在本次假期出行一次。读万卷书行万里路，多出去走走，才能多长见识。同时也要注意保证旅途安全，尽量避免春运的高峰期。且旅行时间不宜过长，以免影响下学期正常开学。</w:t>
      </w:r>
      <w:r>
        <w:rPr>
          <w:lang w:eastAsia="zh-CN"/>
        </w:rPr>
        <w:br/>
      </w:r>
      <w:r>
        <w:rPr>
          <w:lang w:eastAsia="zh-CN"/>
        </w:rPr>
        <w:t>　　计划二：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4"/>
          <w:cols w:space="425"/>
          <w:titlePg w:val="0"/>
          <w:docGrid w:type="lines" w:linePitch="312"/>
        </w:sectPr>
      </w:pPr>
      <w:r>
        <w:rPr>
          <w:lang w:eastAsia="zh-CN"/>
        </w:rPr>
        <w:t>　　为了提高各学科成绩，科学合理安排时间，根据本人的实际情况，特制作如下学习计划。</w:t>
      </w:r>
      <w:r>
        <w:rPr>
          <w:lang w:eastAsia="zh-CN"/>
        </w:rPr>
        <w:br/>
      </w:r>
      <w:r>
        <w:rPr>
          <w:lang w:eastAsia="zh-CN"/>
        </w:rPr>
        <w:t>　　一、每日早读课，主要用来背语文、英语，有多余时间可用来背副科(包括生物、</w:t>
      </w:r>
      <w:r>
        <w:rPr>
          <w:lang w:eastAsia="zh-CN"/>
        </w:rPr>
        <w:br/>
      </w:r>
      <w:r>
        <w:rPr>
          <w:lang w:eastAsia="zh-CN"/>
        </w:rPr>
        <w:t>　　历史、政治、地理)。</w:t>
      </w:r>
      <w:r>
        <w:rPr>
          <w:lang w:eastAsia="zh-CN"/>
        </w:rPr>
        <w:br/>
      </w:r>
      <w:r>
        <w:rPr>
          <w:lang w:eastAsia="zh-CN"/>
        </w:rPr>
        <w:t>　　二、每日中午主要学习副科(包括背诵、作业、资料)</w:t>
      </w:r>
      <w:r>
        <w:rPr>
          <w:lang w:eastAsia="zh-CN"/>
        </w:rPr>
        <w:br/>
      </w:r>
      <w:r>
        <w:rPr>
          <w:lang w:eastAsia="zh-CN"/>
        </w:rPr>
        <w:t>　　三、下午放学后及晚上主要学习主科(包括作业、所有资料)。</w:t>
      </w:r>
      <w:r>
        <w:rPr>
          <w:lang w:eastAsia="zh-CN"/>
        </w:rPr>
        <w:br/>
      </w:r>
      <w:r>
        <w:rPr>
          <w:lang w:eastAsia="zh-CN"/>
        </w:rPr>
        <w:t>　　四、根据学习需要可适当调整时间。</w:t>
      </w:r>
      <w:r>
        <w:rPr>
          <w:lang w:eastAsia="zh-CN"/>
        </w:rPr>
        <w:br/>
      </w:r>
      <w:r>
        <w:rPr>
          <w:lang w:eastAsia="zh-CN"/>
        </w:rPr>
        <w:t>　　五、周末或平时有空闲，找爸讲主科的教材全解和所做作业中的错题。</w:t>
      </w:r>
      <w:r>
        <w:rPr>
          <w:lang w:eastAsia="zh-CN"/>
        </w:rPr>
        <w:br/>
      </w:r>
      <w:r>
        <w:rPr>
          <w:lang w:eastAsia="zh-CN"/>
        </w:rPr>
        <w:t>　　六、按时完成老师所布臵的作业;每学期要写好学习总结和心得体会。</w:t>
      </w:r>
      <w:r>
        <w:rPr>
          <w:lang w:eastAsia="zh-CN"/>
        </w:rPr>
        <w:br/>
      </w:r>
      <w:r>
        <w:rPr>
          <w:lang w:eastAsia="zh-CN"/>
        </w:rPr>
        <w:t>　　学习方法</w:t>
      </w:r>
      <w:r>
        <w:rPr>
          <w:lang w:eastAsia="zh-CN"/>
        </w:rPr>
        <w:br/>
      </w:r>
      <w:r>
        <w:rPr>
          <w:lang w:eastAsia="zh-CN"/>
        </w:rPr>
        <w:t>　　一、各学科要求在课堂中消化吸收，要坚决执行课前预习，课中认真听讲，并做好重要笔记，课后要总结性回忆，同时，强化课后练习是关键(多做试题加以巩固)。</w:t>
      </w:r>
      <w:r>
        <w:rPr>
          <w:lang w:eastAsia="zh-CN"/>
        </w:rPr>
        <w:br/>
      </w:r>
      <w:r>
        <w:rPr>
          <w:lang w:eastAsia="zh-CN"/>
        </w:rPr>
        <w:t>　　二、语文、英语、副科主要靠记忆，当然做大量的试题巩固也很重要。学好语文的关键是提高阅读和写作能力，学好英语的关键是能读写常见的单词和熟练掌握语法。</w:t>
      </w:r>
      <w:r>
        <w:rPr>
          <w:lang w:eastAsia="zh-CN"/>
        </w:rPr>
        <w:br/>
      </w:r>
      <w:r>
        <w:rPr>
          <w:lang w:eastAsia="zh-CN"/>
        </w:rPr>
        <w:t>　　三、数学、物理、化学主要是靠理解性记忆和做大量的试题加以巩固，多见识题型和掌握多种解题思路，做到举一反三，才能得心应手。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5"/>
          <w:cols w:space="425"/>
          <w:titlePg w:val="0"/>
          <w:docGrid w:type="lines" w:linePitch="312"/>
        </w:sectPr>
      </w:pPr>
      <w:r>
        <w:rPr>
          <w:lang w:eastAsia="zh-CN"/>
        </w:rPr>
        <w:t>　　四、选好参考书，最好是两本书：一是中学教材全解(很有价值，必须学完，要“√”好易错题和重点题，便于复习);另一本是轻巧夺冠试题(也要做完)。要求是不懂之处一定要找老师或同学求教。</w:t>
      </w:r>
      <w:r>
        <w:rPr>
          <w:lang w:eastAsia="zh-CN"/>
        </w:rPr>
        <w:br/>
      </w:r>
      <w:r>
        <w:rPr>
          <w:lang w:eastAsia="zh-CN"/>
        </w:rPr>
        <w:t>　　五、高考或中考前做大量的模拟试题，总结和找准易错题，再针对性地加以练习。</w:t>
      </w:r>
      <w:r>
        <w:rPr>
          <w:lang w:eastAsia="zh-CN"/>
        </w:rPr>
        <w:br/>
      </w:r>
      <w:r>
        <w:rPr>
          <w:lang w:eastAsia="zh-CN"/>
        </w:rPr>
        <w:t>　　六、高考或中考前5日内，将所有章节的重点(初中三年或高中三年的所有知识)复习1-2遍。</w:t>
      </w:r>
      <w:r>
        <w:rPr>
          <w:lang w:eastAsia="zh-CN"/>
        </w:rPr>
        <w:br/>
      </w:r>
      <w:r>
        <w:rPr>
          <w:lang w:eastAsia="zh-CN"/>
        </w:rPr>
        <w:t>　　七、考试时要做到从容镇定，注意审题，做题要从易到难，并合理安排时间。若有剩余时间，再回头对未做的题或无把握的题重试一次。</w:t>
      </w:r>
      <w:r>
        <w:rPr>
          <w:lang w:eastAsia="zh-CN"/>
        </w:rPr>
        <w:br/>
      </w:r>
      <w:r>
        <w:rPr>
          <w:lang w:eastAsia="zh-CN"/>
        </w:rPr>
        <w:t>　　八、若有时间，一定要温习已学过的知识(包括1-2年级的知识)，起到温故而知新的效果，直至达到创新境界。</w:t>
      </w:r>
      <w:r>
        <w:rPr>
          <w:lang w:eastAsia="zh-CN"/>
        </w:rPr>
        <w:br/>
      </w:r>
      <w:r>
        <w:rPr>
          <w:lang w:eastAsia="zh-CN"/>
        </w:rPr>
        <w:t>　　学习要求</w:t>
      </w:r>
      <w:r>
        <w:rPr>
          <w:lang w:eastAsia="zh-CN"/>
        </w:rPr>
        <w:br/>
      </w:r>
      <w:r>
        <w:rPr>
          <w:lang w:eastAsia="zh-CN"/>
        </w:rPr>
        <w:t>　　一、要虚心向别人学习，做到不懂就问，问老师或同学均可。</w:t>
      </w:r>
      <w:r>
        <w:rPr>
          <w:lang w:eastAsia="zh-CN"/>
        </w:rPr>
        <w:br/>
      </w:r>
      <w:r>
        <w:rPr>
          <w:lang w:eastAsia="zh-CN"/>
        </w:rPr>
        <w:t>　　二、上课要专心致志，思路跟着老师走，能做到不受任何外界的干扰。</w:t>
      </w:r>
      <w:r>
        <w:rPr>
          <w:lang w:eastAsia="zh-CN"/>
        </w:rPr>
        <w:br/>
      </w:r>
      <w:r>
        <w:rPr>
          <w:lang w:eastAsia="zh-CN"/>
        </w:rPr>
        <w:t>　　三、学习中要做到忘我的境界，充分运用好温故而知新的良好学习方法。</w:t>
      </w:r>
      <w:r>
        <w:rPr>
          <w:lang w:eastAsia="zh-CN"/>
        </w:rPr>
        <w:br/>
      </w:r>
      <w:r>
        <w:rPr>
          <w:lang w:eastAsia="zh-CN"/>
        </w:rPr>
        <w:t>　　四、解题思路要广，要多问自己为什么?所学知识要联系生活实际。</w:t>
      </w:r>
      <w:r>
        <w:rPr>
          <w:lang w:eastAsia="zh-CN"/>
        </w:rPr>
        <w:br/>
      </w:r>
      <w:r>
        <w:rPr>
          <w:lang w:eastAsia="zh-CN"/>
        </w:rPr>
        <w:t>　　五、在学习无法集中或疲倦时，要休息好之后再学习;养成每日午休好习惯，有利于分配时间和精力。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6"/>
          <w:cols w:space="425"/>
          <w:titlePg w:val="0"/>
          <w:docGrid w:type="lines" w:linePitch="312"/>
        </w:sectPr>
      </w:pPr>
      <w:r>
        <w:rPr>
          <w:lang w:eastAsia="zh-CN"/>
        </w:rPr>
        <w:t>　　六、切记好的学习方法：坚决做到课前预习，课后复习，考前梳理知识、考后总结学习经验。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篇15 </w:t>
      </w:r>
      <w:r>
        <w:rPr>
          <w:lang w:eastAsia="zh-CN"/>
        </w:rPr>
        <w:br/>
      </w:r>
      <w:r>
        <w:rPr>
          <w:lang w:eastAsia="zh-CN"/>
        </w:rPr>
        <w:t>　　一、浓厚的阅读兴趣。</w:t>
      </w:r>
      <w:r>
        <w:rPr>
          <w:lang w:eastAsia="zh-CN"/>
        </w:rPr>
        <w:br/>
      </w:r>
      <w:r>
        <w:rPr>
          <w:lang w:eastAsia="zh-CN"/>
        </w:rPr>
        <w:t>　　孔子曾说：“知己者不如好之者，好之者不如乐之者。”意思就是说，读书的时候一定要有感觉，即先有读书的兴趣，然后才去读书。对于孩子阅读兴趣的培养，不是一朝一夕的事情，作为家长，可以充当孩子的“发酵粉”。比如：作为家长，首先要了解一下孩子感兴趣的阅读范围，是科学知识，还是文学知识，这个内容家长一定要清楚，以便抽出时间陪学生到书店来选择所需的书籍，以充实完善孩子的假期阅读。</w:t>
      </w:r>
      <w:r>
        <w:rPr>
          <w:lang w:eastAsia="zh-CN"/>
        </w:rPr>
        <w:br/>
      </w:r>
      <w:r>
        <w:rPr>
          <w:lang w:eastAsia="zh-CN"/>
        </w:rPr>
        <w:t>　　二、选择性的阅读。</w:t>
      </w:r>
      <w:r>
        <w:rPr>
          <w:lang w:eastAsia="zh-CN"/>
        </w:rPr>
        <w:br/>
      </w:r>
      <w:r>
        <w:rPr>
          <w:lang w:eastAsia="zh-CN"/>
        </w:rPr>
        <w:t>　　对于孩子感兴趣的阅读书籍，他们的阅读会越来越广泛，越来越充实。然而，不能说，孩子不感兴趣，就完全不阅读这方面的书籍。这是一个不对的思想。作为家长来说，协助孩子完成假期的阅读，是一项艰巨而坚持的事情，一定要作为做实，这样对于孩子阅读方面的发展，会起到事半功倍的效果。对于孩子感兴趣的阅读书籍，家长可以让孩子自主选择来阅读，除此外，家长要根据学生下学期的学习内容，来选择一些针对性强的学习类的阅读书籍。一方面充实课外阅读，另一方面有针对性的阅读知识性的书籍，一举两得，作为家长和学生，何乐而不为?</w:t>
      </w:r>
      <w:r>
        <w:rPr>
          <w:lang w:eastAsia="zh-CN"/>
        </w:rPr>
        <w:br/>
      </w:r>
      <w:r>
        <w:rPr>
          <w:lang w:eastAsia="zh-CN"/>
        </w:rPr>
        <w:t>　　三、长期坚持阅读。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7"/>
          <w:cols w:space="425"/>
          <w:titlePg w:val="0"/>
          <w:docGrid w:type="lines" w:linePitch="312"/>
        </w:sectPr>
      </w:pPr>
      <w:r>
        <w:rPr>
          <w:lang w:eastAsia="zh-CN"/>
        </w:rPr>
        <w:t>　　一朝一夕，三天打鱼，两天晒网，只凭一时的兴趣进行的阅读，是不能从阅读中得到实实在在的实惠的。阅读，尤其是长期的阅读，可以得到诸多的好处：增长知识，扩大视野，丰富课外生活，尤其深远的长久的好处，是需要学生在今后的学习和生活中切身体验出来的。阅读是一扇窗，是一条路，是一种生活方式。通过长期的阅读，你的气质会与众不同的。</w:t>
      </w:r>
      <w:r>
        <w:rPr>
          <w:lang w:eastAsia="zh-CN"/>
        </w:rPr>
        <w:br/>
      </w:r>
      <w:r>
        <w:rPr>
          <w:lang w:eastAsia="zh-CN"/>
        </w:rPr>
        <w:t>　　四、正确的阅读方法。</w:t>
      </w:r>
      <w:r>
        <w:rPr>
          <w:lang w:eastAsia="zh-CN"/>
        </w:rPr>
        <w:br/>
      </w:r>
      <w:r>
        <w:rPr>
          <w:lang w:eastAsia="zh-CN"/>
        </w:rPr>
        <w:t>　　一个正确的阅读方法可以让你节省很多时间，学到很多知识，一个正确的阅读方法，可以让你获益匪浅，终生受益。</w:t>
      </w:r>
      <w:r>
        <w:rPr>
          <w:lang w:eastAsia="zh-CN"/>
        </w:rPr>
        <w:br/>
      </w:r>
      <w:r>
        <w:rPr>
          <w:lang w:eastAsia="zh-CN"/>
        </w:rPr>
        <w:t>　　1、选读法。这种方法的运用一般是根据学生在课内学习或写作上的某种需要，有选择地阅读有关书报的有关篇章或有关部分，以便学以致用。</w:t>
      </w:r>
      <w:r>
        <w:rPr>
          <w:lang w:eastAsia="zh-CN"/>
        </w:rPr>
        <w:br/>
      </w:r>
      <w:r>
        <w:rPr>
          <w:lang w:eastAsia="zh-CN"/>
        </w:rPr>
        <w:t>　　2、精读法。所谓精读法，就是对书报上的某些重点文章，集中精力，逐字逐句由表及里精思熟读的阅读方法。</w:t>
      </w:r>
      <w:r>
        <w:rPr>
          <w:lang w:eastAsia="zh-CN"/>
        </w:rPr>
        <w:br/>
      </w:r>
      <w:r>
        <w:rPr>
          <w:lang w:eastAsia="zh-CN"/>
        </w:rPr>
        <w:t>　　元程端礼说：“每句先逐字训之，然后通解一句之意，又通解一章之意，相接连作去，明理演文，一举两得”这是传统的三步精读法。它是培养学生阅读能力最主要最基本的手段，有的文章语言隽永，引经据典，情节生动。教师可以利用这些作品为依据，指导学生精读，要求学生全身心投入，调动多种感官，做到口到、眼到、心到、手到，边读、边想、边批注，逐渐养成认真读书的好习惯。</w:t>
      </w:r>
      <w:r>
        <w:rPr>
          <w:lang w:eastAsia="zh-CN"/>
        </w:rPr>
        <w:br/>
      </w:r>
      <w:r>
        <w:rPr>
          <w:lang w:eastAsia="zh-CN"/>
        </w:rPr>
        <w:t>　　3、速读法。速读法就是对所读的书报，不发音、不辨读、不转移视线，而是快速地观其概貌。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8"/>
          <w:cols w:space="425"/>
          <w:titlePg w:val="0"/>
          <w:docGrid w:type="lines" w:linePitch="312"/>
        </w:sectPr>
      </w:pPr>
      <w:r>
        <w:rPr>
          <w:lang w:eastAsia="zh-CN"/>
        </w:rPr>
        <w:t>　　这就要求学生在快速的浏览中，要集中注意力，作出快速的信息处理和消化。利用速读法(可以做到用最少的时间获取尽量多的信息。当今科学突飞猛进，生活日新月异，人们的生活节奏也随之加快，这必然要求我们的工作讲质量讲时效。</w:t>
      </w:r>
      <w:r>
        <w:rPr>
          <w:lang w:eastAsia="zh-CN"/>
        </w:rPr>
        <w:br/>
      </w:r>
      <w:r>
        <w:rPr>
          <w:lang w:eastAsia="zh-CN"/>
        </w:rPr>
        <w:t>　　如果我们的学生只会字斟句酌地读书，很难适应社会的飞速发展的需求。因此教会学生根据自己的阅读需要，采用速读法不谛是一种明智的选择。4、摘录批注法。此阅读法就是在阅读过程中根据自己的需要将有关的词、句、段乃至全篇原文摘抄下来，或对阅读的重点、难点部分划记号，作注释，写评语。俗话说：“不动笔墨不读书。”文章中富有教育意义的警句格言、精彩生动的词句、段落，可以摘录下来，积存进自己设立的“词库”中，为以后的作文准备了丰富的语言积累。同时还可以对自己订阅的报刊杂志，将其中的好文章剪裁下来，粘贴到自己的读书笔记中。读与思共，思与读随。在阅读的过程中，要学着用自己的阅历和知识去审视、对比、评判书中的内容，并及时记下自己读书的感受和疑点。总之读书要做到“手脑并用”阅读才将会变得更精彩、更有实效。阅读的书籍不同，而采用的阅读方法也不一样;阅读的目的不同，阅读的方法也不同。我们应该注重教会学生根据个人不同的阅读习惯，阅读目的、性质，选择合适的阅读方法，灵活使用。我相信，学生的习作水平一定会越来越高，知识一定会越来越丰富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9"/>
          <w:cols w:space="425"/>
          <w:titlePg w:val="0"/>
          <w:docGrid w:type="lines" w:linePitch="312"/>
        </w:sectPr>
      </w:pPr>
      <w:r>
        <w:rPr>
          <w:lang w:eastAsia="zh-CN"/>
        </w:rPr>
        <w:t>　　朱永新教授曾说过：“阅读,让贫乏和平庸远离我们;阅读，让博学和睿智拯救我们;阅读，让历史和时间记住我们。阅读，让吾国之精魂永世传承。”的确，读书足以怡情，足以博采，足以长才。充分利用学生的假期进行有计划的阅读，确实是一项有收益的活动。阅读也的确是提高孩子的人文素养，打造人生底蕴的重要手段之一。营造书香氛围，致润物无声之效;选择阅读书目，提高孩子的人文素养;教给阅读方法，品成功之乐;拓展阅读空间，让馥郁的书香联结家庭，家校一体化，建书香社会，生命也会因阅读而更加精彩。</w:t>
      </w:r>
      <w:r>
        <w:rPr>
          <w:lang w:eastAsia="zh-CN"/>
        </w:rPr>
        <w:br/>
      </w:r>
      <w:r>
        <w:rPr>
          <w:lang w:eastAsia="zh-CN"/>
        </w:rPr>
        <w:t xml:space="preserve">    初中学习计划汇编 篇16 </w:t>
      </w:r>
      <w:r>
        <w:rPr>
          <w:lang w:eastAsia="zh-CN"/>
        </w:rPr>
        <w:br/>
      </w:r>
      <w:r>
        <w:rPr>
          <w:lang w:eastAsia="zh-CN"/>
        </w:rPr>
        <w:t>　　初二下学期的学习就是纠正初一的缺点，巩固初二的知识点，打下初三的理想基础。初二是初中一年级和初中三年级的结合点。</w:t>
      </w:r>
      <w:r>
        <w:rPr>
          <w:lang w:eastAsia="zh-CN"/>
        </w:rPr>
        <w:br/>
      </w:r>
      <w:r>
        <w:rPr>
          <w:lang w:eastAsia="zh-CN"/>
        </w:rPr>
        <w:t>　　初二上学期的学习已经结束，无论初二上学期的考试成绩是好是坏都已经是历史是过去，初二下学期到底该怎么学呢?</w:t>
      </w:r>
      <w:r>
        <w:rPr>
          <w:lang w:eastAsia="zh-CN"/>
        </w:rPr>
        <w:br/>
      </w:r>
      <w:r>
        <w:rPr>
          <w:lang w:eastAsia="zh-CN"/>
        </w:rPr>
        <w:t>　　新年之后，初二下学期的学习意味着新的开始，新的冲刺。初二下学期学习的难度增加了，知识范围更广，课程的内容更加抽象，更加难以理解，需要综合分析并加以推倒才能解除问题的最终答案，利用所学的识和曾经解过的题型，找出解题的方法，理清思路，迅速的将答案表达清楚，这一点对初二学生的学习是极为重要的!初二是初中阶段的过期，课业负担重，学习特别累，随着课时和知识复杂程度的加重，如何正确的了解和把握初二年级的学习?</w:t>
      </w:r>
      <w:r>
        <w:rPr>
          <w:lang w:eastAsia="zh-CN"/>
        </w:rPr>
        <w:br/>
      </w:r>
      <w:r>
        <w:rPr>
          <w:lang w:eastAsia="zh-CN"/>
        </w:rPr>
        <w:t>　　第一。主次分明，把握重点学科。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</w:pPr>
      <w:r>
        <w:rPr>
          <w:lang w:eastAsia="zh-CN"/>
        </w:rPr>
        <w:t>　　数学、语文、英语、物理要作为重点来安排学习，除了上课认真听讲，课后80%的精力要花在这些主课上。其他20%的时间留给其他的科目。初二时，每门主科应有一本课外辅导书，课外适当做一些练习题还是必要的。初二下学期除了听好课，还得多关心时事，如关注一些新闻等等，中考会涉及奥运的考点等。这些国家大事需要在平时的生活中关注一下。</w:t>
      </w:r>
      <w:r>
        <w:rPr>
          <w:lang w:eastAsia="zh-CN"/>
        </w:rPr>
        <w:br/>
      </w:r>
      <w:r>
        <w:rPr>
          <w:lang w:eastAsia="zh-CN"/>
        </w:rPr>
        <w:t>　　第二。学习生活时间合理安排。</w:t>
      </w:r>
      <w:r>
        <w:rPr>
          <w:lang w:eastAsia="zh-CN"/>
        </w:rPr>
        <w:br/>
      </w:r>
      <w:r>
        <w:rPr>
          <w:lang w:eastAsia="zh-CN"/>
        </w:rPr>
        <w:t>　　一般早晨是人的记性最好的时候，建议读英语，记单词。白天的自习课最好安排给数学、物理，这时候解题的效率高一些。其它的时间就要留给语文了，可以多读些课外书，遇到好文章和好的语段，就抄下来以积累素材，这样写起作文来就轻松多了。</w:t>
      </w:r>
      <w:r>
        <w:rPr>
          <w:lang w:eastAsia="zh-CN"/>
        </w:rPr>
        <w:br/>
      </w:r>
      <w:r>
        <w:rPr>
          <w:lang w:eastAsia="zh-CN"/>
        </w:rPr>
        <w:t>　　第三。要养成良好的学习习惯。</w:t>
      </w:r>
      <w:r>
        <w:rPr>
          <w:lang w:eastAsia="zh-CN"/>
        </w:rPr>
        <w:br/>
      </w:r>
      <w:r>
        <w:rPr>
          <w:lang w:eastAsia="zh-CN"/>
        </w:rPr>
        <w:t>　　让孩子克服以前的一些不良学习习惯，例如一些男生比较粗心、对简单问题过分轻视、学习热情不能长期保持等等，一些女生的学习上容易分心、不专心等问题。另外平时准备错误集锦本，遇到容易出错的问题就及时记下来。复习时就能有的放矢，有条不紊了。初中二年级抓孩子的学习习惯是第一位，有了好的学习习惯，到初三的时候，孩子就相对容易冲刺上去。</w:t>
      </w:r>
      <w:r>
        <w:rPr>
          <w:lang w:eastAsia="zh-CN"/>
        </w:rPr>
        <w:br/>
      </w:r>
      <w:r>
        <w:rPr>
          <w:lang w:eastAsia="zh-CN"/>
        </w:rPr>
        <w:t>　　第四。带着兴趣，带着问题，带着目的听课。</w:t>
      </w:r>
      <w:r>
        <w:rPr>
          <w:lang w:eastAsia="zh-CN"/>
        </w:rPr>
        <w:br/>
      </w:r>
      <w:r>
        <w:rPr>
          <w:lang w:eastAsia="zh-CN"/>
        </w:rPr>
        <w:t>　　根据课程表的安排，有针对性地预习弱项课程，预习时要弄清下一节课的内容，其中哪些是清楚的，哪些是模糊的，哪些是不懂的，由此确定出听课的重点。课后进行总结，归纳出所讲知识的框架，然后做相关练习和辅导。</w:t>
      </w:r>
      <w:r>
        <w:rPr>
          <w:lang w:eastAsia="zh-CN"/>
        </w:rPr>
        <w:br/>
      </w:r>
      <w:r>
        <w:rPr>
          <w:lang w:eastAsia="zh-CN"/>
        </w:rPr>
        <w:t>　　第五。课后温习加巩固练习。</w:t>
      </w:r>
      <w:r>
        <w:rPr>
          <w:lang w:eastAsia="zh-CN"/>
        </w:rPr>
        <w:br/>
      </w:r>
      <w:r>
        <w:rPr>
          <w:rFonts w:hint="eastAsia"/>
          <w:lang w:eastAsia="zh-CN"/>
        </w:rPr>
        <w:br/>
      </w:r>
      <w:r>
        <w:rPr>
          <w:rFonts w:hint="eastAsia"/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https://d.book118.com/448042137010006040</w:t>
        </w:r>
      </w:hyperlink>
    </w:p>
    <w:p w:rsidR="001B1F19">
      <w:pPr>
        <w:rPr>
          <w:rFonts w:hint="eastAsia"/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4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48042137010006040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56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5</cp:revision>
  <dcterms:created xsi:type="dcterms:W3CDTF">2024-01-11T00:28:00Z</dcterms:created>
  <dcterms:modified xsi:type="dcterms:W3CDTF">2024-01-11T07:22:00Z</dcterms:modified>
</cp:coreProperties>
</file>