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2024年幼儿教师工作心得体会（30篇）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2024年幼儿教师工作心得体会（精选30篇）</w:t>
      </w:r>
      <w:r>
        <w:rPr>
          <w:lang w:eastAsia="zh-CN"/>
        </w:rPr>
        <w:br/>
      </w:r>
      <w:r>
        <w:rPr>
          <w:lang w:eastAsia="zh-CN"/>
        </w:rPr>
        <w:t xml:space="preserve">    2024年幼儿教师工作心得体会 篇1 </w:t>
      </w:r>
      <w:r>
        <w:rPr>
          <w:lang w:eastAsia="zh-CN"/>
        </w:rPr>
        <w:br/>
      </w:r>
      <w:r>
        <w:rPr>
          <w:lang w:eastAsia="zh-CN"/>
        </w:rPr>
        <w:t>　　短短的一学期又过去了。听着孩子们唱着《新年好》，意味着新年就要到了，看着他们一步一个脚印的向前奋进，获得了不同程度的进步，我感到无比的欣慰，而回顾这学期的教育历程，我也记忆犹新。</w:t>
      </w:r>
      <w:r>
        <w:rPr>
          <w:lang w:eastAsia="zh-CN"/>
        </w:rPr>
        <w:br/>
      </w:r>
      <w:r>
        <w:rPr>
          <w:lang w:eastAsia="zh-CN"/>
        </w:rPr>
        <w:t>　　一、政治思想</w:t>
      </w:r>
      <w:r>
        <w:rPr>
          <w:lang w:eastAsia="zh-CN"/>
        </w:rPr>
        <w:br/>
      </w:r>
      <w:r>
        <w:rPr>
          <w:lang w:eastAsia="zh-CN"/>
        </w:rPr>
        <w:t>　　本人能积极参加政治学习，关心国家大事，坚持四项基本原则，拥护党的各项方针政策，遵守幼儿园各项规章制度，团结同事，热心帮助他人，能明确教育目的，端正态度，工作认真负责，关心幼儿，无体罚及变相体罚幼儿，注重幼儿思想品德的培养，以身作则，为人师表，有奉献精神。</w:t>
      </w:r>
      <w:r>
        <w:rPr>
          <w:lang w:eastAsia="zh-CN"/>
        </w:rPr>
        <w:br/>
      </w:r>
      <w:r>
        <w:rPr>
          <w:lang w:eastAsia="zh-CN"/>
        </w:rPr>
        <w:t>　　二、教育教学工作</w:t>
      </w:r>
      <w:r>
        <w:rPr>
          <w:lang w:eastAsia="zh-CN"/>
        </w:rPr>
        <w:br/>
      </w:r>
      <w:r>
        <w:rPr>
          <w:lang w:eastAsia="zh-CN"/>
        </w:rPr>
        <w:t>　　幼儿园大班升入小学是教育过渡的关键时期，具有承上起下的作用，衔接过渡的成功与否对小学教育质量影响很大，因此，在本学期教学过程中，我积极做好提前备课，写好教案，备课时认真钻研教材、教具，学习好大纲，虚心向有经验的老师学习、请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为了上好一节课，我上网查找资料，集中别人的优点，确定自己的教学思路。上课时，运用多种教学方法，从幼儿的实际出发，注意调动学生学习的积极性和创造性思维，更注意幼儿的游戏性，使幼儿觉得上课就是玩游戏，在玩中学，在学中玩。</w:t>
      </w:r>
      <w:r>
        <w:rPr>
          <w:lang w:eastAsia="zh-CN"/>
        </w:rPr>
        <w:br/>
      </w:r>
      <w:r>
        <w:rPr>
          <w:lang w:eastAsia="zh-CN"/>
        </w:rPr>
        <w:t>　　作为一名幼儿教师要有一颗爱孩子的心，还要有扎扎实实的业务水平和能力。为了提高自身素质，不断为自己充电。同时向有经验的老教师请教，在工作中具备高度的责任感，对幼儿有爱心，细心和耐心。因材施教，使每个幼儿在原有水平上都有一定的发展。根据幼儿不同的个性与兴趣，采取不同的教育方法，仔细观察，发掘小朋友的优点。</w:t>
      </w:r>
      <w:r>
        <w:rPr>
          <w:lang w:eastAsia="zh-CN"/>
        </w:rPr>
        <w:br/>
      </w:r>
      <w:r>
        <w:rPr>
          <w:lang w:eastAsia="zh-CN"/>
        </w:rPr>
        <w:t>　　在工作中不计较个人得失，发挥“你中有我，我中有你”的团队精神作用，团结一致地做好班级工作。在活动时，我们鼓励幼儿踊跃发言，积极开动脑筋，绘画、写字时，都要求幼儿养成安静的作业习惯，还培养幼儿能勇敢地在成人及集体面前发言、说儿歌、表演歌舞。</w:t>
      </w:r>
      <w:r>
        <w:rPr>
          <w:lang w:eastAsia="zh-CN"/>
        </w:rPr>
        <w:br/>
      </w:r>
      <w:r>
        <w:rPr>
          <w:lang w:eastAsia="zh-CN"/>
        </w:rPr>
        <w:t>　　在常规方面也培养了幼儿良好的卫生习惯，用餐习惯和良好的午睡习惯。在上课时要求幼儿有良好的坐姿和与老师同伴交流时的语言、行为习惯等等。让幼儿养成了不打人，不骂人，有良好思想品德的好孩子。为进入小学做好准备。</w:t>
      </w:r>
      <w:r>
        <w:rPr>
          <w:lang w:eastAsia="zh-CN"/>
        </w:rPr>
        <w:br/>
      </w:r>
      <w:r>
        <w:rPr>
          <w:lang w:eastAsia="zh-CN"/>
        </w:rPr>
        <w:t>　　三、安全及卫生保健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安全是幼儿园最重要的工作之一。保障每一个幼儿的人身安全，是每一个教师的责任和职责，为了让家长放心，让幼儿能在一个安全的环境中生活、成长。本学期我们重点突出了对孩子们节假日的安全教育，让孩子们感知什么是危险，什么可以玩的意识。并且严格执行了晨检制度。管理好病儿药品，并做好幼儿的服药记录，避免幼儿吃错药。</w:t>
      </w:r>
      <w:r>
        <w:rPr>
          <w:lang w:eastAsia="zh-CN"/>
        </w:rPr>
        <w:br/>
      </w:r>
      <w:r>
        <w:rPr>
          <w:lang w:eastAsia="zh-CN"/>
        </w:rPr>
        <w:t>　　加强幼儿日常生活的管理，做到了人到心到，谨防意外事故的发生。同班教师做好交接班工作。确保了我班幼儿安全工作的万无一失。我们也严格按照园里的要求做好了班级各项卫生保健工作，利用阳光、紫外线、消毒水消毒玩具、被褥等物品。让幼儿生活在一个整洁、舒适的环境中。</w:t>
      </w:r>
      <w:r>
        <w:rPr>
          <w:lang w:eastAsia="zh-CN"/>
        </w:rPr>
        <w:br/>
      </w:r>
      <w:r>
        <w:rPr>
          <w:lang w:eastAsia="zh-CN"/>
        </w:rPr>
        <w:t>　　而针对幼儿手足口病，每天都进行个别观察，并督促幼儿勤洗手。经常对桌面，把手，柜子等幼儿经常性接触的地方进行消毒工作。培养了幼儿良好的生活习惯、卫生习惯，重点引导几个挑食、食欲差的幼儿改变不良的饮食习惯。</w:t>
      </w:r>
      <w:r>
        <w:rPr>
          <w:lang w:eastAsia="zh-CN"/>
        </w:rPr>
        <w:br/>
      </w:r>
      <w:r>
        <w:rPr>
          <w:lang w:eastAsia="zh-CN"/>
        </w:rPr>
        <w:t>　　四、家长交流方面</w:t>
      </w:r>
      <w:r>
        <w:rPr>
          <w:lang w:eastAsia="zh-CN"/>
        </w:rPr>
        <w:br/>
      </w:r>
      <w:r>
        <w:rPr>
          <w:lang w:eastAsia="zh-CN"/>
        </w:rPr>
        <w:t>　　通过学习新《纲要》，我更加深深地认识到幼儿园和家庭合作的重要性。本学期，我利用多种形式(家访)、(电话交流)、(班级博客)、(家园联系)与家长交流，及时反馈幼儿的发展情况，在家长开放日邀请家长观摩教育游戏活动，认真倾听家长的意见，及时更换家教宣传栏，向家长宣传科学的育儿知识，做到充分利用家长资源，鼓励引导家长积极主动地参与到幼儿园的教育中，既调动了孩子主动参与学习的积极性，又充分发挥了家长的教育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这学期，我们开展了两个家长会，一次家长开放日的活动。我们每天利用家长接幼儿的时间和家长进行简单的交流，交代幼儿的生活学习情况，及时反映孩子的表现和进步，使家长能随时了解到孩子的情况。并得到了家长朋友们的一致好评。</w:t>
      </w:r>
      <w:r>
        <w:rPr>
          <w:lang w:eastAsia="zh-CN"/>
        </w:rPr>
        <w:br/>
      </w:r>
      <w:r>
        <w:rPr>
          <w:lang w:eastAsia="zh-CN"/>
        </w:rPr>
        <w:t>　　五、其它方面</w:t>
      </w:r>
      <w:r>
        <w:rPr>
          <w:lang w:eastAsia="zh-CN"/>
        </w:rPr>
        <w:br/>
      </w:r>
      <w:r>
        <w:rPr>
          <w:lang w:eastAsia="zh-CN"/>
        </w:rPr>
        <w:t>　　这一学期的成绩是可喜的，但存在着许多的不足。作为一名年轻老师，我还有许多要学习的地方，在今后的工作中我应不断地学习新知识，努力提高思想及业务素质，大胆地创新教学方法，学习其他老师的教学经验。对幼儿加强德育教育，加强幼儿常规教育，注重幼儿自身能力的培养。并与家长密切联系，实现家园同步。</w:t>
      </w:r>
      <w:r>
        <w:rPr>
          <w:lang w:eastAsia="zh-CN"/>
        </w:rPr>
        <w:br/>
      </w:r>
      <w:r>
        <w:rPr>
          <w:lang w:eastAsia="zh-CN"/>
        </w:rPr>
        <w:t>　　选择符合幼儿年龄特点的活动形式和方法。在教学活动中因材施教，因人施教，针对个别幼儿进行个别教育。努力把每一节课都当成锻炼自己的课堂，学会捕捉教学契机，提高自己驾驭课堂的能力和遇事的应变能力。并努力提高自己的思想及业务素质。努力使自己成为一名优秀合格、优秀、专业、创新的幼儿园教师。</w:t>
      </w:r>
      <w:r>
        <w:rPr>
          <w:lang w:eastAsia="zh-CN"/>
        </w:rPr>
        <w:br/>
      </w:r>
      <w:r>
        <w:rPr>
          <w:lang w:eastAsia="zh-CN"/>
        </w:rPr>
        <w:t xml:space="preserve">    2024年幼儿教师工作心得体会 篇2 </w:t>
      </w:r>
      <w:r>
        <w:rPr>
          <w:lang w:eastAsia="zh-CN"/>
        </w:rPr>
        <w:br/>
      </w:r>
      <w:r>
        <w:rPr>
          <w:lang w:eastAsia="zh-CN"/>
        </w:rPr>
        <w:t>　　十年树木，百年树人，选择了幼儿教师，就选择了做教师的责任;选择了以身作则为人师表，也就选择了以高尚的行为示范于幼儿，以优雅的志趣感染幼儿，而要做到这些，就需要幼儿教师有高度的责任心、爱心和耐心，要怀着一颗爱心对孩子负责，对家长负责，对社会的未来负责。乐观是一种积极向上的人生态度，是一种健康的心态，是人生快乐的源泉，它像温暖的阳光，充满了神圣的力量。一个热爱生活、乐观积极的幼儿教师，一定是一个始终微笑、特别受孩子们喜爱的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同时，幼儿教师积极的工作态度，不仅能带动孩子们的情绪，有利于他们阳光性格的形成，也会促进教育效果不断提高从而使幼儿教育就得更加有意义。</w:t>
      </w:r>
      <w:r>
        <w:rPr>
          <w:lang w:eastAsia="zh-CN"/>
        </w:rPr>
        <w:br/>
      </w:r>
      <w:r>
        <w:rPr>
          <w:lang w:eastAsia="zh-CN"/>
        </w:rPr>
        <w:t>　　要做孩子喜欢的老师，必须要和孩子打成一片，这样，孩子才会亲近你，才会愿意和你交流。例如：幼儿入园时，要热情的与幼儿打招呼，并适当的询问他们一些事情。比如：小朋友，今天早上你吃的什么饭?好吃吗?或者说：你今天真漂亮!你的衣服真好看!等等。当幼儿与老师说话时，老师应充满热情地与幼儿沟通。对于幼儿的话一定要耐心倾听，并机智地回答幼儿的问题。另外，老师的耐心是与爱心息息相通的。应放下老师的心态，和孩子平等的交流，自由活动的时候和孩子聊聊天，关注一下孩子喜欢的卡通频</w:t>
      </w:r>
      <w:r>
        <w:rPr>
          <w:lang w:eastAsia="zh-CN"/>
        </w:rPr>
        <w:br/>
      </w:r>
      <w:r>
        <w:rPr>
          <w:lang w:eastAsia="zh-CN"/>
        </w:rPr>
        <w:t>　　道，一起说说他们心中的偶像;游戏的时候，不再是个旁观者，而是和孩子一起无忧无虑地游戏，有时输了又何妨?讨论问题的时候，多听听孩子的意见，接受孩子合理的建议，而不是用老师的称谓来压制他们。其实孩子的内心世界非常的丰富，有时候他们知道的东西，我们也许没听过，他们说出的话我们也许会震惊，不相信是从一个孩子嘴中说出来的。交流不但可以发展幼儿的语言表达能力，还可以很好的增加幼儿和老师之间的和谐，如果我们经常和孩子沟通，聊天，孩子会把我们当作是朋友，而不是老师。久而久之，会和我们走得很近，遇到什么事也愿意和老师一起说。这样，我们就成为了孩子不可缺少的伙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所以，要当好一名幼儿教师，做一名孩子喜爱的老师，就要有爱心、耐心、责任心;喜欢和孩子在一起，更要爱自己的工作，只有这样，工作起来才有动力，才会甘愿无私的付出，才能把工作做好。因为孩子们的健康快乐成长是我最欣慰的收获，也是最大的幸福和快乐。</w:t>
      </w:r>
      <w:r>
        <w:rPr>
          <w:lang w:eastAsia="zh-CN"/>
        </w:rPr>
        <w:br/>
      </w:r>
      <w:r>
        <w:rPr>
          <w:lang w:eastAsia="zh-CN"/>
        </w:rPr>
        <w:t>　　我相信我一定能成为一名孩子们喜爱的老师。</w:t>
      </w:r>
      <w:r>
        <w:rPr>
          <w:lang w:eastAsia="zh-CN"/>
        </w:rPr>
        <w:br/>
      </w:r>
      <w:r>
        <w:rPr>
          <w:lang w:eastAsia="zh-CN"/>
        </w:rPr>
        <w:t xml:space="preserve">    2024年幼儿教师工作心得体会 篇3 </w:t>
      </w:r>
      <w:r>
        <w:rPr>
          <w:lang w:eastAsia="zh-CN"/>
        </w:rPr>
        <w:br/>
      </w:r>
      <w:r>
        <w:rPr>
          <w:lang w:eastAsia="zh-CN"/>
        </w:rPr>
        <w:t>　　我们生活的这个世界需要爱心，在幼儿园学习和生活的孩子们更需要爱心，记得一位名人曾经说过“谁不爱孩子，孩子就不爱他，只有爱孩子的人，才能教育好孩子。”作为幼教老师，教育好孩子是我们的最终目标，要想实现这个目标，就需要我们在日常的保教工作中全方位地奉献出我们的爱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孩子上幼儿园是人生的一个重要起点，他从这里开始了真正的社会生活和学习生活。对于刚刚脱离父母怀抱的他们来说，幼儿园是一个全新而又陌生的环境。他们希望得到认可、赞赏、同情、关心和爱护，希望得到老师的爱。在这里，我不妨先举一个例子。康康是小班里一个非常聪明能干的小家伙，自己吃饭，自己尿尿，就是我们常常说的那种小大人型的，但不知怎么的，最近一个星期己经连续尿了三次床了，问他的妈妈，他在家里最近一段时间从来不尿床。这可怪了，到底是怎么一回事呢？后来才知道，原来这个小家伙是故意的，他只是不满意老师对他的“不在意”，想用这种极端的方式来引起老师的“在意”，他是想从老师那里得到关心和爱护。这是一颗多么天真而善良的童心啊！孩子的心灵是纯洁的，同时也是非常脆弱的，这就需要教师用自己一颗真诚、热爱、赏识孩子的心去唤醒、去呵护。多与孩子交谈，多给孩子以爱抚，走进孩子的内心世界，用爱心来浇灌和呵护他们。哪怕只是一道温和的目光，也会让其争当“好孩子”，“乖孩子”的信念倍增。</w:t>
      </w:r>
      <w:r>
        <w:rPr>
          <w:lang w:eastAsia="zh-CN"/>
        </w:rPr>
        <w:br/>
      </w:r>
      <w:r>
        <w:rPr>
          <w:lang w:eastAsia="zh-CN"/>
        </w:rPr>
        <w:t>　　作为幼教老师，最大的过失莫过于对孩子没有爱，最大的悲哀莫过于失去了对孩子的爱。在幼教的日常工作中，爱心的体现无所不在。帮忙孩子系好带子、穿好衣服、盖好被子是爱心；尊重孩子、信任孩子、鼓励孩子是爱心……爱心是重要的，有了爱心，我们就会在日常的保教工作中，全身心地投入，把这种博大而宽宏的爱心不断地转换成日常保教活动的耐心，责任心。从有利于孩子心理和生理健康成长的角度出发，不断加强自身幼教专业素质的提高，精心设计好每一个教学活动计划，让孩子在幼儿园健康快乐地成长。</w:t>
      </w:r>
      <w:r>
        <w:rPr>
          <w:lang w:eastAsia="zh-CN"/>
        </w:rPr>
        <w:br/>
      </w:r>
      <w:r>
        <w:rPr>
          <w:lang w:eastAsia="zh-CN"/>
        </w:rPr>
        <w:t>　　“教育技巧的全部奥妙，也就在于如何爱护孩子”。给孩子爱心，他就会认可你；给孩子爱心，他就会亲近你；给孩子爱心，他就会喜欢你；给孩子爱心，他就会感到幼儿园如家一般温暖；给孩子爱心，他就会在学习和生活中去关爱别人。请不要吝惜我们的爱心，让我们在幼教岗位上全方位地奉献出我们的爱心，让孩子在爱的海洋里不断茁壮成长。</w:t>
      </w:r>
      <w:r>
        <w:rPr>
          <w:lang w:eastAsia="zh-CN"/>
        </w:rPr>
        <w:br/>
      </w:r>
      <w:r>
        <w:rPr>
          <w:lang w:eastAsia="zh-CN"/>
        </w:rPr>
        <w:t xml:space="preserve">    2024年幼儿教师工作心得体会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__幼儿园的全体教师在一幼的多功能厅一齐观看了__幼儿园的特级教师大班科学活动《我的体重我知道》的录象。这一天，大伙来得早早的，静静地看着录象，领略着特级教师的教学风采与教学魅力。在这国定假期的第一个早晨，我们着实享受到了一份精神上的大餐。</w:t>
      </w:r>
      <w:r>
        <w:rPr>
          <w:lang w:eastAsia="zh-CN"/>
        </w:rPr>
        <w:br/>
      </w:r>
      <w:r>
        <w:rPr>
          <w:lang w:eastAsia="zh-CN"/>
        </w:rPr>
        <w:t>　　虽然，我发着高烧;虽然，我曾经在现场看过蒋老师的这一堂精彩的教学活动。可是，当我看完录象后，在心中涌起的是对蒋老师深深地折服。因为身体关系，没能在活动后及时写下点滴感受。今天，我还是决定写一点吧，虽然有点晚。</w:t>
      </w:r>
      <w:r>
        <w:rPr>
          <w:lang w:eastAsia="zh-CN"/>
        </w:rPr>
        <w:br/>
      </w:r>
      <w:r>
        <w:rPr>
          <w:lang w:eastAsia="zh-CN"/>
        </w:rPr>
        <w:t>　　我们在教学活动中，常常觉得难于回应孩子，当孩子有什么突发异想，我们要么就不切要点地回答一番，要么不予理睬，要么……，为此，我还做了一个课题《幼儿课堂问题生成的教师回应策略》，课题虽然已经结题。说实在的，在实际的课堂中，对于这一方面，我还是不得要领。</w:t>
      </w:r>
      <w:r>
        <w:rPr>
          <w:lang w:eastAsia="zh-CN"/>
        </w:rPr>
        <w:br/>
      </w:r>
      <w:r>
        <w:rPr>
          <w:lang w:eastAsia="zh-CN"/>
        </w:rPr>
        <w:t>　　看蒋老师面对孩子轻松地应答，她毫不阻止孩子有什么新的想法，她也乐于帮助孩子解决问题。在活动中，她以幽默、轻松的语言营造了一个宽松的学习氛围，让孩子感到亲切、感到快乐，使孩子乐在其中。我想：这就是她的魅力所在。</w:t>
      </w:r>
      <w:r>
        <w:rPr>
          <w:lang w:eastAsia="zh-CN"/>
        </w:rPr>
        <w:br/>
      </w:r>
      <w:r>
        <w:rPr>
          <w:lang w:eastAsia="zh-CN"/>
        </w:rPr>
        <w:t>　　蒋老师带给我们的何止是她在良好的师幼互动上的风采，她在目标的定位、活动内容的选择、活动过程的把握上均给我们一线的教师以有力的示范与引领。此次活动让我们收益不少，在教学上我们会进一步改进，形成自己的良好的教学风格。</w:t>
      </w:r>
      <w:r>
        <w:rPr>
          <w:lang w:eastAsia="zh-CN"/>
        </w:rPr>
        <w:br/>
      </w:r>
      <w:r>
        <w:rPr>
          <w:lang w:eastAsia="zh-CN"/>
        </w:rPr>
        <w:t xml:space="preserve">    2024年幼儿教师工作心得体会 篇5 </w:t>
      </w:r>
      <w:r>
        <w:rPr>
          <w:lang w:eastAsia="zh-CN"/>
        </w:rPr>
        <w:br/>
      </w:r>
      <w:r>
        <w:rPr>
          <w:lang w:eastAsia="zh-CN"/>
        </w:rPr>
        <w:t>　　来到幼儿园工作也有_个月了，这短时间，我从一个什么都不会的实习老师变成了一名正式的幼儿园老师。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这短时间，我很满足，因为自己得到了提升。还记得刚到幼儿园的时候，什么都不懂，还是__老师一直指导我，告诉我怎么去做。我是师范大学毕业的学生，按理来说我应该对口的教师应该是中小学，当幼师对于我来说是一个不小的挑战，因为幼儿园的孩子肯定是比中小学的孩子更加不懂事的。</w:t>
      </w:r>
      <w:r>
        <w:rPr>
          <w:lang w:eastAsia="zh-CN"/>
        </w:rPr>
        <w:br/>
      </w:r>
      <w:r>
        <w:rPr>
          <w:lang w:eastAsia="zh-CN"/>
        </w:rPr>
        <w:t>　　这群孩子都还很小，很多道理都不懂。一开始，我对幼儿园的理解确实是这样，但是经过一段时间的相处之后，我发现并不是这样。正因为他们还小，所以他们的可塑性很强，很多时候分不清对与错，这个时候只要稍微指正一下，他们就会懂了。</w:t>
      </w:r>
      <w:r>
        <w:rPr>
          <w:lang w:eastAsia="zh-CN"/>
        </w:rPr>
        <w:br/>
      </w:r>
      <w:r>
        <w:rPr>
          <w:lang w:eastAsia="zh-CN"/>
        </w:rPr>
        <w:t>　　他们并没有我想象中的那么调皮，反倒很乖巧，看着他们奶声奶气的说话，我只觉得我的心都要被融化了。调皮的孩子只有几个，大部分都是非常听话懂事的孩子。但是这些调皮的孩子也很会看脸色。每当我板着脸的时候，他们就会害怕，一些小动作也停了下来，不敢直视我，但是还是会时不时地瞟上我两眼，看我走没走，如果发现我过了几分钟还没走，便会老老实实地上课。看着他们这样可爱的样子，我忍不下心去批评他们。</w:t>
      </w:r>
      <w:r>
        <w:rPr>
          <w:lang w:eastAsia="zh-CN"/>
        </w:rPr>
        <w:br/>
      </w:r>
      <w:r>
        <w:rPr>
          <w:lang w:eastAsia="zh-CN"/>
        </w:rPr>
        <w:t>　　在这段时间的工作中，我也看到了自己的价值所在。每当我进入幼儿园的时候，我们班的孩子便会隔得老远就喊我，叫的好不热情。有时候心情低落的时候，他们这一喊，我心中的雾霾就顿时烟消云散了。我想，我会喜欢这里的原因，就是因为这里的小孩子都非常的可爱和天真。他们纯真的天性，也在无时无刻影响着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当幼儿教师，必然是很辛苦的，因为他们小，所以在我的日常工作中都会遇到很多突发的事情，一开始我也很手足无措，是__老师帮助了我，现在，面对小孩子们造成的各种各样的小麻烦，小问题，我都能够轻松解决。</w:t>
      </w:r>
      <w:r>
        <w:rPr>
          <w:lang w:eastAsia="zh-CN"/>
        </w:rPr>
        <w:br/>
      </w:r>
      <w:r>
        <w:rPr>
          <w:lang w:eastAsia="zh-CN"/>
        </w:rPr>
        <w:t>　　和孩子们相处的这段时间里，我感觉很快乐。我珍惜着每一天和他们度过的时光，同时也为自己的能力提升感到高兴。我知道，光是我现在的工作基础，肯定是不够的，今后的路，任重而道远，我会更加努力，持之以恒。</w:t>
      </w:r>
      <w:r>
        <w:rPr>
          <w:lang w:eastAsia="zh-CN"/>
        </w:rPr>
        <w:br/>
      </w:r>
      <w:r>
        <w:rPr>
          <w:lang w:eastAsia="zh-CN"/>
        </w:rPr>
        <w:t>　　加油吧！向着更好的明天出发！</w:t>
      </w:r>
      <w:r>
        <w:rPr>
          <w:lang w:eastAsia="zh-CN"/>
        </w:rPr>
        <w:br/>
      </w:r>
      <w:r>
        <w:rPr>
          <w:lang w:eastAsia="zh-CN"/>
        </w:rPr>
        <w:t xml:space="preserve">    2024年幼儿教师工作心得体会 篇6 </w:t>
      </w:r>
      <w:r>
        <w:rPr>
          <w:lang w:eastAsia="zh-CN"/>
        </w:rPr>
        <w:br/>
      </w:r>
      <w:r>
        <w:rPr>
          <w:lang w:eastAsia="zh-CN"/>
        </w:rPr>
        <w:t>　　不知不觉中，加入幼教中心这个大家庭已经有了一年的时间。作为年轻教师的我，在刚刚开始的工作中还有些手忙脚乱。对于新的教学环境，新的教学内容还感到有些陌生。有太多的东西等着我去学习，等着我去探讨。</w:t>
      </w:r>
      <w:r>
        <w:rPr>
          <w:lang w:eastAsia="zh-CN"/>
        </w:rPr>
        <w:br/>
      </w:r>
      <w:r>
        <w:rPr>
          <w:lang w:eastAsia="zh-CN"/>
        </w:rPr>
        <w:t>　　刚刚入园的第一天，张园长带我熟悉园内的环境，让我消除了对陌生环境的不适应。在我感到力不从心时，园长给我一次次的鼓励。在我对如何上课感到困惑时，教研组长认真的为我讲解。在我面对课堂上不受控制的孩子们时，保健组长耐心的传授我经验，如何让幼儿安全的度过每一天。园内的每一位老师都毫无保留的帮助我这个新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渐渐的工作进入了正轨，同事之间也由不认识慢慢变成了好友。从园长到普通的老师，我们总有很多共同的话题，我们是同事更是姐妹。上班了，谈谈工作;下班了，聊聊生活中的点点滴滴。我的生活渐渐有了缤纷的色彩，而对于幼儿园的工作我也有了彻底的新的认识。</w:t>
      </w:r>
      <w:r>
        <w:rPr>
          <w:lang w:eastAsia="zh-CN"/>
        </w:rPr>
        <w:br/>
      </w:r>
      <w:r>
        <w:rPr>
          <w:lang w:eastAsia="zh-CN"/>
        </w:rPr>
        <w:t>　　爱是老师最美的语言，每天我都会摸摸他们的头亲亲他们的小脸蛋，问问他们早饭吃的是什么，路上都看到了什么有趣的事等等。当孩子们亲热的喊着李老师，叽叽喳喳的告诉我时，快乐洋溢在孩子们的脸上。我要把这份爱全身心地投入，爱护孩子们，了解孩子们，关心孩子们。</w:t>
      </w:r>
      <w:r>
        <w:rPr>
          <w:lang w:eastAsia="zh-CN"/>
        </w:rPr>
        <w:br/>
      </w:r>
      <w:r>
        <w:rPr>
          <w:lang w:eastAsia="zh-CN"/>
        </w:rPr>
        <w:t>　　一天又一天，我感到孩子们已经喜欢我了，他们不但尊敬我，而且乐意接近我、亲近我。每当我走进幼儿园或走在路上时耳边总会想起一声声的问候，那一声声的老师好就如一阵阵的暖流涌入我的心田;这使我受到启示，那就是：谁把爱的种子洒向人间，谁就能得到收获。想到这些，我下定决心，严格按一名优秀幼儿教师的标准来要求自己。相对这些而言我所流的汗水是非常值得的。</w:t>
      </w:r>
      <w:r>
        <w:rPr>
          <w:lang w:eastAsia="zh-CN"/>
        </w:rPr>
        <w:br/>
      </w:r>
      <w:r>
        <w:rPr>
          <w:lang w:eastAsia="zh-CN"/>
        </w:rPr>
        <w:t>　　教师是一个神圣的职业，肩负着为祖国培养下一代的历史重任。当一名教师容易，但是要当一名好幼儿教师却是不易的，作为一名幼儿教师我有几点体会：</w:t>
      </w:r>
      <w:r>
        <w:rPr>
          <w:lang w:eastAsia="zh-CN"/>
        </w:rPr>
        <w:br/>
      </w:r>
      <w:r>
        <w:rPr>
          <w:lang w:eastAsia="zh-CN"/>
        </w:rPr>
        <w:t>　　一、教师必须具备创新观念与创新思想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教育的本质是培养人的社会属性，教育的价值在于促进人的发展和社会统一，这就是新的教育观.创新教师教育观的基本内涵包括：转变以教师为中心、以传授知识为主要目的的传统教育观，形成以培养学生能力为主要教学目标的新教育观;改变严守纪律死气沉沉的课堂氛围，营造主动探索、生动活泼的课堂氛围;鼓励创新性学习，发挥学生的主体能动性;要敢于打破常规，激发学生创造性解决问题的欲望;尊重学生个性，善于发现和保护学生的创新意识，使每个学生都能发挥自身潜能;建立新型师生关系，尊重学生人格，以宽容、保护、积极的态度对待学生;注重实践，打破封闭式教学。传统教育中之出现高分低能的现象，就是教师思想上重知识轻实践造成的。</w:t>
      </w:r>
      <w:r>
        <w:rPr>
          <w:lang w:eastAsia="zh-CN"/>
        </w:rPr>
        <w:br/>
      </w:r>
      <w:r>
        <w:rPr>
          <w:lang w:eastAsia="zh-CN"/>
        </w:rPr>
        <w:t>　　二、教师必须具备较高的业务素质</w:t>
      </w:r>
      <w:r>
        <w:rPr>
          <w:lang w:eastAsia="zh-CN"/>
        </w:rPr>
        <w:br/>
      </w:r>
      <w:r>
        <w:rPr>
          <w:lang w:eastAsia="zh-CN"/>
        </w:rPr>
        <w:t>　　要实施创新教育理念，创新型教师必须具备以下几种业务素质：</w:t>
      </w:r>
      <w:r>
        <w:rPr>
          <w:lang w:eastAsia="zh-CN"/>
        </w:rPr>
        <w:br/>
      </w:r>
      <w:r>
        <w:rPr>
          <w:lang w:eastAsia="zh-CN"/>
        </w:rPr>
        <w:t>　　(1)有丰富的知识结构，这是教师发挥创造性的基本保证。</w:t>
      </w:r>
      <w:r>
        <w:rPr>
          <w:lang w:eastAsia="zh-CN"/>
        </w:rPr>
        <w:br/>
      </w:r>
      <w:r>
        <w:rPr>
          <w:lang w:eastAsia="zh-CN"/>
        </w:rPr>
        <w:t>　　(2)有较高的管理艺术，管理包括两方面，一是班级的整体管理，二是针对每个学生的个别指导。</w:t>
      </w:r>
      <w:r>
        <w:rPr>
          <w:lang w:eastAsia="zh-CN"/>
        </w:rPr>
        <w:br/>
      </w:r>
      <w:r>
        <w:rPr>
          <w:lang w:eastAsia="zh-CN"/>
        </w:rPr>
        <w:t>　　三、教师要有敬业精神</w:t>
      </w:r>
      <w:r>
        <w:rPr>
          <w:lang w:eastAsia="zh-CN"/>
        </w:rPr>
        <w:br/>
      </w:r>
      <w:r>
        <w:rPr>
          <w:lang w:eastAsia="zh-CN"/>
        </w:rPr>
        <w:t>　　能否成为一个好教师，在于有无敬业精神，是否喈叹这项职业.要有捧着一颗心来，不代办根草去精神，陶行知先生献身教育无怨无悔，关键在于有一种精神.从一个人心理角度看这是一种自我超越的境界.我们每个人都有本我、自我和超我三个心理层次，培养教师的敬业精神，弘扬好的风气，鼓励教师为神圣的教育事业奉献自己，会使每个人通过自我的修养，约束本我的不正当欲念，达到超我的境界。</w:t>
      </w:r>
      <w:r>
        <w:rPr>
          <w:lang w:eastAsia="zh-CN"/>
        </w:rPr>
        <w:br/>
      </w:r>
      <w:r>
        <w:rPr>
          <w:lang w:eastAsia="zh-CN"/>
        </w:rPr>
        <w:t>　　成功教育既有改革教育目标的意义，又有改革教育方法的意义。改革教育目标的意义在于：教育的本职任务、教师的本职任务原本就应该为社会培养成功者，使每一个学生在各个方面都能得到主动发展。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作为一名幼儿教师，踏上今天的工作岗位，有这样的学习机会，是非常有利于今后的工作。在学习中，我对幼儿教育有了更多的了解：首先，自己要有高尚的道德情操，才能以德治人，以德育人，才能成为一名合格的教育工作者。</w:t>
      </w:r>
      <w:r>
        <w:rPr>
          <w:lang w:eastAsia="zh-CN"/>
        </w:rPr>
        <w:br/>
      </w:r>
      <w:r>
        <w:rPr>
          <w:lang w:eastAsia="zh-CN"/>
        </w:rPr>
        <w:t>　　第一， 我认为幼师首先要热爱孩子，必须对每一个孩子一视同仁，不能偏爱孩子，更不能冷淡或歧视孩子，其次要为人师表，注重身教，重于言教。孩子总是把老师看做学习模仿的对象。因此，作为老师一定要时刻注意自己的一言一行，以高尚的人格感染人，以整齐的仪表去影响人，以和蔼的态度去对待人，以丰富的学识去引导人，以博大的胸怀去爱护人，只有这样，才能保证教书育人的实效。</w:t>
      </w:r>
      <w:r>
        <w:rPr>
          <w:lang w:eastAsia="zh-CN"/>
        </w:rPr>
        <w:br/>
      </w:r>
      <w:r>
        <w:rPr>
          <w:lang w:eastAsia="zh-CN"/>
        </w:rPr>
        <w:t>　　第二，要有积极的工作热情。</w:t>
      </w:r>
      <w:r>
        <w:rPr>
          <w:lang w:eastAsia="zh-CN"/>
        </w:rPr>
        <w:br/>
      </w:r>
      <w:r>
        <w:rPr>
          <w:lang w:eastAsia="zh-CN"/>
        </w:rPr>
        <w:t>　　第三，我觉得幼儿教师要有无私奉献的精神，关心每一位孩子，热爱孩子，尊重孩子，理解孩子以人为本。</w:t>
      </w:r>
      <w:r>
        <w:rPr>
          <w:lang w:eastAsia="zh-CN"/>
        </w:rPr>
        <w:br/>
      </w:r>
      <w:r>
        <w:rPr>
          <w:lang w:eastAsia="zh-CN"/>
        </w:rPr>
        <w:t>　　第四，要养成终身学习的习惯，教师应该活到老，学到老，才能胜任这一富有挑战性的职业。</w:t>
      </w:r>
      <w:r>
        <w:rPr>
          <w:lang w:eastAsia="zh-CN"/>
        </w:rPr>
        <w:br/>
      </w:r>
      <w:r>
        <w:rPr>
          <w:lang w:eastAsia="zh-CN"/>
        </w:rPr>
        <w:t>　　让我们用慈爱的纯真，用希翼放飞理想，我将用自己的双手和大家一道默默耕耘，共同托起明天的太阳!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作为一名幼儿教师，教师是否具有对话意识和对话精神，是否与儿童保持一种对话的关系状态，都可以在教师与儿童的共同活动中，在教师对儿童的态度中表现出来，在教师对儿童的有意和无意的行为中表现出来。我们不得不承认，在儿童面前，教师是会处于一种优势地位，儿童处于弱势地位。从对话的角度看，我往往会形成不利于对话的局面，为什么会这样呢?</w:t>
      </w:r>
      <w:r>
        <w:rPr>
          <w:lang w:eastAsia="zh-CN"/>
        </w:rPr>
        <w:br/>
      </w:r>
      <w:r>
        <w:rPr>
          <w:lang w:eastAsia="zh-CN"/>
        </w:rPr>
        <w:t>　　一、穿新鞋走老路</w:t>
      </w:r>
      <w:r>
        <w:rPr>
          <w:lang w:eastAsia="zh-CN"/>
        </w:rPr>
        <w:br/>
      </w:r>
      <w:r>
        <w:rPr>
          <w:lang w:eastAsia="zh-CN"/>
        </w:rPr>
        <w:t>　　在新纲要颁布以来，有些教师理解的不够深度，停留在皮毛上，如：我们一再强调要蹲下来看幼儿，实际上就是指尊重幼儿，真诚的对待幼儿的精神情感世界。而有些教师的做法是：从动作上真的蹲下来了，但却做着训斥孩子的事，类似这样，即使老师的高度降的再低，幼儿也不会感到丝毫的平等，从而影响到教育的实施。</w:t>
      </w:r>
      <w:r>
        <w:rPr>
          <w:lang w:eastAsia="zh-CN"/>
        </w:rPr>
        <w:br/>
      </w:r>
      <w:r>
        <w:rPr>
          <w:lang w:eastAsia="zh-CN"/>
        </w:rPr>
        <w:t>　　二、家长的言行，对幼儿是暗示</w:t>
      </w:r>
      <w:r>
        <w:rPr>
          <w:lang w:eastAsia="zh-CN"/>
        </w:rPr>
        <w:br/>
      </w:r>
      <w:r>
        <w:rPr>
          <w:lang w:eastAsia="zh-CN"/>
        </w:rPr>
        <w:t>　　如今社会，独生子女成了家中的掌上明珠，大多数父母忙于事业，部分是老人带，还有的是请保姆带，这对幼儿的教育也有一定影响，如我们经常听到爷爷奶奶这样说：你闹，我就给你送幼儿园，让老师好好管管你。有的会当着孩子的面说：老师，您的话就是圣旨，您好好说说他，他就听您的等等。孩子在这种语言的暗示作用下，在心理上会产生一种对老师的恐惧心理，这也是不利于建立良好师生关系的，从而影响到教育。</w:t>
      </w:r>
      <w:r>
        <w:rPr>
          <w:lang w:eastAsia="zh-CN"/>
        </w:rPr>
        <w:br/>
      </w:r>
      <w:r>
        <w:rPr>
          <w:lang w:eastAsia="zh-CN"/>
        </w:rPr>
        <w:t>　　三、教师缺乏对话意识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过去，在教育活动中，教师把幼儿看作是知识的接受者，而幼儿把教师看作是知识的传授者，虽然其中存在着一定的人际交往，但作为精神整体的人的自觉的理解和沟通不存在，师生关系因而失去了教育意义。例如：在教育活动中，经常出现儿童跟随教师提出的是不是?;对不对?;好不好?等问题随声附和是!、对!、好这样一来，儿童的回答成了他们不假思索的齐声合唱儿童成了教师的应声虫，这说明教师所希望的只是儿童能够跟随自已的思路;并通过回答问题是、好、对来判断他们是不在跟随自已的思路，教育活动成了告知性的活动，长此下去，儿童很可能形成一种惰性或对教师的依赖性，这种损害是任何现在知识都无法弥补的。</w:t>
      </w:r>
      <w:r>
        <w:rPr>
          <w:lang w:eastAsia="zh-CN"/>
        </w:rPr>
        <w:br/>
      </w:r>
      <w:r>
        <w:rPr>
          <w:lang w:eastAsia="zh-CN"/>
        </w:rPr>
        <w:t xml:space="preserve">    2024年幼儿教师工作心得体会 篇7 </w:t>
      </w:r>
      <w:r>
        <w:rPr>
          <w:lang w:eastAsia="zh-CN"/>
        </w:rPr>
        <w:br/>
      </w:r>
      <w:r>
        <w:rPr>
          <w:lang w:eastAsia="zh-CN"/>
        </w:rPr>
        <w:t>　　记得在一本书上看到，老师分四种类型：智慧爱心型，爱心勤劳型，勤劳良心型，良心应付型。工作以来，我一直不断努力，积极思考如何做好幼儿教师工作，希望自己成为一名智慧爱心型的优秀幼儿教师，也一直朝着这个目标奋进。在本学期我的主要工作如下：</w:t>
      </w:r>
      <w:r>
        <w:rPr>
          <w:lang w:eastAsia="zh-CN"/>
        </w:rPr>
        <w:br/>
      </w:r>
      <w:r>
        <w:rPr>
          <w:lang w:eastAsia="zh-CN"/>
        </w:rPr>
        <w:t>　　一、思想方面：</w:t>
      </w:r>
      <w:r>
        <w:rPr>
          <w:lang w:eastAsia="zh-CN"/>
        </w:rPr>
        <w:br/>
      </w:r>
      <w:r>
        <w:rPr>
          <w:lang w:eastAsia="zh-CN"/>
        </w:rPr>
        <w:t>　　作为一名教师，我时刻以严格的标准来要求自己、刻苦学习;听从领导安排，自觉遵守各项规章制度，和同事友好相处，关心每一位孩子;认真做好自己的本职工作。</w:t>
      </w:r>
      <w:r>
        <w:rPr>
          <w:lang w:eastAsia="zh-CN"/>
        </w:rPr>
        <w:br/>
      </w:r>
      <w:r>
        <w:rPr>
          <w:lang w:eastAsia="zh-CN"/>
        </w:rPr>
        <w:t>　　二、教育保育方面：</w:t>
      </w:r>
      <w:r>
        <w:rPr>
          <w:lang w:eastAsia="zh-CN"/>
        </w:rPr>
        <w:br/>
      </w:r>
      <w:r>
        <w:rPr>
          <w:lang w:eastAsia="zh-CN"/>
        </w:rPr>
        <w:t>　　1、开学初，幼儿对新的陌生环境会产生胆怯心理，来园情绪不稳、哭闹现象较严重。为了让幼儿尽快地适应幼儿园的新环境和集体生活，对集体生活产生安全感，对老师产生亲切感，进而喜欢“上幼儿园”，我们为幼儿创立了良好的生活学习环境，并针对幼儿情况进行家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教学工作，细致耐心的做好个别幼儿工作。按照一日活动常规的要求，进行教养活动，着重教育幼儿爱护玩具，会收拾整理玩具，学会自己洗手，学会自己愉快进餐，愉快睡眠，自己上厕所等，培养幼儿养成良好的生活卫生习惯。促进了幼儿健康发展。根据季节变化，幼儿体质差异以及户外活动时活动量大小等及时给幼儿增减衣物，避免幼儿受热或着凉。开展符合本班实际的体育游戏，训练幼儿基本动作，锻炼幼儿身体动作的协调性，充分利用日光、空气、水等自然因素，对幼儿进行体格锻炼。培养幼儿活泼开朗的性格，增强了幼儿的自信心，敢于在陌生人面前展示自己，从而使自己的交往能力得到了提高。</w:t>
      </w:r>
      <w:r>
        <w:rPr>
          <w:lang w:eastAsia="zh-CN"/>
        </w:rPr>
        <w:br/>
      </w:r>
      <w:r>
        <w:rPr>
          <w:lang w:eastAsia="zh-CN"/>
        </w:rPr>
        <w:t>　　3、常规教育：托班幼儿自控力差，一日生活的自理能力还很差，因此，在常规教育中我们与幼儿家长保持了一定的联系，让自控能力差的孩子在家中也进行一定的常规教育，如：何易泽开学时，常有打人的情况，我们通过与家长共同教育，使孩子慢慢改掉了这一坏习惯。王金奥开学时，爱抢别人的玩具，现在也有了很大的进步。</w:t>
      </w:r>
      <w:r>
        <w:rPr>
          <w:lang w:eastAsia="zh-CN"/>
        </w:rPr>
        <w:br/>
      </w:r>
      <w:r>
        <w:rPr>
          <w:lang w:eastAsia="zh-CN"/>
        </w:rPr>
        <w:t>　　4、在卫生保健方面，以培养幼儿各项生活习惯为重点，如：帮助幼儿认识自己的毛巾、杯子，学习男女分厕的习惯，培养饭前便后洗手，饭后擦嘴、漱口等良好卫生习惯，督促幼儿多喝水，对大、小便需要帮助的幼儿给予照顾，对出汗过多的幼儿，及时更换衣服，以防感冒，对体弱多病的幼儿给予特别照顾。保育员每天都能认真地做好消毒和打扫工作，加强幼儿的保健卫生，管理好午睡，做好预防幼儿常见疾病的工作，经常晒被子、枕头，减少细菌滋生。</w:t>
      </w:r>
      <w:r>
        <w:rPr>
          <w:lang w:eastAsia="zh-CN"/>
        </w:rPr>
        <w:br/>
      </w:r>
      <w:r>
        <w:rPr>
          <w:lang w:eastAsia="zh-CN"/>
        </w:rPr>
        <w:t>　　三、家长工作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本期由于孩子是新入园，家长工作是非常重要的。因此，从一开学，我们就向家长宣传先进的育儿经验，如：孩子入园的适应期，幼儿习惯养成，幼儿用药的正确性等。通过电话联系，让家长了解幼儿在园的情况，也让我们了解了家长的想法，使教师我家长增进了理解和友谊。</w:t>
      </w:r>
      <w:r>
        <w:rPr>
          <w:lang w:eastAsia="zh-CN"/>
        </w:rPr>
        <w:br/>
      </w:r>
      <w:r>
        <w:rPr>
          <w:lang w:eastAsia="zh-CN"/>
        </w:rPr>
        <w:t>　　四、安全工作</w:t>
      </w:r>
      <w:r>
        <w:rPr>
          <w:lang w:eastAsia="zh-CN"/>
        </w:rPr>
        <w:br/>
      </w:r>
      <w:r>
        <w:rPr>
          <w:lang w:eastAsia="zh-CN"/>
        </w:rPr>
        <w:t>　　在一日保教活动中，我班教师始终以“安全第一”为原则。因为孩子有了安全才有健康发展。从晨间入园到离园，老师都要随时注意幼儿的安全，并检查幼儿活动场所的安全隐托班幼儿有流尿现象，我们也同样做到勤检查，勤换洗，像对待自己的孩子一样。</w:t>
      </w:r>
      <w:r>
        <w:rPr>
          <w:lang w:eastAsia="zh-CN"/>
        </w:rPr>
        <w:br/>
      </w:r>
      <w:r>
        <w:rPr>
          <w:lang w:eastAsia="zh-CN"/>
        </w:rPr>
        <w:t>　　五、反思和今后改进方向</w:t>
      </w:r>
      <w:r>
        <w:rPr>
          <w:lang w:eastAsia="zh-CN"/>
        </w:rPr>
        <w:br/>
      </w:r>
      <w:r>
        <w:rPr>
          <w:lang w:eastAsia="zh-CN"/>
        </w:rPr>
        <w:t>　　这一学期来，我的工作中还存在着很多不足，我班幼儿的常规还不够好，玩玩具时，不够爱惜，在收拾玩具和学具时，不能主动将其放回原处，并有随地乱扔的现象。同时，今后我要认真学习新的幼儿园指导《纲要》将纲要的精神落实到教育教学工作中。刻苦钻研新教材。加强理论学习，不断提高自己的理论水平。</w:t>
      </w:r>
      <w:r>
        <w:rPr>
          <w:lang w:eastAsia="zh-CN"/>
        </w:rPr>
        <w:br/>
      </w:r>
      <w:r>
        <w:rPr>
          <w:lang w:eastAsia="zh-CN"/>
        </w:rPr>
        <w:t xml:space="preserve">    2024年幼儿教师工作心得体会 篇8 </w:t>
      </w:r>
      <w:r>
        <w:rPr>
          <w:lang w:eastAsia="zh-CN"/>
        </w:rPr>
        <w:br/>
      </w:r>
      <w:r>
        <w:rPr>
          <w:lang w:eastAsia="zh-CN"/>
        </w:rPr>
        <w:t>　　近期工作心得体会总结</w:t>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时光飞逝，转眼我来到弗拉芒特已经一个多月了，在这近两个月的工作中我感受到了家庭般的温暖，同事们对我态度很友好，领导对我也很宽容，使我很快的融入了新的工作环境中。大学毕业，我选择了幼师这个职业，因为我喜欢小孩子，并且喜欢幼师这个工作，所以我来到了弗拉芒特，希望能照顾好小朋友们，让他们在弗拉芒特度过美好的童年时光，并且健康快乐的成长。同时也希望我自己能跟着孩子们成长，不断的累积教育经验和完善自己，使自己成为一名优秀的幼师!</w:t>
      </w:r>
      <w:r>
        <w:rPr>
          <w:lang w:eastAsia="zh-CN"/>
        </w:rPr>
        <w:br/>
      </w:r>
      <w:r>
        <w:rPr>
          <w:lang w:eastAsia="zh-CN"/>
        </w:rPr>
        <w:t>　　通过我这段时间的了解，月亮班是一个大班和学前班组合的一个班级，我来到月亮班的时候大家都已经融入这个新大家庭，孩子们上课的时候能够共同商讨、互相配合的一起游戏和一起学习。我来弗拉芒特之前，领导告诉我咱们幼儿园是以教育孩子为重心的，我看到的这一点就使我非常的开心，因为这正是我想要的工作环境，所以我觉得我选择弗拉芒特是最正确的。因此我更加努力的干好自己的工作，希望在工作中发挥自己的作用，同时不虚度美好的青春时光。通过大学时期在幼儿园的实习，使我深深感到了社会、家长赋予幼师的责任&amp;&amp;幼师是孩子人生旅途的启蒙人。幼师在教育中的一点一滴将直接影响到孩子们的未来，创设各种幼儿喜闻乐见的教学情境，才会使每一个孩子得到充分的展示，开心学习，快乐成长。作为幼师的我，只有不断反思，审视自己的教育言行，不断更新自己的教育观念，才能成为一名合格的教育工作者。这一个多月的时间，我对作为副班老师的工作已经掌握的比较好了，对月亮班的孩子们的各个方面也有了一定的了解，为了更好的完成以后的工作，提高保教质量，将《幼儿日常规范》贯彻到日常生活中，促进幼儿身心活泼、健康成长。现将近期工作心得体会总结如下：</w:t>
      </w:r>
      <w:r>
        <w:rPr>
          <w:lang w:eastAsia="zh-CN"/>
        </w:rPr>
        <w:br/>
      </w:r>
      <w:r>
        <w:rPr>
          <w:lang w:eastAsia="zh-CN"/>
        </w:rPr>
        <w:t>　　一、要遵守幼儿园里的规章制度，工作细致，抓好幼儿常规。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我刚来到弗拉芒特的时候，我对咱们幼儿园的规章制度还不太了解，通过同事们的帮助以及领导在开会时候的指导，我在工作中更加明确的知道了自己该做什么，什么该怎么做，从而使我的工作进行的更加的顺利，并且通过园里的规章制度提高了我的教育责任心，提高我自身的素质和教学本领。所以在工作中，我都时刻警醒自己，要严格按照园规来做事，做一个值得领导信任的合格的员工。同时，我深刻的明白做一名幼儿园教师应该有责任心、有耐心、有爱心，正是因为我现在的工作是自己喜欢的职业，我更加应该珍惜弗拉芒特给我的这个工作机会，努力的做一名合格的幼儿园教师，为弗拉芒特作出自己力所能及的贡献从而实现自己的自身价值。并且在未来的时间里，根据在幼儿园的工作中的经验以及自己平时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学习，努力考取幼师资格证，从而完善自己。在日常工作中，做到细致，如保持教室内清洁卫生，教学用品整理有序，按时给小朋友喝水，按时让小朋友吃饭等等。在这一个月中，我也积极参加学校各个会议，通过和老师分享教学经验以及领导的相关知识培训(如抓好幼儿常规小窍门)，坚持把理论同实际相结合，从我做起，从身边的小事做起，用正确的思想引导幼儿，做好保教工作。在我工作期间，做到以身作则、勇于奉献、勤勤恳恳，做好班级的各项工作。现在月亮班的小朋友们在这一年的学习中已经养成了较好的生活习惯，如饭前便后要洗手、饭后要漱口、去小便要排队一起去，上下楼梯安静有秩序等等。但是由于月亮班的孩子们已经快要步入小学，仍需要不断提高自理能力，在穿衣服，吃饭等方面还是有许多的问题，还有个别的小朋友的常规跟班级的平均水平有一定差距，所以我会根据月亮班的实际情况，在狠抓班级常规中，抓住重要的点，不断的提高月亮班小朋友们的自立自理自控能力，使他们共同成长。</w:t>
      </w:r>
      <w:r>
        <w:rPr>
          <w:lang w:eastAsia="zh-CN"/>
        </w:rPr>
        <w:br/>
      </w:r>
      <w:r>
        <w:rPr>
          <w:lang w:eastAsia="zh-CN"/>
        </w:rPr>
        <w:t>　　二、要以幼儿为本，重健康，安全第一</w:t>
      </w:r>
      <w:r>
        <w:rPr>
          <w:lang w:eastAsia="zh-CN"/>
        </w:rPr>
        <w:br/>
      </w:r>
      <w:r>
        <w:rPr>
          <w:lang w:eastAsia="zh-CN"/>
        </w:rPr>
        <w:t>　　幼儿园教师的工作就是要照顾好孩子，是孩子健康快乐的成长。所以要以孩子为本，和孩子成为亲密的朋友，时刻关注孩子的发展，什么事都要以孩子的利益为第一位，把最好的都留给幼儿，让他们感觉自己是被需要、被关爱的，给他们家一般的温暖，从而使他们爱上弗拉芒特。孩子是被动的，他们对外界是在摸索的阶段，在一步一行的路途中，受伤是在所难免的，我们所要做的就是增强孩子的安全意识，这是非常重要的，这也是领导开会所强调的问题。为了保证小朋友在园内的安全，我会更加细心的关注他们，我们月亮班的孩子虽然是年龄较大的孩子，但是多数的小朋友都非常的活泼，很喜欢到处跑、跳甚至互相追赶，所以我会应学校要求，更加重视对他们的安全教育，提高他们的安全意识及自我保护的能力，并深入进行安全教育及检查，做到防患于未然。同时更加关注月亮班孩子内在的生命发展需要，并据此开展孩子生命成长的教育，从而在孩子成长的历程中不断激发其生命意识的觉醒。让孩子能够辨别危险，掌握自救方法，学会自我保护。同时，把班级内的清洁卫生做到位，利用消毒水对小朋友经常接触的地方进行消毒，从而减少幼儿生病的情况，同时达到幼儿园要求的班级出勤率。</w:t>
      </w:r>
      <w:r>
        <w:rPr>
          <w:lang w:eastAsia="zh-CN"/>
        </w:rPr>
        <w:br/>
      </w:r>
      <w:r>
        <w:rPr>
          <w:lang w:eastAsia="zh-CN"/>
        </w:rPr>
        <w:t>　　三、要平等的爱孩子，尊重孩子，树立师德形象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每个孩子都是我们的责任，在教育上我们一直都说一视同仁，无关孩子的美丑、智商高低、行为偏差、听话、调皮、与否，的确我们最要做的就是平等的对待每个孩子，我们教师在其中是一个合作者、倾听者的角色，而不是一个决策者的身份。月亮班的孩子都是大孩子</w:t>
      </w:r>
      <w:r>
        <w:rPr>
          <w:lang w:eastAsia="zh-CN"/>
        </w:rPr>
        <w:br/>
      </w:r>
      <w:r>
        <w:rPr>
          <w:lang w:eastAsia="zh-CN"/>
        </w:rPr>
        <w:t>　　了，他们有一定的判断能力，所以我更应该尊重信任他们，与他们平等交往，关注不同孩子的不同需要，及时给予应答，由居高临下的权威者转化为孩子学习活动的合作者。对于孩子的一言一语都要仔细的关注和应答，纠正不好的说话方式以及教给他们基本的礼貌。让他们觉得自己是被尊重的同时，也学会尊重他人，从中建立月亮班孩子们的自信心并帮助他们成为有礼貌的好孩子。另外在一日生活的各个环节，我需要更加注意自己的言行举止，做好孩子们的榜样，但有时候，也会对个别调皮捣蛋的孩子生气，语气不是很好，多亏了王老师对我的支持和协助，才能控制和及时调节自己的情绪，在这一方面，自己还要不断地进步!</w:t>
      </w:r>
      <w:r>
        <w:rPr>
          <w:lang w:eastAsia="zh-CN"/>
        </w:rPr>
        <w:br/>
      </w:r>
      <w:r>
        <w:rPr>
          <w:lang w:eastAsia="zh-CN"/>
        </w:rPr>
        <w:t>　　四、要积极响应领导，完成各项任务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这一个多月中，我有幸第一次参加学校的圣诞节活动，这应该是我们园在本学期我园的几项重大任务之一，这次活动对家长半日开放，我的任务是做好班级卫生，管理好班级的常规，协助王老师给孩子们上一堂公开课。当然第一次面对月亮班的家长们，由于我来咱们园时间不久，对孩子们的家长还不太熟悉，所以活动刚开始的时候可能表现的比较拘谨，但是渐渐的被节日气氛所融化，还是和孩子们融入了这个活动中。这给我以后的工作打下了良好的基础，我相信我会成为一个值得领导和家长信任的好教师。年前接下来的时间里，还有家长会，以及一个汇报演出，我已经响应领导的要求，积极参加老师的节目并认真排练，同时在给月亮班的小朋友排练节目的时候认真去指导孩子们。这每一项都是展示自己，表现幼儿的机会，我和王老师互相配合，认真的完成好每一项任务。</w:t>
      </w:r>
      <w:r>
        <w:rPr>
          <w:lang w:eastAsia="zh-CN"/>
        </w:rPr>
        <w:br/>
      </w:r>
      <w:r>
        <w:rPr>
          <w:lang w:eastAsia="zh-CN"/>
        </w:rPr>
        <w:t>　　五、配合王老师，细心的记录孩子的日常，帮助她做好家长工作</w:t>
      </w:r>
      <w:r>
        <w:rPr>
          <w:lang w:eastAsia="zh-CN"/>
        </w:rPr>
        <w:br/>
      </w:r>
      <w:r>
        <w:rPr>
          <w:lang w:eastAsia="zh-CN"/>
        </w:rPr>
        <w:t>　　我要时刻的关注月亮班的孩子的身体情况以及精神面貌，细心的记录幼儿的吃饭情况以及了解大小便是否正常，把月亮班的小朋友在园里的各种表现及时的反映给王老师，对个别幼儿出现特殊情况时，提醒她及时打电话向家长询问、了解幼儿情况，及早掌握幼儿情况的第一手资料。我相信只要我们用心去关爱月亮班的小朋友，家长们和领导们一定会更加认可和肯定我们的工作。</w:t>
      </w:r>
      <w:r>
        <w:rPr>
          <w:lang w:eastAsia="zh-CN"/>
        </w:rPr>
        <w:br/>
      </w:r>
      <w:r>
        <w:rPr>
          <w:lang w:eastAsia="zh-CN"/>
        </w:rPr>
        <w:t>　　六、存在的不足和今后工作方向</w:t>
      </w:r>
      <w:r>
        <w:rPr>
          <w:lang w:eastAsia="zh-CN"/>
        </w:rPr>
        <w:br/>
      </w:r>
      <w:r>
        <w:rPr>
          <w:lang w:eastAsia="zh-CN"/>
        </w:rPr>
        <w:t>　　一直以来，人们总是将教师比做红烛春蚕。然而，新时代的教师不应该是春蚕到死丝方尽，蜡炬成灰泪始干的悲凉形象，教师也不仅是传道、授业、解惑者，教师的生命在于创造。面对日新月异的课改新形势，我知道，只有不断地学习和充实，不断地更新观念，不断创新才能适应改革的需要。我认为，提高自身专业素质的主要途径是对幼儿教育教学实践进行不断的反思。找出自己工作中的优缺点，发扬优点，改正缺点，多思考自己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怎样做更好。树立反思的意识，养成反思的习惯，使自己的工作做得更好。这一个多月中，月亮班孩子的出勤率较好，自理能力在不断提高，刚开始我来的时候他们睡午觉都比较吵，多数孩子需要老师哄着睡觉，通过我和他们的不断沟通，现在孩子们午睡的时候都能做到自觉休息。在看到成绩的同时，我也注意到了自身的不足，如：现在有个别的孩子吃饭还不如旁边中班的孩子，可能是家庭教育的关系，个别孩子吃饭比较挑食，幼儿吃饭情况有待进一步的提高，同时他们自己在穿衣服整理衣物方面还有不足之处，我会鼓励他们学会自己穿衣服，多自己动手整理衣物，提高他们的自理能力。还有个别孩子喜欢追赶，易出事故，我会加强常规的调整，对他们进行安全教育，时刻关注他们，防止他们受伤。对此我进行了认真地总结，以便于以后更好地开展工作。在以后的日子里我们会更加努力，争取把工作做得更细致，取得更大的进步。</w:t>
      </w:r>
      <w:r>
        <w:rPr>
          <w:lang w:eastAsia="zh-CN"/>
        </w:rPr>
        <w:br/>
      </w:r>
      <w:r>
        <w:rPr>
          <w:lang w:eastAsia="zh-CN"/>
        </w:rPr>
        <w:t>　　总结到最后我也深知，要当好幼儿教师，不是一件容易的事儿，它既要有严父的教诲，更要有慈母般的温柔、耐性、爱心，要时刻注意观察生活，发现生活中的每一个闪光点，然后用自己的感悟，胆大心细地去雕刻每一块璞玉，用爱的阳光雨露伴随孩子一起成长我将本着富有爱心、责任心、耐心和细心的理念，继续向爱出发!现在我感到我们身上更多了一份责任的承担，一份良心的承诺!加油，徐丹!加油,弗拉芒特!</w:t>
      </w:r>
      <w:r>
        <w:rPr>
          <w:lang w:eastAsia="zh-CN"/>
        </w:rPr>
        <w:br/>
      </w:r>
      <w:r>
        <w:rPr>
          <w:lang w:eastAsia="zh-CN"/>
        </w:rPr>
        <w:t xml:space="preserve">    2024年幼儿教师工作心得体会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首先要当好一名幼儿教师，必须要拥有一颗童真、热爱孩子热爱工作的一份心，只有拥有了，这份心，你会得到更有益的收获。</w:t>
      </w:r>
      <w:r>
        <w:rPr>
          <w:lang w:eastAsia="zh-CN"/>
        </w:rPr>
        <w:br/>
      </w:r>
      <w:r>
        <w:rPr>
          <w:lang w:eastAsia="zh-CN"/>
        </w:rPr>
        <w:t>　　记得刚开始来幼儿园工作时，我什么都不会，天天围着孩子转，而不是孩子围着我转，但在这一年的工作中我懂得了许多以前不懂不知道的事情，也学会了怎样处理好同事之间的关系，也学会了做孩子心目中的好老师，让孩子更加喜欢你，记得前不久有位朋友问我，你天天带小孩辛苦吗？小孩哭闹了，你怎么办？我当时就面带微笑的告诉她在社会上没有什么事情是不辛苦不累的，虽然累，但是我觉得我的生活很充实很满足，我的笑容来自于这群活泼可爱的小孩子，因为这群孩子我的笑容从没有离开过，只有你真正付出的才会得到别人的认可与赞赏，以前每当孩子哭闹时候，我就会特别烦特别累，甚至不想从事这份工作了，但这时我自己总会在心里默默的安慰自己说这都不是事，没有什么是做不到的，只有什么事是你不愿意做得，时间久了孩子们熟悉了就会习惯的不管做什么才开始都会有一个适应期，这个期间过来就会慢慢习惯，并且喜欢，所以每当烦恼或者不开心的事情向你走来时，你都要学会心灵的安慰，自我安慰也是得到进步的方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孩子们一张张青春的面孔，孩子们的热情，孩子们的爱，已经温暖了我的心，我清楚的知道我从事的是阳光底下最光辉的职业，我所走的是一条充满青春气息的绿色道路，我在给孩子们的爱应该是真挚的、无私的爱，在孩子们生病需要关心的时候最需要爸爸妈妈给他们带来关心、呵护，同时也需要老师悉心的照顾、关心着他们，我知道孩子们需要老师带给她们美丽的笑容，同时我也知道心情不好的时候不能把这种坏的情绪给孩子们，孩子们的心灵是最纯净的海水，孩子的世界是一个充满“真、善、美”，的童话，所以有不开心的事情，不要在孩子面前表现出来，要在他们面前展现的是一张善良充满微笑的脸，每当我走进幼儿园都要换一个角色，不再是女儿，而是孩子们最好的朋友，孩子们最喜爱的老师。</w:t>
      </w:r>
      <w:r>
        <w:rPr>
          <w:lang w:eastAsia="zh-CN"/>
        </w:rPr>
        <w:br/>
      </w:r>
      <w:r>
        <w:rPr>
          <w:lang w:eastAsia="zh-CN"/>
        </w:rPr>
        <w:t>　　生活对于我们每个人在世界上来说都是重复着昨天的节奏，而我要告诉生活，我爱上这群吵闹孩子，因为这群孩子，我更加我爱上了这份幼教工作。</w:t>
      </w:r>
      <w:r>
        <w:rPr>
          <w:lang w:eastAsia="zh-CN"/>
        </w:rPr>
        <w:br/>
      </w:r>
      <w:r>
        <w:rPr>
          <w:lang w:eastAsia="zh-CN"/>
        </w:rPr>
        <w:t xml:space="preserve">    2024年幼儿教师工作心得体会 篇10 </w:t>
      </w:r>
      <w:r>
        <w:rPr>
          <w:lang w:eastAsia="zh-CN"/>
        </w:rPr>
        <w:br/>
      </w:r>
      <w:r>
        <w:rPr>
          <w:lang w:eastAsia="zh-CN"/>
        </w:rPr>
        <w:t>　　回首这走来的一年，发觉自己在不轻易间成熟了许多。为了日后更好地开展工作，下面我将一年来个人工作总结报告如下：</w:t>
      </w:r>
      <w:r>
        <w:rPr>
          <w:lang w:eastAsia="zh-CN"/>
        </w:rPr>
        <w:br/>
      </w:r>
      <w:r>
        <w:rPr>
          <w:lang w:eastAsia="zh-CN"/>
        </w:rPr>
        <w:t>　　一、锤炼自己，促专业化成长。</w:t>
      </w:r>
      <w:r>
        <w:rPr>
          <w:lang w:eastAsia="zh-CN"/>
        </w:rPr>
        <w:br/>
      </w:r>
      <w:r>
        <w:rPr>
          <w:lang w:eastAsia="zh-CN"/>
        </w:rPr>
        <w:t>　　以“志存高远、爱岗敬业、为人师表、教书育人、严谨笃学、与时俱进”来督导自己的言行，认真参加政治学习，自费订阅了《幼儿教育》杂志，做好读书笔记。在更新观念的基础上，时刻反思教育教学行为，认真参加园《尊重与责任》专题研究。同时本人努力以良好的个人素质，考取得了本科进修资格，不断进行教育教学。</w:t>
      </w:r>
      <w:r>
        <w:rPr>
          <w:lang w:eastAsia="zh-CN"/>
        </w:rPr>
        <w:br/>
      </w:r>
      <w:r>
        <w:rPr>
          <w:lang w:eastAsia="zh-CN"/>
        </w:rPr>
        <w:t>　　二、做好个人工作计划，踏实工作，平凡中求佳绩。</w:t>
      </w:r>
      <w:r>
        <w:rPr>
          <w:lang w:eastAsia="zh-CN"/>
        </w:rPr>
        <w:br/>
      </w:r>
      <w:r>
        <w:rPr>
          <w:lang w:eastAsia="zh-CN"/>
        </w:rPr>
        <w:t>　　(一)教学方面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教学中我深知要提高教学质量，关键就是要上好课。为了上好课，我做好教学工作计划，备好每一节课。关注全体幼儿，注重个别教育，使其保持相对稳定性，同时激发幼儿的情感，使幼儿产生愉快的心境，创造良好的课堂气氛。积极地参加公开课和各种竞赛活动。多看对业务有帮助的书籍，不断扩宽知识面，为教学内容注入新的活力。认真填写周、月计划及各种表格。根据制定的活动目标、内容与要求组织好教育教学活动的各环节，保证好幼儿每天的游戏活动及户外活动时间，提供幼儿活动材料，更好地培养幼儿的全面发展能力。</w:t>
      </w:r>
      <w:r>
        <w:rPr>
          <w:lang w:eastAsia="zh-CN"/>
        </w:rPr>
        <w:br/>
      </w:r>
      <w:r>
        <w:rPr>
          <w:lang w:eastAsia="zh-CN"/>
        </w:rPr>
        <w:t>　　(二)保育方面</w:t>
      </w:r>
      <w:r>
        <w:rPr>
          <w:lang w:eastAsia="zh-CN"/>
        </w:rPr>
        <w:br/>
      </w:r>
      <w:r>
        <w:rPr>
          <w:lang w:eastAsia="zh-CN"/>
        </w:rPr>
        <w:t>　　在日常生活中引导幼儿了解自己与集体的关系，让幼儿知道自己是集体中的一员，并乐于参加集体活动。教育幼儿关心集体，关心同伴，礼貌待人。对幼儿进行品德教育，使幼儿养成有道德、有智慧、有礼貌的好孩子，并同家长密切联系，听取家长意见，根据幼儿在家时的表现，对幼儿进行因材施教，因人施教，同家长一起纠正幼儿不良的习惯。加强了幼儿一日常规的养成教育，加强幼儿各种行为习惯的培养和训练，使幼儿的生活习惯，学习习惯在原有基础上有了一定的发展。</w:t>
      </w:r>
      <w:r>
        <w:rPr>
          <w:lang w:eastAsia="zh-CN"/>
        </w:rPr>
        <w:br/>
      </w:r>
      <w:r>
        <w:rPr>
          <w:lang w:eastAsia="zh-CN"/>
        </w:rPr>
        <w:t>　　(三)安全方面</w:t>
      </w:r>
      <w:r>
        <w:rPr>
          <w:lang w:eastAsia="zh-CN"/>
        </w:rPr>
        <w:br/>
      </w:r>
      <w:r>
        <w:rPr>
          <w:lang w:eastAsia="zh-CN"/>
        </w:rPr>
        <w:t>　　1、教给了幼儿一些安全知识，强化了幼儿的安全意识和自护能力。不吞食异物，不玩火、水、电，不从高处往下跳，不乱爬高处，不吃生人的东西，不跟生人走，发生危险时，会大声呼救。</w:t>
      </w:r>
      <w:r>
        <w:rPr>
          <w:lang w:eastAsia="zh-CN"/>
        </w:rPr>
        <w:br/>
      </w:r>
      <w:r>
        <w:rPr>
          <w:lang w:eastAsia="zh-CN"/>
        </w:rPr>
        <w:t>　　2、严格晨检制度，不让幼儿带不安全物品入园。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3、加强一日活动各个环节的管理，加强幼儿日常生活的管理，做到了人到心到，谨防意外事故的发生。</w:t>
      </w:r>
      <w:r>
        <w:rPr>
          <w:lang w:eastAsia="zh-CN"/>
        </w:rPr>
        <w:br/>
      </w:r>
      <w:r>
        <w:rPr>
          <w:lang w:eastAsia="zh-CN"/>
        </w:rPr>
        <w:t>　　4、做好交接班工作，认真填写交 班内容。</w:t>
      </w:r>
      <w:r>
        <w:rPr>
          <w:lang w:eastAsia="zh-CN"/>
        </w:rPr>
        <w:br/>
      </w:r>
      <w:r>
        <w:rPr>
          <w:lang w:eastAsia="zh-CN"/>
        </w:rPr>
        <w:t>　　(四)家长工作</w:t>
      </w:r>
      <w:r>
        <w:rPr>
          <w:lang w:eastAsia="zh-CN"/>
        </w:rPr>
        <w:br/>
      </w:r>
      <w:r>
        <w:rPr>
          <w:lang w:eastAsia="zh-CN"/>
        </w:rPr>
        <w:t>　　主动亲切地与家长沟通，我充分利用了晨接和放学的时间跟家长交流，使家长了解自己孩子在园的情况。并且，利用网络平台开辟“宝宝树”及时将班级信息和教学进度上传到宝宝树中，并制作相片上传到宝宝树中，让家长即使了解和知道孩子在幼儿园中的日常生活，得到了家长的一致好评。</w:t>
      </w:r>
      <w:r>
        <w:rPr>
          <w:lang w:eastAsia="zh-CN"/>
        </w:rPr>
        <w:br/>
      </w:r>
      <w:r>
        <w:rPr>
          <w:lang w:eastAsia="zh-CN"/>
        </w:rPr>
        <w:t>　　总之本学期非常忙也非常累，收获当然也不小。在工作中我享受到收获的喜悦，也在工作中发现一些存在的问题。在今后的工作中我应不断地学习新知识，努力提高思想及业务素质，大胆地创新教学方法，学习老教师的教学经验。并努力提高自己的思想及业务素质，积极地进行专题研究，积极地参与各种竞赛学习活动，力求把日后的工作做得更好!</w:t>
      </w:r>
      <w:r>
        <w:rPr>
          <w:lang w:eastAsia="zh-CN"/>
        </w:rPr>
        <w:br/>
      </w:r>
      <w:r>
        <w:rPr>
          <w:lang w:eastAsia="zh-CN"/>
        </w:rPr>
        <w:t xml:space="preserve">    2024年幼儿教师工作心得体会 篇11 </w:t>
      </w:r>
      <w:r>
        <w:rPr>
          <w:lang w:eastAsia="zh-CN"/>
        </w:rPr>
        <w:br/>
      </w:r>
      <w:r>
        <w:rPr>
          <w:lang w:eastAsia="zh-CN"/>
        </w:rPr>
        <w:t>　　我是幼儿园的一名大班幼师，在这一年，我根据园领导的要求做着教学工作，圆满的把工作完成了，为我们幼儿园的教育做了一些贡献。现就一年的工作情况做个总结：</w:t>
      </w:r>
      <w:r>
        <w:rPr>
          <w:lang w:eastAsia="zh-CN"/>
        </w:rPr>
        <w:br/>
      </w:r>
      <w:r>
        <w:rPr>
          <w:lang w:eastAsia="zh-CN"/>
        </w:rPr>
        <w:t>　　一、教学细心、耐心。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为幼儿进行的教学，我必须要耐心，要细心。我教的是大班，大班的孩子已经在幼儿园接受两年的教育了，已经有一个基础，那我要做的是帮助大班幼儿把幼儿园的学习逐渐的过渡到小学学习，对他们来说，老师需要去做的就是引导孩子们学习，因而我在教学的时候，是付出了无比的耐心的，就是希望帮助孩子们把学习给学好。当幼儿遇到难题时，我会教幼儿自己先去查找资料，不管是从书中找答案，还是上网查找答案，我都是细心的去教他们，让他们先学会自己去寻找方法，如果他们在不懂的话，我再去教学，如此做法，在这一年，大班幼儿独立解决问题的能力有上升，他们的学习成绩也是有进步的。</w:t>
      </w:r>
      <w:r>
        <w:rPr>
          <w:lang w:eastAsia="zh-CN"/>
        </w:rPr>
        <w:br/>
      </w:r>
      <w:r>
        <w:rPr>
          <w:lang w:eastAsia="zh-CN"/>
        </w:rPr>
        <w:t>　　二、站在幼儿的角度上教育。</w:t>
      </w:r>
      <w:r>
        <w:rPr>
          <w:lang w:eastAsia="zh-CN"/>
        </w:rPr>
        <w:br/>
      </w:r>
      <w:r>
        <w:rPr>
          <w:lang w:eastAsia="zh-CN"/>
        </w:rPr>
        <w:t>　　大班的孩子，大多都有了自己的思想，就不能当成什么都不懂的孩子看待，而是要把他们当成小大人看待，因为什么都把他们当成小孩看，他们就总是得不到好的成长。我在处理孩子之间的矛盾时，会倾向先了解情况，然后引导孩子认识自己的错误，学会为自己犯的错道歉，然后让两人的矛盾得到有效的化解。在幼儿难过的时候，会耐心的询问难过的原因，像处朋友一样去安慰他们，这样也就打开了他们的心扉，更好的与我进行一个交流。与幼儿相处，不能用大人的思维，要与幼儿持平，站在幼儿的角度上去思考问题，这样才能教育好他们。</w:t>
      </w:r>
      <w:r>
        <w:rPr>
          <w:lang w:eastAsia="zh-CN"/>
        </w:rPr>
        <w:br/>
      </w:r>
      <w:r>
        <w:rPr>
          <w:lang w:eastAsia="zh-CN"/>
        </w:rPr>
        <w:t>　　三、工作上有的不足。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作为幼儿的老师，我这一年的工作，也是有需要改进的地方，工作的不足也是需要去改正的。这一年我进行的家访很少，对幼儿的家庭的了解不够，所以面对班里一些不好管理的孩子，我无从下手，不知道要怎么办，就是因为对其家庭了解不够，不能与孩子的父母进行有效的沟通，才无法处理好孩子的问题。那么在明年，我必须要多进行家访，深入了解幼儿家庭，这样才能找到根本原因，那关于孩子们的一些问题也就能迎刃而解了。</w:t>
      </w:r>
      <w:r>
        <w:rPr>
          <w:lang w:eastAsia="zh-CN"/>
        </w:rPr>
        <w:br/>
      </w:r>
      <w:r>
        <w:rPr>
          <w:lang w:eastAsia="zh-CN"/>
        </w:rPr>
        <w:t>　　新的一年，我必定会在本岗位上继续努力的，致力教好大班的幼儿，努力送孩子们进入小学学习。</w:t>
      </w:r>
      <w:r>
        <w:rPr>
          <w:lang w:eastAsia="zh-CN"/>
        </w:rPr>
        <w:br/>
      </w:r>
      <w:r>
        <w:rPr>
          <w:lang w:eastAsia="zh-CN"/>
        </w:rPr>
        <w:t xml:space="preserve">    2024年幼儿教师工作心得体会 篇12 </w:t>
      </w:r>
      <w:r>
        <w:rPr>
          <w:lang w:eastAsia="zh-CN"/>
        </w:rPr>
        <w:br/>
      </w:r>
      <w:r>
        <w:rPr>
          <w:lang w:eastAsia="zh-CN"/>
        </w:rPr>
        <w:t>　　幼儿教师不同于其他教师，我们的工作是平凡、琐碎的，作为小班的班主任，小班的一名老师，面对的是幼儿园里最小的孩子，他们只有23周岁，不但年龄小、自理能力差，而且还是第一次离开自己的爸爸、妈妈，来到了幼儿园，一个他们陌生的新环境，他们会把自己的一切依恋、期望和要求自然而然地从父母的身上转移到老师的身上，这样我们就必须付出更多的爱与关注。所以，我时时刻刻以“不是妈妈赛妈妈’’的准则提醒自己：要“保教结合”，用爱心去呵护、关爱他们，用耐心去教育、感动他们，用细心去体贴、帮助他们。为了孩子，我一一无怨无悔。现将我在小班的工作心得向领导和老师汇报如下：</w:t>
      </w:r>
      <w:r>
        <w:rPr>
          <w:lang w:eastAsia="zh-CN"/>
        </w:rPr>
        <w:br/>
      </w:r>
      <w:r>
        <w:rPr>
          <w:lang w:eastAsia="zh-CN"/>
        </w:rPr>
        <w:t>　　一、奉献自己的爱心是我的工作准则：</w:t>
      </w:r>
      <w:r>
        <w:rPr>
          <w:lang w:eastAsia="zh-CN"/>
        </w:rPr>
        <w:br/>
      </w:r>
      <w:r>
        <w:rPr>
          <w:lang w:eastAsia="zh-CN"/>
        </w:rPr>
        <w:t>　　爱，不是一句挂在嘴边的口头禅；爱，必须通过脚踏实地的辛勤劳动去实现；爱，必须通过无私的奉献来诠释。</w:t>
      </w:r>
      <w:r>
        <w:rPr>
          <w:lang w:eastAsia="zh-CN"/>
        </w:rPr>
        <w:br/>
      </w:r>
      <w:r>
        <w:rPr>
          <w:lang w:eastAsia="zh-CN"/>
        </w:rPr>
        <w:t>　　（一）我捧着一颗全方位爱孩子的心，全心全意地对待每一个孩子：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今年新学期，班里来了12名新的小朋友，其中还有一名韩国的孩子，他们年龄偏小，最小的入园的入园只有两岁一个月。这些孩子来到幼儿园，刚开始的`时候天天哭闹不止，我常常是抱抱这个，哄哄那个，有时还要怀了抱一个手里再拉一个，真是“一个头两个大”可当孩子轻轻抚摸我的肩头、眯着含泪的眼睛咧着嘴对着我笑时，那可爱的模样，又让我深深感到了教师肩上的那一份沉甸甸的责任！就这样在每一个工作环节中，我凭着一颗单纯爱孩子的心来对待每一个孩子，做到熟悉每一个孩子不同的个性特征，了解他们的生活环境，从他们的不同角度来倾听、看待、解决各类问题，真切地让孩子感受到老师喜欢他、关心他，让他们体验到：</w:t>
      </w:r>
      <w:r>
        <w:rPr>
          <w:lang w:eastAsia="zh-CN"/>
        </w:rPr>
        <w:br/>
      </w:r>
      <w:r>
        <w:rPr>
          <w:lang w:eastAsia="zh-CN"/>
        </w:rPr>
        <w:t>　　在幼儿园里，老师会象妈妈一样地关心他们、爱护他们，让孩子们感受到幼儿园是他们真正的乐园。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个跟随爷爷、奶奶生活的南方孩子叫郑可昊，来园只有两岁半，因为一直爷爷奶奶照顾，不会自己吃饭，不会自己大小便，而且还听不懂北方的话，生活习惯和我们也不相同。吃饭时因为太小，我都会抱着喂他，经常在饭桌上，孩子吃着饭就睡着了，睡在我的怀里，虽然我的胳膊累得很酸很酸；以后我就特别关注这个孩子，一天，一天，挑食的他渐渐地开始吃菜了，渐渐地小脸变圆了，渐渐地小脸上露出开心的笑容为了更好地照顾这些可爱的小宝宝，作为小班老师的我们每天从早上7：30开始，到晚上5：00左右孩子吃饭时，我们都一直和孩子在一起，虽然近十个小时的工作量让我们筋疲力尽，但当我们把孩子交给夜班老师的时候，我们总是对视一笑，因为我们知道孩子在我们身边又渡过了开心、舒心的一天！可是，我们不敢懈怠，因为晚上我们还要把白天应该用来备课的时间，再用自己休息的时间来补上，要不我们备课就落下了说真的，已经数不清有多少次了，为了喂饱孩子，我们俩没有吃上一顿热饭；数不清有多少次，为了让孩子好好休息，我们坐在孩子身边唱着摇篮曲轻轻拍着他们入睡；数不清有多少次，为了照顾孩子，我们中午没有睡过一个午觉；数不清有多少次，为了孩子更好的适应幼儿园生活，我们家访到很晚很、晚才回家；又有数不清多少次，为了孩子有个优美、舒适的环境，我们制作教、玩具，常常工作到深夜而这数不清的多少次，换来的是孩子们甜甜的笑脸、家长们声声的称赞，虽然非常辛苦和劳累，但我们的心里是那样的甘甜！</w:t>
      </w:r>
      <w:r>
        <w:rPr>
          <w:lang w:eastAsia="zh-CN"/>
        </w:rPr>
        <w:br/>
      </w:r>
      <w:r>
        <w:rPr>
          <w:lang w:eastAsia="zh-CN"/>
        </w:rPr>
        <w:t>　　（二）用我诚挚的爱心赢得了家长的信任并建立了和谐关系：</w:t>
      </w:r>
      <w:r>
        <w:rPr>
          <w:lang w:eastAsia="zh-CN"/>
        </w:rPr>
        <w:br/>
      </w:r>
      <w:r>
        <w:rPr>
          <w:lang w:eastAsia="zh-CN"/>
        </w:rPr>
        <w:t>　　著名教育学家陈鹤琴说过：“幼儿园的环境与家庭环境是不同的，因而当一个孩子来到幼儿园的时候，在心理上会发生明显变化”是的，孩子从原来熟悉的环境来到另一个完全陌生环境，离开自己依恋的亲人，会产生一定的不安定情绪，进而出现一些不安定行为，尤其寄宿制的小班幼儿更是如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作为家长，因为孩子生活在幼儿园，他们的心始终牵挂在孩子的身上，担心孩子不适应幼儿园的生活，担心孩子吃饭是否吃饱，睡觉是否哭闹尤其是当孩子身体不适时，顾虑的心理更明显了。所以，我非常理解家长的想法，从多方面入乎，稳定幼儿的情绪，主动和家长沟通，每天接打电话、面对面交流十几次，如有孩子生病，我还会买些孩子爱吃的东西去看他们。也就是这样，慢慢地，家长把我当成了他的朋友甚至是亲人；而我辛勤的家访工作，使家长们了解了我们的班级，了解了我们的幼儿园。</w:t>
      </w:r>
      <w:r>
        <w:rPr>
          <w:lang w:eastAsia="zh-CN"/>
        </w:rPr>
        <w:br/>
      </w:r>
      <w:r>
        <w:rPr>
          <w:lang w:eastAsia="zh-CN"/>
        </w:rPr>
        <w:t>　　赵一成小朋友是混血儿，来园两岁半。当时她的妈妈跟我说：孩子不吃菜、不喝奶。20__年9月26日，我和宫老师去赵一成家访。针对这些情况，我又和她妈妈电话多次沟通，《家园联系本》上交流，做了不少工作。慢慢的，孩子开始喝奶了，先一点点，及时表扬之后是半杯，大半杯，一杯，最后喝完了还自豪地说：老师，我喝完了，自己去刷杯子；吃饭也是这样，现在什么菜都吃了，还高兴地说：老师我吃得光光的我见了开心极了！后来，她妈妈开地跟我说：“孩子挑食的坏毛病改掉了，看着孩子胖了，真高兴！”</w:t>
      </w:r>
      <w:r>
        <w:rPr>
          <w:lang w:eastAsia="zh-CN"/>
        </w:rPr>
        <w:br/>
      </w:r>
      <w:r>
        <w:rPr>
          <w:lang w:eastAsia="zh-CN"/>
        </w:rPr>
        <w:t>　　二、要耐心、细心：</w:t>
      </w:r>
      <w:r>
        <w:rPr>
          <w:lang w:eastAsia="zh-CN"/>
        </w:rPr>
        <w:br/>
      </w:r>
      <w:r>
        <w:rPr>
          <w:lang w:eastAsia="zh-CN"/>
        </w:rPr>
        <w:t>　　孩子一天都在幼儿园和我们相处、生活，他们天具、调反、他们的任性、他们幼稚、他们充满着幻想，他们似乎许许多多的理由，足以说明需要老师无悔的付出。因此，这就要求我们老师不厌其烦，不厌其细，时时抓，细细抓，工作上要更细心、耐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小班的刘俞阳小朋友，一天早上，妈妈送来园后表现特别，不喜欢吃饭，嘴唇还紫紫的，我发现后及时找老师领他上医务室，一测体温接近39度，赶快联系家长并带去医院检查。家长说：老师真是细心，我摸他的头不热，大意了还有一个只有两岁一个月的辛美彗小朋友，来园哭闹不止，不正经吃饭，还不告诉老师大小便，开始的时候几乎天天尿、拉裤子，我们老师没有丝毫怕脏、怕麻烦，总是给孩子洗的千干净净，之后换上干净的衣裤；后来开始抓老师，下班时不让我走，于是我留下来喂她，看着孩子吃得香喷喷小模样，可爱极了！就这样我总是再喂她吃完饭后才悄悄地离开一天晚上王老师凌晨两点左右钟去叫我说：最小的孩子病了；我急忙起来，和王老师一起给她测量体温39.6度，赶忙联系医生同时给孩子喝水，没想到孩子吐了，一会又尿了，给我们弄得手忙脚乱；打完针后又和王老师一起护理孩子，给孩子不停地撮手心、后背，一直忙到天亮，之后疲惫的我又继续开始当班；可是孩子的情况还是不很乐观，于是在下午5：00左右，和主任、校医一起来到医院，给孩子查血、看病，抱着孩子的手真的有些抬不起来了，可是看见孩子那个蔫蔫的没有精神样子，再累也得挺过去呀。她的爸爸、妈妈已经赶来了，就这样我们一起忙到晚上10：30才回到学校。第二天，我又赶过去看看孩子，不放心她，虽然是周末没有曰家，但看到孩子好了，心里就安稳很多终于，心血没有白费，孩子现在已经开始自己吃饭了，脸上的笑容也多了，虽然还会拉裤子，但相信慢慢地经过我们老师细心、耐心地引导孩子，以后一定会改掉的。</w:t>
      </w:r>
      <w:r>
        <w:rPr>
          <w:lang w:eastAsia="zh-CN"/>
        </w:rPr>
        <w:br/>
      </w:r>
      <w:r>
        <w:rPr>
          <w:lang w:eastAsia="zh-CN"/>
        </w:rPr>
        <w:t>　　一位伟人说过：“一切最好的教育方法，一切最好的教育艺本，都产生于教师对学生无比热爱的炽热心灵中。”那么，在幼教工作的琐碎、忙碌中，用我们的爱心、耐心、细心来呵护这些祖国花朵，为培养明天的栋梁之才而努力！让我们幼儿教师一一在这平凡而神圣的岗位上奉献自己的爱心，让我们在奉献中追求人生的价值，共同合奏一曲太阳底下最光辉的乐章！hehe，这是我的工作心得，希望对你用些提示！</w:t>
      </w:r>
      <w:r>
        <w:rPr>
          <w:lang w:eastAsia="zh-CN"/>
        </w:rPr>
        <w:br/>
      </w:r>
    </w:p>
    <w:p w:rsidR="001B1F19" w14:textId="27C3F48A">
      <w:pPr>
        <w:rPr>
          <w:rFonts w:hint="eastAsia"/>
          <w:lang w:eastAsia="zh-CN"/>
        </w:rPr>
      </w:pPr>
      <w:r>
        <w:rPr>
          <w:lang w:eastAsia="zh-CN"/>
        </w:rPr>
        <w:t xml:space="preserve">    2024年幼儿教师工作心得体会 篇13 </w:t>
      </w:r>
      <w:r>
        <w:rPr>
          <w:lang w:eastAsia="zh-CN"/>
        </w:rPr>
        <w:br/>
      </w:r>
      <w:r>
        <w:rPr>
          <w:lang w:eastAsia="zh-CN"/>
        </w:rPr>
        <w:t>　　在忙忙碌碌中，这学期的工作又不知不觉地接近了尾声。现将我本学期的工作、学习和体会做以下总结：</w:t>
      </w:r>
      <w:r>
        <w:rPr>
          <w:lang w:eastAsia="zh-CN"/>
        </w:rPr>
        <w:br/>
      </w:r>
      <w:r>
        <w:rPr>
          <w:lang w:eastAsia="zh-CN"/>
        </w:rPr>
        <w:t>　　一、工作方面</w:t>
      </w:r>
      <w:r>
        <w:rPr>
          <w:lang w:eastAsia="zh-CN"/>
        </w:rPr>
        <w:br/>
      </w:r>
      <w:r>
        <w:rPr>
          <w:lang w:eastAsia="zh-CN"/>
        </w:rPr>
        <w:t>　　我班是新招生的幼儿，在开学初，幼儿哭闹现象极为严重，我不分上下班坚守在班上，逐一安抚幼儿稳定幼儿情绪。利用周六周日和晚上时间进行家访，深入了解幼儿，较快与幼儿建立良好的师生关系。针对我班幼儿年龄小、自理能力差，依赖性强的特点，在培养幼儿良好的生活常规、学习常规和生活自理能力的同时，给予幼儿最好的照顾，用最大的热情与爱心，使幼儿感受到妈妈般的温暖与爱护</w:t>
      </w:r>
      <w:r>
        <w:rPr>
          <w:lang w:eastAsia="zh-CN"/>
        </w:rPr>
        <w:br/>
      </w:r>
      <w:r>
        <w:rPr>
          <w:lang w:eastAsia="zh-CN"/>
        </w:rPr>
        <w:t>　　在教育教学上，我早来晚走加班加点为幼儿制作各种形象可爱、功能多样的玩、教具和体育活动器材，为了使每一个幼儿都能够得到最好的发展，我在制作玩教具时，都制作了四十份，以确保每个幼儿人手一份，避免因器材投放而限制、影响幼儿发展。另外，为了配合主题活动，我们为每个主题都设计了主题墙，便于幼儿学习与操作。</w:t>
      </w:r>
      <w:r>
        <w:rPr>
          <w:lang w:eastAsia="zh-CN"/>
        </w:rPr>
        <w:br/>
      </w:r>
      <w:r>
        <w:rPr>
          <w:lang w:eastAsia="zh-CN"/>
        </w:rPr>
        <w:t>　　二、思想方面</w:t>
      </w:r>
      <w:r>
        <w:rPr>
          <w:lang w:eastAsia="zh-CN"/>
        </w:rPr>
        <w:br/>
      </w:r>
      <w:r>
        <w:rPr>
          <w:lang w:eastAsia="zh-CN"/>
        </w:rPr>
        <w:t>　　热爱中国共产党，忠诚于党的教育事业，全心全意为幼儿和家长服务。在政治上要求进步，积极提高自身的政治觉悟，紧跟党的步伐，自觉读书看报和收看新闻联播，关心时事，认真参加每周的政治学习并做好政治笔记。</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https://d.book118.com/448130057013006040</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48130057013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