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工人年终工作总结（32篇）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工人年终工作总结（通用32篇）</w:t>
      </w:r>
      <w:r>
        <w:rPr>
          <w:lang w:eastAsia="zh-CN"/>
        </w:rPr>
        <w:br/>
      </w:r>
      <w:r>
        <w:rPr>
          <w:lang w:eastAsia="zh-CN"/>
        </w:rPr>
        <w:t xml:space="preserve">    工人年终工作总结 篇1 </w:t>
      </w:r>
      <w:r>
        <w:rPr>
          <w:lang w:eastAsia="zh-CN"/>
        </w:rPr>
        <w:br/>
      </w:r>
      <w:r>
        <w:rPr>
          <w:lang w:eastAsia="zh-CN"/>
        </w:rPr>
        <w:t>　　时间总是在我们不经意间已流过指尖。在不经意之间到常州工作生活已有一年，一年的实习试用生活马上就要结束了。回首这一年的历程，脑海里留下了深深的印迹，在这段时间里我学会了很多，也认识了很多真诚的朋友20_年7月我被分配到营销中心服务部工作，主要负责合同处理、下发及处理合同完成后的一系列后续问题等工作。随着对工作环境及公司运作流程的熟悉，能在日常办公中熟练运用K3、OA等办公软件。11月份，由于岗位有空缺，我被调到市场部主要负责退换货、维修、借用件的工作。本岗位是为一线的销售人员及服务人员提高好的后盾支持的岗位。在同事和领导的悉心指导下，我很快适应了这个岗位的工作，基本能熟练的完成每天的日常事务，对于自己在工作中的困惑与不懂，能够虚心向周围同事请教。</w:t>
      </w:r>
      <w:r>
        <w:rPr>
          <w:lang w:eastAsia="zh-CN"/>
        </w:rPr>
        <w:br/>
      </w:r>
    </w:p>
    <w:p w:rsidR="001B1F19" w14:textId="0AE8485B">
      <w:pPr>
        <w:pStyle w:val="Heading1"/>
        <w:jc w:val="center"/>
        <w:rPr>
          <w:rFonts w:hint="eastAsia"/>
          <w:lang w:eastAsia="zh-CN"/>
        </w:rPr>
      </w:pPr>
      <w:r>
        <w:rPr>
          <w:sz w:val="44"/>
          <w:lang w:eastAsia="zh-CN"/>
        </w:rPr>
        <w:t>工人年终工作总结（32篇）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工人年终工作总结（通用32篇）</w:t>
      </w:r>
      <w:r>
        <w:rPr>
          <w:lang w:eastAsia="zh-CN"/>
        </w:rPr>
        <w:br/>
      </w:r>
      <w:r>
        <w:rPr>
          <w:lang w:eastAsia="zh-CN"/>
        </w:rPr>
        <w:t xml:space="preserve">    工人年终工作总结 篇1 </w:t>
      </w:r>
      <w:r>
        <w:rPr>
          <w:lang w:eastAsia="zh-CN"/>
        </w:rPr>
        <w:br/>
      </w:r>
      <w:r>
        <w:rPr>
          <w:lang w:eastAsia="zh-CN"/>
        </w:rPr>
        <w:t>　　时间总是在我们不经意间已流过指尖。在不经意之间到常州工作生活已有一年，一年的实习试用生活马上就要结束了。回首这一年的历程，脑海里留下了深深的印迹，在这段时间里我学会了很多，也认识了很多真诚的朋友20_年7月我被分配到营销中心服务部工作，主要负责合同处理、下发及处理合同完成后的一系列后续问题等工作。随着对工作环境及公司运作流程的熟悉，能在日常办公中熟练运用K3、OA等办公软件。11月份，由于岗位有空缺，我被调到市场部主要负责退换货、维修、借用件的工作。本岗位是为一线的销售人员及服务人员提高好的后盾支持的岗位。在同事和领导的悉心指导下，我很快适应了这个岗位的工作，基本能熟练的完成每天的日常事务，对于自己在工作中的困惑与不懂，能够虚心向周围同事请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实习的过程中我明白了许多。首先要明确实习的目的，在于通过理论与实际的结合，进一步提高了我的思想觉悟、业务水平，尤其是观察、分析和解决问题的实际工作能力以及待人接物与外界沟通的能力，努力成为具有较强实践能力、良好职业道德、高技能、高素质的，能够主动适应社会主义现代化建设需要的高素质的复合型人才。通过售后岗位的锻炼，使我了解了公司的整体管理流程、生产技术和工艺的过程;认识了很多公司的主要设备;生产组织管理等内容。在一年的工作中，不但学习了许多新的知识，认识了新的人，更加重要的是更正了我的劳动观点和提高了我的独立工作能力。</w:t>
      </w:r>
      <w:r>
        <w:rPr>
          <w:lang w:eastAsia="zh-CN"/>
        </w:rPr>
        <w:br/>
      </w:r>
      <w:r>
        <w:rPr>
          <w:lang w:eastAsia="zh-CN"/>
        </w:rPr>
        <w:t>　　通过一年的工作，自己看问题的角度，思考问题的方式也逐渐开拓、成熟。“实践出真知”，在实践过程中，我又一次感受充实，感受成长。在以后的工作中，还有更多需要我改进的地方。</w:t>
      </w:r>
      <w:r>
        <w:rPr>
          <w:lang w:eastAsia="zh-CN"/>
        </w:rPr>
        <w:br/>
      </w:r>
      <w:r>
        <w:rPr>
          <w:lang w:eastAsia="zh-CN"/>
        </w:rPr>
        <w:t>　　1、要有较强岗位意识。</w:t>
      </w:r>
      <w:r>
        <w:rPr>
          <w:lang w:eastAsia="zh-CN"/>
        </w:rPr>
        <w:br/>
      </w:r>
      <w:r>
        <w:rPr>
          <w:lang w:eastAsia="zh-CN"/>
        </w:rPr>
        <w:t>　　作为一名毕业生，从学生到社会角色的转变是要有一个过程的，各岗位有各自的特点和职责，干一行，爱一行，专一行，是一种岗位责任，是一种职业品质，做事要有责任心。以后的工作中要继续增强岗位责任，就必须顶岗深入到日常工作中，脚踏实地的去干，兢兢业业的去做，只有这样，才能磨练和增强我的岗位责任感。</w:t>
      </w:r>
      <w:r>
        <w:rPr>
          <w:lang w:eastAsia="zh-CN"/>
        </w:rPr>
        <w:br/>
      </w:r>
      <w:r>
        <w:rPr>
          <w:lang w:eastAsia="zh-CN"/>
        </w:rPr>
        <w:t>　　2、在工作中要有良好的学习能力，要有一套学习知识的系统，遇到问题自己能通过相关途径自行解决能力。</w:t>
      </w:r>
      <w:r>
        <w:rPr>
          <w:lang w:eastAsia="zh-CN"/>
        </w:rPr>
        <w:br/>
      </w:r>
      <w:r>
        <w:rPr>
          <w:lang w:eastAsia="zh-CN"/>
        </w:rPr>
        <w:t>　　因为在工作中遇到问题各种各样，并不是每一种情况都能把握。在这个时候要想把工作做好一定要有良好的学习能力，通过不断的学习从而掌握相应技术，来解决工来中遇到的每一个问题。这样的学习能力，一方面来自向周围同事的虚心学习，向工作经验丰富的人学习。另一方面就是自学的能力，在没有另人帮助的情况下自己也能通过努力，寻找相关途径来解决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3、要明白良好的人际关系是我们顺利工作的保障。</w:t>
      </w:r>
      <w:r>
        <w:rPr>
          <w:lang w:eastAsia="zh-CN"/>
        </w:rPr>
        <w:br/>
      </w:r>
      <w:r>
        <w:rPr>
          <w:lang w:eastAsia="zh-CN"/>
        </w:rPr>
        <w:t>　　在工作之中不只是同产品打交道，更重要的是同人的交往。所以一定要掌握好同事之间、与客户之间的交往原则和社交礼仪。我在这方面得益于在学校学生会的长期的锻炼，使我有一个比较和谐的人际关系，为顺利工作创造了良好的人际氛围。另外在工作之中自己也有很多不足的地方。例如：缺乏实践经验，缺乏对相关行业的标准掌握等。所以我常提醒自己一定不要怕苦怕累，在掌握扎实的理论知识的同时加强实践，做到理论联系实际。另一方面要不断的加强学习，学习新知识、更好的为公司同事及客户服务。</w:t>
      </w:r>
      <w:r>
        <w:rPr>
          <w:lang w:eastAsia="zh-CN"/>
        </w:rPr>
        <w:br/>
      </w:r>
      <w:r>
        <w:rPr>
          <w:lang w:eastAsia="zh-CN"/>
        </w:rPr>
        <w:t>　　4、要认真学习企业的科学管理技能。</w:t>
      </w:r>
      <w:r>
        <w:rPr>
          <w:lang w:eastAsia="zh-CN"/>
        </w:rPr>
        <w:br/>
      </w:r>
      <w:r>
        <w:rPr>
          <w:lang w:eastAsia="zh-CN"/>
        </w:rPr>
        <w:t>　　管理是一门科学，更是一门学问和艺术。科学的管理，能给企业插上腾飞的翅膀。在日常的工作中，将企业的管理理念贯彻在实践中。深入理解、实施公司的管理体系，提高个人的综合素养。工作之余，多看关于管理方面的书籍，不断补充新的知识和理论，然后将理论运用于实践。今后我将以崭新的精神状态投入到工作当中，努力学习，提高工作效率，熟练业务能力。积极响应公司加强管理的措施，遵守公司的规章制度，做好本职工作。</w:t>
      </w:r>
      <w:r>
        <w:rPr>
          <w:lang w:eastAsia="zh-CN"/>
        </w:rPr>
        <w:br/>
      </w:r>
      <w:r>
        <w:rPr>
          <w:lang w:eastAsia="zh-CN"/>
        </w:rPr>
        <w:t xml:space="preserve">    工人年终工作总结 篇2 </w:t>
      </w:r>
      <w:r>
        <w:rPr>
          <w:lang w:eastAsia="zh-CN"/>
        </w:rPr>
        <w:br/>
      </w:r>
      <w:r>
        <w:rPr>
          <w:lang w:eastAsia="zh-CN"/>
        </w:rPr>
        <w:t>　　农科院改扩建项目是林总在第一个项目工程，所以领导和项目部都很重视，由于第一次在施工，不太了解建筑市场，为了让大家能够尽快的掌握项目情况，林总坚持工作第一线，总体掌握项目的大方向，让大家在有限的时间内掌握了项目的总体实施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我有幸能在这个项目上参与建设，参与安装工程的施工，内心感到很自豪，安装工程服务于整个土建工程，如何贯彻设计的意图和建设单位的要求，在此，通过一年来的经历，说说自己的看法。</w:t>
      </w:r>
      <w:r>
        <w:rPr>
          <w:lang w:eastAsia="zh-CN"/>
        </w:rPr>
        <w:br/>
      </w:r>
      <w:r>
        <w:rPr>
          <w:lang w:eastAsia="zh-CN"/>
        </w:rPr>
        <w:t>　　第一，贯彻设计意图，在施工过程中，按图纸要求施工。</w:t>
      </w:r>
      <w:r>
        <w:rPr>
          <w:lang w:eastAsia="zh-CN"/>
        </w:rPr>
        <w:br/>
      </w:r>
      <w:r>
        <w:rPr>
          <w:lang w:eastAsia="zh-CN"/>
        </w:rPr>
        <w:t>　　在遇到具体的施工问题，及时的和建设方、设计方沟通，首先提出问题，并提供自己的调整意见，供建设方和设计方参考，这样利于问题的尽快解决。并能获得建设单位的认可和信任，在施工过程中，多考虑项目部的利益，能多想到材料的节约。在施工前期了解安装工程的预算造价，做到心里有数，综合考虑材料和劳动力成本。</w:t>
      </w:r>
      <w:r>
        <w:rPr>
          <w:lang w:eastAsia="zh-CN"/>
        </w:rPr>
        <w:br/>
      </w:r>
      <w:r>
        <w:rPr>
          <w:lang w:eastAsia="zh-CN"/>
        </w:rPr>
        <w:t>　　第二，为了有效的管理工作，根据项目部制订的施工进度计划。</w:t>
      </w:r>
      <w:r>
        <w:rPr>
          <w:lang w:eastAsia="zh-CN"/>
        </w:rPr>
        <w:br/>
      </w:r>
      <w:r>
        <w:rPr>
          <w:lang w:eastAsia="zh-CN"/>
        </w:rPr>
        <w:t>　　要求各班组按项目部的施工进度计划合理的组织劳动力，劳动器材，合理的安装材料进场计划，做到材料提前送检，杜绝不合格的产品进场，从源头上抓好质量关。</w:t>
      </w:r>
      <w:r>
        <w:rPr>
          <w:lang w:eastAsia="zh-CN"/>
        </w:rPr>
        <w:br/>
      </w:r>
      <w:r>
        <w:rPr>
          <w:lang w:eastAsia="zh-CN"/>
        </w:rPr>
        <w:t>　　做好技术交底工作，把安装工程具体的质量要求书面通知到各班组，并根据平时现场检查质量时发现的问题，及时总结，细化后再开会时提出。平时多和班组长谈质量，返工的事情就会少发生。特殊的施工班组，尽最大的努力，把他们的积极性调动起来，尽量减少班组的质量意识的薄弱。管理做到人性化，经常和各班组沟通，和他们讲解质量的重要性，安全的经济性，效益来源于安全。</w:t>
      </w:r>
      <w:r>
        <w:rPr>
          <w:lang w:eastAsia="zh-CN"/>
        </w:rPr>
        <w:br/>
      </w:r>
      <w:r>
        <w:rPr>
          <w:lang w:eastAsia="zh-CN"/>
        </w:rPr>
        <w:t>　　第三，安全生产贯穿于整个施工工程。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在本工程上，各安装班组能积极重视安全工作，平时开会多讲多要求，开会讲安全并签字落实责任，在具体施工时再检查，在实际施工中取得了一些小的成绩。今年还参与省文明工地的创建工作，完善了本职安装资料，还做了一些创建资料，在创建过程中学习、升华。</w:t>
      </w:r>
      <w:r>
        <w:rPr>
          <w:lang w:eastAsia="zh-CN"/>
        </w:rPr>
        <w:br/>
      </w:r>
      <w:r>
        <w:rPr>
          <w:lang w:eastAsia="zh-CN"/>
        </w:rPr>
        <w:t>　　第四，今年有幸参加信息化管理工作，这对我来讲有很大的挑战性，在不熟悉的领域里学习，在此领域做了一些自己力所能及的工作。</w:t>
      </w:r>
      <w:r>
        <w:rPr>
          <w:lang w:eastAsia="zh-CN"/>
        </w:rPr>
        <w:br/>
      </w:r>
      <w:r>
        <w:rPr>
          <w:lang w:eastAsia="zh-CN"/>
        </w:rPr>
        <w:t>　　学到了一些新的知识，使自己的业务能力提高一个层次，很是感谢项目部的领导。以后工程管理实现信息化和数字化的管理是大势所趋，在此信息化的管理上，要有专业的人员操作，减少不必要的无用功。</w:t>
      </w:r>
      <w:r>
        <w:rPr>
          <w:lang w:eastAsia="zh-CN"/>
        </w:rPr>
        <w:br/>
      </w:r>
      <w:r>
        <w:rPr>
          <w:lang w:eastAsia="zh-CN"/>
        </w:rPr>
        <w:t>　　第五，平时收集一些施工影像资料。</w:t>
      </w:r>
      <w:r>
        <w:rPr>
          <w:lang w:eastAsia="zh-CN"/>
        </w:rPr>
        <w:br/>
      </w:r>
      <w:r>
        <w:rPr>
          <w:lang w:eastAsia="zh-CN"/>
        </w:rPr>
        <w:t>　　对全过程施工的有了更深一层的认识。能反思一些自己的工作不完善的地方，整个施工过程的比较有明显的感性认识，比如科二管线预埋和国际交流中心的管线预埋，通过照片的比较，能深刻的感受各班组的施工工序的优劣，通过照片的对比，能发现材料的浪费情况和质量的合格情况，通过总结，知道下一步的工作。</w:t>
      </w:r>
      <w:r>
        <w:rPr>
          <w:lang w:eastAsia="zh-CN"/>
        </w:rPr>
        <w:br/>
      </w:r>
      <w:r>
        <w:rPr>
          <w:lang w:eastAsia="zh-CN"/>
        </w:rPr>
        <w:t>　　在紧张的工作之余，为了提高自己的业务水平，把工作做的更好，也为了以后的发展，我挤出业余时间给自己充充电。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各项工作顺利开展的同时，我也认识到自己还有很多不足之处，在工作过程中也出现了一些失误，在为项目部建言献策上缺少主动性，个人能力还有待提高等。本工程项目安装和消防班组的班组长业务能力不强，在平时施工中没有能使他们的技能和综合能力提高一个档次，不利于整体素质的提高。</w:t>
      </w:r>
      <w:r>
        <w:rPr>
          <w:lang w:eastAsia="zh-CN"/>
        </w:rPr>
        <w:br/>
      </w:r>
      <w:r>
        <w:rPr>
          <w:lang w:eastAsia="zh-CN"/>
        </w:rPr>
        <w:t>　　在过去的20__年中我认真要求自己，提高自己业务水平，在工作上在兢兢业业，取得了一定的进步，但也发现了自己的一些不足，我想在以后的工作中我一定会扬长避短，弥补不足，全面做好自己的工作，为公司发展做出自己的贡献。</w:t>
      </w:r>
      <w:r>
        <w:rPr>
          <w:lang w:eastAsia="zh-CN"/>
        </w:rPr>
        <w:br/>
      </w:r>
      <w:r>
        <w:rPr>
          <w:lang w:eastAsia="zh-CN"/>
        </w:rPr>
        <w:t xml:space="preserve">    工人年终工作总结 篇3 </w:t>
      </w:r>
      <w:r>
        <w:rPr>
          <w:lang w:eastAsia="zh-CN"/>
        </w:rPr>
        <w:br/>
      </w:r>
      <w:r>
        <w:rPr>
          <w:lang w:eastAsia="zh-CN"/>
        </w:rPr>
        <w:t>　　20__年我站在鹤大公路管理处的正确领导下，在处养护科的有力指导下，以建设全国文明样板路为目标，全面贯彻落实加强养护、科学管理、提高质量、保障畅通的公路养护方针，立足实际，务实工作，取得了一定的成绩。现将我站__年养护工作情况简要汇报如下：</w:t>
      </w:r>
      <w:r>
        <w:rPr>
          <w:lang w:eastAsia="zh-CN"/>
        </w:rPr>
        <w:br/>
      </w:r>
      <w:r>
        <w:rPr>
          <w:lang w:eastAsia="zh-CN"/>
        </w:rPr>
        <w:t>　　一、基本情况</w:t>
      </w:r>
      <w:r>
        <w:rPr>
          <w:lang w:eastAsia="zh-CN"/>
        </w:rPr>
        <w:br/>
      </w:r>
      <w:r>
        <w:rPr>
          <w:lang w:eastAsia="zh-CN"/>
        </w:rPr>
        <w:t>　　我站下设一个养护办四个道班。管理人员5人养护员工25人。管养路段主线36.1公里，林口互通区1处。大桥979.94米/6座、中桥373.36米/6座、小桥237.3米/7座，圆管涵683.98米/23道、盖板涵654.68米17道、箱涵337.24米/8道，乔木2551棵，灌木2236棵。标志牌86块。</w:t>
      </w:r>
      <w:r>
        <w:rPr>
          <w:lang w:eastAsia="zh-CN"/>
        </w:rPr>
        <w:br/>
      </w:r>
      <w:r>
        <w:rPr>
          <w:lang w:eastAsia="zh-CN"/>
        </w:rPr>
        <w:t>　　二、本年度主要工作：</w:t>
      </w:r>
      <w:r>
        <w:rPr>
          <w:lang w:eastAsia="zh-CN"/>
        </w:rPr>
        <w:br/>
      </w:r>
      <w:r>
        <w:rPr>
          <w:lang w:eastAsia="zh-CN"/>
        </w:rPr>
        <w:t>　　(一)、养护队伍建设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养护管理人员培训。针对养护工作的需要，达到科学养护的目标，我站有针对性的制定学习方案，确定培训时间为每周四下午13：00-16：00。主要学习《公路养护技术规范》、《公路养护质量评定标准》等。通过学习不断提高养护办工作人员的业务水平，自觉把所学的知识灵活运用到实际工作当中。</w:t>
      </w:r>
      <w:r>
        <w:rPr>
          <w:lang w:eastAsia="zh-CN"/>
        </w:rPr>
        <w:br/>
      </w:r>
      <w:r>
        <w:rPr>
          <w:lang w:eastAsia="zh-CN"/>
        </w:rPr>
        <w:t>　　2、养路员工培训。为提高养护人员的综合素质，由养护办制定学习方案，每月5日对养路工进行全方面的知识培训，培训的主要内容为《养路员工岗位责任制》、《养路工管理办法》和《公路养护技术规范》，同时并对养路员工基本操作知识进行现场指导，这样为养路员工之间的业务交流创造了条件，从而全面提高养路工整体素质和业务水平。</w:t>
      </w:r>
      <w:r>
        <w:rPr>
          <w:lang w:eastAsia="zh-CN"/>
        </w:rPr>
        <w:br/>
      </w:r>
      <w:r>
        <w:rPr>
          <w:lang w:eastAsia="zh-CN"/>
        </w:rPr>
        <w:t>　　(二)、防汛保通</w:t>
      </w:r>
      <w:r>
        <w:rPr>
          <w:lang w:eastAsia="zh-CN"/>
        </w:rPr>
        <w:br/>
      </w:r>
      <w:r>
        <w:rPr>
          <w:lang w:eastAsia="zh-CN"/>
        </w:rPr>
        <w:t>　　1、我站根据汛期的实际情况制定了详细的《汛期保通工作方案》，并派专人负责收听天气预报，及时掌握天气变化，做到预防为主，防抢结合，确保公路安全渡汛。</w:t>
      </w:r>
      <w:r>
        <w:rPr>
          <w:lang w:eastAsia="zh-CN"/>
        </w:rPr>
        <w:br/>
      </w:r>
      <w:r>
        <w:rPr>
          <w:lang w:eastAsia="zh-CN"/>
        </w:rPr>
        <w:t>　　2、在汛前对所辖路段的桥梁、涵洞、边沟、截水沟进行了检查和疏通清理。疏通涵洞9道，清理边沟、截水沟12KM，清除淤泥124立方米。</w:t>
      </w:r>
      <w:r>
        <w:rPr>
          <w:lang w:eastAsia="zh-CN"/>
        </w:rPr>
        <w:br/>
      </w:r>
      <w:r>
        <w:rPr>
          <w:lang w:eastAsia="zh-CN"/>
        </w:rPr>
        <w:t>　　(三)、除雪保通</w:t>
      </w:r>
      <w:r>
        <w:rPr>
          <w:lang w:eastAsia="zh-CN"/>
        </w:rPr>
        <w:br/>
      </w:r>
      <w:r>
        <w:rPr>
          <w:lang w:eastAsia="zh-CN"/>
        </w:rPr>
        <w:t>　　冬季除雪保通成立专门的组织机构，制定除雪保通工作方案。抢前抓早争主动，提前做好准备工作，9月份中旬开始进行冬季整备工作，储备防滑沙，除雪工具等。为保证除雪及时、彻底、高效，我们坚持以雪为令，雪停即清的原则，制定了四项保障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一是人力保证。分别与公路周边村屯村民取得联系，保证紧急时可雇用村民60人进行清雪。</w:t>
      </w:r>
      <w:r>
        <w:rPr>
          <w:lang w:eastAsia="zh-CN"/>
        </w:rPr>
        <w:br/>
      </w:r>
      <w:r>
        <w:rPr>
          <w:lang w:eastAsia="zh-CN"/>
        </w:rPr>
        <w:t>　　二是设备保证。与设备站保持联系，保证降雪时除雪设备能够及时到达现场清理。充分发挥机械除雪的工作效率，把机械除雪和人工除雪有机结合起来提高除雪速度及质量。</w:t>
      </w:r>
      <w:r>
        <w:rPr>
          <w:lang w:eastAsia="zh-CN"/>
        </w:rPr>
        <w:br/>
      </w:r>
      <w:r>
        <w:rPr>
          <w:lang w:eastAsia="zh-CN"/>
        </w:rPr>
        <w:t>　　三是资讯保证。每日安排专人收听天气预报，如出现可能降雪天气，增加值班留宿人员，组织养路工巡视路上雪情，发现特大雪情立即报告。四是制度保证。对除雪时限作出具体规定，要求大雪在七日内、中雪五日内清完路面压实积雪，小雪随下随清。保证公路畅通和车辆行驶安全。从1月份至3月末我站除雪量为484340立方米，桥面除冰11立方米，为沿线公路的畅通无阻提供了基本保证。</w:t>
      </w:r>
      <w:r>
        <w:rPr>
          <w:lang w:eastAsia="zh-CN"/>
        </w:rPr>
        <w:br/>
      </w:r>
      <w:r>
        <w:rPr>
          <w:lang w:eastAsia="zh-CN"/>
        </w:rPr>
        <w:t>　　(四)、养护内业建设</w:t>
      </w:r>
      <w:r>
        <w:rPr>
          <w:lang w:eastAsia="zh-CN"/>
        </w:rPr>
        <w:br/>
      </w:r>
      <w:r>
        <w:rPr>
          <w:lang w:eastAsia="zh-CN"/>
        </w:rPr>
        <w:t>　　由专人对各种资料进行整理及时归档，及时统计报表。内业档案基本实现了标准化、规范化、科学化。5月、10月份开展两次大型路况调查，详细掌握管养路段公路各项技术指标情况，分类整理基础资料，为养护工作提供信息保障。</w:t>
      </w:r>
      <w:r>
        <w:rPr>
          <w:lang w:eastAsia="zh-CN"/>
        </w:rPr>
        <w:br/>
      </w:r>
      <w:r>
        <w:rPr>
          <w:lang w:eastAsia="zh-CN"/>
        </w:rPr>
        <w:t>　　(五)、早春养护工作</w:t>
      </w:r>
      <w:r>
        <w:rPr>
          <w:lang w:eastAsia="zh-CN"/>
        </w:rPr>
        <w:br/>
      </w:r>
      <w:r>
        <w:rPr>
          <w:lang w:eastAsia="zh-CN"/>
        </w:rPr>
        <w:t>　　1、疏通桥涵。对桥梁、涵洞两侧及边沟的积雪彻底清理，对泄水槽排水孔及时疏通，对损坏处及时上报并做出维修方案，尽早进行修复。</w:t>
      </w:r>
      <w:r>
        <w:rPr>
          <w:lang w:eastAsia="zh-CN"/>
        </w:rPr>
        <w:br/>
      </w:r>
      <w:r>
        <w:rPr>
          <w:lang w:eastAsia="zh-CN"/>
        </w:rPr>
        <w:t>　　2、抓好GBM工程。做好我站公路沿线绿化、美化工作，及时对边坡、边沟进行修整，使边坡保持平顺、坚实，带领养路工进行播种扫帚梅、树木刷白等工作，使公路达到标准化、美化的要求。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3、加强沿线设施养护维修。对沿线设施的损坏情况做出调查统计，并做出修复计划，在短期内将损坏设施全部修复，恢复其功能。</w:t>
      </w:r>
      <w:r>
        <w:rPr>
          <w:lang w:eastAsia="zh-CN"/>
        </w:rPr>
        <w:br/>
      </w:r>
      <w:r>
        <w:rPr>
          <w:lang w:eastAsia="zh-CN"/>
        </w:rPr>
        <w:t>　　(六)、保洁美化工作。</w:t>
      </w:r>
      <w:r>
        <w:rPr>
          <w:lang w:eastAsia="zh-CN"/>
        </w:rPr>
        <w:br/>
      </w:r>
      <w:r>
        <w:rPr>
          <w:lang w:eastAsia="zh-CN"/>
        </w:rPr>
        <w:t>　　对养路工实行养护责任制，包干到人，分组分段工作，签订养护责任状。每日查看养路工出勤情况，每周一下午召开养路工组长会议，总结出勤工作情况，养路工上路率达到99%，全年保洁量为13541.5km。加强公路沿线的植被管理，树木存活率达到处统一的要求，路边杂草高度符合规定，实现了公路的绿化、美化、香化。</w:t>
      </w:r>
      <w:r>
        <w:rPr>
          <w:lang w:eastAsia="zh-CN"/>
        </w:rPr>
        <w:br/>
      </w:r>
      <w:r>
        <w:rPr>
          <w:lang w:eastAsia="zh-CN"/>
        </w:rPr>
        <w:t>　　(七)、病害修复工作</w:t>
      </w:r>
      <w:r>
        <w:rPr>
          <w:lang w:eastAsia="zh-CN"/>
        </w:rPr>
        <w:br/>
      </w:r>
      <w:r>
        <w:rPr>
          <w:lang w:eastAsia="zh-CN"/>
        </w:rPr>
        <w:t>　　我站养护工作人员每天按时上道巡查，对公路病害和损坏的设施及时申请修复。并在9月份秋季路况调查后，进行了一次全面修复工作，包括波形板140块、边沟修复4处、急流槽修复5处、桥锥坡修复1处、里程牌1块等。__年共计修复病害8处，保证了沿线设施的完整。</w:t>
      </w:r>
      <w:r>
        <w:rPr>
          <w:lang w:eastAsia="zh-CN"/>
        </w:rPr>
        <w:br/>
      </w:r>
      <w:r>
        <w:rPr>
          <w:lang w:eastAsia="zh-CN"/>
        </w:rPr>
        <w:t>　　三、不足之处和下一步打算</w:t>
      </w:r>
      <w:r>
        <w:rPr>
          <w:lang w:eastAsia="zh-CN"/>
        </w:rPr>
        <w:br/>
      </w:r>
      <w:r>
        <w:rPr>
          <w:lang w:eastAsia="zh-CN"/>
        </w:rPr>
        <w:t>　　我站__年的养护工作基本实现了稳步发展的趋势，达到了年初的即定目标，但也存在一些不足之处，主要体现在：</w:t>
      </w:r>
      <w:r>
        <w:rPr>
          <w:lang w:eastAsia="zh-CN"/>
        </w:rPr>
        <w:br/>
      </w:r>
      <w:r>
        <w:rPr>
          <w:lang w:eastAsia="zh-CN"/>
        </w:rPr>
        <w:t>　　1、人员素质还有待继续提高。</w:t>
      </w:r>
      <w:r>
        <w:rPr>
          <w:lang w:eastAsia="zh-CN"/>
        </w:rPr>
        <w:br/>
      </w:r>
      <w:r>
        <w:rPr>
          <w:lang w:eastAsia="zh-CN"/>
        </w:rPr>
        <w:t>　　2、个别职工工作态度不够端正。</w:t>
      </w:r>
      <w:r>
        <w:rPr>
          <w:lang w:eastAsia="zh-CN"/>
        </w:rPr>
        <w:br/>
      </w:r>
      <w:r>
        <w:rPr>
          <w:lang w:eastAsia="zh-CN"/>
        </w:rPr>
        <w:t>　　3、科学养护水平还需进一步提高。</w:t>
      </w:r>
      <w:r>
        <w:rPr>
          <w:lang w:eastAsia="zh-CN"/>
        </w:rPr>
        <w:br/>
      </w:r>
      <w:r>
        <w:rPr>
          <w:lang w:eastAsia="zh-CN"/>
        </w:rPr>
        <w:t>　　在下一步工作中，我站将有针对性的开展工作，细化工作指标，纳入明年的工作计划之中。明年着重要加强以下几方面的工作：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1、坚持学习，扩展学习内容，要以提高养护人员的综合素质为目标。</w:t>
      </w:r>
      <w:r>
        <w:rPr>
          <w:lang w:eastAsia="zh-CN"/>
        </w:rPr>
        <w:br/>
      </w:r>
      <w:r>
        <w:rPr>
          <w:lang w:eastAsia="zh-CN"/>
        </w:rPr>
        <w:t>　　2、系统性加强养路工的科学养护知识培训，提高养路工的专业养护知识水平和技能水平。</w:t>
      </w:r>
      <w:r>
        <w:rPr>
          <w:lang w:eastAsia="zh-CN"/>
        </w:rPr>
        <w:br/>
      </w:r>
      <w:r>
        <w:rPr>
          <w:lang w:eastAsia="zh-CN"/>
        </w:rPr>
        <w:t>　　3、加强管理，加大考核力度，从管理要效益。</w:t>
      </w:r>
      <w:r>
        <w:rPr>
          <w:lang w:eastAsia="zh-CN"/>
        </w:rPr>
        <w:br/>
      </w:r>
      <w:r>
        <w:rPr>
          <w:lang w:eastAsia="zh-CN"/>
        </w:rPr>
        <w:t>　　4、在摸索中发展，在发展中突破，务实创新，开创新的发展途径，加速养护工作的前进脚步，树立品牌意识，打造品牌形象，尽最大努力推进交通事业的快发展，实现林口站的跨越式发展。</w:t>
      </w:r>
      <w:r>
        <w:rPr>
          <w:lang w:eastAsia="zh-CN"/>
        </w:rPr>
        <w:br/>
      </w:r>
      <w:r>
        <w:rPr>
          <w:lang w:eastAsia="zh-CN"/>
        </w:rPr>
        <w:t>　　工作总结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r>
        <w:rPr>
          <w:lang w:eastAsia="zh-CN"/>
        </w:rPr>
        <w:br/>
      </w:r>
      <w:r>
        <w:rPr>
          <w:lang w:eastAsia="zh-CN"/>
        </w:rPr>
        <w:t xml:space="preserve">    工人年终工作总结 篇4 </w:t>
      </w:r>
      <w:r>
        <w:rPr>
          <w:lang w:eastAsia="zh-CN"/>
        </w:rPr>
        <w:br/>
      </w:r>
      <w:r>
        <w:rPr>
          <w:lang w:eastAsia="zh-CN"/>
        </w:rPr>
        <w:t>　　某某建设工程公司又迎来了一个崭新的开始。项目部全体职工通过一年的艰辛努力，各项工作正在有条有利的发展。针对开发、监理公司提出的管理、治理模式更要改革创新，同时将项目管理、治理制度也要进行大的调整，以调动项目管理人员的积极性。以下为今年的工作总结。</w:t>
      </w:r>
      <w:r>
        <w:rPr>
          <w:lang w:eastAsia="zh-CN"/>
        </w:rPr>
        <w:br/>
      </w:r>
      <w:r>
        <w:rPr>
          <w:lang w:eastAsia="zh-CN"/>
        </w:rPr>
        <w:t>　　一、在建工程情况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某某工程正蒸蒸日上。由于工程开工挖土期间，土方单位的挖土方案及流程错误，导致地下车库未能按照进度节点完成施工。给开发公司带来了不利的因素。为此，我项目部要求各施工管理人员和施工班组年底前力将某某主体结构封顶。同时要求项目部管理人员在现场蹲点式管理，从头盯到尾，在保证安全的基础上严把质量关、进度按照项目部进度节点进行精心施工。有望将某某工程圆满完成，并向业主、监理交待。</w:t>
      </w:r>
      <w:r>
        <w:rPr>
          <w:lang w:eastAsia="zh-CN"/>
        </w:rPr>
        <w:br/>
      </w:r>
      <w:r>
        <w:rPr>
          <w:lang w:eastAsia="zh-CN"/>
        </w:rPr>
        <w:t>　　二、工程质量</w:t>
      </w:r>
      <w:r>
        <w:rPr>
          <w:lang w:eastAsia="zh-CN"/>
        </w:rPr>
        <w:br/>
      </w:r>
      <w:r>
        <w:rPr>
          <w:lang w:eastAsia="zh-CN"/>
        </w:rPr>
        <w:t>　　某某项目的施工质量得到了重视，大家也意识到质量是企业的立足之本，但是与同行业的施工质量相比，在一些分项、分部工程中质量通病时有发生。我们需要认真总结经验，加强管理和治理，在某某公司的带领下，将现场有针对性的进行对比、试验，研究解决，不断提高我们的施工水平和企业的施工信誉。</w:t>
      </w:r>
      <w:r>
        <w:rPr>
          <w:lang w:eastAsia="zh-CN"/>
        </w:rPr>
        <w:br/>
      </w:r>
      <w:r>
        <w:rPr>
          <w:lang w:eastAsia="zh-CN"/>
        </w:rPr>
        <w:t>　　三、安全生产</w:t>
      </w:r>
      <w:r>
        <w:rPr>
          <w:lang w:eastAsia="zh-CN"/>
        </w:rPr>
        <w:br/>
      </w:r>
      <w:r>
        <w:rPr>
          <w:lang w:eastAsia="zh-CN"/>
        </w:rPr>
        <w:t>　　今年某某工地没有发生过一起安全事故，这是可喜的，前期安全工作是因为管理人员的指挥不当，造成了安检站的批评。现在安全工作已整改到位与业主、监理的领导和职工的共同努力是分不开的。后期为了保证安全生产，项目部加强安全防范意识，投入了大量现场教育时间，增强安全施工生产的宣传和教育，取得了较显著的效果。</w:t>
      </w:r>
      <w:r>
        <w:rPr>
          <w:lang w:eastAsia="zh-CN"/>
        </w:rPr>
        <w:br/>
      </w:r>
      <w:r>
        <w:rPr>
          <w:lang w:eastAsia="zh-CN"/>
        </w:rPr>
        <w:t>　　我们在安全检查、安全教育、安全责任到人等方面做了大量的工作，非凡是我项目主要设备都是持证上岗，防范了各种事故的发生。今年没有出现安全事故，安全工作是一项常抓不懈的工作，要把安全教育工作制度化、治理规范化。</w:t>
      </w:r>
      <w:r>
        <w:rPr>
          <w:lang w:eastAsia="zh-CN"/>
        </w:rPr>
        <w:br/>
      </w:r>
      <w:r>
        <w:rPr>
          <w:lang w:eastAsia="zh-CN"/>
        </w:rPr>
        <w:t>　　四、文明施工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工程项目文明施工是反映一个企业的管理水平和企业信誉的一个重要窗口。某某项目部先后接待了建设部领导，在文明施工和施工规范化治理上，我们借鉴好的经验，相对本地企业要好得多，现场文明施工只是走好了一部分，我们会更加努力，成为同行业的佼佼者。</w:t>
      </w:r>
      <w:r>
        <w:rPr>
          <w:lang w:eastAsia="zh-CN"/>
        </w:rPr>
        <w:br/>
      </w:r>
      <w:r>
        <w:rPr>
          <w:lang w:eastAsia="zh-CN"/>
        </w:rPr>
        <w:t>　　五、工程施工碰到的问题</w:t>
      </w:r>
      <w:r>
        <w:rPr>
          <w:lang w:eastAsia="zh-CN"/>
        </w:rPr>
        <w:br/>
      </w:r>
      <w:r>
        <w:rPr>
          <w:lang w:eastAsia="zh-CN"/>
        </w:rPr>
        <w:t>　　某某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由于工程是由前期施工所遗留，给我们在安全、质量、进度、文明现场控制极为困难，给业主、监理带来了很大的影响。</w:t>
      </w:r>
      <w:r>
        <w:rPr>
          <w:lang w:eastAsia="zh-CN"/>
        </w:rPr>
        <w:br/>
      </w:r>
      <w:r>
        <w:rPr>
          <w:lang w:eastAsia="zh-CN"/>
        </w:rPr>
        <w:t>　　六、团结管理层班子</w:t>
      </w:r>
      <w:r>
        <w:rPr>
          <w:lang w:eastAsia="zh-CN"/>
        </w:rPr>
        <w:br/>
      </w:r>
      <w:r>
        <w:rPr>
          <w:lang w:eastAsia="zh-CN"/>
        </w:rPr>
        <w:t>　　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r>
        <w:rPr>
          <w:lang w:eastAsia="zh-CN"/>
        </w:rPr>
        <w:br/>
      </w:r>
      <w:r>
        <w:rPr>
          <w:lang w:eastAsia="zh-CN"/>
        </w:rPr>
        <w:t>　　今年显得暮气有余，朝气不足，这一年走的是那样艰难，酸甜苦辣五味俱全，手下的职工没有责任心，但某某工程我们没有放弃过，一心扑在项目的现场上，才有了现在现场的新景象。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工人年终工作总结 篇5 </w:t>
      </w:r>
      <w:r>
        <w:rPr>
          <w:lang w:eastAsia="zh-CN"/>
        </w:rPr>
        <w:br/>
      </w:r>
      <w:r>
        <w:rPr>
          <w:lang w:eastAsia="zh-CN"/>
        </w:rPr>
        <w:t>　　这一年真的要结束了。我今年在工地上很努力。虽然我只是一个普通的工人，工作很辛苦，每天都晒着太阳，但我并不后悔选择了这份工作。看到和大家一起努力建房，让更多的人有房住，是一种特别的成就感。工作有得有失，但不管是哪一种，对我来说，有这份工作，吃饭生活，做点事，都不是浪费时间，不是浪费时间。工作结束，简单回顾了一下工作，有很多回忆。在这里，我还把今年的工作总结如下：</w:t>
      </w:r>
      <w:r>
        <w:rPr>
          <w:lang w:eastAsia="zh-CN"/>
        </w:rPr>
        <w:br/>
      </w:r>
      <w:r>
        <w:rPr>
          <w:lang w:eastAsia="zh-CN"/>
        </w:rPr>
        <w:t>　　首先，我的工作</w:t>
      </w:r>
      <w:r>
        <w:rPr>
          <w:lang w:eastAsia="zh-CN"/>
        </w:rPr>
        <w:br/>
      </w:r>
      <w:r>
        <w:rPr>
          <w:lang w:eastAsia="zh-CN"/>
        </w:rPr>
        <w:t>　　我是一名工人，也是一名建筑工人。我的日常工作是在施工现场搅拌水泥和沙子，制成混凝土作为建筑材料。这些工作也需要技能，没有很大的实力我是做不到的。所以在这份工作中，我的力量越来越大，重力工作也越来越强，让我在这个岗位上获得了成功。除了这么简单的工作，我还想和大家一起规划，规划好日常工作，一步一步的建楼。今年我们和你一起成功盖了两栋楼，上半年一栋，下半年一栋，挺成功的。</w:t>
      </w:r>
      <w:r>
        <w:rPr>
          <w:lang w:eastAsia="zh-CN"/>
        </w:rPr>
        <w:br/>
      </w:r>
      <w:r>
        <w:rPr>
          <w:lang w:eastAsia="zh-CN"/>
        </w:rPr>
        <w:t>　　二是强化安全生产意识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我们的工作中，我们必须注意安全，尤其是每天在大楼里工作的时候。今年，发生了一起安全事故。幸运的是，它没有伤害任何人，但这足以让我们吸取教训。所以从出事开始，我就每天戴安全帽，叫别人戴。做一件事，一般要检查两三遍，确认各方面安全后才会做。这样做，以后的工作就不会再发生类似的事故，安全得到了很大的重视，工作安全也得到了提高。</w:t>
      </w:r>
      <w:r>
        <w:rPr>
          <w:lang w:eastAsia="zh-CN"/>
        </w:rPr>
        <w:br/>
      </w:r>
      <w:r>
        <w:rPr>
          <w:lang w:eastAsia="zh-CN"/>
        </w:rPr>
        <w:t>　　第三，工作的自省</w:t>
      </w:r>
      <w:r>
        <w:rPr>
          <w:lang w:eastAsia="zh-CN"/>
        </w:rPr>
        <w:br/>
      </w:r>
      <w:r>
        <w:rPr>
          <w:lang w:eastAsia="zh-CN"/>
        </w:rPr>
        <w:t>　　今年，虽然我的工作在工地上不是最重要的，但有些工作还是没有做好，导致工作中出现了一些小问题。但是，我勇于承担，努力改正，及时反思工作，才能及时解决问题。我知道自己有很多需要加强的地方，所以每次负责工作的`时候，我都会在工作期间和工作之后进行反思，找出不足，改正。</w:t>
      </w:r>
      <w:r>
        <w:rPr>
          <w:lang w:eastAsia="zh-CN"/>
        </w:rPr>
        <w:br/>
      </w:r>
      <w:r>
        <w:rPr>
          <w:lang w:eastAsia="zh-CN"/>
        </w:rPr>
        <w:t>　　在新的一年里，我想我会吸取过去的所有教训，让自己在工作中处于更好的状态，在明年的工作中取得好的成绩。</w:t>
      </w:r>
      <w:r>
        <w:rPr>
          <w:lang w:eastAsia="zh-CN"/>
        </w:rPr>
        <w:br/>
      </w:r>
      <w:r>
        <w:rPr>
          <w:lang w:eastAsia="zh-CN"/>
        </w:rPr>
        <w:t xml:space="preserve">    工人年终工作总结 篇6 </w:t>
      </w:r>
      <w:r>
        <w:rPr>
          <w:lang w:eastAsia="zh-CN"/>
        </w:rPr>
        <w:br/>
      </w:r>
      <w:r>
        <w:rPr>
          <w:lang w:eastAsia="zh-CN"/>
        </w:rPr>
        <w:t>　　千百年来，“劳心者治人，劳力者治于人”。以崇尚无拘束为由来摒弃劳动、远离劳动，崇拜消遣自由的工作，却用一种另类的眼光去看那些辛勤劳动的人，这是目前大多年轻人的心理。如果不懂去辛勤的付出，何谈收获的成果。</w:t>
      </w:r>
      <w:r>
        <w:rPr>
          <w:lang w:eastAsia="zh-CN"/>
        </w:rPr>
        <w:br/>
      </w:r>
      <w:r>
        <w:rPr>
          <w:lang w:eastAsia="zh-CN"/>
        </w:rPr>
        <w:t>　　在恒力石化码头的作业的现场每天都能看到很多工作人员在辛勤的工作，无论是在严寒的冬季或在炙热的酷暑，他们都一如既往的坚守在岗位上，干起活来不仅速度有佳，而且质量也可以打上高分。他们在现场忙忙碌碌的背影感染了我。在生产关键的时候，他们依然都能冲上去，他们是我们储运二部的一线员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叉车司机不停的码垛，操作技术极为娴熟，一叉两包把每袋货物整整齐齐码在垛上，货物摆放像是用直尺测量好的，还有站在垛上的工作人员、站在舱里的指挥手，也正是他们协助叉车司机、门机司机把每包货物装运到船舱，工作兢兢业业，他们甚至几个月不休一天，不能天天陪伴着妻儿老母，所有的时间都赋予自己的工作岗位上，对自己的工作从未有过懈怠，早上晚上的交接班，效率与产量的追加，这就是他们的时间。</w:t>
      </w:r>
      <w:r>
        <w:rPr>
          <w:lang w:eastAsia="zh-CN"/>
        </w:rPr>
        <w:br/>
      </w:r>
      <w:r>
        <w:rPr>
          <w:lang w:eastAsia="zh-CN"/>
        </w:rPr>
        <w:t>　　他们是值得肯定的人!也是现在大多刚毕业的大学生在工作中学习的导师。是他们让我们懂得一分耕耘、一分收获。</w:t>
      </w:r>
      <w:r>
        <w:rPr>
          <w:lang w:eastAsia="zh-CN"/>
        </w:rPr>
        <w:br/>
      </w:r>
      <w:r>
        <w:rPr>
          <w:lang w:eastAsia="zh-CN"/>
        </w:rPr>
        <w:t>　　是他们让我们懂得工作要脚踏实地、真真切切。</w:t>
      </w:r>
      <w:r>
        <w:rPr>
          <w:lang w:eastAsia="zh-CN"/>
        </w:rPr>
        <w:br/>
      </w:r>
      <w:r>
        <w:rPr>
          <w:lang w:eastAsia="zh-CN"/>
        </w:rPr>
        <w:t xml:space="preserve">    工人年终工作总结 篇7 </w:t>
      </w:r>
      <w:r>
        <w:rPr>
          <w:lang w:eastAsia="zh-CN"/>
        </w:rPr>
        <w:br/>
      </w:r>
      <w:r>
        <w:rPr>
          <w:lang w:eastAsia="zh-CN"/>
        </w:rPr>
        <w:t>　　尊敬的各位领导，各位同事：</w:t>
      </w:r>
      <w:r>
        <w:rPr>
          <w:lang w:eastAsia="zh-CN"/>
        </w:rPr>
        <w:br/>
      </w:r>
      <w:r>
        <w:rPr>
          <w:lang w:eastAsia="zh-CN"/>
        </w:rPr>
        <w:t>　　大家晚上好！</w:t>
      </w:r>
      <w:r>
        <w:rPr>
          <w:lang w:eastAsia="zh-CN"/>
        </w:rPr>
        <w:br/>
      </w:r>
      <w:r>
        <w:rPr>
          <w:lang w:eastAsia="zh-CN"/>
        </w:rPr>
        <w:t>　　即将过去的20__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20__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r>
        <w:rPr>
          <w:lang w:eastAsia="zh-CN"/>
        </w:rPr>
        <w:br/>
      </w:r>
      <w:r>
        <w:rPr>
          <w:lang w:eastAsia="zh-CN"/>
        </w:rPr>
        <w:t>　　1、工作中有急躁情绪，有时生产任务急于完成，反而影响了生产进度和质量。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2、处理一些工作关系时，还不能得心应手，工作起来显得措手不及，无从着手。</w:t>
      </w:r>
      <w:r>
        <w:rPr>
          <w:lang w:eastAsia="zh-CN"/>
        </w:rPr>
        <w:br/>
      </w:r>
      <w:r>
        <w:rPr>
          <w:lang w:eastAsia="zh-CN"/>
        </w:rPr>
        <w:t>　　20__年，我的主要任务是负责喷画生产进度，派车出货和处理一些客户的要求意见，以及公司里面喷画所发生的问题，同时还要负责跟好“天地宽广告”的所有喷画安装业务，以及一些其他散户的跟踪服务。“广告”20__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r>
        <w:rPr>
          <w:lang w:eastAsia="zh-CN"/>
        </w:rPr>
        <w:br/>
      </w:r>
      <w:r>
        <w:rPr>
          <w:lang w:eastAsia="zh-CN"/>
        </w:rPr>
        <w:t xml:space="preserve">    工人年终工作总结 篇8 </w:t>
      </w:r>
      <w:r>
        <w:rPr>
          <w:lang w:eastAsia="zh-CN"/>
        </w:rPr>
        <w:br/>
      </w:r>
      <w:r>
        <w:rPr>
          <w:lang w:eastAsia="zh-CN"/>
        </w:rPr>
        <w:t>　　20__年，我负责配合我师父管理中旗项目部的现场主厂房、办公楼、服务楼、食堂等土建工作，本人的各项工作在公司各级领导的支持及各部门密切配合下，基本进展顺利。</w:t>
      </w:r>
      <w:r>
        <w:rPr>
          <w:lang w:eastAsia="zh-CN"/>
        </w:rPr>
        <w:br/>
      </w:r>
      <w:r>
        <w:rPr>
          <w:lang w:eastAsia="zh-CN"/>
        </w:rPr>
        <w:t>　　一、端正态度，认真工作。</w:t>
      </w:r>
      <w:r>
        <w:rPr>
          <w:lang w:eastAsia="zh-CN"/>
        </w:rPr>
        <w:br/>
      </w:r>
      <w:r>
        <w:rPr>
          <w:lang w:eastAsia="zh-CN"/>
        </w:rPr>
        <w:t>　　回顾中旗项目部20__年的工作，我作为中旗项目部的生产管理工作人员，各方面工作得到了公司各级领导的关怀和各部门的支持，由于我本人还有许多不足的地方，使我自己深深的感到工作责任心的重要性。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今年，中旗项目部的工程进度情况格外严峻。天气恶劣、施工场地复杂，劳务队伍不协调，甲方付款不及时。我一直在努力摆正自己的位置，合理到位地安排各项事务，总结施工现场中的问题，分清主次，找到合适的处理方法，避免工程上不必要的损失。另外，自己一直在加强专业知识的学习，提高自身专业素质。</w:t>
      </w:r>
      <w:r>
        <w:rPr>
          <w:lang w:eastAsia="zh-CN"/>
        </w:rPr>
        <w:br/>
      </w:r>
      <w:r>
        <w:rPr>
          <w:lang w:eastAsia="zh-CN"/>
        </w:rPr>
        <w:t>　　现场的施工管理中，我不间断地在施工现场巡视，对重点施工部位严格管理，积极落实公司、项目部对工程安全、质量、进度等方面的要求，努力全面掌控施工现场的情况。为保证工程的进度目标得以实现，我积极联系有实力的各分项班组进场，解决班组在施工中的困难，调节各班组之间的矛盾，严格管理，从而保证了工程进度。 现场施工管理中，明确自己的立场，发挥项目部管理人员在施工现场起到的主导作用。对施工班组做到奖罚分明，形成绝对以项目部为中心的领导方法。对那些不听指挥的施工班组绝不心慈手软，施行严打、严抓以此来树立项目部的施工方面的威信。现场施工管理中，准确找出施工中存在的毛病，把施工图纸和国家规范灵活运用，使实际施工过程中基本符合理论要求，节约了施工成本。</w:t>
      </w:r>
      <w:r>
        <w:rPr>
          <w:lang w:eastAsia="zh-CN"/>
        </w:rPr>
        <w:br/>
      </w:r>
      <w:r>
        <w:rPr>
          <w:lang w:eastAsia="zh-CN"/>
        </w:rPr>
        <w:t>　　1、 工程质量管理。</w:t>
      </w:r>
      <w:r>
        <w:rPr>
          <w:lang w:eastAsia="zh-CN"/>
        </w:rPr>
        <w:br/>
      </w:r>
      <w:r>
        <w:rPr>
          <w:lang w:eastAsia="zh-CN"/>
        </w:rPr>
        <w:t>　　针对中旗项目的特殊性，故工程质量要求高标准、高起点。施工前期，注重对班组的技术交底，给班组人员在思想上给予重视，在技术上了解本工程的质量和进度、安全要求，为后期施工奠定良好的基础。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办公楼作为第一个施工的单体，同时结构和服务楼和食堂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r>
        <w:rPr>
          <w:lang w:eastAsia="zh-CN"/>
        </w:rPr>
        <w:br/>
      </w:r>
      <w:r>
        <w:rPr>
          <w:lang w:eastAsia="zh-CN"/>
        </w:rPr>
        <w:t>　　2、 主厂房、办公楼、服务楼和食堂四个单位工程的管理。</w:t>
      </w:r>
      <w:r>
        <w:rPr>
          <w:lang w:eastAsia="zh-CN"/>
        </w:rPr>
        <w:br/>
      </w:r>
      <w:r>
        <w:rPr>
          <w:lang w:eastAsia="zh-CN"/>
        </w:rPr>
        <w:t>　　3、 班组的管理协调工作</w:t>
      </w:r>
      <w:r>
        <w:rPr>
          <w:lang w:eastAsia="zh-CN"/>
        </w:rPr>
        <w:br/>
      </w:r>
      <w:r>
        <w:rPr>
          <w:lang w:eastAsia="zh-CN"/>
        </w:rPr>
        <w:t>　　（1） 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r>
        <w:rPr>
          <w:lang w:eastAsia="zh-CN"/>
        </w:rPr>
        <w:br/>
      </w:r>
      <w:r>
        <w:rPr>
          <w:lang w:eastAsia="zh-CN"/>
        </w:rPr>
        <w:t>　　（2） 关心同事：遇到同事有事，主动帮助替班并组织全班一起关心，慰问，形成一种大家庭气氛。</w:t>
      </w:r>
      <w:r>
        <w:rPr>
          <w:lang w:eastAsia="zh-CN"/>
        </w:rPr>
        <w:br/>
      </w:r>
      <w:r>
        <w:rPr>
          <w:lang w:eastAsia="zh-CN"/>
        </w:rPr>
        <w:t>　　（3） 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r>
        <w:rPr>
          <w:lang w:eastAsia="zh-CN"/>
        </w:rPr>
        <w:br/>
      </w:r>
      <w:r>
        <w:rPr>
          <w:lang w:eastAsia="zh-CN"/>
        </w:rPr>
        <w:t>　　4、 安全管理工作</w:t>
      </w:r>
      <w:r>
        <w:rPr>
          <w:lang w:eastAsia="zh-CN"/>
        </w:rPr>
        <w:br/>
      </w:r>
      <w:r>
        <w:rPr>
          <w:lang w:eastAsia="zh-CN"/>
        </w:rPr>
        <w:t>　　在工作过程中，主动配合安全科完成施工人员的人员的安全管理和教育工作，在建设单位的几次检查中均取得优异成绩，在第四季度的安全检查上，明确了1#作为本项目的安全管理示范单体。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5、 与建设单位、监理单位的协调</w:t>
      </w:r>
      <w:r>
        <w:rPr>
          <w:lang w:eastAsia="zh-CN"/>
        </w:rPr>
        <w:br/>
      </w:r>
      <w:r>
        <w:rPr>
          <w:lang w:eastAsia="zh-CN"/>
        </w:rPr>
        <w:t>　　作为一个施工管理人员，望湖城项目开工以来，我就注重和建设单位和监理单位的配合协调工作，针对建设单位和监理单位提出的好的建议，自己带头研究落实，取得了建设单位和监理单位的一致好评。</w:t>
      </w:r>
      <w:r>
        <w:rPr>
          <w:lang w:eastAsia="zh-CN"/>
        </w:rPr>
        <w:br/>
      </w:r>
      <w:r>
        <w:rPr>
          <w:lang w:eastAsia="zh-CN"/>
        </w:rPr>
        <w:t>　　6、 材料管理工作</w:t>
      </w:r>
      <w:r>
        <w:rPr>
          <w:lang w:eastAsia="zh-CN"/>
        </w:rPr>
        <w:br/>
      </w:r>
      <w:r>
        <w:rPr>
          <w:lang w:eastAsia="zh-CN"/>
        </w:rPr>
        <w:t>　　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r>
        <w:rPr>
          <w:lang w:eastAsia="zh-CN"/>
        </w:rPr>
        <w:br/>
      </w:r>
      <w:r>
        <w:rPr>
          <w:lang w:eastAsia="zh-CN"/>
        </w:rPr>
        <w:t>　　二、对公司的合理化建议。</w:t>
      </w:r>
      <w:r>
        <w:rPr>
          <w:lang w:eastAsia="zh-CN"/>
        </w:rPr>
        <w:br/>
      </w:r>
      <w:r>
        <w:rPr>
          <w:lang w:eastAsia="zh-CN"/>
        </w:rPr>
        <w:t>　　对于项目部的实际困难，公司应该主动协调解决，这样才能保证工程顺利进展，公司才能盈利。</w:t>
      </w:r>
      <w:r>
        <w:rPr>
          <w:lang w:eastAsia="zh-CN"/>
        </w:rPr>
        <w:br/>
      </w:r>
      <w:r>
        <w:rPr>
          <w:lang w:eastAsia="zh-CN"/>
        </w:rPr>
        <w:t>　　公司应该主动组织管理人员进行专业培训，以提高公司管理人员的素质，为公司未来的发展储备力量。</w:t>
      </w:r>
      <w:r>
        <w:rPr>
          <w:lang w:eastAsia="zh-CN"/>
        </w:rPr>
        <w:br/>
      </w:r>
      <w:r>
        <w:rPr>
          <w:lang w:eastAsia="zh-CN"/>
        </w:rPr>
        <w:t>　　公司技术力量比较薄弱，公司应该积极引进技术人员，使施工中的每一个工序都处在技术管理的范围中，节约施工成本，提高工程效益。</w:t>
      </w:r>
      <w:r>
        <w:rPr>
          <w:lang w:eastAsia="zh-CN"/>
        </w:rPr>
        <w:br/>
      </w:r>
      <w:r>
        <w:rPr>
          <w:lang w:eastAsia="zh-CN"/>
        </w:rPr>
        <w:t>　　三、未来的工作计划。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通过总结一年来的工作，我找出工作中的不足，以便在以后的工作中加以克服。同时，认真学习国家规范，掌握专业知识，提高自己的工作能力，加强工作责任感。</w:t>
      </w:r>
      <w:r>
        <w:rPr>
          <w:lang w:eastAsia="zh-CN"/>
        </w:rPr>
        <w:t xml:space="preserve"> 总之，在今后的工作中，我将不断地总结与反省，不断地鞭策自己并充实能量，提高自身素质与业务水平，以适应时代与公司的发展，与公司共同进步，共同成长。</w:t>
      </w:r>
      <w:r>
        <w:rPr>
          <w:lang w:eastAsia="zh-CN"/>
        </w:rPr>
        <w:br/>
      </w:r>
      <w:r>
        <w:rPr>
          <w:lang w:eastAsia="zh-CN"/>
        </w:rPr>
        <w:t>　　姓名：</w:t>
      </w:r>
      <w:r>
        <w:rPr>
          <w:lang w:eastAsia="zh-CN"/>
        </w:rPr>
        <w:br/>
      </w:r>
      <w:r>
        <w:rPr>
          <w:lang w:eastAsia="zh-CN"/>
        </w:rPr>
        <w:t>　　日期：20__年__月__日</w:t>
      </w:r>
      <w:r>
        <w:rPr>
          <w:lang w:eastAsia="zh-CN"/>
        </w:rPr>
        <w:br/>
      </w:r>
      <w:r>
        <w:rPr>
          <w:lang w:eastAsia="zh-CN"/>
        </w:rPr>
        <w:t xml:space="preserve">    工人年终工作总结 篇9 </w:t>
      </w:r>
      <w:r>
        <w:rPr>
          <w:lang w:eastAsia="zh-CN"/>
        </w:rPr>
        <w:br/>
      </w:r>
      <w:r>
        <w:rPr>
          <w:lang w:eastAsia="zh-CN"/>
        </w:rPr>
        <w:t>　　主管让我写年终工作总结的时候，我还在心里纳闷我这做着流水线上的工人，怎么还要写起文字来了呢？后来我的一位爱好诗歌的同事的一句话惊醒了我，他说“流水线上工人也是人啊，是人就有思想和情感，再枯燥乏味的工作里面也有用心与不用心的区别。”好像也是，我不能没读过什么书，做着流水线上的一名工人就否定自己这一生在思想与情感上的表达。下面就是我在这一年工作上对自己的总结，让自己对自己今年的工作有个整理，也让自己对自己明年的工作有个展望。</w:t>
      </w:r>
      <w:r>
        <w:rPr>
          <w:lang w:eastAsia="zh-CN"/>
        </w:rPr>
        <w:br/>
      </w:r>
      <w:r>
        <w:rPr>
          <w:lang w:eastAsia="zh-CN"/>
        </w:rPr>
        <w:t>　　一、枯燥中，也有变化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没错，正如所有人对我们流水线上的工作的.认识一样，我们流水线上的工作是枯燥乏味的，每天像个机器人一样在那里做着千篇一律的工。可做着做着，我察觉出来了变化。这些变化不是说做的工有了很大的变化，而是每一个螺丝钉的制作也都会有细微的差别，我在工作中渐渐养成了与我手里的螺丝钉交流的习惯。不是我手上的螺丝钉会说话了，而是我看见它们的差别而注意如何改进我的工作了，在这种细微的变化里，我找了工人工作的快乐。我和我的一个木工朋友聊到这些时，他也是这么说的，他说他的木工工作也是重复乏味的，但他已经养成了耐心打磨手上木头的习惯，看见那些细微的变化让他的木头作品更加美观，他也很满足。</w:t>
      </w:r>
      <w:r>
        <w:rPr>
          <w:lang w:eastAsia="zh-CN"/>
        </w:rPr>
        <w:br/>
      </w:r>
      <w:r>
        <w:rPr>
          <w:lang w:eastAsia="zh-CN"/>
        </w:rPr>
        <w:t>　　二、做工中，需更谨慎</w:t>
      </w:r>
      <w:r>
        <w:rPr>
          <w:lang w:eastAsia="zh-CN"/>
        </w:rPr>
        <w:br/>
      </w:r>
      <w:r>
        <w:rPr>
          <w:lang w:eastAsia="zh-CN"/>
        </w:rPr>
        <w:t>　　今年的工作中，虽然没有出什么大事，但有一次还是把我吓了一大跳。当时我们所有的工人都在机器上做着工，文工团一群来我们工厂做演出的女孩在领导的带领下来我们工厂内部参观，她们对我们的工作很是好奇，很多女孩都围过来看我们的工作是怎么进行的，其中一个长头发的女孩因为好奇那些机器，把头发搅了进去，还好当时我在旁边看见了，我赶紧拿剪刀把她那搓头发给剪了，要是再晚一点，或许就要出发危险了。这件事我们工人也没有错，上司也就没有责怪我们，那个女孩还特意来我家感谢了我，但我知道，这件事提醒着我，以后做工的时候得更加谨慎，不可以再出现这种险些有生命危险的事情发生了。</w:t>
      </w:r>
      <w:r>
        <w:rPr>
          <w:lang w:eastAsia="zh-CN"/>
        </w:rPr>
        <w:br/>
      </w:r>
      <w:r>
        <w:rPr>
          <w:lang w:eastAsia="zh-CN"/>
        </w:rPr>
        <w:t>　　三、相处中，要有温度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因为我那位爱好诗歌的同事对人都挺热情的，尽管我们只在每天上工和下工的时候能够有说话的机会，他都会跟我们所有人打招呼说早上好和再见，让我们不至于每人冷漠着脸一整天。他喜欢一些花花草草的，他在我们工厂里面也常在角落放上一些画画草草做装饰，让我们四面被高墙环绕的工厂有了丝丝生气。在他的影响下，我也改变了自己长期以来的冷漠态度，渐渐的与其他工人的相处中有了温度，让自己感到工作时心情好了很多的同时也让工友之间的关系更加和善了。我想我在明年还会继续这样注意相处中的温度，是这些温度让我们流水线上的工人也有了像个人一样的思想和情感。</w:t>
      </w:r>
      <w:r>
        <w:rPr>
          <w:lang w:eastAsia="zh-CN"/>
        </w:rPr>
        <w:br/>
      </w:r>
      <w:r>
        <w:rPr>
          <w:lang w:eastAsia="zh-CN"/>
        </w:rPr>
        <w:t xml:space="preserve">    工人年终工作总结 篇10 </w:t>
      </w:r>
      <w:r>
        <w:rPr>
          <w:lang w:eastAsia="zh-CN"/>
        </w:rPr>
        <w:br/>
      </w:r>
      <w:r>
        <w:rPr>
          <w:lang w:eastAsia="zh-CN"/>
        </w:rPr>
        <w:t>　　紧张而充实的_年已经过去，1月23日下午，在车间主任肖啸的精心组织下，合成车间召开了全体干部、班组长、技术员等_年年终总结大会。会议内容如下：各个职能人员分别总结了_年内工作的闪亮点与不足之处，并提出了_年的工作计划。会上充分肯定了_年的工作成果。分别从检修、工艺、安全、环保等方面进行总结。_年是公司举步维艰的一年，在非常的这一年中，公司经历了一月份与九月份两次大修。</w:t>
      </w:r>
      <w:r>
        <w:rPr>
          <w:lang w:eastAsia="zh-CN"/>
        </w:rPr>
        <w:br/>
      </w:r>
      <w:r>
        <w:rPr>
          <w:lang w:eastAsia="zh-CN"/>
        </w:rPr>
        <w:t>　　检修方面：</w:t>
      </w:r>
      <w:r>
        <w:rPr>
          <w:lang w:eastAsia="zh-CN"/>
        </w:rPr>
        <w:br/>
      </w:r>
      <w:r>
        <w:rPr>
          <w:lang w:eastAsia="zh-CN"/>
        </w:rPr>
        <w:t>　　在车间没有动用一名民工的前提下，完成了变压吸附40于个程控阀的修理与更换，老合成系统高压机的安装，高压机的大修，新系统3高压机，1、2循环机，1、2冰机的大修，新、老系统高压机所有水冷气及油冷器的清洗工作等，特别是成立了泵组，彻底的消除了半脱与脱硫系统因泵的频繁事故而导致的检修工作滞后。</w:t>
      </w:r>
      <w:r>
        <w:rPr>
          <w:lang w:eastAsia="zh-CN"/>
        </w:rPr>
        <w:br/>
      </w:r>
      <w:r>
        <w:rPr>
          <w:lang w:eastAsia="zh-CN"/>
        </w:rPr>
        <w:t>　　工艺方面：</w:t>
      </w:r>
      <w:r>
        <w:rPr>
          <w:lang w:eastAsia="zh-CN"/>
        </w:rPr>
        <w:br/>
      </w:r>
      <w:r>
        <w:rPr>
          <w:lang w:eastAsia="zh-CN"/>
        </w:rPr>
        <w:t>　　合成老系统铜塔的揭盖拆检，合成塔的拆检，新系统脱硫塔的清洗等大项目的工作。</w:t>
      </w:r>
      <w:r>
        <w:rPr>
          <w:lang w:eastAsia="zh-CN"/>
        </w:rPr>
        <w:br/>
      </w:r>
      <w:r>
        <w:rPr>
          <w:lang w:eastAsia="zh-CN"/>
        </w:rPr>
        <w:t>　　安全方面：</w:t>
      </w:r>
      <w:r>
        <w:rPr>
          <w:lang w:eastAsia="zh-CN"/>
        </w:rPr>
        <w:br/>
      </w:r>
      <w:r>
        <w:rPr>
          <w:lang w:eastAsia="zh-CN"/>
        </w:rPr>
        <w:t>　　车间在各项工作中，都严格执行了相关的安全工作制度，没有安全事故的发生。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环保方面：</w:t>
      </w:r>
      <w:r>
        <w:rPr>
          <w:lang w:eastAsia="zh-CN"/>
        </w:rPr>
        <w:br/>
      </w:r>
      <w:r>
        <w:rPr>
          <w:lang w:eastAsia="zh-CN"/>
        </w:rPr>
        <w:t>　　没有酿成一点环保事故。尽管如此，但也认识到工作中出现的一些问题。认真总结并吸取了全年工作中的教训，把瑕疵部分其当成典范，并组织全体员工学习。</w:t>
      </w:r>
      <w:r>
        <w:rPr>
          <w:lang w:eastAsia="zh-CN"/>
        </w:rPr>
        <w:br/>
      </w:r>
      <w:r>
        <w:rPr>
          <w:lang w:eastAsia="zh-CN"/>
        </w:rPr>
        <w:t>　　在合成一车间和合成二车间六月份合并之初，车间主任肖啸就充分的提出了1+1必然要大于二的口号，并在年终实现这个口号。总结这_年的工作，尽管公司困难重重，但车间的各项工作都开展得比较顺利，工资分配，也比较合理。得到了公司和车间员工的充分肯定。会议结束之时，还对车间所评的8位先进员工给予一定的.奖励。肖主任提出了“方向大于速度并决定速度”的理念。方向是工作和生活中的重心，是首先要考虑的问题，是关于企业生产过程中效益与速度的定位导航。</w:t>
      </w:r>
      <w:r>
        <w:rPr>
          <w:lang w:eastAsia="zh-CN"/>
        </w:rPr>
        <w:br/>
      </w:r>
      <w:r>
        <w:rPr>
          <w:lang w:eastAsia="zh-CN"/>
        </w:rPr>
        <w:t>　　无论是工作，还是生活，都要认清方向，不要盲目是从，没有什么工具或策略可以确保一个企业长期生存，在激烈的竞争市场上，只有不断地发展和捍卫自己的地位，才可能生存下去。这就要求我们在平时的工作中，注重细节，发挥自己的聪明才智与创造才能，做好自己的本质工作。这正如“逆水行舟，不进则退”，永远是强者生存。</w:t>
      </w:r>
      <w:r>
        <w:rPr>
          <w:lang w:eastAsia="zh-CN"/>
        </w:rPr>
        <w:br/>
      </w:r>
      <w:r>
        <w:rPr>
          <w:lang w:eastAsia="zh-CN"/>
        </w:rPr>
        <w:t>　　_年已经过去，_年是充满期望和等待的一年，合成车间所有员工在公司和车间的领导下，将会本着公司和车间领导的原则，按照自己的步伐，充分做好_年的准备工作。</w:t>
      </w:r>
      <w:r>
        <w:rPr>
          <w:lang w:eastAsia="zh-CN"/>
        </w:rPr>
        <w:br/>
      </w:r>
      <w:r>
        <w:rPr>
          <w:lang w:eastAsia="zh-CN"/>
        </w:rPr>
        <w:t xml:space="preserve">    工人年终工作总结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不知不觉中，充满希望的20__年就伴随着新年的伊始即将的临近，__年就快结束.回首，给我最多的是喜悦与收获。</w:t>
      </w:r>
      <w:r>
        <w:rPr>
          <w:lang w:eastAsia="zh-CN"/>
        </w:rPr>
        <w:br/>
      </w:r>
      <w:r>
        <w:rPr>
          <w:lang w:eastAsia="zh-CN"/>
        </w:rPr>
        <w:t>　　我作为二车间粗洗班配液间的一名普通工人.在这一年的工作中，我先后做过洗大瓶、洗小瓶、配液等工作。但更多的时间还是在配液间工作。</w:t>
      </w:r>
      <w:r>
        <w:rPr>
          <w:lang w:eastAsia="zh-CN"/>
        </w:rPr>
        <w:br/>
      </w:r>
      <w:r>
        <w:rPr>
          <w:lang w:eastAsia="zh-CN"/>
        </w:rPr>
        <w:t>　　在这一年的工作中，让我学到了很多知识。让我熟悉了配液间的工作性质，操作规程以及操作知识。在同事(更应该称为师傅)耐心教导下，使我喜欢上了配液间的工作，也让我熟悉了配液间的基本工作。在班组中，有班长的关心支持和同事的关怀让我倍感工作的快乐，让我总是以饱满的热情投入到每一天的工作中。在未来的时间里，我将努力学习，使自已能够熟练地掌握工作技能，提高自身的工作能力。在与同事的相处中，我将做到有求必应，做自已力所能及的事。</w:t>
      </w:r>
      <w:r>
        <w:rPr>
          <w:lang w:eastAsia="zh-CN"/>
        </w:rPr>
        <w:br/>
      </w:r>
      <w:r>
        <w:rPr>
          <w:lang w:eastAsia="zh-CN"/>
        </w:rPr>
        <w:t>　　，让我倍感我们粗洗间是一个大家庭，虽然大家的年龄与辈份不同，但让我感受到了家庭般的温暖与和谐.当有人受伤和需要帮助时，大家所表现出来的那种关怀和热情让我感动.</w:t>
      </w:r>
      <w:r>
        <w:rPr>
          <w:lang w:eastAsia="zh-CN"/>
        </w:rPr>
        <w:br/>
      </w:r>
      <w:r>
        <w:rPr>
          <w:lang w:eastAsia="zh-CN"/>
        </w:rPr>
        <w:t>　　即将结束，展望20__，我们厂会更加兴旺，同事彼此之间更加包容关爱.我为有这样一个好厂感到自豪，更期望我们厂的明天更美好!</w:t>
      </w:r>
      <w:r>
        <w:rPr>
          <w:lang w:eastAsia="zh-CN"/>
        </w:rPr>
        <w:br/>
      </w:r>
      <w:r>
        <w:rPr>
          <w:lang w:eastAsia="zh-CN"/>
        </w:rPr>
        <w:t xml:space="preserve">    工人年终工作总结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20__年即将过去，在这将近一年的时间里我通过努力工作，有了很大的收获。临近年终，我现在对自己的工作做一下总结，目的在于吸取教训，提高自己，以至于以后把工作做得更好。下面我对我一年的工作进行简要的总结：</w:t>
      </w:r>
      <w:r>
        <w:rPr>
          <w:lang w:eastAsia="zh-CN"/>
        </w:rPr>
        <w:br/>
      </w:r>
      <w:r>
        <w:rPr>
          <w:lang w:eastAsia="zh-CN"/>
        </w:rPr>
        <w:t>　　我是今年才来到公司工作的，我所学的专业就是印刷，而且也从事了两年的印刷职业，所以来到公司后，很快我就融入到了公司的队伍中。全面进入工作状态后，我开始积极参加生产，全力保障生产印刷运行。我知道，印刷厂的技术人员，不仅要精于印刷工艺技能，而且还应掌握印刷工艺装备的知识。随着生活水平的不断提高，印刷厂这块占的比例也会越来越大，因此，客户对印刷设计的要求也越来越高，印刷业也越来越专业。专业的设计机构，专业的印刷厂以及好的售后将会构成更专业的印刷队伍。所以在工作中，我不断的向其他同事学习操作技能，以提高自己的技术能力；工作之余，我还时常看一些专业的书籍充实自己，以提高自己的理论知识。作为公司的一员，这一年来我渐渐明白了公司之所以发展得这么好，主要是因为公司一直坚持高素质、高起点、高科技、高效益的发展思路。公司投资3亿多元引进了世界一流的印刷设备和技术竞争力，思想汇报现在集凹印、胶印、丝印、烫印为一体，是国内设备档次最高、配套最齐、烫金能力最强的'现代化印刷企业之一，使侨通一直保持了在同行业内的竞争优势和领先地位。所以，我一直以是侨通的一员而感到骄傲自豪。同时，我也会珍惜我在公司的每一天，服从领导的安排，努力工作，积极进取，为公司的发展奉献自己的微薄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20__年的大多工作与生活的时光是在侨通度过的，在侨通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急于求的心理咨询还一直作祟，原有的很多想法在时间的磨合中。本想今年可以很好的掌握一门拿得出手的技能，可是没有如心所愿。事做了很多，也学到了很多东西，但是却没有夺光溢彩的，都显得是那么的平淡，只要用心，谁都可以去完，心有不甘。时间的走过，见证着一切，让自己有得有失，一个的态度决定着一个的走向，我也不例外。既然我想在侨通的这个圈子里有所作为，侨通是一个好的施展天地，把握，我不会浪费现在所拥有的机会。还是那句话，时刻怀着一颗感恩的心，对待每一个和每一件事。由于在其他厂里工作时间过长，在侨通呆的时间过短，不免会把一些不适宜长的工作方式带进来，给领导添了不少麻烦，给领导带来不貌的回敬，在这里我深表歉意，希望领导能够谅解。在侨通的20__年过的总体来说还算是很踏实，没有轻易地越雷池半步，循规蹈矩的做着事，得到自己想得到的，说白了，都是为了生活，何必和自己过不去，而且我还年轻，心得体会此时不努力用心，等待何时。20__年已经悄然来到，在这新的一年里，我做出了自己的新的规划，现就此阐述一下。</w:t>
      </w:r>
      <w:r>
        <w:rPr>
          <w:lang w:eastAsia="zh-CN"/>
        </w:rPr>
        <w:br/>
      </w:r>
      <w:r>
        <w:rPr>
          <w:lang w:eastAsia="zh-CN"/>
        </w:rPr>
        <w:t>　　1.在新的一年里，在完本职工作的同时，学习好相关的知识与技能，把自己向一个技术全面型的方向发展。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2.改掉自己的不良习惯，用心的去做每一件事，细节决定败，时刻的提示着自己，严格的遵守劳动纪律。</w:t>
      </w:r>
      <w:r>
        <w:rPr>
          <w:lang w:eastAsia="zh-CN"/>
        </w:rPr>
        <w:br/>
      </w:r>
      <w:r>
        <w:rPr>
          <w:lang w:eastAsia="zh-CN"/>
        </w:rPr>
        <w:t>　　3.多虚心求教，多积累经验，多多与领导沟通。事件的发展离不开沟通，只有相互换意见，才能取得进步。</w:t>
      </w:r>
      <w:r>
        <w:rPr>
          <w:lang w:eastAsia="zh-CN"/>
        </w:rPr>
        <w:br/>
      </w:r>
      <w:r>
        <w:rPr>
          <w:lang w:eastAsia="zh-CN"/>
        </w:rPr>
        <w:t>　　4.在20__年的基础，更好的了解公司的产品以及开机技术。</w:t>
      </w:r>
      <w:r>
        <w:rPr>
          <w:lang w:eastAsia="zh-CN"/>
        </w:rPr>
        <w:br/>
      </w:r>
      <w:r>
        <w:rPr>
          <w:lang w:eastAsia="zh-CN"/>
        </w:rPr>
        <w:t>　　年纪的增长，不能白白浪费，更要全面的了解自己，知道自己的的缺点在哪里，怎样的去克服，优点在什么地方，怎样去发挥。有一个明确的生活和工作态度，我想只有如此才能打理好20__年的日子，有更加辉煌一些的表现。</w:t>
      </w:r>
      <w:r>
        <w:rPr>
          <w:lang w:eastAsia="zh-CN"/>
        </w:rPr>
        <w:br/>
      </w:r>
      <w:r>
        <w:rPr>
          <w:lang w:eastAsia="zh-CN"/>
        </w:rPr>
        <w:t>　　随着公司的快速发展，公司对我们员工的福利待遇也越来越好了，这促使了我们员工的工作积极性得到很大的提高。所以我们基层工作员工也更加努力工作，我们知道这不仅是为了自己，也是为了最大限度的提高公司的生产效率。公司成立以来，在“追求卓越、追求完美、志诚合作、创新发展”的企业精神指导下，得到了业内人士的认同和社会各界的好评，在侨资企业中，也树立了良好的形象。这些都里不开公司的正确领导和员工的辛勤劳动。</w:t>
      </w:r>
      <w:r>
        <w:rPr>
          <w:lang w:eastAsia="zh-CN"/>
        </w:rPr>
        <w:br/>
      </w:r>
      <w:r>
        <w:rPr>
          <w:lang w:eastAsia="zh-CN"/>
        </w:rPr>
        <w:t>　　这一年中，由于我的任性和自负，我也犯过一些错误，还好有领导和同事的及时给我提出，并给予我改过自新的机会，让我迷途知返，没有犯下更大的错误。在接下来的一年，我会吸取教训，积极学习，更加努力，认真工作，服从公司领导的安排，思想汇报团结同事，为公司贡献自己力所能及的力量。</w:t>
      </w:r>
      <w:r>
        <w:rPr>
          <w:lang w:eastAsia="zh-CN"/>
        </w:rPr>
        <w:br/>
      </w:r>
      <w:r>
        <w:rPr>
          <w:lang w:eastAsia="zh-CN"/>
        </w:rPr>
        <w:t xml:space="preserve">    工人年终工作总结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转眼20__年即将过去，回忆即将过去的一年个人的工作，学习了一些新知识，同时发现了一些不足，现将主要工作总结如下：</w:t>
      </w:r>
      <w:r>
        <w:rPr>
          <w:lang w:eastAsia="zh-CN"/>
        </w:rPr>
        <w:br/>
      </w:r>
      <w:r>
        <w:rPr>
          <w:lang w:eastAsia="zh-CN"/>
        </w:rPr>
        <w:t>　　一、劳动纪律，思想作风方面</w:t>
      </w:r>
      <w:r>
        <w:rPr>
          <w:lang w:eastAsia="zh-CN"/>
        </w:rPr>
        <w:br/>
      </w:r>
      <w:r>
        <w:rPr>
          <w:lang w:eastAsia="zh-CN"/>
        </w:rPr>
        <w:t>　　本人能遵守好沙钢的各项规章制度，按时上下班，无迟到、早退现象。班中不做与工作无关的事严格按照操作规程操作，团结好同事，相互关心并认真贯彻和执行好上级领导的有关文件精神和要求，自觉维护好企业形象。</w:t>
      </w:r>
      <w:r>
        <w:rPr>
          <w:lang w:eastAsia="zh-CN"/>
        </w:rPr>
        <w:br/>
      </w:r>
      <w:r>
        <w:rPr>
          <w:lang w:eastAsia="zh-CN"/>
        </w:rPr>
        <w:t>　　二、安全生产方面</w:t>
      </w:r>
      <w:r>
        <w:rPr>
          <w:lang w:eastAsia="zh-CN"/>
        </w:rPr>
        <w:br/>
      </w:r>
      <w:r>
        <w:rPr>
          <w:lang w:eastAsia="zh-CN"/>
        </w:rPr>
        <w:t>　　1、安全方面：本人上班前能够自觉的穿戴好劳保用品，认真参加各项安全培训，做好笔记。牢固树立起“安全第一，预防为主”的思想，并认真贯彻到每位组员，真正做到生产在忙安全不忘。从而保证了本组各类安全事故为“零”，在1-10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r>
        <w:rPr>
          <w:lang w:eastAsia="zh-CN"/>
        </w:rPr>
        <w:br/>
      </w:r>
      <w:r>
        <w:rPr>
          <w:lang w:eastAsia="zh-CN"/>
        </w:rPr>
        <w:t>　　2、生产方面：在各级领导的指导和班组人员的配合下，硫铵产量每月都能够超额完成，硫酸消耗每月都完成的较好，这与广大职工的工作表现也是分不开的。硫铵产量竞赛中，在班组的共同努力下，本班组多次取得好成绩。</w:t>
      </w:r>
      <w:r>
        <w:rPr>
          <w:lang w:eastAsia="zh-CN"/>
        </w:rPr>
        <w:br/>
      </w:r>
      <w:r>
        <w:rPr>
          <w:lang w:eastAsia="zh-CN"/>
        </w:rPr>
        <w:t>　　3、生产质量：硫铵产品质量合格率100%，组要能够从以下几个方面工作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（1）母液的酸度在正常生产出料过程中，每班组认真控制好酸度，保证在3-5%之间，使硫铵结晶连续均匀长大。</w:t>
      </w:r>
      <w:r>
        <w:rPr>
          <w:lang w:eastAsia="zh-CN"/>
        </w:rPr>
        <w:br/>
      </w:r>
      <w:r>
        <w:rPr>
          <w:lang w:eastAsia="zh-CN"/>
        </w:rPr>
        <w:t>　　（2）合理母液温度我们控制在50℃左右，根据气候的不一样及时调节，保证了硫铵颗粒快速连续构成长大。</w:t>
      </w:r>
      <w:r>
        <w:rPr>
          <w:lang w:eastAsia="zh-CN"/>
        </w:rPr>
        <w:br/>
      </w:r>
      <w:r>
        <w:rPr>
          <w:lang w:eastAsia="zh-CN"/>
        </w:rPr>
        <w:t>　　（3）加强离心机的操作，连续均匀下料，保证了游离酸和水份的合格</w:t>
      </w:r>
      <w:r>
        <w:rPr>
          <w:lang w:eastAsia="zh-CN"/>
        </w:rPr>
        <w:br/>
      </w:r>
      <w:r>
        <w:rPr>
          <w:lang w:eastAsia="zh-CN"/>
        </w:rPr>
        <w:t>　　（4）加强干燥床床温的控制和床面、床眼的清洁，每周彻底清理一次，确保成品硫铵水份的合格。</w:t>
      </w:r>
      <w:r>
        <w:rPr>
          <w:lang w:eastAsia="zh-CN"/>
        </w:rPr>
        <w:br/>
      </w:r>
      <w:r>
        <w:rPr>
          <w:lang w:eastAsia="zh-CN"/>
        </w:rPr>
        <w:t>　　三、培训方面</w:t>
      </w:r>
      <w:r>
        <w:rPr>
          <w:lang w:eastAsia="zh-CN"/>
        </w:rPr>
        <w:br/>
      </w:r>
      <w:r>
        <w:rPr>
          <w:lang w:eastAsia="zh-CN"/>
        </w:rPr>
        <w:t>　　本人能够自觉按时参加各项培训，上课做好笔记，考试均能够一次经过。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r>
        <w:rPr>
          <w:lang w:eastAsia="zh-CN"/>
        </w:rPr>
        <w:br/>
      </w:r>
      <w:r>
        <w:rPr>
          <w:lang w:eastAsia="zh-CN"/>
        </w:rPr>
        <w:t>　　四、存在不足及以后打算</w:t>
      </w:r>
      <w:r>
        <w:rPr>
          <w:lang w:eastAsia="zh-CN"/>
        </w:rPr>
        <w:br/>
      </w:r>
      <w:r>
        <w:rPr>
          <w:lang w:eastAsia="zh-CN"/>
        </w:rPr>
        <w:t>　　1、经过一年工作下来，本人发现还存在一些不足。如小组管理水平还欠缺，工作中有时不能抓住重点，尤其是岗位人员缺少时自我忙自我的不能很好的关心好岗位人员的操作，把各项工作想全、做细。另外业务技术水平还待学习加强。</w:t>
      </w:r>
      <w:r>
        <w:rPr>
          <w:lang w:eastAsia="zh-CN"/>
        </w:rPr>
        <w:br/>
      </w:r>
      <w:r>
        <w:rPr>
          <w:lang w:eastAsia="zh-CN"/>
        </w:rPr>
        <w:t>　　2、下一步打算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加强自我技术业务的学习，不懂多问，团结好同事之间的关系，认真贯彻和完成好各级领导安排的任务，使自我和本组有新的提高。</w:t>
      </w:r>
      <w:r>
        <w:rPr>
          <w:lang w:eastAsia="zh-CN"/>
        </w:rPr>
        <w:br/>
      </w:r>
      <w:r>
        <w:rPr>
          <w:lang w:eastAsia="zh-CN"/>
        </w:rPr>
        <w:t xml:space="preserve">    工人年终工作总结 篇14 </w:t>
      </w:r>
      <w:r>
        <w:rPr>
          <w:lang w:eastAsia="zh-CN"/>
        </w:rPr>
        <w:br/>
      </w:r>
      <w:r>
        <w:rPr>
          <w:lang w:eastAsia="zh-CN"/>
        </w:rPr>
        <w:t>　　公司领导：</w:t>
      </w:r>
      <w:r>
        <w:rPr>
          <w:lang w:eastAsia="zh-CN"/>
        </w:rPr>
        <w:br/>
      </w:r>
      <w:r>
        <w:rPr>
          <w:lang w:eastAsia="zh-CN"/>
        </w:rPr>
        <w:t>　　一年的时间转眼就过去了，在过去的一年里，我在各位领导及同事们的关心与帮助下圆满的完成了各项工作，在思想觉悟方面有了更进一步的提高，新的一年即将到来了，回顾今年来的本人工作情况，现简述如下：</w:t>
      </w:r>
      <w:r>
        <w:rPr>
          <w:lang w:eastAsia="zh-CN"/>
        </w:rPr>
        <w:br/>
      </w:r>
      <w:r>
        <w:rPr>
          <w:lang w:eastAsia="zh-CN"/>
        </w:rPr>
        <w:t>　　1、思想政治表现、品德素质修养及职业道德上，能够认真贯彻党的基本路线方针政策，通过报纸、杂志、书籍积极学</w:t>
      </w:r>
      <w:r>
        <w:rPr>
          <w:lang w:eastAsia="zh-CN"/>
        </w:rPr>
        <w:br/>
      </w:r>
      <w:r>
        <w:rPr>
          <w:lang w:eastAsia="zh-CN"/>
        </w:rPr>
        <w:t>　　习政治理论；遵纪守法，认真学习法律知识；爱岗敬业，具有强烈的责任感和事业心，积极主动认真的学习专业知识，工作态度端正，认真负责。在作风上，能遵章守纪、团结同事、乐观上进，始终保持严谨认真的工作态度和一丝不苟的工作作风，勤勤恳恳，任劳任怨。</w:t>
      </w:r>
      <w:r>
        <w:rPr>
          <w:lang w:eastAsia="zh-CN"/>
        </w:rPr>
        <w:br/>
      </w:r>
      <w:r>
        <w:rPr>
          <w:lang w:eastAsia="zh-CN"/>
        </w:rPr>
        <w:t>　　2、专业知识、工作能力和具体工作。我是七月份作为石油行业的一个新进人士来到车间工作的，（车间当时也是处于起步阶段。设备也是在那段时间开始又或者直至将来不短的一段时间内陆续到位。）协助车间主任做好工作，工作琐碎，但为了搞好工作，我不怕麻烦，向渤海来的前辈请教、向同事学习、借用别人的专业书、及自己上网到处摸索，期望能在短时间内便熟悉各种钻井方面的工具知识，明确工作的程序、方向。同时为了提高工作能力。</w:t>
      </w:r>
      <w:r>
        <w:rPr>
          <w:lang w:eastAsia="zh-CN"/>
        </w:rPr>
        <w:br/>
      </w:r>
    </w:p>
    <w:p w:rsidR="001B1F19" w14:textId="27C3F48A">
      <w:pPr>
        <w:rPr>
          <w:rFonts w:hint="eastAsia"/>
          <w:lang w:eastAsia="zh-CN"/>
        </w:rPr>
      </w:pPr>
      <w:r>
        <w:rPr>
          <w:lang w:eastAsia="zh-CN"/>
        </w:rPr>
        <w:t>　　在具体的工作中形成了一个清晰的工作思路，能够顺利的开展工作并熟练圆满地完成本职工作，在下班时间我还努力学习英语，默记专业词汇。在这一年，我本着“把工作做的更好”这样一个目标，开拓创新意识，积极圆满的完成了以下本职工作：</w:t>
      </w:r>
      <w:r>
        <w:rPr>
          <w:lang w:eastAsia="zh-CN"/>
        </w:rPr>
        <w:br/>
      </w:r>
      <w:r>
        <w:rPr>
          <w:lang w:eastAsia="zh-CN"/>
        </w:rPr>
        <w:t>　　（1）顺利完成了在天津工具车间为期一个月的短期培训，初步达到了系统熟悉了解钻井、钻井工具知识等相关知识。</w:t>
      </w:r>
      <w:r>
        <w:rPr>
          <w:lang w:eastAsia="zh-CN"/>
        </w:rPr>
        <w:br/>
      </w:r>
      <w:r>
        <w:rPr>
          <w:lang w:eastAsia="zh-CN"/>
        </w:rPr>
        <w:t>　　（2）顺利完成了“五小证”的培训，为以后的出海提供创造了必备的条件。</w:t>
      </w:r>
      <w:r>
        <w:rPr>
          <w:lang w:eastAsia="zh-CN"/>
        </w:rPr>
        <w:br/>
      </w:r>
      <w:r>
        <w:rPr>
          <w:lang w:eastAsia="zh-CN"/>
        </w:rPr>
        <w:t>　　（3）完成了先阶段所有的库存工具的保养及维护。如各种工具的除锈刷漆上黄油，又如拧扣机的.拆卸修理。</w:t>
      </w:r>
      <w:r>
        <w:rPr>
          <w:lang w:eastAsia="zh-CN"/>
        </w:rPr>
        <w:br/>
      </w:r>
      <w:r>
        <w:rPr>
          <w:lang w:eastAsia="zh-CN"/>
        </w:rPr>
        <w:t>　　（4）协助车间主任绘制车间设备工具的图纸，及核算设备制造的所需成本。如c型台钳底架、台钳工作案、水泥墩、活动支架等的cad出图和总耗材重量的估算。</w:t>
      </w:r>
      <w:r>
        <w:rPr>
          <w:lang w:eastAsia="zh-CN"/>
        </w:rPr>
        <w:br/>
      </w:r>
      <w:r>
        <w:rPr>
          <w:lang w:eastAsia="zh-CN"/>
        </w:rPr>
        <w:t>　　（5）装整了车间办公室及宿舍区等等。</w:t>
      </w:r>
      <w:r>
        <w:rPr>
          <w:lang w:eastAsia="zh-CN"/>
        </w:rPr>
        <w:br/>
      </w:r>
      <w:r>
        <w:rPr>
          <w:lang w:eastAsia="zh-CN"/>
        </w:rPr>
        <w:t>　　（6）坚持每次的hse安全讨论。</w:t>
      </w:r>
      <w:r>
        <w:rPr>
          <w:lang w:eastAsia="zh-CN"/>
        </w:rPr>
        <w:br/>
      </w:r>
      <w:r>
        <w:rPr>
          <w:lang w:eastAsia="zh-CN"/>
        </w:rPr>
        <w:t>　　尽管一年的时间不算长，尽管这一年来的工作量相对来说不多，总结回顾这一年过去的种种，工作成绩、效益和贡献，也许并不能达到领导所期望的那个程度，也许创造性的工作思路还不是很多，个别工作做的还不够完善。但是，对于在石油行业来说完全是新人的我来说至少算是开了个头了，既然有了开头，那么我相信通过自己不懈的努力，以后的路一定会越走越好。</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https://d.book118.com/448134066054006043</w:t>
        </w:r>
      </w:hyperlink>
    </w:p>
    <w:p w:rsidR="001B1F19">
      <w:pPr>
        <w:rPr>
          <w:rFonts w:hint="eastAsia"/>
          <w:lang w:eastAsia="zh-CN"/>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48134066054006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