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采购部门年终工作内容总结（31篇）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采购部门年终工作内容总结（精选31篇）</w:t>
      </w:r>
      <w:r>
        <w:rPr>
          <w:lang w:eastAsia="zh-CN"/>
        </w:rPr>
        <w:br/>
      </w:r>
      <w:r>
        <w:rPr>
          <w:lang w:eastAsia="zh-CN"/>
        </w:rPr>
        <w:t xml:space="preserve">    采购部门年终工作内容总结 篇1 </w:t>
      </w:r>
      <w:r>
        <w:rPr>
          <w:lang w:eastAsia="zh-CN"/>
        </w:rPr>
        <w:br/>
      </w:r>
      <w:r>
        <w:rPr>
          <w:lang w:eastAsia="zh-CN"/>
        </w:rPr>
        <w:t>　　回顾即将过去的20--年，采购部成员和其它部门的各位领导及同事在工作和生活中都给予了我足够的支持和帮助。在这一年当中，采购部门的工作基本上满足了公司业务订单的需求。在20--年我将继续努力，做好本职工作，不断完善自我，确保物料的供应和质量的控制，为公司的发展尽一份绵力。坚持“同等质量比价格，同等价格比质量，最大限度为公司节约成本”的工作原则。现将一年来的主要工作情况述职如下：</w:t>
      </w:r>
      <w:r>
        <w:rPr>
          <w:lang w:eastAsia="zh-CN"/>
        </w:rPr>
        <w:br/>
      </w:r>
      <w:r>
        <w:rPr>
          <w:lang w:eastAsia="zh-CN"/>
        </w:rPr>
        <w:t>　　一、年度主要完成工作及材料开展工作</w:t>
      </w:r>
      <w:r>
        <w:rPr>
          <w:lang w:eastAsia="zh-CN"/>
        </w:rPr>
        <w:br/>
      </w:r>
      <w:r>
        <w:rPr>
          <w:lang w:eastAsia="zh-CN"/>
        </w:rPr>
        <w:t>　　1、部门的日常工作</w:t>
      </w:r>
      <w:r>
        <w:rPr>
          <w:lang w:eastAsia="zh-CN"/>
        </w:rPr>
        <w:br/>
      </w:r>
      <w:r>
        <w:rPr>
          <w:lang w:eastAsia="zh-CN"/>
        </w:rPr>
        <w:t>　　采购部现有人员3人，采用分工协作的方式负责公司原主辅材料的进行采购。</w:t>
      </w:r>
      <w:r>
        <w:rPr>
          <w:lang w:eastAsia="zh-CN"/>
        </w:rPr>
        <w:br/>
      </w:r>
      <w:r>
        <w:rPr>
          <w:lang w:eastAsia="zh-CN"/>
        </w:rPr>
        <w:t>　　2、围绕控制成本在采购产品性能优化结构方面开展工作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采购部继续围绕“控制成本、采购产品性能优化的结构”为工作目标，要求采购人员在充分了解市场信息的基础上进行询比价，注重沟通技巧和谈判策略。同时调整了部份工作程序，增加了采购复核环节，采取由采购人员在对材料、设备询比价的基础上进行复核，再由采购部经理进一步复核，实行了“采购部的两级价格复核机制”。力求最大限度的控制成本，为公司节约每一分钱。采购人员也在每一项具体工作和每一个工作细节中得到煅练。</w:t>
      </w:r>
      <w:r>
        <w:rPr>
          <w:lang w:eastAsia="zh-CN"/>
        </w:rPr>
        <w:br/>
      </w:r>
      <w:r>
        <w:rPr>
          <w:lang w:eastAsia="zh-CN"/>
        </w:rPr>
        <w:t>　　3、进一步加强对供应商的管理协调</w:t>
      </w:r>
      <w:r>
        <w:rPr>
          <w:lang w:eastAsia="zh-CN"/>
        </w:rPr>
        <w:br/>
      </w:r>
      <w:r>
        <w:rPr>
          <w:lang w:eastAsia="zh-CN"/>
        </w:rPr>
        <w:t>　　20--年采购部进一步加强了对供应商管理，本着对每位供应商负责的态度，制定了《供应商资料卡》并对其进行分类登记，确保了每一个供应商资料不会流失。同时也利于采供对供应商信息的掌握，从而进一步扩大了市场信息空间。建立了《合格供应商名录》，在进行报价之前，对供方进行评价和分析，合格者才能进入合格供应商名录，才具有报价资格。</w:t>
      </w:r>
      <w:r>
        <w:rPr>
          <w:lang w:eastAsia="zh-CN"/>
        </w:rPr>
        <w:br/>
      </w:r>
      <w:r>
        <w:rPr>
          <w:lang w:eastAsia="zh-CN"/>
        </w:rPr>
        <w:t>　　根据公司管理层的最新思维，公司新一代的供应商也应建立在真正的战略伙伴关系上来，甚至拿他们当自己公司的部门来看待。因为公司的成本核心竞争力的体现最主要的来自于公司所有供应商的支持力度，供应商对每家客户不同的政策特别给予我司的竞争对手的政策的好坏将直接影响到我司的成本核心竞争力的高低。从而抢占节约成本、降低价格的制高点，为公司的持续健康发展奠定基础。</w:t>
      </w:r>
      <w:r>
        <w:rPr>
          <w:lang w:eastAsia="zh-CN"/>
        </w:rPr>
        <w:br/>
      </w:r>
      <w:r>
        <w:rPr>
          <w:lang w:eastAsia="zh-CN"/>
        </w:rPr>
        <w:t>　　4、逐步加强对材料价格信息的管理</w:t>
      </w:r>
      <w:r>
        <w:rPr>
          <w:lang w:eastAsia="zh-CN"/>
        </w:rPr>
        <w:br/>
      </w:r>
      <w:r>
        <w:rPr>
          <w:lang w:eastAsia="zh-CN"/>
        </w:rPr>
        <w:t>　　采购部进一步加强了对材料、信息的管理，每一次材料采购的计划、询比价都进行了复印留底，保持了信息资料的完整，同时输入电脑保存，建立采购部材料信息库，以备随时查阅、对比。</w:t>
      </w:r>
      <w:r>
        <w:rPr>
          <w:lang w:eastAsia="zh-CN"/>
        </w:rPr>
        <w:br/>
      </w:r>
      <w:r>
        <w:rPr>
          <w:lang w:eastAsia="zh-CN"/>
        </w:rPr>
        <w:t>　　二、20--年将具体从以下几方面予以改进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1、制定采购预算与估计成本</w:t>
      </w:r>
      <w:r>
        <w:rPr>
          <w:lang w:eastAsia="zh-CN"/>
        </w:rPr>
        <w:br/>
      </w:r>
      <w:r>
        <w:rPr>
          <w:lang w:eastAsia="zh-CN"/>
        </w:rPr>
        <w:t>　　制定采购预算是在具体实施原辅料采购行为之前对采购成本的一种估计和预测，是对整个采购资金的一种理性的规划。它不单对采购资金进行了合理的配置和分发，还同时建立了一个资金的使用标准，以便对采购实施行为中的资金使用进行随时的检测与控制，确保资金的使用在一定的合理范围内浮动。有了采购预算的约束，能提高采购资金的使用效率，优化采购管理中资源的调配，查找资金使用过程中的一些例外情况，有效的控制采购资金的流向和流量，从而达到控制采购成本以期达到有效的资金最大化利用的目的。</w:t>
      </w:r>
      <w:r>
        <w:rPr>
          <w:lang w:eastAsia="zh-CN"/>
        </w:rPr>
        <w:br/>
      </w:r>
      <w:r>
        <w:rPr>
          <w:lang w:eastAsia="zh-CN"/>
        </w:rPr>
        <w:t>　　2、改进供应商的选择</w:t>
      </w:r>
      <w:r>
        <w:rPr>
          <w:lang w:eastAsia="zh-CN"/>
        </w:rPr>
        <w:br/>
      </w:r>
      <w:r>
        <w:rPr>
          <w:lang w:eastAsia="zh-CN"/>
        </w:rPr>
        <w:t>　　在进行供应商数量的选择时既要避免单一货源，寻求多家供应，同时又要保证所选供应商承担的供应份额充足，以获取供应商的优惠政策，降低物资的价格和采购成本。这样既能保证采购物资供应的质量，又能有力的控制采购支出。根据我们的规模，供应商的数量根据公司的产能适当控制，以便在需要时候能随时找到相应的供应商，以及这些供应商的产品或服务的规格性能均能满足公司产品要求。同时在采购的环节控制上20--年将着手几个环节并做相应调整。</w:t>
      </w:r>
      <w:r>
        <w:rPr>
          <w:lang w:eastAsia="zh-CN"/>
        </w:rPr>
        <w:br/>
      </w:r>
      <w:r>
        <w:rPr>
          <w:lang w:eastAsia="zh-CN"/>
        </w:rPr>
        <w:t>　　三、20--年工作规划</w:t>
      </w:r>
      <w:r>
        <w:rPr>
          <w:lang w:eastAsia="zh-CN"/>
        </w:rPr>
        <w:br/>
      </w:r>
      <w:r>
        <w:rPr>
          <w:lang w:eastAsia="zh-CN"/>
        </w:rPr>
        <w:t>　　1、配合公司降低组件销售价格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在原材料上应多寻找性价比合适的厂商合作，来降低公司的材料成本，我将结合历年来的供应商供应状况，整理价格资料，做好备份工作，将现有的供应商资料存档。</w:t>
      </w:r>
      <w:r>
        <w:rPr>
          <w:lang w:eastAsia="zh-CN"/>
        </w:rPr>
        <w:br/>
      </w:r>
      <w:r>
        <w:rPr>
          <w:lang w:eastAsia="zh-CN"/>
        </w:rPr>
        <w:t>　　2、完善太阳能发电系统材料资料</w:t>
      </w:r>
      <w:r>
        <w:rPr>
          <w:lang w:eastAsia="zh-CN"/>
        </w:rPr>
        <w:br/>
      </w:r>
      <w:r>
        <w:rPr>
          <w:lang w:eastAsia="zh-CN"/>
        </w:rPr>
        <w:t>　　和研发部一起完善材料选型，样品和整套系统测试工作，材料选型上力求常规化，标准化。</w:t>
      </w:r>
      <w:r>
        <w:rPr>
          <w:lang w:eastAsia="zh-CN"/>
        </w:rPr>
        <w:br/>
      </w:r>
      <w:r>
        <w:rPr>
          <w:lang w:eastAsia="zh-CN"/>
        </w:rPr>
        <w:t>　　3、提前做好询价比价工作配合销售部及研发部进行报价工作</w:t>
      </w:r>
      <w:r>
        <w:rPr>
          <w:lang w:eastAsia="zh-CN"/>
        </w:rPr>
        <w:br/>
      </w:r>
      <w:r>
        <w:rPr>
          <w:lang w:eastAsia="zh-CN"/>
        </w:rPr>
        <w:t>　　在材料的审核上与研发部及销售部多沟通力求材料量化、标准化采购。</w:t>
      </w:r>
      <w:r>
        <w:rPr>
          <w:lang w:eastAsia="zh-CN"/>
        </w:rPr>
        <w:br/>
      </w:r>
      <w:r>
        <w:rPr>
          <w:lang w:eastAsia="zh-CN"/>
        </w:rPr>
        <w:t>　　材料采购的及时性在20--年必须要有一个质的飞跃，全力满足公司正常生产的安排需要，确保好材料的到货时间及时，减轻由此给生产部和销售部带来的不利因素。进一步维系好与现有供应商的合作关系，并多渠道开发新的更符合公司利益的供应商。</w:t>
      </w:r>
      <w:r>
        <w:rPr>
          <w:lang w:eastAsia="zh-CN"/>
        </w:rPr>
        <w:br/>
      </w:r>
      <w:r>
        <w:rPr>
          <w:lang w:eastAsia="zh-CN"/>
        </w:rPr>
        <w:t xml:space="preserve">    采购部门年终工作内容总结 篇2 </w:t>
      </w:r>
      <w:r>
        <w:rPr>
          <w:lang w:eastAsia="zh-CN"/>
        </w:rPr>
        <w:br/>
      </w:r>
      <w:r>
        <w:rPr>
          <w:lang w:eastAsia="zh-CN"/>
        </w:rPr>
        <w:t>　　首先我们采购部做到多多开发物料资源，调查价格，做到货比三家，控制价格审核流程，让采购部的工作透明化，并且建立完整的采购部供应商档案及物料申购档案。做为公司合格供应商必需要能做到准时，保质，乐于沟通等几个方面。本人计划完成现有原材料供应商的评定工作，为公司后期的大批量生产做好准备。同时进一步发展新的供应商网络，用以获得最理想的采购价格和品质。</w:t>
      </w:r>
      <w:r>
        <w:rPr>
          <w:lang w:eastAsia="zh-CN"/>
        </w:rPr>
        <w:br/>
      </w:r>
      <w:r>
        <w:rPr>
          <w:lang w:eastAsia="zh-CN"/>
        </w:rPr>
        <w:t>　　现将部门一年来全年度共计完成的采购任务做如下汇总：</w:t>
      </w:r>
      <w:r>
        <w:rPr>
          <w:lang w:eastAsia="zh-CN"/>
        </w:rPr>
        <w:br/>
      </w:r>
      <w:r>
        <w:rPr>
          <w:lang w:eastAsia="zh-CN"/>
        </w:rPr>
        <w:t>　　一、完成工作方面</w:t>
      </w:r>
      <w:r>
        <w:rPr>
          <w:lang w:eastAsia="zh-CN"/>
        </w:rPr>
        <w:br/>
      </w:r>
      <w:r>
        <w:rPr>
          <w:lang w:eastAsia="zh-CN"/>
        </w:rPr>
        <w:t>　　（1）完成和执行了财务下达的季度年度资金计划；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（2）完成采购项目上所需的零散材料采购计划和正常的设计提料单材料的及时配货；</w:t>
      </w:r>
      <w:r>
        <w:rPr>
          <w:lang w:eastAsia="zh-CN"/>
        </w:rPr>
        <w:br/>
      </w:r>
      <w:r>
        <w:rPr>
          <w:lang w:eastAsia="zh-CN"/>
        </w:rPr>
        <w:t>　　（3）建立了合理的警告与处罚制度，及时向供应商传真或邮寄我司项目部不合格材料的处理办法，一旦发生质量问题，及时与供应商沟通并确定索赔方式，尽全力为公司挽回损失降低成本。</w:t>
      </w:r>
      <w:r>
        <w:rPr>
          <w:lang w:eastAsia="zh-CN"/>
        </w:rPr>
        <w:br/>
      </w:r>
      <w:r>
        <w:rPr>
          <w:lang w:eastAsia="zh-CN"/>
        </w:rPr>
        <w:t>　　（4）全年度向供应商索赔金额折合人民币约_元；</w:t>
      </w:r>
      <w:r>
        <w:rPr>
          <w:lang w:eastAsia="zh-CN"/>
        </w:rPr>
        <w:br/>
      </w:r>
      <w:r>
        <w:rPr>
          <w:lang w:eastAsia="zh-CN"/>
        </w:rPr>
        <w:t>　　二、工作不足方面</w:t>
      </w:r>
      <w:r>
        <w:rPr>
          <w:lang w:eastAsia="zh-CN"/>
        </w:rPr>
        <w:br/>
      </w:r>
      <w:r>
        <w:rPr>
          <w:lang w:eastAsia="zh-CN"/>
        </w:rPr>
        <w:t>　　（1）所需的材料没有如期采购跟催到位5%，虽然未造成公司项目上的重大失误；但响影了项目的正常工期；</w:t>
      </w:r>
      <w:r>
        <w:rPr>
          <w:lang w:eastAsia="zh-CN"/>
        </w:rPr>
        <w:br/>
      </w:r>
      <w:r>
        <w:rPr>
          <w:lang w:eastAsia="zh-CN"/>
        </w:rPr>
        <w:t>　　（2）部门与部门之间的沟通未能达到理想效果；特别是与设计部、项目部的沟通不及时给财务和项目上增加了问题和造成了直接或间接的经济损失；</w:t>
      </w:r>
      <w:r>
        <w:rPr>
          <w:lang w:eastAsia="zh-CN"/>
        </w:rPr>
        <w:br/>
      </w:r>
      <w:r>
        <w:rPr>
          <w:lang w:eastAsia="zh-CN"/>
        </w:rPr>
        <w:t>　　（3）由于沟通不及时造成项目因材料不合格导致材料未能利用和不能利用；</w:t>
      </w:r>
      <w:r>
        <w:rPr>
          <w:lang w:eastAsia="zh-CN"/>
        </w:rPr>
        <w:br/>
      </w:r>
      <w:r>
        <w:rPr>
          <w:lang w:eastAsia="zh-CN"/>
        </w:rPr>
        <w:t>　　（4）在配货走物流的过程中由于传达手续次数过多造成资料缺失，材料商提供的报验资料未能及时递交至项目部，给报验带来困难；</w:t>
      </w:r>
      <w:r>
        <w:rPr>
          <w:lang w:eastAsia="zh-CN"/>
        </w:rPr>
        <w:br/>
      </w:r>
      <w:r>
        <w:rPr>
          <w:lang w:eastAsia="zh-CN"/>
        </w:rPr>
        <w:t>　　三、整改措施和新年计划</w:t>
      </w:r>
      <w:r>
        <w:rPr>
          <w:lang w:eastAsia="zh-CN"/>
        </w:rPr>
        <w:br/>
      </w:r>
      <w:r>
        <w:rPr>
          <w:lang w:eastAsia="zh-CN"/>
        </w:rPr>
        <w:t>　　（一）不足方面的改进和解决措施。</w:t>
      </w:r>
      <w:r>
        <w:rPr>
          <w:lang w:eastAsia="zh-CN"/>
        </w:rPr>
        <w:br/>
      </w:r>
      <w:r>
        <w:rPr>
          <w:lang w:eastAsia="zh-CN"/>
        </w:rPr>
        <w:t>　　（1）及时督促材料商做到按天、按时、按进度、电话和信息提醒材料商及时发货，避免不能按时按质交货给项目造成损失。</w:t>
      </w:r>
      <w:r>
        <w:rPr>
          <w:lang w:eastAsia="zh-CN"/>
        </w:rPr>
        <w:br/>
      </w:r>
      <w:r>
        <w:rPr>
          <w:lang w:eastAsia="zh-CN"/>
        </w:rPr>
        <w:t>　　（2）在提料之前及时和设计以及项目部做好提料的确认工作，做到提料不重复，废料再利用从而为公司解约资源和成本。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（3）项目上的余料要做好统计和管理存放，配合和提醒设计提料时及时利用上，不能重复利用的做好妥善保管和处理工作。</w:t>
      </w:r>
      <w:r>
        <w:rPr>
          <w:lang w:eastAsia="zh-CN"/>
        </w:rPr>
        <w:br/>
      </w:r>
      <w:r>
        <w:rPr>
          <w:lang w:eastAsia="zh-CN"/>
        </w:rPr>
        <w:t>　　（4）及时督促材料商在规定的时间递交资料，在规定的时间未能提供报验资料并给公司带来损失的商家，公司将给出罚款和责任承担等相关处罚，严重者将考虑不在合作。</w:t>
      </w:r>
      <w:r>
        <w:rPr>
          <w:lang w:eastAsia="zh-CN"/>
        </w:rPr>
        <w:br/>
      </w:r>
      <w:r>
        <w:rPr>
          <w:lang w:eastAsia="zh-CN"/>
        </w:rPr>
        <w:t>　　（二）制定管理制度、职责和部门建设工作。</w:t>
      </w:r>
      <w:r>
        <w:rPr>
          <w:lang w:eastAsia="zh-CN"/>
        </w:rPr>
        <w:br/>
      </w:r>
      <w:r>
        <w:rPr>
          <w:lang w:eastAsia="zh-CN"/>
        </w:rPr>
        <w:t>　　1、本部门建设工作：</w:t>
      </w:r>
      <w:r>
        <w:rPr>
          <w:lang w:eastAsia="zh-CN"/>
        </w:rPr>
        <w:br/>
      </w:r>
      <w:r>
        <w:rPr>
          <w:lang w:eastAsia="zh-CN"/>
        </w:rPr>
        <w:t>　　（1）根据项目所需的材料进度计划，考核下属的工作业绩，并协助其制定计划改进工作中的失误；</w:t>
      </w:r>
      <w:r>
        <w:rPr>
          <w:lang w:eastAsia="zh-CN"/>
        </w:rPr>
        <w:br/>
      </w:r>
      <w:r>
        <w:rPr>
          <w:lang w:eastAsia="zh-CN"/>
        </w:rPr>
        <w:t>　　（2）负责采购部门采购人员的职责分工及行政事务处理；</w:t>
      </w:r>
      <w:r>
        <w:rPr>
          <w:lang w:eastAsia="zh-CN"/>
        </w:rPr>
        <w:br/>
      </w:r>
      <w:r>
        <w:rPr>
          <w:lang w:eastAsia="zh-CN"/>
        </w:rPr>
        <w:t>　　（3）协助并参与采购人员的岗前培训和在岗培训。</w:t>
      </w:r>
      <w:r>
        <w:rPr>
          <w:lang w:eastAsia="zh-CN"/>
        </w:rPr>
        <w:br/>
      </w:r>
      <w:r>
        <w:rPr>
          <w:lang w:eastAsia="zh-CN"/>
        </w:rPr>
        <w:t>　　2、制定并完善采购制度和采购流程：</w:t>
      </w:r>
      <w:r>
        <w:rPr>
          <w:lang w:eastAsia="zh-CN"/>
        </w:rPr>
        <w:br/>
      </w:r>
      <w:r>
        <w:rPr>
          <w:lang w:eastAsia="zh-CN"/>
        </w:rPr>
        <w:t>　　（1）根据公司的长期计划，拟定采购部门的工作方针和目标；</w:t>
      </w:r>
      <w:r>
        <w:rPr>
          <w:lang w:eastAsia="zh-CN"/>
        </w:rPr>
        <w:br/>
      </w:r>
      <w:r>
        <w:rPr>
          <w:lang w:eastAsia="zh-CN"/>
        </w:rPr>
        <w:t>　　（2）负责制定采购方针、策略、制度及采购工作流程与方法，确保贯彻执行；</w:t>
      </w:r>
      <w:r>
        <w:rPr>
          <w:lang w:eastAsia="zh-CN"/>
        </w:rPr>
        <w:br/>
      </w:r>
      <w:r>
        <w:rPr>
          <w:lang w:eastAsia="zh-CN"/>
        </w:rPr>
        <w:t>　　（3）制订招、投标管理办法和各项物品的采购标准，并严格执行；</w:t>
      </w:r>
      <w:r>
        <w:rPr>
          <w:lang w:eastAsia="zh-CN"/>
        </w:rPr>
        <w:br/>
      </w:r>
      <w:r>
        <w:rPr>
          <w:lang w:eastAsia="zh-CN"/>
        </w:rPr>
        <w:t>　　3、制定并实施采购计划：</w:t>
      </w:r>
      <w:r>
        <w:rPr>
          <w:lang w:eastAsia="zh-CN"/>
        </w:rPr>
        <w:br/>
      </w:r>
      <w:r>
        <w:rPr>
          <w:lang w:eastAsia="zh-CN"/>
        </w:rPr>
        <w:t>　　（1）根据公司项目的拓展规模以及年度的经营目标，制订有效的采购目标和采购计划；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（2）组织实施市场调研、根据公司的采购需求，熟悉各种材料的供应渠道和市场变化情况，据此编制材料商材料比价表和材料汇总联络表；</w:t>
      </w:r>
      <w:r>
        <w:rPr>
          <w:lang w:eastAsia="zh-CN"/>
        </w:rPr>
        <w:br/>
      </w:r>
      <w:r>
        <w:rPr>
          <w:lang w:eastAsia="zh-CN"/>
        </w:rPr>
        <w:t>　　（3）根据采购管理程序，参与重点和大宗采购项目的谈判、签约，检查合同的执行和落实情况；</w:t>
      </w:r>
      <w:r>
        <w:rPr>
          <w:lang w:eastAsia="zh-CN"/>
        </w:rPr>
        <w:br/>
      </w:r>
      <w:r>
        <w:rPr>
          <w:lang w:eastAsia="zh-CN"/>
        </w:rPr>
        <w:t>　　（4）对材料需2次加工及配货材料的供应，要确保合理按质按量的交付；</w:t>
      </w:r>
      <w:r>
        <w:rPr>
          <w:lang w:eastAsia="zh-CN"/>
        </w:rPr>
        <w:br/>
      </w:r>
      <w:r>
        <w:rPr>
          <w:lang w:eastAsia="zh-CN"/>
        </w:rPr>
        <w:t>　　（5）督导检查项目人员的验收、入库、使用存放及管理工作，确保采购的物品能够被合理的利用和保证材料的质量符合工程的使用标准；</w:t>
      </w:r>
      <w:r>
        <w:rPr>
          <w:lang w:eastAsia="zh-CN"/>
        </w:rPr>
        <w:br/>
      </w:r>
      <w:r>
        <w:rPr>
          <w:lang w:eastAsia="zh-CN"/>
        </w:rPr>
        <w:t>　　4、采购成本预算和控制：</w:t>
      </w:r>
      <w:r>
        <w:rPr>
          <w:lang w:eastAsia="zh-CN"/>
        </w:rPr>
        <w:br/>
      </w:r>
      <w:r>
        <w:rPr>
          <w:lang w:eastAsia="zh-CN"/>
        </w:rPr>
        <w:t>　　（1）编制月、季、年度资金计划和采购预算，实施采购的预防控制和过程控制，有效降低成本；</w:t>
      </w:r>
      <w:r>
        <w:rPr>
          <w:lang w:eastAsia="zh-CN"/>
        </w:rPr>
        <w:br/>
      </w:r>
      <w:r>
        <w:rPr>
          <w:lang w:eastAsia="zh-CN"/>
        </w:rPr>
        <w:t>　　（2）采购价格的审核、预算、报价，达到有效的成本控制；</w:t>
      </w:r>
      <w:r>
        <w:rPr>
          <w:lang w:eastAsia="zh-CN"/>
        </w:rPr>
        <w:br/>
      </w:r>
      <w:r>
        <w:rPr>
          <w:lang w:eastAsia="zh-CN"/>
        </w:rPr>
        <w:t>　　（3）向设计和商务部门提出降低成本的建议，减少不必要的开支，以有效的资金保证最大的物资供应；</w:t>
      </w:r>
      <w:r>
        <w:rPr>
          <w:lang w:eastAsia="zh-CN"/>
        </w:rPr>
        <w:br/>
      </w:r>
      <w:r>
        <w:rPr>
          <w:lang w:eastAsia="zh-CN"/>
        </w:rPr>
        <w:t>　　（4）对采购合同履行过程进行监督检查，避免漏单和供货手续不全；</w:t>
      </w:r>
      <w:r>
        <w:rPr>
          <w:lang w:eastAsia="zh-CN"/>
        </w:rPr>
        <w:br/>
      </w:r>
      <w:r>
        <w:rPr>
          <w:lang w:eastAsia="zh-CN"/>
        </w:rPr>
        <w:t>　　（三）建立供应商与公司互通并管理供应商：</w:t>
      </w:r>
      <w:r>
        <w:rPr>
          <w:lang w:eastAsia="zh-CN"/>
        </w:rPr>
        <w:br/>
      </w:r>
      <w:r>
        <w:rPr>
          <w:lang w:eastAsia="zh-CN"/>
        </w:rPr>
        <w:t>　　（1）积极与各供应商沟通，提高各供应商的质量控制能力与合约执行和履约能力，保持质量与交货的长期稳定性。</w:t>
      </w:r>
      <w:r>
        <w:rPr>
          <w:lang w:eastAsia="zh-CN"/>
        </w:rPr>
        <w:br/>
      </w:r>
      <w:r>
        <w:rPr>
          <w:lang w:eastAsia="zh-CN"/>
        </w:rPr>
        <w:t>　　（2）根据公司的物质需求，选定价格合理、货物质量可靠、信誉好服务优质的供应厂商，建立长期战略同盟；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（3）建立对供应商的.资信、履约、售后服务能力及材料市场价格的状况和走势的综合评估表；</w:t>
      </w:r>
      <w:r>
        <w:rPr>
          <w:lang w:eastAsia="zh-CN"/>
        </w:rPr>
        <w:br/>
      </w:r>
      <w:r>
        <w:rPr>
          <w:lang w:eastAsia="zh-CN"/>
        </w:rPr>
        <w:t>　　（4）制定供应商管理办法，加强对供应商的管理、考核，确保供应商提供产品的优良性；</w:t>
      </w:r>
      <w:r>
        <w:rPr>
          <w:lang w:eastAsia="zh-CN"/>
        </w:rPr>
        <w:br/>
      </w:r>
      <w:r>
        <w:rPr>
          <w:lang w:eastAsia="zh-CN"/>
        </w:rPr>
        <w:t>　　（5）极力配合项目力求做到质量无问题，遇到某些质量标准不达标要及时拿出解决方案；</w:t>
      </w:r>
      <w:r>
        <w:rPr>
          <w:lang w:eastAsia="zh-CN"/>
        </w:rPr>
        <w:br/>
      </w:r>
      <w:r>
        <w:rPr>
          <w:lang w:eastAsia="zh-CN"/>
        </w:rPr>
        <w:t>　　（6）不断开发新的供应渠道和供应商，稳定现有供应商，开发培养有潜力的供应商；</w:t>
      </w:r>
      <w:r>
        <w:rPr>
          <w:lang w:eastAsia="zh-CN"/>
        </w:rPr>
        <w:br/>
      </w:r>
      <w:r>
        <w:rPr>
          <w:lang w:eastAsia="zh-CN"/>
        </w:rPr>
        <w:t>　　在20__年的工作中，我部门仍会虚心向其它部门学习工作和管理经验，借鉴好的工作方法，努力学习业务理论知识，不断提高自身的业务素质和管理水平。明确目标，找出做好工作的规律。进一步强化敬业精神，增强责任意识，提高完成工作的标准。为公司在新年度的工作中再上新台阶、更上一层楼贡献出自己的力量，也祝愿我们的公司在新的一年里完成现有项目的同时能够开拓出更多的项目与时俱进一起腾飞。</w:t>
      </w:r>
      <w:r>
        <w:rPr>
          <w:lang w:eastAsia="zh-CN"/>
        </w:rPr>
        <w:br/>
      </w:r>
      <w:r>
        <w:rPr>
          <w:lang w:eastAsia="zh-CN"/>
        </w:rPr>
        <w:t xml:space="preserve">    采购部门年终工作内容总结 篇3 </w:t>
      </w:r>
      <w:r>
        <w:rPr>
          <w:lang w:eastAsia="zh-CN"/>
        </w:rPr>
        <w:br/>
      </w:r>
      <w:r>
        <w:rPr>
          <w:lang w:eastAsia="zh-CN"/>
        </w:rPr>
        <w:t>　　的脚步已迈向身后，回想走过的脚步，深深浅浅一年时间，有欢笑，有泪水，有小小的成功，有淡淡的失落。是有意义的、有价值的、有收获的。在工作上勤勤恳恳、任劳任怨，在工作上廉洁奉公、务真求实。作为公司的采购人员，我树立“为公司节约每一分钱”的观念。积极落实公司采购工作的要点和完成钢厂协议量的计划。坚持“同等质量比价格，同等价格比质量，最大限度为公司节约成本”的工作原则。现将主要工作情况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一、个人工作回顾</w:t>
      </w:r>
      <w:r>
        <w:rPr>
          <w:lang w:eastAsia="zh-CN"/>
        </w:rPr>
        <w:br/>
      </w:r>
      <w:r>
        <w:rPr>
          <w:lang w:eastAsia="zh-CN"/>
        </w:rPr>
        <w:t>　　在公司领导及公司其他同事的配合与支持下里在自己的业务单位江阴长达钢厂共完成采购一万六千多吨的计划量。虽然公司与江阴长达钢厂签订的协议量是每月3000吨，但在行情不稳定的情况下，长达钢厂每月每期都在打折，在这样的情况下我公司还是较圆满的完成了与长达钢厂签订的协议量。</w:t>
      </w:r>
      <w:r>
        <w:rPr>
          <w:lang w:eastAsia="zh-CN"/>
        </w:rPr>
        <w:br/>
      </w:r>
      <w:r>
        <w:rPr>
          <w:lang w:eastAsia="zh-CN"/>
        </w:rPr>
        <w:t>　　在五月到八月间，在部门领导销售思路的带领下我在本市市场里挨家挨户的发放我公司经营的中板与热轧卷板的宣传资料给市场商户进一步了解我公司经营的钢材品种规格的齐全和价格的实惠在取得一定成果后（期间市场其它商户在我公司拿货也较多）增加了一定的销售的数量。</w:t>
      </w:r>
      <w:r>
        <w:rPr>
          <w:lang w:eastAsia="zh-CN"/>
        </w:rPr>
        <w:br/>
      </w:r>
      <w:r>
        <w:rPr>
          <w:lang w:eastAsia="zh-CN"/>
        </w:rPr>
        <w:t>　　期间在部门领导的安排下我与新进公司销售部的小陈同事一起去下游市场跑业务，在我们俩共同努力下也新增加了好几家用中厚板和卷板的厂，每月也有70— 80吨的拿货量多的时候有一百来吨。我感受到只要肯出去真心努力的跑客户，总归是会有回报的。</w:t>
      </w:r>
      <w:r>
        <w:rPr>
          <w:lang w:eastAsia="zh-CN"/>
        </w:rPr>
        <w:br/>
      </w:r>
      <w:r>
        <w:rPr>
          <w:lang w:eastAsia="zh-CN"/>
        </w:rPr>
        <w:t>　　平时每日电话询问市场各大经销商价格（对每日网上各地区报价如上海杭州南京无锡等地的价格了解和电子盘、期货）。</w:t>
      </w:r>
      <w:r>
        <w:rPr>
          <w:lang w:eastAsia="zh-CN"/>
        </w:rPr>
        <w:br/>
      </w:r>
      <w:r>
        <w:rPr>
          <w:lang w:eastAsia="zh-CN"/>
        </w:rPr>
        <w:t>　　也会帮着部门同事去市场商户那开提货单、送支票、收发票等一些事物。观察本市市场一些同行竞争对手的库存变化情况。</w:t>
      </w:r>
      <w:r>
        <w:rPr>
          <w:lang w:eastAsia="zh-CN"/>
        </w:rPr>
        <w:br/>
      </w:r>
      <w:r>
        <w:rPr>
          <w:lang w:eastAsia="zh-CN"/>
        </w:rPr>
        <w:t>　　跟车送货（这样能让我做采购的第一时间了解到下游用户对一些产品规格的需求）。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空下后我会去市场上与一些认识的'商户探讨和分析行情走势这样可以进一步了解行业竞争对手的一些基本情况等等。</w:t>
      </w:r>
      <w:r>
        <w:rPr>
          <w:lang w:eastAsia="zh-CN"/>
        </w:rPr>
        <w:br/>
      </w:r>
      <w:r>
        <w:rPr>
          <w:lang w:eastAsia="zh-CN"/>
        </w:rPr>
        <w:t>　　二、工作中的不足及需要改进的地方</w:t>
      </w:r>
      <w:r>
        <w:rPr>
          <w:lang w:eastAsia="zh-CN"/>
        </w:rPr>
        <w:br/>
      </w:r>
      <w:r>
        <w:rPr>
          <w:lang w:eastAsia="zh-CN"/>
        </w:rPr>
        <w:t>　　通过这一年来，自己参与的各种工作，我认识到自我力量的不足。尤其是在与客户谈到一些棘手的业务问题时自己不知道如何灵活的处理时，我都在对自己进行反思，希望可以实现对自己的一些突破。我想要改变自己身上一些局限我自己展现的因素，改变原有的工作方式，要求自己在业务上达到最佳的状态。有时候我在默默的注视着自己，对自己的一言一行又像一个旁观者在监督着自己，这些在我以往的工作经历中都是没有的，都是在自己遇到一些棘手的问题不能及时解决，才有所感悟后对自我的要求。</w:t>
      </w:r>
      <w:r>
        <w:rPr>
          <w:lang w:eastAsia="zh-CN"/>
        </w:rPr>
        <w:br/>
      </w:r>
      <w:r>
        <w:rPr>
          <w:lang w:eastAsia="zh-CN"/>
        </w:rPr>
        <w:t xml:space="preserve">    采购部门年终工作内容总结 篇4 </w:t>
      </w:r>
      <w:r>
        <w:rPr>
          <w:lang w:eastAsia="zh-CN"/>
        </w:rPr>
        <w:br/>
      </w:r>
      <w:r>
        <w:rPr>
          <w:lang w:eastAsia="zh-CN"/>
        </w:rPr>
        <w:t>　　感谢公司领导在过去的一年当中给我提供磨练自己的机会，采购部配套科主管的工作，配套科只要工作是供应商的管理、订单的下发、零部件按质按量按时的催交工作，采购部是公司业务的后勤保障，是关系到公司整个销售利益的最重要的环节，我很感谢公司领导对我的信任和支持，通过这一年的采购工作，使我懂的了很多道理，也积累了很多管理上过去从未有的经验，同时也明白了采购员和采购管理之间工作的差别。了解到一个采购所具备的最基本的素质就是要具备良好的职业道德基础上，要保持对企业的忠诚、不带个人偏见、在考虑全部因素的基础上，从提供最佳价格的供应商处进行采购，坚持“同等质量比价格,同等价格比质量”的工作原则，坚持以诚信为工作的基础，不断努力提高自己工作业务和管理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这里我想说，作为一个部门主管，并不像常规所想的那样仅仅是打个电话、签个合同、下个订单那样简单，这些只是日常工作其中之一，也是最基本，在领导的提醒下，我及时的调整工作思路和观念，改变了过去错误的意识，采购和销售是没有关联的错误意识，采购与销售是密不可分的。在采购过程中我不仅要考虑到价格因素，更要最大限度的节约成本，做到货比三家，还要了解供应链各个环节的操作，明确采购在各个环节中的不同特点、作用及意义。只要能降低成本，不管是哪个环节，我们都会认真对待。</w:t>
      </w:r>
      <w:r>
        <w:rPr>
          <w:lang w:eastAsia="zh-CN"/>
        </w:rPr>
        <w:br/>
      </w:r>
      <w:r>
        <w:rPr>
          <w:lang w:eastAsia="zh-CN"/>
        </w:rPr>
        <w:t>　　一、现将主要的工作情况总结截止如下：</w:t>
      </w:r>
      <w:r>
        <w:rPr>
          <w:lang w:eastAsia="zh-CN"/>
        </w:rPr>
        <w:br/>
      </w:r>
      <w:r>
        <w:rPr>
          <w:lang w:eastAsia="zh-CN"/>
        </w:rPr>
        <w:t>　　1、截止__年_月17号，供应商从185家整理到123家，目前主要供应商29家，</w:t>
      </w:r>
      <w:r>
        <w:rPr>
          <w:lang w:eastAsia="zh-CN"/>
        </w:rPr>
        <w:br/>
      </w:r>
      <w:r>
        <w:rPr>
          <w:lang w:eastAsia="zh-CN"/>
        </w:rPr>
        <w:t>　　2、今年采购金额1.15亿元，</w:t>
      </w:r>
      <w:r>
        <w:rPr>
          <w:lang w:eastAsia="zh-CN"/>
        </w:rPr>
        <w:br/>
      </w:r>
      <w:r>
        <w:rPr>
          <w:lang w:eastAsia="zh-CN"/>
        </w:rPr>
        <w:t>　　3、付款金额1.25亿元。</w:t>
      </w:r>
      <w:r>
        <w:rPr>
          <w:lang w:eastAsia="zh-CN"/>
        </w:rPr>
        <w:br/>
      </w:r>
      <w:r>
        <w:rPr>
          <w:lang w:eastAsia="zh-CN"/>
        </w:rPr>
        <w:t>　　4、新开发供应商10家，</w:t>
      </w:r>
      <w:r>
        <w:rPr>
          <w:lang w:eastAsia="zh-CN"/>
        </w:rPr>
        <w:br/>
      </w:r>
      <w:r>
        <w:rPr>
          <w:lang w:eastAsia="zh-CN"/>
        </w:rPr>
        <w:t>　　5、马士基产品零部件供应商的选择和采购6、地铁零部件的采购工作，</w:t>
      </w:r>
      <w:r>
        <w:rPr>
          <w:lang w:eastAsia="zh-CN"/>
        </w:rPr>
        <w:br/>
      </w:r>
      <w:r>
        <w:rPr>
          <w:lang w:eastAsia="zh-CN"/>
        </w:rPr>
        <w:t>　　二、工作不足方面：</w:t>
      </w:r>
      <w:r>
        <w:rPr>
          <w:lang w:eastAsia="zh-CN"/>
        </w:rPr>
        <w:br/>
      </w:r>
      <w:r>
        <w:rPr>
          <w:lang w:eastAsia="zh-CN"/>
        </w:rPr>
        <w:t>　　1、对于零星采购的时效性没有把握好，需要加大供应市场的了解。</w:t>
      </w:r>
      <w:r>
        <w:rPr>
          <w:lang w:eastAsia="zh-CN"/>
        </w:rPr>
        <w:br/>
      </w:r>
      <w:r>
        <w:rPr>
          <w:lang w:eastAsia="zh-CN"/>
        </w:rPr>
        <w:t>　　2、与各部门的沟通不足需要加强，</w:t>
      </w:r>
      <w:r>
        <w:rPr>
          <w:lang w:eastAsia="zh-CN"/>
        </w:rPr>
        <w:br/>
      </w:r>
      <w:r>
        <w:rPr>
          <w:lang w:eastAsia="zh-CN"/>
        </w:rPr>
        <w:t>　　3、对采购长期战略合作认识不够充分，只是一味的询价签单，没有充分重视长期合同的重要性日后需加强，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4、对供应商进行全面的分析及研究不够，导致无法正确认识双方所需，造成资源浪费，</w:t>
      </w:r>
      <w:r>
        <w:rPr>
          <w:lang w:eastAsia="zh-CN"/>
        </w:rPr>
        <w:br/>
      </w:r>
      <w:r>
        <w:rPr>
          <w:lang w:eastAsia="zh-CN"/>
        </w:rPr>
        <w:t>　　5、对采购零部件的重点没有很好的掌控，对难采购的零件不能进行库存分析，如：16车间芯体、外购成件、玻璃钢。</w:t>
      </w:r>
      <w:r>
        <w:rPr>
          <w:lang w:eastAsia="zh-CN"/>
        </w:rPr>
        <w:br/>
      </w:r>
      <w:r>
        <w:rPr>
          <w:lang w:eastAsia="zh-CN"/>
        </w:rPr>
        <w:t>　　6、不能很好的带领队伍完成公司下达任务。</w:t>
      </w:r>
      <w:r>
        <w:rPr>
          <w:lang w:eastAsia="zh-CN"/>
        </w:rPr>
        <w:br/>
      </w:r>
      <w:r>
        <w:rPr>
          <w:lang w:eastAsia="zh-CN"/>
        </w:rPr>
        <w:t xml:space="preserve">    采购部门年终工作内容总结 篇5 </w:t>
      </w:r>
      <w:r>
        <w:rPr>
          <w:lang w:eastAsia="zh-CN"/>
        </w:rPr>
        <w:br/>
      </w:r>
      <w:r>
        <w:rPr>
          <w:lang w:eastAsia="zh-CN"/>
        </w:rPr>
        <w:t>　　一、账务的清理</w:t>
      </w:r>
      <w:r>
        <w:rPr>
          <w:lang w:eastAsia="zh-CN"/>
        </w:rPr>
        <w:br/>
      </w:r>
      <w:r>
        <w:rPr>
          <w:lang w:eastAsia="zh-CN"/>
        </w:rPr>
        <w:t>　　采购是一份繁琐，复杂的工作。同时因为其工作性质关系，对公司产品的成本有直接影响。另外因为相关物资在采购工作的运作过程中不可避免的有退，换，修，废等情况发生，因此必须对每一批物资的采购以及合同执行情况进行台账记录，并且做好跟踪检查，定期盘点。这是本部门的日常工作，目前也一直都在执行着，20__年本部门将进一步对本项工作进行完善。努力做到每笔定单的进行情况都可追溯，可查核。</w:t>
      </w:r>
      <w:r>
        <w:rPr>
          <w:lang w:eastAsia="zh-CN"/>
        </w:rPr>
        <w:br/>
      </w:r>
      <w:r>
        <w:rPr>
          <w:lang w:eastAsia="zh-CN"/>
        </w:rPr>
        <w:t>　　二、品质保证</w:t>
      </w:r>
      <w:r>
        <w:rPr>
          <w:lang w:eastAsia="zh-CN"/>
        </w:rPr>
        <w:br/>
      </w:r>
      <w:r>
        <w:rPr>
          <w:lang w:eastAsia="zh-CN"/>
        </w:rPr>
        <w:t>　　本部门相关人员将经常前往车间了解相关物资的使用状况。对所采物资的使用状态进行跟踪，了解相关参数指标性能，收集数据进行同类产品的对比。每批物资至少做一次使用跟踪并做好相应的评估计录。</w:t>
      </w:r>
      <w:r>
        <w:rPr>
          <w:lang w:eastAsia="zh-CN"/>
        </w:rPr>
        <w:br/>
      </w:r>
      <w:r>
        <w:rPr>
          <w:lang w:eastAsia="zh-CN"/>
        </w:rPr>
        <w:t>　　三、成本控制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20__年，本部门将在日常工作中进一步提高工作效率。除采购价格等方面的控制外，还将其它方面的成本控制纳入管理优化的范围内，具体方面如办公物品的使用，电脑的使用管理，物资运输费的控制等方面。</w:t>
      </w:r>
      <w:r>
        <w:rPr>
          <w:lang w:eastAsia="zh-CN"/>
        </w:rPr>
        <w:br/>
      </w:r>
      <w:r>
        <w:rPr>
          <w:lang w:eastAsia="zh-CN"/>
        </w:rPr>
        <w:t>　　四、采购效率</w:t>
      </w:r>
      <w:r>
        <w:rPr>
          <w:lang w:eastAsia="zh-CN"/>
        </w:rPr>
        <w:br/>
      </w:r>
      <w:r>
        <w:rPr>
          <w:lang w:eastAsia="zh-CN"/>
        </w:rPr>
        <w:t>　　20__年，我部将进一步完善的供应商网络的建设以及采购模式的优化，尽可能的减少采购周期，提高采购的效率和及时性。并且对各种物资的采购周期进行统计计录，提供各请购单位制定请购计划时的参考。</w:t>
      </w:r>
      <w:r>
        <w:rPr>
          <w:lang w:eastAsia="zh-CN"/>
        </w:rPr>
        <w:br/>
      </w:r>
      <w:r>
        <w:rPr>
          <w:lang w:eastAsia="zh-CN"/>
        </w:rPr>
        <w:t>　　五、异常情况的处理</w:t>
      </w:r>
      <w:r>
        <w:rPr>
          <w:lang w:eastAsia="zh-CN"/>
        </w:rPr>
        <w:br/>
      </w:r>
      <w:r>
        <w:rPr>
          <w:lang w:eastAsia="zh-CN"/>
        </w:rPr>
        <w:t>　　因供应商生产能力的不足，或其它原因引发采购异常时，我部将第一时间知会相关领导并积极应对。同时将对异常情况的发生原因进行分析处理，记录在案；如有必要，将进行法律程序进行公司利益的`维护工作。</w:t>
      </w:r>
      <w:r>
        <w:rPr>
          <w:lang w:eastAsia="zh-CN"/>
        </w:rPr>
        <w:br/>
      </w:r>
      <w:r>
        <w:rPr>
          <w:lang w:eastAsia="zh-CN"/>
        </w:rPr>
        <w:t>　　六、部门之间的协调</w:t>
      </w:r>
      <w:r>
        <w:rPr>
          <w:lang w:eastAsia="zh-CN"/>
        </w:rPr>
        <w:br/>
      </w:r>
      <w:r>
        <w:rPr>
          <w:lang w:eastAsia="zh-CN"/>
        </w:rPr>
        <w:t>　　独木不成林，采购部做为一个服务性部门，将谨记自己的职责，将一切以公司为重，与公司其它部门分工协作，提高生产效率，降低成本，使公司效益最大化，为公司发展提供助力。</w:t>
      </w:r>
      <w:r>
        <w:rPr>
          <w:lang w:eastAsia="zh-CN"/>
        </w:rPr>
        <w:br/>
      </w:r>
      <w:r>
        <w:rPr>
          <w:lang w:eastAsia="zh-CN"/>
        </w:rPr>
        <w:t xml:space="preserve">    采购部门年终工作内容总结 篇6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三月，严格按照公司管理制度，极力控制采购成本，基本完成了各项采购任务，保证了公司生产部的正常运营，虽还尚未达到预期的理想效果，但在今后的工作中继续努力学习不断学习业务技能，征询产品信息，加强供应商管理，更好的保质保量完成各项采购工作，使采购部各项工作正确、准确率力争达到_，更好的完善采购工作。接下来的工作，我部门将做到：</w:t>
      </w:r>
      <w:r>
        <w:rPr>
          <w:lang w:eastAsia="zh-CN"/>
        </w:rPr>
        <w:br/>
      </w:r>
      <w:r>
        <w:rPr>
          <w:lang w:eastAsia="zh-CN"/>
        </w:rPr>
        <w:t>　　1、严格按公司采购制度做好每月、每周采购计划与总结，每天做好每天所要做的工作，处理的事，对所做的情况做记录，对没有处理好的事，紧接处理，尽量做到问题不推迟，尽最快解决。</w:t>
      </w:r>
      <w:r>
        <w:rPr>
          <w:lang w:eastAsia="zh-CN"/>
        </w:rPr>
        <w:br/>
      </w:r>
      <w:r>
        <w:rPr>
          <w:lang w:eastAsia="zh-CN"/>
        </w:rPr>
        <w:t>　　2、我们的采购工作就是服务于生产，就是以最低的成本满足高质量严要求的生产所需辅料，一定要对要采购的辅料细心的分析，在做信价比，始终坚持做好以质论价，货比三家，多快好省的采购原则。</w:t>
      </w:r>
      <w:r>
        <w:rPr>
          <w:lang w:eastAsia="zh-CN"/>
        </w:rPr>
        <w:br/>
      </w:r>
      <w:r>
        <w:rPr>
          <w:lang w:eastAsia="zh-CN"/>
        </w:rPr>
        <w:t>　　3、在工作中要多跑、多比、多总结，边学习边实践，不断提高采购部的采购业务水平，加强与供应商沟通要及时做好跟催工作，让供应商能主动争取配合我们工作，及时解决问题尤其是按时、按质、按量提供所需坯件和各种辅料。采购部年终工作总结。</w:t>
      </w:r>
      <w:r>
        <w:rPr>
          <w:lang w:eastAsia="zh-CN"/>
        </w:rPr>
        <w:br/>
      </w:r>
      <w:r>
        <w:rPr>
          <w:lang w:eastAsia="zh-CN"/>
        </w:rPr>
        <w:t>　　4、跟现场，加强与各部门的沟通，严格控制采购时间和采购周期，保证坯件和各种辅料的购进科学合理，极力配合公司各运营工作，及时的和有关部门做好协调与沟通。</w:t>
      </w:r>
      <w:r>
        <w:rPr>
          <w:lang w:eastAsia="zh-CN"/>
        </w:rPr>
        <w:br/>
      </w:r>
      <w:r>
        <w:rPr>
          <w:lang w:eastAsia="zh-CN"/>
        </w:rPr>
        <w:t>　　5、要严格控制坯件和辅料入库的数量与质量，在发生质量、数量异常情况时，立即采取紧急措施，并与供应商联系，和有关部门进行协商处理。</w:t>
      </w:r>
      <w:r>
        <w:rPr>
          <w:lang w:eastAsia="zh-CN"/>
        </w:rPr>
        <w:br/>
      </w:r>
      <w:r>
        <w:rPr>
          <w:lang w:eastAsia="zh-CN"/>
        </w:rPr>
        <w:t>　　6、主动与人沟通，交流，经常与车间，技术、质检部、仓库的相关人员接触，这样便于自己了解产品，跟踪生产需要，减少工作失误，提高工作效率。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综上所述，在以后的工作中，我们会更加努力的学习，不断地积累采购经验，高标准严要求的完成各项工作，总之，所有的工作结果都与领导和同事们的帮助和支持分不开的，在此表示感谢，我们采购部是一个集体，今后一定会更加团结，齐心协力，共同进步，向同一个目标迈进——争取更大的进步!</w:t>
      </w:r>
      <w:r>
        <w:rPr>
          <w:lang w:eastAsia="zh-CN"/>
        </w:rPr>
        <w:br/>
      </w:r>
      <w:r>
        <w:rPr>
          <w:lang w:eastAsia="zh-CN"/>
        </w:rPr>
        <w:t xml:space="preserve">    采购部门年终工作内容总结 篇7 </w:t>
      </w:r>
      <w:r>
        <w:rPr>
          <w:lang w:eastAsia="zh-CN"/>
        </w:rPr>
        <w:br/>
      </w:r>
      <w:r>
        <w:rPr>
          <w:lang w:eastAsia="zh-CN"/>
        </w:rPr>
        <w:t>　　时光荏苒，充满挑战和激情的20__年已经过去，在过去的一年中，工作上我兢兢业业、尽职尽则，同时由衷的感谢公司领导的支持和指导，同事的协助和配合，使自己的工作能顺利完成。当然在工作中，也有一些问题与不足，现就一年来个人工作情况总结如下：</w:t>
      </w:r>
      <w:r>
        <w:rPr>
          <w:lang w:eastAsia="zh-CN"/>
        </w:rPr>
        <w:br/>
      </w:r>
      <w:r>
        <w:rPr>
          <w:lang w:eastAsia="zh-CN"/>
        </w:rPr>
        <w:t>　　一、细致工作，切实履行岗位职责。</w:t>
      </w:r>
      <w:r>
        <w:rPr>
          <w:lang w:eastAsia="zh-CN"/>
        </w:rPr>
        <w:br/>
      </w:r>
      <w:r>
        <w:rPr>
          <w:lang w:eastAsia="zh-CN"/>
        </w:rPr>
        <w:t>　　1、制定生产任务，明确工期要求。依据设计图纸、制造合同文件、设备工程总进度计划以及有关定额和指标进行水泥矿山设备制造总进度计划的编制。进度计划任务书内明确各项工作的进度计划，保证在合同规定的工期内，按照合同规定的技术标准完成提升机、索道内产品及工矿配件的制造。今年，我公司总共完成各类产品__件，认真履约，产品质量符合设计标准要求，实现收益__万元。</w:t>
      </w:r>
      <w:r>
        <w:rPr>
          <w:lang w:eastAsia="zh-CN"/>
        </w:rPr>
        <w:br/>
      </w:r>
      <w:r>
        <w:rPr>
          <w:lang w:eastAsia="zh-CN"/>
        </w:rPr>
        <w:t>　　2、加强部门交流，促进协作沟通。我积极参加销售部门的月、季、年度销售例会和市场分析会，同时也邀请销售部门的相关人员定期参加合同部门的工作会议，使销售部门与合同部门在工作上相互渗透，促进销售部门和合同部门之间的通讯交流变得开放而坦率，增强双方对彼此的信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3、确保采购物料及时到位。按票采购人员根据经批准的《采购合同审批表》，先核对采购内容，根据采购物资的缓急程度，参考市场行情及过去采购记录，确定供应商并进行询价，并提供产品报价单。同时对于厂商提供的材料进行深入分析，根据经批准的采购方式向厂商议价，就有关物资的质量、付款方式等内容达成一致后与厂家签订采购合同。并在发货的过程中积极联系物流公司，保证物资及时到位。今年，总计采购物资设备__万元，无延期，保证生产正常运行。</w:t>
      </w:r>
      <w:r>
        <w:rPr>
          <w:lang w:eastAsia="zh-CN"/>
        </w:rPr>
        <w:br/>
      </w:r>
      <w:r>
        <w:rPr>
          <w:lang w:eastAsia="zh-CN"/>
        </w:rPr>
        <w:t>　　二、存在不足，找准今后努力方向。</w:t>
      </w:r>
      <w:r>
        <w:rPr>
          <w:lang w:eastAsia="zh-CN"/>
        </w:rPr>
        <w:br/>
      </w:r>
      <w:r>
        <w:rPr>
          <w:lang w:eastAsia="zh-CN"/>
        </w:rPr>
        <w:t>　　回顾一年来的学习工作，虽然取得了一定的成绩，但与上级的要求、工作的需要相比，还有一定的差距：</w:t>
      </w:r>
      <w:r>
        <w:rPr>
          <w:lang w:eastAsia="zh-CN"/>
        </w:rPr>
        <w:br/>
      </w:r>
      <w:r>
        <w:rPr>
          <w:lang w:eastAsia="zh-CN"/>
        </w:rPr>
        <w:t>　　1、20__年合同管理时效指标不理想，在管控上未做到精细管理。</w:t>
      </w:r>
      <w:r>
        <w:rPr>
          <w:lang w:eastAsia="zh-CN"/>
        </w:rPr>
        <w:br/>
      </w:r>
      <w:r>
        <w:rPr>
          <w:lang w:eastAsia="zh-CN"/>
        </w:rPr>
        <w:t>　　2、领导能力仍需加强。虽然我基本完成了合同管理人员的职责，但是在领导能力方面仍欠火候，需要继续努力。尤其在工作重点把握及团队建设方面仍有很大的提高空间。</w:t>
      </w:r>
      <w:r>
        <w:rPr>
          <w:lang w:eastAsia="zh-CN"/>
        </w:rPr>
        <w:br/>
      </w:r>
      <w:r>
        <w:rPr>
          <w:lang w:eastAsia="zh-CN"/>
        </w:rPr>
        <w:t>　　3、科学管理尚需完善。目前，我只是作到了一名基本合格的管理者，距离科学化管理目标仍存在许多需完善的地方，合同管理工作没有创新，活动没有亮点。合同部部长是一个综合职位，其工作不仅仅是墨守成规、按部就班，更需要管理的创新及沟通的畅通，这些方面我仍需不断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今后的工作中我将取长补短，对症下药，本着提前一步思考、跨前一步工作的理念，不断提高工作水平和效率，继续推进合同管理能力和客户满意度的提升：一是严格执行《设备产品质量考核制度》，对设备品质检查实行严格的考核制度，利用视频监控生产过程、现场检查等多种方式，健全设备品质监督制度。二是建立和完善奖惩激励机制，提高合同管理人员工作积极性。</w:t>
      </w:r>
      <w:r>
        <w:rPr>
          <w:lang w:eastAsia="zh-CN"/>
        </w:rPr>
        <w:br/>
      </w:r>
      <w:r>
        <w:rPr>
          <w:lang w:eastAsia="zh-CN"/>
        </w:rPr>
        <w:t>　　新的征程需要我们团结努力，新的目标赋予新的使命。我相信通过公司领导的正确领导和支持，同事的积极配合，公司的工作将取得更大进步，我也将以全新的姿态、思路和举措，全力推进合同部的各项工作再上新台阶，再创新高度。</w:t>
      </w:r>
      <w:r>
        <w:rPr>
          <w:lang w:eastAsia="zh-CN"/>
        </w:rPr>
        <w:br/>
      </w:r>
      <w:r>
        <w:rPr>
          <w:lang w:eastAsia="zh-CN"/>
        </w:rPr>
        <w:t xml:space="preserve">    采购部门年终工作内容总结 篇8 </w:t>
      </w:r>
      <w:r>
        <w:rPr>
          <w:lang w:eastAsia="zh-CN"/>
        </w:rPr>
        <w:br/>
      </w:r>
      <w:r>
        <w:rPr>
          <w:lang w:eastAsia="zh-CN"/>
        </w:rPr>
        <w:t>　　__年已经过去，在过去的一年里通过领导和同事们的支持和帮助，各项工作均已顺利完成，新的一年已经开始，为了更好的完成下年的工作任务，现将我过去一年中工作情况作一个汇报。在过去的一年里，严格按照公司采购管理制度，极力控制采购成本，保质保量的完成了各项采购任务，全年完成采购项目共计560万元，保证了公司生产部的正常运营，在整体的一年里，还尚未达到预期的理想效果，如采购及时率尚且能达到98％，迟发货、质量不达标等因素仍然存在，在今后的工作中继续努力学习，不断学习业务技能，征询产品信息，加强与客户沟通，更好的保质保量完成各项采购工作，使各项工作正确、准确率力争达到100%为了更好的完善采购工作，确保做好下一年的工作任务，现将我之工作做以下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一、在倡导公司制度做好每日计划与总结的前提，也是完成日事日毕的重要保障，每天写好每天所要做的工作，处理的事，对所做的情况做一总结，对没有处理好的事，紧接处理，尽量做到问题不推迟，尽最快解决。</w:t>
      </w:r>
      <w:r>
        <w:rPr>
          <w:lang w:eastAsia="zh-CN"/>
        </w:rPr>
        <w:br/>
      </w:r>
      <w:r>
        <w:rPr>
          <w:lang w:eastAsia="zh-CN"/>
        </w:rPr>
        <w:t>　　二、我们的采购工作就是服务于生产，就是以最低的成本满足高质量严要求的生产所需辅料，一定要对要采购的辅料细心的分析，在做信价比，始终坚持做好以质论价，货比三家，多快好省的采购原则。</w:t>
      </w:r>
      <w:r>
        <w:rPr>
          <w:lang w:eastAsia="zh-CN"/>
        </w:rPr>
        <w:br/>
      </w:r>
      <w:r>
        <w:rPr>
          <w:lang w:eastAsia="zh-CN"/>
        </w:rPr>
        <w:t>　　三、在工作中要多跑、多对比、多总结，边学习边实践，不断提高自己的采购业务水平，加强与供应商沟通要及时做好跟催工作，让他们能主动争取配合我们工作，及时解决问题尤其是按时、按质、按量提供好所需的各种辅料</w:t>
      </w:r>
      <w:r>
        <w:rPr>
          <w:lang w:eastAsia="zh-CN"/>
        </w:rPr>
        <w:br/>
      </w:r>
      <w:r>
        <w:rPr>
          <w:lang w:eastAsia="zh-CN"/>
        </w:rPr>
        <w:t>　　四、跟现场，逐步加强与各部门的沟通，严格控制采购时间和采购周期，保证各种辅料的购进科学合理，极力配合公司各项财产运营工作，当不同的物品及辅料进厂前，要及时的和有关部门做好协调与沟通。</w:t>
      </w:r>
      <w:r>
        <w:rPr>
          <w:lang w:eastAsia="zh-CN"/>
        </w:rPr>
        <w:br/>
      </w:r>
      <w:r>
        <w:rPr>
          <w:lang w:eastAsia="zh-CN"/>
        </w:rPr>
        <w:t>　　五、要控制物品及材料入库的数量与质量，在购进物品与材料时发生质量、数量异常情况下，应立即采取紧急措施，并与供应商联系，和有关部门进行协商处理。</w:t>
      </w:r>
      <w:r>
        <w:rPr>
          <w:lang w:eastAsia="zh-CN"/>
        </w:rPr>
        <w:br/>
      </w:r>
      <w:r>
        <w:rPr>
          <w:lang w:eastAsia="zh-CN"/>
        </w:rPr>
        <w:t>　　六、学会主动与人沟通，交流：经常与车间，仓库，质检部的相关人员接触，这样便于自己了解产品，跟踪需要，减少工作失误，提高工作效率。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综上所述，在以后的工作中，我会更加努力的学习，不断地积累丰富采购经验，高标准严要求的完成各项工作，总之，所有的工作结果都与领导和同事们的帮助和支持分不开的，在此表示感谢，我们采购部是一个集体，今后一定会更加团结，齐心协力，共同进步，向同一个目标迈进——争取更大的进步！</w:t>
      </w:r>
      <w:r>
        <w:rPr>
          <w:lang w:eastAsia="zh-CN"/>
        </w:rPr>
        <w:br/>
      </w:r>
      <w:r>
        <w:rPr>
          <w:lang w:eastAsia="zh-CN"/>
        </w:rPr>
        <w:t xml:space="preserve">    采购部门年终工作内容总结 篇9 </w:t>
      </w:r>
      <w:r>
        <w:rPr>
          <w:lang w:eastAsia="zh-CN"/>
        </w:rPr>
        <w:br/>
      </w:r>
      <w:r>
        <w:rPr>
          <w:lang w:eastAsia="zh-CN"/>
        </w:rPr>
        <w:t>　　20__年三月已经过去，通过领导和同事们的支持和帮助，各项工作均已基本完成，新的月份已经开始，为了更好的完成接下来的工作任务，现将采购部三月工作情况作一个总结、汇报。</w:t>
      </w:r>
      <w:r>
        <w:rPr>
          <w:lang w:eastAsia="zh-CN"/>
        </w:rPr>
        <w:br/>
      </w:r>
      <w:r>
        <w:rPr>
          <w:lang w:eastAsia="zh-CN"/>
        </w:rPr>
        <w:t>　　在三月，严格按照公司管理制度，极力控制采购成本，基本完成了各项采购任务，保证了公司生产部的正常运营，虽还尚未达到预期的理想效果，但在今后的工作中继续努力学习不断学习业务技能，征询产品信息，加强供应商管理，更好的保质保量完成各项采购工作，使采购部各项工作正确、准确率力争达到_，更好的完善采购工作。接下来的工作，我部门将做到：</w:t>
      </w:r>
      <w:r>
        <w:rPr>
          <w:lang w:eastAsia="zh-CN"/>
        </w:rPr>
        <w:br/>
      </w:r>
      <w:r>
        <w:rPr>
          <w:lang w:eastAsia="zh-CN"/>
        </w:rPr>
        <w:t>　　1、严格按公司采购制度做好每月、每周采购计划与总结，每天做好每天所要做的工作，处理的事，对所做的情况做记录，对没有处理好的事，紧接处理，尽量做到问题不推迟，尽最快解决。</w:t>
      </w:r>
      <w:r>
        <w:rPr>
          <w:lang w:eastAsia="zh-CN"/>
        </w:rPr>
        <w:br/>
      </w:r>
      <w:r>
        <w:rPr>
          <w:lang w:eastAsia="zh-CN"/>
        </w:rPr>
        <w:t>　　2、我们的采购工作就是服务于生产，就是以最低的成本满足高质量严要求的生产所需辅料，一定要对要采购的辅料细心的分析，在做信价比，始终坚持做好以质论价，货比三家，多快好省的采购原则。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在工作中要多跑、多比、多总结，边学习边实践，不断提高采购部的采购业务水平，加强与供应商沟通要及时做好跟催工作，让供应商能主动争取配合我们工作，及时解决问题尤其是按时、按质、按量提供所需坯件和各种辅料。采购部年终工作总结。</w:t>
      </w:r>
      <w:r>
        <w:rPr>
          <w:lang w:eastAsia="zh-CN"/>
        </w:rPr>
        <w:br/>
      </w:r>
      <w:r>
        <w:rPr>
          <w:lang w:eastAsia="zh-CN"/>
        </w:rPr>
        <w:t>　　4、跟现场，加强与各部门的沟通，严格控制采购时间和采购周期，保证坯件和各种辅料的购进科学合理，极力配合公司各运营工作，及时的和有关部门做好协调与沟通。</w:t>
      </w:r>
      <w:r>
        <w:rPr>
          <w:lang w:eastAsia="zh-CN"/>
        </w:rPr>
        <w:br/>
      </w:r>
      <w:r>
        <w:rPr>
          <w:lang w:eastAsia="zh-CN"/>
        </w:rPr>
        <w:t>　　5、要严格控制坯件和辅料入库的数量与质量，在发生质量、数量异常情况时，立即采取紧急措施，并与供应商联系，和有关部门进行协商处理。</w:t>
      </w:r>
      <w:r>
        <w:rPr>
          <w:lang w:eastAsia="zh-CN"/>
        </w:rPr>
        <w:br/>
      </w:r>
      <w:r>
        <w:rPr>
          <w:lang w:eastAsia="zh-CN"/>
        </w:rPr>
        <w:t>　　6、主动与人沟通，交流，经常与车间，技术、质检部、仓库的相关人员接触，这样便于自己了解产品，跟踪生产需要，减少工作失误，提高工作效率。</w:t>
      </w:r>
      <w:r>
        <w:rPr>
          <w:lang w:eastAsia="zh-CN"/>
        </w:rPr>
        <w:br/>
      </w:r>
      <w:r>
        <w:rPr>
          <w:lang w:eastAsia="zh-CN"/>
        </w:rPr>
        <w:t>　　综上所述，在以后的工作中，我们会更加努力的学习，不断地积累采购经验，高标准严要求的完成各项工作，总之，所有的工作结果都与领导和同事们的帮助和支持分不开的，在此表示感谢，我们采购部是一个集体，今后一定会更加团结，齐心协力，共同进步，向同一个目标迈进&amp;&amp;争取更大的进步!</w:t>
      </w:r>
      <w:r>
        <w:rPr>
          <w:lang w:eastAsia="zh-CN"/>
        </w:rPr>
        <w:br/>
      </w:r>
      <w:r>
        <w:rPr>
          <w:lang w:eastAsia="zh-CN"/>
        </w:rPr>
        <w:t xml:space="preserve">    采购部门年终工作内容总结 篇10 </w:t>
      </w:r>
      <w:r>
        <w:rPr>
          <w:lang w:eastAsia="zh-CN"/>
        </w:rPr>
        <w:br/>
      </w:r>
      <w:r>
        <w:rPr>
          <w:lang w:eastAsia="zh-CN"/>
        </w:rPr>
        <w:t>　　时间像过隙的白驹，转眼间20__年又即将在指缝中慢慢逝去。面对过去，我即在公司领导的正确指挥和各部门的积极配合下，对公司总库材料的收发、采购、调控和配送运行等方面，尽心尽职且一丝不苟地做了一些我应做的工作，即为公司的正常生产、运转提供了保障。现我把一年来一些主要工作情况简要地向大家作个汇报：</w:t>
      </w:r>
      <w:r>
        <w:rPr>
          <w:lang w:eastAsia="zh-CN"/>
        </w:rPr>
        <w:br/>
      </w:r>
      <w:r>
        <w:rPr>
          <w:lang w:eastAsia="zh-CN"/>
        </w:rPr>
        <w:t>　　一、工作总结：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1、没有规矩，不成方圆。为加强公司库房管理之流程，20__年即为公司起草和编制了《库房管理制度》一文，即为公司的重新修订和发布奠定了基础。</w:t>
      </w:r>
      <w:r>
        <w:rPr>
          <w:lang w:eastAsia="zh-CN"/>
        </w:rPr>
        <w:br/>
      </w:r>
      <w:r>
        <w:rPr>
          <w:lang w:eastAsia="zh-CN"/>
        </w:rPr>
        <w:t>　　2、有章可循，有据可依。严格按照公司制订的《库房管理制度》去运作，即对那些手续不全的、数量不到的、质量不达标的坚决不予入库；且为尽力减少总库库存材料的堆积和积压，即对未通过“内转—调拨—退商—退库”此流程的或未经过公司主管领导同意的不再随意接收和压库，为真正实现公司提倡的“零库存”的目标发挥了一些作用。</w:t>
      </w:r>
      <w:r>
        <w:rPr>
          <w:lang w:eastAsia="zh-CN"/>
        </w:rPr>
        <w:br/>
      </w:r>
      <w:r>
        <w:rPr>
          <w:lang w:eastAsia="zh-CN"/>
        </w:rPr>
        <w:t>　　3、说干就干，雷厉风行。为彻底解决多年各项目工地剩余材料泛滥之现象，即总库与公司材料部、财务部等一起，联合签发了一份《关于突击清理各项目工地剩余材料的紧急联合通知》；且借明年全面实行“营改增”之东风，与工程、材料部等人员一起加强对各项目工地库房的跟踪检查，即为公司的这次“声势浩大、大张旗鼓”的库存大清理，出了一丁点儿的力。</w:t>
      </w:r>
      <w:r>
        <w:rPr>
          <w:lang w:eastAsia="zh-CN"/>
        </w:rPr>
        <w:br/>
      </w:r>
      <w:r>
        <w:rPr>
          <w:lang w:eastAsia="zh-CN"/>
        </w:rPr>
        <w:t>　　4、同心同德，齐心协力。为节约成本减少支出，即无论是我们的库管员还是配送员，甚或是驾驶员还是采购员，都将不计个人得失争先恐后一齐给予装卸与搬运。借此，我还想对在20__年中曾给我们提供各种帮助的各部门，尤其是最近又得到了董事长的亲临指导和加工厂领导的大力支持，表示最真诚的敬意与谢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5、少说多干，行胜于言。为确保公司各项目工地的工程正常运转不受影响，即无论是白天还是晚上、晴天还是雨天，对公司材料部所传过来的所有料单，千方百计尽可能地把它配齐购完，并加班加点马不停蹄地当即送至各项目工地。尽管我们对此的努力尚得不到一些人的认可和理解，但为了顾及大局，我们仍将忍辱负重、继续不懈。</w:t>
      </w:r>
      <w:r>
        <w:rPr>
          <w:lang w:eastAsia="zh-CN"/>
        </w:rPr>
        <w:br/>
      </w:r>
      <w:r>
        <w:rPr>
          <w:lang w:eastAsia="zh-CN"/>
        </w:rPr>
        <w:t>　　二、工作不足：</w:t>
      </w:r>
      <w:r>
        <w:rPr>
          <w:lang w:eastAsia="zh-CN"/>
        </w:rPr>
        <w:br/>
      </w:r>
      <w:r>
        <w:rPr>
          <w:lang w:eastAsia="zh-CN"/>
        </w:rPr>
        <w:t>　　即在20__年里我为公司做了些工作，且也取得了一些成绩，却离公司的要求还相差甚远。当然这里也有许多客观上的原因，但我自己也有相当一部分的责任。即具体表现为如下：</w:t>
      </w:r>
      <w:r>
        <w:rPr>
          <w:lang w:eastAsia="zh-CN"/>
        </w:rPr>
        <w:br/>
      </w:r>
      <w:r>
        <w:rPr>
          <w:lang w:eastAsia="zh-CN"/>
        </w:rPr>
        <w:t>　　1、缺少主动；</w:t>
      </w:r>
      <w:r>
        <w:rPr>
          <w:lang w:eastAsia="zh-CN"/>
        </w:rPr>
        <w:br/>
      </w:r>
      <w:r>
        <w:rPr>
          <w:lang w:eastAsia="zh-CN"/>
        </w:rPr>
        <w:t>　　2、缺乏包容；</w:t>
      </w:r>
      <w:r>
        <w:rPr>
          <w:lang w:eastAsia="zh-CN"/>
        </w:rPr>
        <w:br/>
      </w:r>
      <w:r>
        <w:rPr>
          <w:lang w:eastAsia="zh-CN"/>
        </w:rPr>
        <w:t>　　3、过于死板；</w:t>
      </w:r>
      <w:r>
        <w:rPr>
          <w:lang w:eastAsia="zh-CN"/>
        </w:rPr>
        <w:br/>
      </w:r>
      <w:r>
        <w:rPr>
          <w:lang w:eastAsia="zh-CN"/>
        </w:rPr>
        <w:t>　　4、自以为是。</w:t>
      </w:r>
      <w:r>
        <w:rPr>
          <w:lang w:eastAsia="zh-CN"/>
        </w:rPr>
        <w:br/>
      </w:r>
      <w:r>
        <w:rPr>
          <w:lang w:eastAsia="zh-CN"/>
        </w:rPr>
        <w:t>　　三、工作建议：</w:t>
      </w:r>
      <w:r>
        <w:rPr>
          <w:lang w:eastAsia="zh-CN"/>
        </w:rPr>
        <w:br/>
      </w:r>
      <w:r>
        <w:rPr>
          <w:lang w:eastAsia="zh-CN"/>
        </w:rPr>
        <w:t>　　“身在兵位，胸为帅谋”。为抱着对公司高度、真诚和极端负责的态度，即给予提出以下几些工作建议，供参考：</w:t>
      </w:r>
      <w:r>
        <w:rPr>
          <w:lang w:eastAsia="zh-CN"/>
        </w:rPr>
        <w:br/>
      </w:r>
      <w:r>
        <w:rPr>
          <w:lang w:eastAsia="zh-CN"/>
        </w:rPr>
        <w:t>　　1、为能确保总库内所有货运和配送车辆在市内的正常运行，即建议给总库内所有运输车辆都应办上“市区通行证”和“车辆营运证”；因根据乌市公安系统最近发布的信息，即如果没有此“两证”，那从明年起公司的所有货运车辆24小时内禁止在市主城区内运行。</w:t>
      </w:r>
      <w:r>
        <w:rPr>
          <w:lang w:eastAsia="zh-CN"/>
        </w:rPr>
        <w:br/>
      </w:r>
      <w:r>
        <w:rPr>
          <w:lang w:eastAsia="zh-CN"/>
        </w:rPr>
        <w:t>　　2、为便于总库与加工厂货物的装卸与搬运，即建议给总库添置一辆内燃叉车。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3、为深入贯彻和落实＜启安金舜［20__］3号＞文件，即应“说了算、定了干”，且做到“有令必行有禁必止”。尤其是对今后凡在材料申报过程中出现“故意多报、误报、叠报各随意申报材料的，公司将根据‘谁申报谁负责、谁积压谁担当’原则，将请予自行调拨、分流和处理。即给公司造成严重积压和损失的，将按相关规定给予一定的经济处罚”。</w:t>
      </w:r>
      <w:r>
        <w:rPr>
          <w:lang w:eastAsia="zh-CN"/>
        </w:rPr>
        <w:br/>
      </w:r>
      <w:r>
        <w:rPr>
          <w:lang w:eastAsia="zh-CN"/>
        </w:rPr>
        <w:t>　　4、为使工地材料“不呆料、不滞料、不断料”，即应加强对各工地库存材料的检查与验收；且在工地材料申报时，均应通过公司预算部“根据工地现场实际施工预算”来给予严格把关与扎口。</w:t>
      </w:r>
      <w:r>
        <w:rPr>
          <w:lang w:eastAsia="zh-CN"/>
        </w:rPr>
        <w:br/>
      </w:r>
      <w:r>
        <w:rPr>
          <w:lang w:eastAsia="zh-CN"/>
        </w:rPr>
        <w:t>　　5、为充分提高劳动之效益，即应“分解任务到人、责任落实到岗”和“上不封顶下不保底”“多劳多得”的管理模式，而切忌各种形式的“大锅饭”。</w:t>
      </w:r>
      <w:r>
        <w:rPr>
          <w:lang w:eastAsia="zh-CN"/>
        </w:rPr>
        <w:br/>
      </w:r>
      <w:r>
        <w:rPr>
          <w:lang w:eastAsia="zh-CN"/>
        </w:rPr>
        <w:t>　　6、为使把各项工作落实到实处，即应坚持“各司其职，各负其责”的原则，逐级签订责任状、层层落实责任制。</w:t>
      </w:r>
      <w:r>
        <w:rPr>
          <w:lang w:eastAsia="zh-CN"/>
        </w:rPr>
        <w:br/>
      </w:r>
      <w:r>
        <w:rPr>
          <w:lang w:eastAsia="zh-CN"/>
        </w:rPr>
        <w:t>　　四、工作规划：</w:t>
      </w:r>
      <w:r>
        <w:rPr>
          <w:lang w:eastAsia="zh-CN"/>
        </w:rPr>
        <w:br/>
      </w:r>
      <w:r>
        <w:rPr>
          <w:lang w:eastAsia="zh-CN"/>
        </w:rPr>
        <w:t>　　回顾过去，展望未来。即在20__年里，我将继续发扬优点改进缺点。且具体从以下几个方面开展工作：</w:t>
      </w:r>
      <w:r>
        <w:rPr>
          <w:lang w:eastAsia="zh-CN"/>
        </w:rPr>
        <w:br/>
      </w:r>
      <w:r>
        <w:rPr>
          <w:lang w:eastAsia="zh-CN"/>
        </w:rPr>
        <w:t>　　1、认真按照_安金舜［20__］3号文件中所提出的各项要求，给予具体的谋划和运作。</w:t>
      </w:r>
      <w:r>
        <w:rPr>
          <w:lang w:eastAsia="zh-CN"/>
        </w:rPr>
        <w:br/>
      </w:r>
      <w:r>
        <w:rPr>
          <w:lang w:eastAsia="zh-CN"/>
        </w:rPr>
        <w:t>　　2、以理清工作思路，提高工作效率和实效，切实加强部门与部门之间的配合与协作。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3、积极抓好公司总库内的各种内务管理，勇于担当对总库的所有收发、采购、调控、配送等之责任。</w:t>
      </w:r>
      <w:r>
        <w:rPr>
          <w:lang w:eastAsia="zh-CN"/>
        </w:rPr>
        <w:br/>
      </w:r>
      <w:r>
        <w:rPr>
          <w:lang w:eastAsia="zh-CN"/>
        </w:rPr>
        <w:t>　　4、在管好、做好和切实完成好总库各项工作的前提下，时常加强对各项目工地库房的检查和钢材等大型材料采购的跟踪与监管。</w:t>
      </w:r>
      <w:r>
        <w:rPr>
          <w:lang w:eastAsia="zh-CN"/>
        </w:rPr>
        <w:br/>
      </w:r>
      <w:r>
        <w:rPr>
          <w:lang w:eastAsia="zh-CN"/>
        </w:rPr>
        <w:t>　　总之，在这即将过去的一年里，我既有得也有失，既有苦也有甜，但无论是欢笑还是泪水，都将成为过去和历史。为此，在新的一年里，我将竭尽全力不懈努力，为公司的明天更加美好、更加辉煌，而去再创新佳绩、再攀新高峰！</w:t>
      </w:r>
      <w:r>
        <w:rPr>
          <w:lang w:eastAsia="zh-CN"/>
        </w:rPr>
        <w:br/>
      </w:r>
      <w:r>
        <w:rPr>
          <w:lang w:eastAsia="zh-CN"/>
        </w:rPr>
        <w:t xml:space="preserve">    采购部门年终工作内容总结 篇11 </w:t>
      </w:r>
      <w:r>
        <w:rPr>
          <w:lang w:eastAsia="zh-CN"/>
        </w:rPr>
        <w:br/>
      </w:r>
      <w:r>
        <w:rPr>
          <w:lang w:eastAsia="zh-CN"/>
        </w:rPr>
        <w:t>　　自20__年_月入职至今，我在__酒店已经工作了_年的时间了。在这段的时间中我通过努力的工作，在工作中学会自我总结和自我完善，目的在于提高自己，把工作做得更好，为此我对这一年的工作进行简要的总结。</w:t>
      </w:r>
      <w:r>
        <w:rPr>
          <w:lang w:eastAsia="zh-CN"/>
        </w:rPr>
        <w:br/>
      </w:r>
      <w:r>
        <w:rPr>
          <w:lang w:eastAsia="zh-CN"/>
        </w:rPr>
        <w:t>　　一、熟练操作采购流程</w:t>
      </w:r>
      <w:r>
        <w:rPr>
          <w:lang w:eastAsia="zh-CN"/>
        </w:rPr>
        <w:br/>
      </w:r>
      <w:r>
        <w:rPr>
          <w:lang w:eastAsia="zh-CN"/>
        </w:rPr>
        <w:t>　　从接单到询价，到审批购买再到跟踪收货，我坚持每个细节都经手，熟悉每个供应商及供货方式。让自己在第一时间了解物品到货情况。在到货出现差异或质量问题时，第一时间与供应商沟通，进行退换货，保证酒店的利益不受损失。</w:t>
      </w:r>
      <w:r>
        <w:rPr>
          <w:lang w:eastAsia="zh-CN"/>
        </w:rPr>
        <w:br/>
      </w:r>
      <w:r>
        <w:rPr>
          <w:lang w:eastAsia="zh-CN"/>
        </w:rPr>
        <w:t>　　供应工作是企业创造效益的第一道闸门，事关企业利益得失，也是容易发生问题、倍受别人关注的工作。对此，我会不断提高思想认识，永远牢记自己的职责，坚持对领导和职工负责的原则。</w:t>
      </w:r>
      <w:r>
        <w:rPr>
          <w:lang w:eastAsia="zh-CN"/>
        </w:rPr>
        <w:br/>
      </w:r>
      <w:r>
        <w:rPr>
          <w:lang w:eastAsia="zh-CN"/>
        </w:rPr>
        <w:t>　　二、坚持询价和比价原则，坚持把性价比最优的物品购入酒店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作为采购，最重要的是把好进货关口，让酒店能够在低成本的前提下创造高收入。这就要求采购要把最好的产品以最低的价格够入酒店。通过货比三家，筛选最好的供应商，保证所有物品都有依可询，有据可依。逐步加强对材料、设备价格信息的管理。每一次材料设备的计划、询比价都进行了复印留底，保持了信息资料的完整，建立采供部材料、设备信息库，以备随时查阅、对比。</w:t>
      </w:r>
      <w:r>
        <w:rPr>
          <w:lang w:eastAsia="zh-CN"/>
        </w:rPr>
        <w:br/>
      </w:r>
      <w:r>
        <w:rPr>
          <w:lang w:eastAsia="zh-CN"/>
        </w:rPr>
        <w:t>　　在市场经济条件下，很多卖方市场已经逐步转变为买方市场，在这种情况下，供应商使出了浑身解数，五花八门的促销手段和技巧也很多。对此，我坚持对自己的岗位负责的态度，摆正心态，牢记使命，坚持原则，公正处事。在与供应商打交道的过程中我始终坚持三点原则：一是要优质的产品。二是要优惠的价格。三是保证能够得到周到的售后服务。在这三点的.基础上与供应商建立良好的合作关系。</w:t>
      </w:r>
      <w:r>
        <w:rPr>
          <w:lang w:eastAsia="zh-CN"/>
        </w:rPr>
        <w:br/>
      </w:r>
      <w:r>
        <w:rPr>
          <w:lang w:eastAsia="zh-CN"/>
        </w:rPr>
        <w:t xml:space="preserve">    采购部门年终工作内容总结 篇12 </w:t>
      </w:r>
      <w:r>
        <w:rPr>
          <w:lang w:eastAsia="zh-CN"/>
        </w:rPr>
        <w:br/>
      </w:r>
      <w:r>
        <w:rPr>
          <w:lang w:eastAsia="zh-CN"/>
        </w:rPr>
        <w:t>　　不知不觉20__年即将过去，我在领导的指挥下、同事们的配合下，认真履行职责，基本上完成了我厂所有采购计划。即将过去的一年是挂车行业低落的一年，也是最有竞争的一年、是挂车采购松弛的一年，但对我而言又是紧张的一年。在这一年的工作中，我本人得到了锻炼、得到了成长，同事也暴漏出了一些问题。在这新旧交替的时刻，现将20__年的工作总结如下。</w:t>
      </w:r>
      <w:r>
        <w:rPr>
          <w:lang w:eastAsia="zh-CN"/>
        </w:rPr>
        <w:br/>
      </w:r>
      <w:r>
        <w:rPr>
          <w:lang w:eastAsia="zh-CN"/>
        </w:rPr>
        <w:t>　　一、努力工作，完成各项采购计划。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对相关的配件、原材料市场走势不能准确把握。一度养成了懒惰的心理。这种状态一直持续到_月底。随着侧翻车订单的下达，工作立马紧张起来。客户属于国企，对相关的配置要求比较高，所以采购的原材料以及配件基本没有退回、翻工现象。但是由于取力器我厂的销售人员把握不准，造成成本比预定的要高出很多，不过这一问题也在我的努力下也得以解决。基本圆满完成了这一客户的所有采购计划。</w:t>
      </w:r>
      <w:r>
        <w:rPr>
          <w:lang w:eastAsia="zh-CN"/>
        </w:rPr>
        <w:br/>
      </w:r>
      <w:r>
        <w:rPr>
          <w:lang w:eastAsia="zh-CN"/>
        </w:rPr>
        <w:t>　　20__年_月份国内市场又处于了停止状态，但__公司努力在海外有了突破。采购计划陆陆续续，以前我们的市场主要是国内，而__公司的市场主要是国外。由于国内与国外存在着环境差异，所以客户对于产品的要求不同，相对而言国外客户对于产品的质量要求非常高。而目前我们采购所接触的都是国内市场，对于原材料以及配件的要求只要是能达到使用性能，基本其他的没有什么要求。由加上我司的目标要求“做国际精品”同价格还要最低。随着公司优化人才，采购人员缩减到我一人，所有的采购任务落到我一人身上，这样采购的工作压力非常之大。20__年_月份，交车完成国内市场虽然有几台订单但是还不能达到预期目的，这时__办事处有了飞跃发展，客户订单持续不断，基本打开__市场。众多原因出口的产品暴漏出了质量问题。对于出现的问题，我本人也做过反思，有一部分与配件本身有关系，这些我通过与供应商沟通基本解决。有些确实与一线工人的工作态度有关系，这些问题我司正在一步一步改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20__年__月份以来，客户到厂考察，基本确定了与我司的合作关系。客户在厂期间提出了很多值得我们学习、借鉴、改善的方法。通过与技术、销售的沟通，基本了解了市场需求，带着这些需求同供应商做了细致的交流。目前工具箱、淋水器、螺丝、支腿等截止到年底基本都能满足客户的要求。即将过去的一年，应该是紧张的一年，也是让采购成长的一年。总体来讲采购基本能满足客户需求。为能满足市场，达到客户需求，我建议公司内部应多沟通。毕竟采购人员不能直接了解市场需求。</w:t>
      </w:r>
      <w:r>
        <w:rPr>
          <w:lang w:eastAsia="zh-CN"/>
        </w:rPr>
        <w:br/>
      </w:r>
      <w:r>
        <w:rPr>
          <w:lang w:eastAsia="zh-CN"/>
        </w:rPr>
        <w:t>　　二、展望未来</w:t>
      </w:r>
      <w:r>
        <w:rPr>
          <w:lang w:eastAsia="zh-CN"/>
        </w:rPr>
        <w:br/>
      </w:r>
      <w:r>
        <w:rPr>
          <w:lang w:eastAsia="zh-CN"/>
        </w:rPr>
        <w:t>　　20__年即将到来，根据市场反馈未来的一年要比过去的一年市场要好的多。为更大程度的为客户服务好，满足市场需求，未来的一年采购部工作计划如下。</w:t>
      </w:r>
      <w:r>
        <w:rPr>
          <w:lang w:eastAsia="zh-CN"/>
        </w:rPr>
        <w:br/>
      </w:r>
      <w:r>
        <w:rPr>
          <w:lang w:eastAsia="zh-CN"/>
        </w:rPr>
        <w:t>　　1、更多的了解原材料市场以及配件市场，为公司销售和技术提供强有力的保障。</w:t>
      </w:r>
      <w:r>
        <w:rPr>
          <w:lang w:eastAsia="zh-CN"/>
        </w:rPr>
        <w:br/>
      </w:r>
      <w:r>
        <w:rPr>
          <w:lang w:eastAsia="zh-CN"/>
        </w:rPr>
        <w:t>　　2、继续寻求物美价廉的商品，努力降低公司的产品成本。让巨源的产品少一分成本，增加一分竞争力。工作目标为节省一分钱而努力。</w:t>
      </w:r>
      <w:r>
        <w:rPr>
          <w:lang w:eastAsia="zh-CN"/>
        </w:rPr>
        <w:br/>
      </w:r>
      <w:r>
        <w:rPr>
          <w:lang w:eastAsia="zh-CN"/>
        </w:rPr>
        <w:t>　　3、保持同事之间、部门之间的沟通。让公司的各部门充分了解相关的情况，能及时解答客户的疑问。减少漫无目的的询问，提高工作效率。</w:t>
      </w:r>
      <w:r>
        <w:rPr>
          <w:lang w:eastAsia="zh-CN"/>
        </w:rPr>
        <w:br/>
      </w:r>
      <w:r>
        <w:rPr>
          <w:lang w:eastAsia="zh-CN"/>
        </w:rPr>
        <w:t>　　4、更多的向公司反馈信息，让公司的决策者做出正确的判断。减少误判。</w:t>
      </w:r>
      <w:r>
        <w:rPr>
          <w:lang w:eastAsia="zh-CN"/>
        </w:rPr>
        <w:br/>
      </w:r>
      <w:r>
        <w:rPr>
          <w:lang w:eastAsia="zh-CN"/>
        </w:rPr>
        <w:t>　　5、更多的向公司提出合理化的建议，充分发挥主人翁的精神，积极配合各部门的工作。</w:t>
      </w:r>
      <w:r>
        <w:rPr>
          <w:lang w:eastAsia="zh-CN"/>
        </w:rPr>
        <w:br/>
      </w:r>
      <w:r>
        <w:rPr>
          <w:lang w:eastAsia="zh-CN"/>
        </w:rPr>
        <w:t>　　6、努力学习知识，向学习型企业靠拢。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最后感谢领导和同事对我的信任和支持。未来的一年我将更加积极的去工作，努力完成公司下达的各项任务。</w:t>
      </w:r>
      <w:r>
        <w:rPr>
          <w:lang w:eastAsia="zh-CN"/>
        </w:rPr>
        <w:br/>
      </w:r>
      <w:r>
        <w:rPr>
          <w:lang w:eastAsia="zh-CN"/>
        </w:rPr>
        <w:t xml:space="preserve">    采购部门年终工作内容总结 篇13 </w:t>
      </w:r>
      <w:r>
        <w:rPr>
          <w:lang w:eastAsia="zh-CN"/>
        </w:rPr>
        <w:br/>
      </w:r>
      <w:r>
        <w:rPr>
          <w:lang w:eastAsia="zh-CN"/>
        </w:rPr>
        <w:t>　　一、采购管理总结分析</w:t>
      </w:r>
      <w:r>
        <w:rPr>
          <w:lang w:eastAsia="zh-CN"/>
        </w:rPr>
        <w:br/>
      </w:r>
      <w:r>
        <w:rPr>
          <w:lang w:eastAsia="zh-CN"/>
        </w:rPr>
        <w:t>　　1、采购管理内容</w:t>
      </w:r>
      <w:r>
        <w:rPr>
          <w:lang w:eastAsia="zh-CN"/>
        </w:rPr>
        <w:br/>
      </w:r>
      <w:r>
        <w:rPr>
          <w:lang w:eastAsia="zh-CN"/>
        </w:rPr>
        <w:t>　　过去的一年，采购部涉及到的管理内容基本到位，其中部门流程中的报价管理，应付账款、部门之间的沟通、岗位职责的划分、供应商链的管理、仓库的收管发及5S管理已取初步效果，仓库管理责制基本到位，7S管理已初见成效，仓库产品摆放相比之前规范，数量准确性有提高，各仓管员的工作内容明确，但深度不够，还需要在工作加强管理力度，与部门员工一起探讨部门流程和方法，及加强监督，不断督导部门走上正规化。</w:t>
      </w:r>
      <w:r>
        <w:rPr>
          <w:lang w:eastAsia="zh-CN"/>
        </w:rPr>
        <w:br/>
      </w:r>
      <w:r>
        <w:rPr>
          <w:lang w:eastAsia="zh-CN"/>
        </w:rPr>
        <w:t>　　2、采购管理方法分析</w:t>
      </w:r>
      <w:r>
        <w:rPr>
          <w:lang w:eastAsia="zh-CN"/>
        </w:rPr>
        <w:br/>
      </w:r>
      <w:r>
        <w:rPr>
          <w:lang w:eastAsia="zh-CN"/>
        </w:rPr>
        <w:t>　　采购管理方法主要以监督、督导、协助等方式进行，并针对问题单独进行分析，对于新进人员先集体授课、再以老带新，以实际工作为主要方式在工作中不断提升员工能力，并优化采购流程，规范采购方法，责任到人的模式，加强各人员的工作责任。</w:t>
      </w:r>
      <w:r>
        <w:rPr>
          <w:lang w:eastAsia="zh-CN"/>
        </w:rPr>
        <w:br/>
      </w:r>
      <w:r>
        <w:rPr>
          <w:lang w:eastAsia="zh-CN"/>
        </w:rPr>
        <w:t>　　二、采购流程分析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目前采购部总体来说流程比较适合目前的发展状况.供应商档案管理较完善，能够准确地反应供应商的基本信息状况，但需要不断改进，力求做到局外人可理解的程度，采购询价、报价流程、应付账款等操作模式顺畅，各职员的掌控性也较好，不存在严重性问题，能够满足销售部门的服务需求。</w:t>
      </w:r>
      <w:r>
        <w:rPr>
          <w:lang w:eastAsia="zh-CN"/>
        </w:rPr>
        <w:br/>
      </w:r>
      <w:r>
        <w:rPr>
          <w:lang w:eastAsia="zh-CN"/>
        </w:rPr>
        <w:t>　　三、采购流程分析</w:t>
      </w:r>
      <w:r>
        <w:rPr>
          <w:lang w:eastAsia="zh-CN"/>
        </w:rPr>
        <w:br/>
      </w:r>
      <w:r>
        <w:rPr>
          <w:lang w:eastAsia="zh-CN"/>
        </w:rPr>
        <w:t>　　仓库收、管、发货流程顺畅，完善了外发货加工流程及内部耗品的领用程序，对产品的检验要求明细化，并系统成文件，方便培训使用。并对仓库进行了一次较为全面的盘点工作。仓库管理制度欠佳，没有良好的奖惩制度，这不利于发挥管理的执行力，绩效考核基本上算为盲点，盘点制度无明确时间限度，但因出入库的频繁状态，也给盘点带来一定的难度。</w:t>
      </w:r>
      <w:r>
        <w:rPr>
          <w:lang w:eastAsia="zh-CN"/>
        </w:rPr>
        <w:br/>
      </w:r>
      <w:r>
        <w:rPr>
          <w:lang w:eastAsia="zh-CN"/>
        </w:rPr>
        <w:t>　　四、采购及仓库职能、执行力、人才结构、人才储备分析</w:t>
      </w:r>
      <w:r>
        <w:rPr>
          <w:lang w:eastAsia="zh-CN"/>
        </w:rPr>
        <w:br/>
      </w:r>
      <w:r>
        <w:rPr>
          <w:lang w:eastAsia="zh-CN"/>
        </w:rPr>
        <w:t>　　采购部岗位职责比较明细，采购员、物流员和仓库的分工较明确，具体工作都能够具体责任到人，目前采购部的工作形成互补，即调配协作功能较强，不会形成若某职员休假造成无人顶替的局面。</w:t>
      </w:r>
      <w:r>
        <w:rPr>
          <w:lang w:eastAsia="zh-CN"/>
        </w:rPr>
        <w:br/>
      </w:r>
      <w:r>
        <w:rPr>
          <w:lang w:eastAsia="zh-CN"/>
        </w:rPr>
        <w:t>　　采购人才储备到位、齐全，但需要培养具有有管理能力、良好的沟通能力的职员，以带动整个部门的进步。部门人员的发展潜力较大，可塑性强。</w:t>
      </w:r>
      <w:r>
        <w:rPr>
          <w:lang w:eastAsia="zh-CN"/>
        </w:rPr>
        <w:br/>
      </w:r>
      <w:r>
        <w:rPr>
          <w:lang w:eastAsia="zh-CN"/>
        </w:rPr>
        <w:t>　　本部门与各部门的沟通上主动性尚可，但因外围因素，持续的状态不佳，需要不断的为各职员沟通、打气。</w:t>
      </w:r>
      <w:r>
        <w:rPr>
          <w:lang w:eastAsia="zh-CN"/>
        </w:rPr>
        <w:br/>
      </w:r>
      <w:r>
        <w:rPr>
          <w:lang w:eastAsia="zh-CN"/>
        </w:rPr>
        <w:t>　　采购部人员请假较不规范，许多情况下是突发性的请假，这造成工作交接不到位或没有交接，造成许多在报价，货期的反馈上存在一定的迟缓，因请假制度应该改善。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仓库人才结构不容乐观，个别员工心态不够务实，对待问题的认识程度不高，对工作职责理解不清楚，工作不够细心。导致原员工缺乏就业压力，大男人主义过强，对自身的职业道路缺少规化等，由此导致执行力大打折扣，因此导致了管理上的一个瓶颈问题较难突破。</w:t>
      </w:r>
      <w:r>
        <w:rPr>
          <w:lang w:eastAsia="zh-CN"/>
        </w:rPr>
        <w:br/>
      </w:r>
      <w:r>
        <w:rPr>
          <w:lang w:eastAsia="zh-CN"/>
        </w:rPr>
        <w:t xml:space="preserve">    采购部门年终工作内容总结 篇14 </w:t>
      </w:r>
      <w:r>
        <w:rPr>
          <w:lang w:eastAsia="zh-CN"/>
        </w:rPr>
        <w:br/>
      </w:r>
      <w:r>
        <w:rPr>
          <w:lang w:eastAsia="zh-CN"/>
        </w:rPr>
        <w:t>　　20__年，采购部与财务部分离后，在酒店领导正确领导下，在各部（室）的指导、帮助下，克服了人员少，工作量大等困难，较好地完成了一季度的各项采则任务，为酒店经营、管理提供了一个有力的后勤保障。一个季度以来，部门坚持以“货比三家，照顾生意不照顾价格”为原则，以一线部门的需求为重点，紧紧围绕酒店日常经营与管理，认真服行采购经理的工作职责，较好的完成了部门及职责赋予的各项工作任务，现简要地总结一下我部门一年以来的工作情况：</w:t>
      </w:r>
      <w:r>
        <w:rPr>
          <w:lang w:eastAsia="zh-CN"/>
        </w:rPr>
        <w:br/>
      </w:r>
      <w:r>
        <w:rPr>
          <w:lang w:eastAsia="zh-CN"/>
        </w:rPr>
        <w:t>　　一、主要工作与做法</w:t>
      </w:r>
      <w:r>
        <w:rPr>
          <w:lang w:eastAsia="zh-CN"/>
        </w:rPr>
        <w:br/>
      </w:r>
      <w:r>
        <w:rPr>
          <w:lang w:eastAsia="zh-CN"/>
        </w:rPr>
        <w:t>　　1.采购及时，确保经营管理正常有序。</w:t>
      </w:r>
      <w:r>
        <w:rPr>
          <w:lang w:eastAsia="zh-CN"/>
        </w:rPr>
        <w:br/>
      </w:r>
      <w:r>
        <w:rPr>
          <w:lang w:eastAsia="zh-CN"/>
        </w:rPr>
        <w:t>　　采购部作为酒店后勤保障的重要组成部门之一，我们坚持在日常工作中以“搞好采购工作，保障经营需要”为工作原则，树立经营部门第一，酒店声誉形象为上，物美价廉为主的工作意识，并努力完成酒店下达的各项工作任务，在一年的`工作中，部门在与财务部分离后事情杂而多的情况下，前往、考核、采购高档原材料_次，共完成采购任务__余次，采购各类大小物品__余件，并完成因经营部门临时需要而出现的零星采购__余次。</w:t>
      </w:r>
      <w:r>
        <w:rPr>
          <w:lang w:eastAsia="zh-CN"/>
        </w:rPr>
        <w:br/>
      </w:r>
      <w:r>
        <w:rPr>
          <w:lang w:eastAsia="zh-CN"/>
        </w:rPr>
        <w:t>　　2.货比三家，确保采购物品物美价廉。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为最大限度的降低酒店经营成本，实现物美价廉，部门在日常工作中坚持对餐饮部所需原材料进行每周一次的市场调查及定价，对出现价格波动较大的原材料进行了及时的调整，同时部门对所有入库物资严格按酒店标准进行验收井做好质量记录，对不合格产品做到了及时的退货、更换，有效降低了酒店经营成木。</w:t>
      </w:r>
      <w:r>
        <w:rPr>
          <w:lang w:eastAsia="zh-CN"/>
        </w:rPr>
        <w:br/>
      </w:r>
      <w:r>
        <w:rPr>
          <w:lang w:eastAsia="zh-CN"/>
        </w:rPr>
        <w:t>　　3.积极努力，拓宽原料供给新渠道。</w:t>
      </w:r>
      <w:r>
        <w:rPr>
          <w:lang w:eastAsia="zh-CN"/>
        </w:rPr>
        <w:br/>
      </w:r>
      <w:r>
        <w:rPr>
          <w:lang w:eastAsia="zh-CN"/>
        </w:rPr>
        <w:t>　　为开辟和引进异地特色原材料，为一线部门提供很好的经营保障，部门根据酒店总体工作安排，先后两次进行了中高档原材料市场的考察，并引进了一批特色优质原材料，为餐饮菜肴的常换常新提供了有力的保障，并得到了广大消费者的一致好评。</w:t>
      </w:r>
      <w:r>
        <w:rPr>
          <w:lang w:eastAsia="zh-CN"/>
        </w:rPr>
        <w:br/>
      </w:r>
      <w:r>
        <w:rPr>
          <w:lang w:eastAsia="zh-CN"/>
        </w:rPr>
        <w:t>　　二、存在的不足</w:t>
      </w:r>
      <w:r>
        <w:rPr>
          <w:lang w:eastAsia="zh-CN"/>
        </w:rPr>
        <w:br/>
      </w:r>
      <w:r>
        <w:rPr>
          <w:lang w:eastAsia="zh-CN"/>
        </w:rPr>
        <w:t>　　第一季度，采购部在酒店领导和部门领导的指导下，虽已完成了酒店和部门下达的各项采购任务，但仍存在诸多不足，距酒店、部门领导及一线部门的要求还有一定的差距，有待于本人进一步的改进，其主要表现在以下几个方面：</w:t>
      </w:r>
      <w:r>
        <w:rPr>
          <w:lang w:eastAsia="zh-CN"/>
        </w:rPr>
        <w:br/>
      </w:r>
      <w:r>
        <w:rPr>
          <w:lang w:eastAsia="zh-CN"/>
        </w:rPr>
        <w:t>　　1.是在日常采购工作中，缺乏较强的计划性，没有全面系统的安排好采购计划，从而有时导致采购较为零乱，丢三落四。</w:t>
      </w:r>
      <w:r>
        <w:rPr>
          <w:lang w:eastAsia="zh-CN"/>
        </w:rPr>
        <w:br/>
      </w:r>
      <w:r>
        <w:rPr>
          <w:lang w:eastAsia="zh-CN"/>
        </w:rPr>
        <w:t>　　2.是二线为一线服务的意识还有待于进一步提高。</w:t>
      </w:r>
      <w:r>
        <w:rPr>
          <w:lang w:eastAsia="zh-CN"/>
        </w:rPr>
        <w:br/>
      </w:r>
      <w:r>
        <w:rPr>
          <w:lang w:eastAsia="zh-CN"/>
        </w:rPr>
        <w:t>　　3.是在如何开辟和引进特色原材料的渠道和点子不够多，未能为一线部门提供较多有用的信息和原材料。</w:t>
      </w:r>
      <w:r>
        <w:rPr>
          <w:lang w:eastAsia="zh-CN"/>
        </w:rPr>
        <w:br/>
      </w:r>
      <w:r>
        <w:rPr>
          <w:lang w:eastAsia="zh-CN"/>
        </w:rPr>
        <w:t>　　4.是自身的学习意识不浓，综合素质有待于进一步提高。</w:t>
      </w:r>
      <w:r>
        <w:rPr>
          <w:lang w:eastAsia="zh-CN"/>
        </w:rPr>
        <w:br/>
      </w:r>
      <w:r>
        <w:rPr>
          <w:lang w:eastAsia="zh-CN"/>
        </w:rPr>
        <w:t>　　三、下一步努力方向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20__年将以20__年工作中存在的问题整改为重点，加强学习，牢固树立后台围绕前台转、二线围绕一线转的思想，主动沟通，勤于调查，严格把关，努力做好物品采购保障和质量的督导工作，确保酒店经营管理正常有序的开展。</w:t>
      </w:r>
      <w:r>
        <w:rPr>
          <w:lang w:eastAsia="zh-CN"/>
        </w:rPr>
        <w:br/>
      </w:r>
      <w:r>
        <w:rPr>
          <w:lang w:eastAsia="zh-CN"/>
        </w:rPr>
        <w:t>　　新的一年已开始，前厅部全体员工将以新的精神面貌和实际行动向宾客提供最优质的服务，贯彻“宾客至上，服务第一”的宗旨！</w:t>
      </w:r>
      <w:r>
        <w:rPr>
          <w:lang w:eastAsia="zh-CN"/>
        </w:rPr>
        <w:br/>
      </w:r>
      <w:r>
        <w:rPr>
          <w:lang w:eastAsia="zh-CN"/>
        </w:rPr>
        <w:t xml:space="preserve">    采购部门年终工作内容总结 篇15 </w:t>
      </w:r>
      <w:r>
        <w:rPr>
          <w:lang w:eastAsia="zh-CN"/>
        </w:rPr>
        <w:br/>
      </w:r>
      <w:r>
        <w:rPr>
          <w:lang w:eastAsia="zh-CN"/>
        </w:rPr>
        <w:t>　　一转眼20__年即将过去，在公司领导的指导下，在各领导与各同事的共同努力下，我们认真完成了公司各项工作任务，并取得了一定的成绩，总结如下：</w:t>
      </w:r>
      <w:r>
        <w:rPr>
          <w:lang w:eastAsia="zh-CN"/>
        </w:rPr>
        <w:br/>
      </w:r>
      <w:r>
        <w:rPr>
          <w:lang w:eastAsia="zh-CN"/>
        </w:rPr>
        <w:t>　　一、完成工作方面</w:t>
      </w:r>
      <w:r>
        <w:rPr>
          <w:lang w:eastAsia="zh-CN"/>
        </w:rPr>
        <w:br/>
      </w:r>
      <w:r>
        <w:rPr>
          <w:lang w:eastAsia="zh-CN"/>
        </w:rPr>
        <w:t>　　1、完善制度，职责明确，按章办事。20__年通过组织学习《采购管理战略》和公司ISO9000质量管理体系文件，通过换版之机完善了更具操作性的《材料、设备采购控制流程》、《采购及供方评价作业指导书》等采购管理制度。制度清楚，操作有据可查，为阳光采购奠定了理论基础。</w:t>
      </w:r>
      <w:r>
        <w:rPr>
          <w:lang w:eastAsia="zh-CN"/>
        </w:rPr>
        <w:br/>
      </w:r>
      <w:r>
        <w:rPr>
          <w:lang w:eastAsia="zh-CN"/>
        </w:rPr>
        <w:t>　　监督机制基本形成。做好价格和技术规格分离和职能定位工作，价格必须经采供部和审计部，技术必须经工程部和总工办，形成相互制衡的工作机制;防范、抑制腐败。建立材料价格信息库和材料价格监管机制，提高采购人员的自身素质和业务水平，保证货比三家，质优价廉的购买材料，减少工程成本，提高采购效率，提高企业利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制定采购预算与估计成本。制定采购预算是在具体实施项目采购行为之前对项目采购成本的一种估计和预测，是对整个项目资金的一种理性的规划。它不单对项目采购资金进行了合理的配置和分发，还同时建立了一个资金的使用标准，以便对采购实施行为中的资金使用进行随时的检测与控制，确保项目资金的使用在一定的合理范围内浮动。有了采购预算的约束，能提高项目资金的使用效率，优化项目采购管理中资源的调配，查找资金使用过程中的一些例外情况，有效的控制项目资金的流向和流量，从而达到控制采购成本的目的。</w:t>
      </w:r>
      <w:r>
        <w:rPr>
          <w:lang w:eastAsia="zh-CN"/>
        </w:rPr>
        <w:br/>
      </w:r>
      <w:r>
        <w:rPr>
          <w:lang w:eastAsia="zh-CN"/>
        </w:rPr>
        <w:t>　　为节约资金，防止库存积压，坚持零库存管理方法，在采购量大，部分物资紧缺的情况下，千方百计，精心组织寻找货源，积极组织落实，始终把保障生产所需放在首要位置，一切工作围绕正常生产和科研开发这个中心来开展，圆满完成了工作任务。</w:t>
      </w:r>
      <w:r>
        <w:rPr>
          <w:lang w:eastAsia="zh-CN"/>
        </w:rPr>
        <w:br/>
      </w:r>
      <w:r>
        <w:rPr>
          <w:lang w:eastAsia="zh-CN"/>
        </w:rPr>
        <w:t>　　2、与各供应商建立并保持良好关系，20__年采供部进一步加强了对供应商管理，本着对每一位来访的供应商负责的态度，制定了《采购供应部供方信息表》，对每一位来访的供应商进行分类登记，确保了每一个供应商资料不会流失。同时也利于采供对供应商信息的掌握，从而进一步扩大了市场信息空间。建立了合格供方名录，在进行邀标报价之前，对商家进行评价和分析，合格者才能进入合格供方名录、才具有报价资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根据公司管理层的思维，公司新一代的供应商也应建立在真正的战略伙伴关系上来，甚至拿他们当自己公司的部门来看待。因为公司的成本核心竞争力的体现最主要的来自于公司所有供应商的支持力度，供应商对每家客户不同的政策特别给予我司的竞争对手的政策的好坏将直接影响到我司的成本核心竞争力的高低。</w:t>
      </w:r>
      <w:r>
        <w:rPr>
          <w:lang w:eastAsia="zh-CN"/>
        </w:rPr>
        <w:br/>
      </w:r>
      <w:r>
        <w:rPr>
          <w:lang w:eastAsia="zh-CN"/>
        </w:rPr>
        <w:t>　　3、工作中团结同事，能正确处理好与领导同事之间的关系，保持沟通，充分发挥岗位职能，认真完成了各项工作任务，协助业务部的工作需要。按照技术质检部质量标准，及时与各供应商沟通协调，尽努力按照我司质量标准供应物料。</w:t>
      </w:r>
      <w:r>
        <w:rPr>
          <w:lang w:eastAsia="zh-CN"/>
        </w:rPr>
        <w:br/>
      </w:r>
      <w:r>
        <w:rPr>
          <w:lang w:eastAsia="zh-CN"/>
        </w:rPr>
        <w:t>　　对采购工作的几点心得和体会总结如下：</w:t>
      </w:r>
      <w:r>
        <w:rPr>
          <w:lang w:eastAsia="zh-CN"/>
        </w:rPr>
        <w:br/>
      </w:r>
      <w:r>
        <w:rPr>
          <w:lang w:eastAsia="zh-CN"/>
        </w:rPr>
        <w:t>　　1、公开透明的按采购制度程序办事。在采购前、采购中、采购后的各个环节中都主动接受财务及其他部门监督。有问题第一时间反馈给上级领导。</w:t>
      </w:r>
      <w:r>
        <w:rPr>
          <w:lang w:eastAsia="zh-CN"/>
        </w:rPr>
        <w:br/>
      </w:r>
      <w:r>
        <w:rPr>
          <w:lang w:eastAsia="zh-CN"/>
        </w:rPr>
        <w:t>　　2、围绕控制成本、采购性价比的产品等方面开展工作。采购人员在充分了解市场信息的基础上进行询比价，注重沟通技巧和谈判策略。</w:t>
      </w:r>
      <w:r>
        <w:rPr>
          <w:lang w:eastAsia="zh-CN"/>
        </w:rPr>
        <w:br/>
      </w:r>
      <w:r>
        <w:rPr>
          <w:lang w:eastAsia="zh-CN"/>
        </w:rPr>
        <w:t>　　3、加强对供应商的管理协调。对每一位来访的供应商进行分类登记，确保了每一个供应商资料不会流失。合作过程中，采购人员必须公正严明，杜绝徇私舞弊。最终为酒店选择供应商战略伙伴关系。</w:t>
      </w:r>
      <w:r>
        <w:rPr>
          <w:lang w:eastAsia="zh-CN"/>
        </w:rPr>
        <w:br/>
      </w:r>
      <w:r>
        <w:rPr>
          <w:lang w:eastAsia="zh-CN"/>
        </w:rPr>
        <w:t>　　4、逐步加强对材料、设备价格信息的管理。每一次材料设备的计划、询比价都进行了复印留底，保持了信息资料的完整，同时与办公文员配合把资料输入电脑保存，建立采供部材料、设备信息库，以备随时查阅、对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5、提高部门工作员工的业务素质和责任感。20__年采供部特别注重，除组织部门人员进行培训外，还注重在平时的每项具体工作和每个工作细节中不断的提高业务素质，同时反复强调采购人员的责任感，强调每个人对自己采购的材料设备负责到底，保证了对材料、设备有效的追踪。</w:t>
      </w:r>
      <w:r>
        <w:rPr>
          <w:lang w:eastAsia="zh-CN"/>
        </w:rPr>
        <w:br/>
      </w:r>
      <w:r>
        <w:rPr>
          <w:lang w:eastAsia="zh-CN"/>
        </w:rPr>
        <w:t>　　二、工作不足方面</w:t>
      </w:r>
      <w:r>
        <w:rPr>
          <w:lang w:eastAsia="zh-CN"/>
        </w:rPr>
        <w:br/>
      </w:r>
      <w:r>
        <w:rPr>
          <w:lang w:eastAsia="zh-CN"/>
        </w:rPr>
        <w:t>　　在工作中计划性不强，没有充分了解市场行情，特别是正极材料市场价格变化情况，没有彻底贯彻何总指示的备货任务，对正极材料市场了解也不够深刻，没有深刻解读国家关于锂离子电池政策的力度，一直带着一种怀疑态度开展工作，直接导致了走的步伐不大，备货不充分。目前公司的供应商新建立，短期内无法形成真正意义的战略伙伴关系。部门与部门之间的沟通未能达到理想效果;特别是与生产部、技术部的沟通不到位。</w:t>
      </w:r>
      <w:r>
        <w:rPr>
          <w:lang w:eastAsia="zh-CN"/>
        </w:rPr>
        <w:br/>
      </w:r>
      <w:r>
        <w:rPr>
          <w:lang w:eastAsia="zh-CN"/>
        </w:rPr>
        <w:t>　　三、明年工作计划</w:t>
      </w:r>
      <w:r>
        <w:rPr>
          <w:lang w:eastAsia="zh-CN"/>
        </w:rPr>
        <w:br/>
      </w:r>
      <w:r>
        <w:rPr>
          <w:lang w:eastAsia="zh-CN"/>
        </w:rPr>
        <w:t>　　1、建立完善的供应商体系。确保资材能够及时供应，随时关注市场变化，尽力利用多渠道来降低成本价格，控制质量。稳定现有供应商，开发培养有潜力的供应商。不断优化供应商体系。在工作中不断改进工作方法，不断积累经验。</w:t>
      </w:r>
      <w:r>
        <w:rPr>
          <w:lang w:eastAsia="zh-CN"/>
        </w:rPr>
        <w:br/>
      </w:r>
      <w:r>
        <w:rPr>
          <w:lang w:eastAsia="zh-CN"/>
        </w:rPr>
        <w:t>　　2、极力配合质检部解决物料质量问题，与质检部讨论某些质量标准超过现有市场水平的解决方案。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在20__年的工作中，我部门仍会虚心向其它部门学习工作和管理经验，借鉴好的工作方法，努力学习业务理论知识，不断提高自身的业务素质和管理水平。要进一步强化敬业精神，增强责任意识，提高完成工作的标准。同时我部门会选择性得采纳公司其他部门提出关于下降成本和提高效率的方法，并不断的大胆尝试，取其精华、修改弊端。为公司在新年度的工作中再上新台阶、更上一层楼贡献出自己的力量。</w:t>
      </w:r>
      <w:r>
        <w:rPr>
          <w:lang w:eastAsia="zh-CN"/>
        </w:rPr>
        <w:br/>
      </w:r>
      <w:r>
        <w:rPr>
          <w:lang w:eastAsia="zh-CN"/>
        </w:rPr>
        <w:t xml:space="preserve">    采购部门年终工作内容总结 篇16 </w:t>
      </w:r>
      <w:r>
        <w:rPr>
          <w:lang w:eastAsia="zh-CN"/>
        </w:rPr>
        <w:br/>
      </w:r>
      <w:r>
        <w:rPr>
          <w:lang w:eastAsia="zh-CN"/>
        </w:rPr>
        <w:t>　　回顾过去的20__，自从我进入采购部已近一年了。采购部成员和其它部门的各位领导及同事在工作和生活中都给予了我足够的支持和帮助。在过去的一年当中，采购部门的工作基本上满足了公司业务订单的需求。在20__我将继续努力，做好本职工作，不断完善自我，确保物料的供应和质量的控制，为公司的发展尽一份绵力。坚持“同等质量比价格，同等价格比质量，限度为公司节约成本”的工作原则。现将一年来的主要工作情况述职如下：</w:t>
      </w:r>
      <w:r>
        <w:rPr>
          <w:lang w:eastAsia="zh-CN"/>
        </w:rPr>
        <w:br/>
      </w:r>
      <w:r>
        <w:rPr>
          <w:lang w:eastAsia="zh-CN"/>
        </w:rPr>
        <w:t>　　(一)、年度主要完成工作及材料开展工作</w:t>
      </w:r>
      <w:r>
        <w:rPr>
          <w:lang w:eastAsia="zh-CN"/>
        </w:rPr>
        <w:br/>
      </w:r>
      <w:r>
        <w:rPr>
          <w:lang w:eastAsia="zh-CN"/>
        </w:rPr>
        <w:t>　　1、部门的日常工作</w:t>
      </w:r>
      <w:r>
        <w:rPr>
          <w:lang w:eastAsia="zh-CN"/>
        </w:rPr>
        <w:br/>
      </w:r>
      <w:r>
        <w:rPr>
          <w:lang w:eastAsia="zh-CN"/>
        </w:rPr>
        <w:t>　　2、围绕控制成本在采购产品性能优化结构方面开展工作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采购部继续围绕“控制成本、采购产品性能优化的结构”为工作目标，要求采购人员在充分了解市场信息的基础上进行询比价，注重沟通技巧和谈判策略。同时调整了部份工作程序，增加了采购复核环节，采取由采购人员在对材料、设备询比价的基础上进行复核，再由采购部经理进一步复核，实行了“采购部的两级价格复核机制”。力求限度的控制成本，为公司节约每一分钱。采购人员也在每一项具体工作和每一个工作细节中得到煅练。</w:t>
      </w:r>
      <w:r>
        <w:rPr>
          <w:lang w:eastAsia="zh-CN"/>
        </w:rPr>
        <w:br/>
      </w:r>
      <w:r>
        <w:rPr>
          <w:lang w:eastAsia="zh-CN"/>
        </w:rPr>
        <w:t>　　3、进一步加强对供应商的管理协调</w:t>
      </w:r>
      <w:r>
        <w:rPr>
          <w:lang w:eastAsia="zh-CN"/>
        </w:rPr>
        <w:br/>
      </w:r>
      <w:r>
        <w:rPr>
          <w:lang w:eastAsia="zh-CN"/>
        </w:rPr>
        <w:t>　　20__采购部进一步加强了对供应商管理，本着对每位供应商负责的态度，制定了《供应商资料卡》并对其进行分类登记，确保了每一个供应商资料不会流失。同时也利于采供对供应商信息的掌握，从而进一步扩大了市场信息空间。建立了《合格供应商名录》，在进行报价之前，对供方进行评价和分析，合格者才能进入合格供应商名录，才具有报价资格。</w:t>
      </w:r>
      <w:r>
        <w:rPr>
          <w:lang w:eastAsia="zh-CN"/>
        </w:rPr>
        <w:br/>
      </w:r>
      <w:r>
        <w:rPr>
          <w:lang w:eastAsia="zh-CN"/>
        </w:rPr>
        <w:t>　　根据公司管理层的最新思维，公司新一代的供应商也应建立在真正的战略伙伴关系上来，甚至拿他们当自己公司的部门来看待。因为公司的成本核心竞争力的体现最主要的来自于公司所有供应商的支持力度，供应商对每家客户不同的政策特别给予我司的竞争对手的政策的好坏将直接影响到我司的成本核心竞争力的高低。从而抢占节约成本、降低价格的制高点，为公司的持续健康发展奠定基础。</w:t>
      </w:r>
      <w:r>
        <w:rPr>
          <w:lang w:eastAsia="zh-CN"/>
        </w:rPr>
        <w:br/>
      </w:r>
      <w:r>
        <w:rPr>
          <w:lang w:eastAsia="zh-CN"/>
        </w:rPr>
        <w:t>　　4、逐步加强对材料价格信息的管理</w:t>
      </w:r>
      <w:r>
        <w:rPr>
          <w:lang w:eastAsia="zh-CN"/>
        </w:rPr>
        <w:br/>
      </w:r>
      <w:r>
        <w:rPr>
          <w:lang w:eastAsia="zh-CN"/>
        </w:rPr>
        <w:t>　　采购部进一步加强了对材料、信息的管理，每一次材料采购的计划、询比价都进行了复印留底，保持了信息资料的完整，同时输入电脑保存，建立采购部材料信息库，以备随时查阅、对比。</w:t>
      </w:r>
      <w:r>
        <w:rPr>
          <w:lang w:eastAsia="zh-CN"/>
        </w:rPr>
        <w:br/>
      </w:r>
      <w:r>
        <w:rPr>
          <w:lang w:eastAsia="zh-CN"/>
        </w:rPr>
        <w:t>　　(二)、20__将具体从以下几方面予以改进</w:t>
      </w:r>
      <w:r>
        <w:rPr>
          <w:lang w:eastAsia="zh-CN"/>
        </w:rPr>
        <w:br/>
      </w:r>
      <w:r>
        <w:rPr>
          <w:lang w:eastAsia="zh-CN"/>
        </w:rPr>
        <w:t>　　1、制定采购预算与估计成本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制定采购预算是在具体实施原辅料采购行为之前对采购成本的一种估计和预测，是对整个采购资金的一种理性的规划。它不单对采购资金进行了合理的配置和分发，还同时建立了一个资金的使用标准，以便对采购实施行为中的资金使用进行随时的检测与控制，确保资金的使用在一定的合理范围内浮动。有了采购预算的约束，能提高采购资金的使用效率，优化采购管理中资源的调配，查找资金使用过程中的一些例外情况，有效的控制采购资金的流向和流量，从而达到控制采购成本以期达到有效的资金化利用的目的。</w:t>
      </w:r>
      <w:r>
        <w:rPr>
          <w:lang w:eastAsia="zh-CN"/>
        </w:rPr>
        <w:br/>
      </w:r>
      <w:r>
        <w:rPr>
          <w:lang w:eastAsia="zh-CN"/>
        </w:rPr>
        <w:t>　　2、改进供应商的选择</w:t>
      </w:r>
      <w:r>
        <w:rPr>
          <w:lang w:eastAsia="zh-CN"/>
        </w:rPr>
        <w:br/>
      </w:r>
      <w:r>
        <w:rPr>
          <w:lang w:eastAsia="zh-CN"/>
        </w:rPr>
        <w:t>　　在进行供应商数量的选择时既要避免单一货源，寻求多家供应，同时又要保证所选供应商承担的供应份额充足，以获取供应商的优惠政策，降低物资的价格和采购成本。这样既能保证采购物资供应的质量，又能有力的控制采购支出。根据我们的规模，供应商的数量根据公司的产能适当控制，以便在需要时候能随时找到相应的`供应商，以及这些供应商的产品或服务的规格性能均能满足公司产品要求。同时在采购的环节控制上20__将着手几个环节并做相应调整</w:t>
      </w:r>
      <w:r>
        <w:rPr>
          <w:lang w:eastAsia="zh-CN"/>
        </w:rPr>
        <w:br/>
      </w:r>
      <w:r>
        <w:rPr>
          <w:lang w:eastAsia="zh-CN"/>
        </w:rPr>
        <w:t>　　3、在以后工作中需要继续努力的几点</w:t>
      </w:r>
      <w:r>
        <w:rPr>
          <w:lang w:eastAsia="zh-CN"/>
        </w:rPr>
        <w:br/>
      </w:r>
      <w:r>
        <w:rPr>
          <w:lang w:eastAsia="zh-CN"/>
        </w:rPr>
        <w:t>　　1、首先，工作态度上不放过任何一个细节，工作过程中万事都要仔细，从采购物资规格的确认、价格的商榷到采购合同的签订和完成到货等等一系列的事情都要一一用心，全心全意地投入工作，以积极的态度强烈的责任感和的信心来开拓自己的工作领域。</w:t>
      </w:r>
      <w:r>
        <w:rPr>
          <w:lang w:eastAsia="zh-CN"/>
        </w:rPr>
        <w:br/>
      </w:r>
    </w:p>
    <w:p w:rsidR="001B1F19" w14:textId="27C3F48A">
      <w:pPr>
        <w:rPr>
          <w:rFonts w:hint="eastAsia"/>
          <w:lang w:eastAsia="zh-CN"/>
        </w:rPr>
      </w:pPr>
      <w:r>
        <w:rPr>
          <w:lang w:eastAsia="zh-CN"/>
        </w:rPr>
        <w:t>　　2、签约订货后要积极跟催，保证按时或提前交货。货物到工地后协调安排好卸货入库事宜。万一后期出现质量问题要积极处理反馈。</w:t>
      </w:r>
      <w:r>
        <w:rPr>
          <w:lang w:eastAsia="zh-CN"/>
        </w:rPr>
        <w:br/>
      </w:r>
      <w:r>
        <w:rPr>
          <w:lang w:eastAsia="zh-CN"/>
        </w:rPr>
        <w:t>　　(三)、20__工作规划</w:t>
      </w:r>
      <w:r>
        <w:rPr>
          <w:lang w:eastAsia="zh-CN"/>
        </w:rPr>
        <w:br/>
      </w:r>
      <w:r>
        <w:rPr>
          <w:lang w:eastAsia="zh-CN"/>
        </w:rPr>
        <w:t>　　1、配合公司降低组件销售价格，在原材料上应多寻找性价比合适的厂商合作，来降低公司的材料成本，我将结合历年来的供应商供应状况，整理价格资料，做好备份工作，将现有的供应商资料存档</w:t>
      </w:r>
      <w:r>
        <w:rPr>
          <w:lang w:eastAsia="zh-CN"/>
        </w:rPr>
        <w:br/>
      </w:r>
      <w:r>
        <w:rPr>
          <w:lang w:eastAsia="zh-CN"/>
        </w:rPr>
        <w:t>　　2、完善太阳能发电系统材料资料，和研发部一起完善材料选型，样品和整套系统测试工作，材料选型上力求常规化，标准化</w:t>
      </w:r>
      <w:r>
        <w:rPr>
          <w:lang w:eastAsia="zh-CN"/>
        </w:rPr>
        <w:br/>
      </w:r>
      <w:r>
        <w:rPr>
          <w:lang w:eastAsia="zh-CN"/>
        </w:rPr>
        <w:t>　　3、提前做好询价比价工作配合销售部及研发部进行报价工作，在材料的审核上与研发部及销售部多沟通力求材料量化、标准化采购。</w:t>
      </w:r>
      <w:r>
        <w:rPr>
          <w:lang w:eastAsia="zh-CN"/>
        </w:rPr>
        <w:br/>
      </w:r>
      <w:r>
        <w:rPr>
          <w:lang w:eastAsia="zh-CN"/>
        </w:rPr>
        <w:t>　　材料采购的及时性在20__必须要有一个质的飞跃，全力满足公司正常生产的安排需要，确保好材料的到货时间及时，减轻由此给生产部和销售部带来的不利因素。进一步维系好与现有供应商的合作关系，并多渠道开发新的更符合公司利益的供应商。</w:t>
      </w:r>
      <w:r>
        <w:rPr>
          <w:lang w:eastAsia="zh-CN"/>
        </w:rPr>
        <w:br/>
      </w:r>
      <w:r>
        <w:rPr>
          <w:lang w:eastAsia="zh-CN"/>
        </w:rPr>
        <w:t xml:space="preserve">    采购部门年终工作内容总结 篇17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https://d.book118.com/455031113323011113</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55031113323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