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活动总结（33篇）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活动总结（精选33篇）</w:t>
      </w:r>
      <w:r>
        <w:rPr>
          <w:lang w:eastAsia="zh-CN"/>
        </w:rPr>
        <w:br/>
      </w:r>
      <w:r>
        <w:rPr>
          <w:lang w:eastAsia="zh-CN"/>
        </w:rPr>
        <w:t xml:space="preserve">    活动总结 篇1 </w:t>
      </w:r>
      <w:r>
        <w:rPr>
          <w:lang w:eastAsia="zh-CN"/>
        </w:rPr>
        <w:br/>
      </w:r>
      <w:r>
        <w:rPr>
          <w:lang w:eastAsia="zh-CN"/>
        </w:rPr>
        <w:t>　　捐书活动已经过去接近一个周的时间了，时间并没有淡忘去当时那些捐书的场景，而是让我们脑海里存留的那些捐书的场景更加历历在目，刻骨铭心，大家为了在捐书活动期间能够受到更多的书，坚守自己的岗位，放弃吃饭的时间，实在令人敬佩。当然，我们更在意的是连云港那些可怜的孩童，还记得以前在书本上看到那张眼里充满渴望的照片，让我联想到我们有电脑电视，能够通过这些渠道获取知识，休闲娱乐，而人家连获取知识的渠道的书籍都没有，我们揪心，我们感慨，我们心系那里，我们即我们所能。我们曾经受到社会帮助，难得服务社会，作为一名义工，我们有义务服务社会，奉献爱心，传递爱心。</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这让我想起在活动的一些事，首先，我们活动的主办方家园的版主仪人阿姨莅临指导，给我们很大的鼓舞，也让我们更深刻地了解理解爱心家园这个大的集体。其次，有位义工的母亲生病住院，本来计划着那天没课去陪着自己的母亲，但是义工的'事情也很重要，他便毅然决然的留下，负责，帮忙收书，在此表示感谢与敬意。最后感谢京江晚报的记者帮忙宣传登报，在大爱镇江这座充满爱的城市里让爱充溢着，文明镇江的文明市民将继续传递着大爱。</w:t>
      </w:r>
      <w:r>
        <w:rPr>
          <w:lang w:eastAsia="zh-CN"/>
        </w:rPr>
        <w:br/>
      </w:r>
      <w:r>
        <w:rPr>
          <w:lang w:eastAsia="zh-CN"/>
        </w:rPr>
        <w:t>　　在此郑重地感谢各位参加此次捐书活动并为此付出的学生，组织。</w:t>
      </w:r>
      <w:r>
        <w:rPr>
          <w:lang w:eastAsia="zh-CN"/>
        </w:rPr>
        <w:br/>
      </w:r>
      <w:r>
        <w:rPr>
          <w:lang w:eastAsia="zh-CN"/>
        </w:rPr>
        <w:t xml:space="preserve">    活动总结 篇2 </w:t>
      </w:r>
      <w:r>
        <w:rPr>
          <w:lang w:eastAsia="zh-CN"/>
        </w:rPr>
        <w:br/>
      </w:r>
      <w:r>
        <w:rPr>
          <w:lang w:eastAsia="zh-CN"/>
        </w:rPr>
        <w:t>　　为进一步贯彻《中华人民共和国消费者权益保护法》和《__省消费者权益保护条例》，提高消费者的维权意识和企业在消费维权中的责任意识，努力营造安全放心的消费环境。__区消协紧密围绕“消费与服务”这个年主题，结合实际、精心准备、认真组织、积极创新，开展了声势浩大、形式多样、内容丰富的宣传纪念活动。</w:t>
      </w:r>
      <w:r>
        <w:rPr>
          <w:lang w:eastAsia="zh-CN"/>
        </w:rPr>
        <w:br/>
      </w:r>
      <w:r>
        <w:rPr>
          <w:lang w:eastAsia="zh-CN"/>
        </w:rPr>
        <w:t>　　一、领导重视、指导思想明确</w:t>
      </w:r>
      <w:r>
        <w:rPr>
          <w:lang w:eastAsia="zh-CN"/>
        </w:rPr>
        <w:br/>
      </w:r>
      <w:r>
        <w:rPr>
          <w:lang w:eastAsia="zh-CN"/>
        </w:rPr>
        <w:t>　　__区政府高度重视成立了以常务副区长、副区长张琴为组长，各理事单位为领导组成员的__区3·15活动领导组，并下发了金政办__8号文件，就全区3·15活动内容进行了部署，提出了明确的要求。3月10日下午，在区政府三楼会议室又专门召开了区政府3·15活动领导组工作会议。在会上，首先区消协秘书长奚沛源同志向大家汇报了过去一年的工作情况和今年的工作安排，接着区工商局副局长某某同志通报了3·15活动的具体实施方案，并由与会同志共同讨论，各单位领导纷纷发表意见和建议，就本单位的准备情况作了介绍。最后常务副区长强调要求：一是统一思想高度重视;二是认真落实注重实效;三是协调配合不断创新，一起努力把此次3·15活动开展好。</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为办好3·15活动，__区工商局局长某某同志亲自挂帅、分管副局长某某同志具体抓落实，领导消协积极开展各项筹备工作，并把3·15活动同当前的工作重点结合起来;同“消费与服务”年主题结合起来;同食品安全结合起来，由消协、公平交易局和工商所一起联动，对各类市场进行一次全面检查和打假行动。同时加强宣传，让维权意识深入到每个人的心中。</w:t>
      </w:r>
      <w:r>
        <w:rPr>
          <w:lang w:eastAsia="zh-CN"/>
        </w:rPr>
        <w:br/>
      </w:r>
      <w:r>
        <w:rPr>
          <w:lang w:eastAsia="zh-CN"/>
        </w:rPr>
        <w:t>　　二、精心策划、周密部署</w:t>
      </w:r>
      <w:r>
        <w:rPr>
          <w:lang w:eastAsia="zh-CN"/>
        </w:rPr>
        <w:br/>
      </w:r>
      <w:r>
        <w:rPr>
          <w:lang w:eastAsia="zh-CN"/>
        </w:rPr>
        <w:t>　　为确保3·15活动圆满成功，__区消协开展了大量艰苦细致的工作，对社会各界进行了广泛的动员和宣传。</w:t>
      </w:r>
      <w:r>
        <w:rPr>
          <w:lang w:eastAsia="zh-CN"/>
        </w:rPr>
        <w:br/>
      </w:r>
      <w:r>
        <w:rPr>
          <w:lang w:eastAsia="zh-CN"/>
        </w:rPr>
        <w:t>　　1、组织市场检查。活动期间，根据区政府和区工商局的部署安排，区消协、公平交易局、各工商所进行了一次全面检查和打假活动，重点放在食品安全、农资市场、名烟名酒、化妆品几个方面。通过检查，没收了一批假冒伪劣商品，处理了一些不法商贩，在一定程度上净化了市场。</w:t>
      </w:r>
      <w:r>
        <w:rPr>
          <w:lang w:eastAsia="zh-CN"/>
        </w:rPr>
        <w:br/>
      </w:r>
      <w:r>
        <w:rPr>
          <w:lang w:eastAsia="zh-CN"/>
        </w:rPr>
        <w:t>　　2、开展街头宣传咨询活动。3月14日至15日两天，区消协联合区工商局、质检局、物价局、粮食局、卫生局、环保局、农委、地税局、商务局、商贸流通协会等执法单位在__大市场南侧设立宣传咨询台，提供法律、法规咨询，现场受理消费者投诉。此外，还有60余家商业、企业单位在现场设立了名优商品让利展销台。</w:t>
      </w:r>
      <w:r>
        <w:rPr>
          <w:lang w:eastAsia="zh-CN"/>
        </w:rPr>
        <w:br/>
      </w:r>
      <w:r>
        <w:rPr>
          <w:lang w:eastAsia="zh-CN"/>
        </w:rPr>
        <w:t>　　在两天的宣传咨询活动中，__区消协共受理投诉20件，现场解决7件，散发宣传材料1万余份，接受群众咨询500人次，召开座谈会2次，开辟报刊专栏6个，发表文章4篇，设立投诉咨询点40个，邀请各级党政领导20人到活动现场视察指导。</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三、活动内容丰富多彩，特色活动异彩纷呈。</w:t>
      </w:r>
      <w:r>
        <w:rPr>
          <w:lang w:eastAsia="zh-CN"/>
        </w:rPr>
        <w:br/>
      </w:r>
      <w:r>
        <w:rPr>
          <w:lang w:eastAsia="zh-CN"/>
        </w:rPr>
        <w:t>　　（1）为纪念3·15消费者权益日，__区消协与__日报、__区旅游局、妇联共同组织了“赏桃花、沐春风、纵情山水一日游”活动，并分别于3月7日、3月14日、3月21日游、湖等地，拉开了3·15活动纪念序幕。</w:t>
      </w:r>
      <w:r>
        <w:rPr>
          <w:lang w:eastAsia="zh-CN"/>
        </w:rPr>
        <w:br/>
      </w:r>
      <w:r>
        <w:rPr>
          <w:lang w:eastAsia="zh-CN"/>
        </w:rPr>
        <w:t>　　（2）在3月14日至15日活动现场，由__区消协与__市商务局招商引资单位__市福年来早餐工程有限公司联合打造营养早餐，并在14、15日两天免费派送。</w:t>
      </w:r>
      <w:r>
        <w:rPr>
          <w:lang w:eastAsia="zh-CN"/>
        </w:rPr>
        <w:br/>
      </w:r>
      <w:r>
        <w:rPr>
          <w:lang w:eastAsia="zh-CN"/>
        </w:rPr>
        <w:t>　　（3）由__市最大的乳业集团华园乳业在我会活动现场进行免费品尝鲜牛奶，并优惠展销其奶粉等产品。</w:t>
      </w:r>
      <w:r>
        <w:rPr>
          <w:lang w:eastAsia="zh-CN"/>
        </w:rPr>
        <w:br/>
      </w:r>
      <w:r>
        <w:rPr>
          <w:lang w:eastAsia="zh-CN"/>
        </w:rPr>
        <w:t>　　（4）在大市场咨询服务活动现场还邀请了__市爱心协会、__市民盟支部、__市网站、__市寻求律师事务所等单位进行咨询服服务活动，为消费者解难答疑。这是他们首次参与到3·15活动中。</w:t>
      </w:r>
      <w:r>
        <w:rPr>
          <w:lang w:eastAsia="zh-CN"/>
        </w:rPr>
        <w:br/>
      </w:r>
      <w:r>
        <w:rPr>
          <w:lang w:eastAsia="zh-CN"/>
        </w:rPr>
        <w:t>　　（5）为烘托现场气氛，我会在活动中邀请__区黄梅剧团举行了两场文艺演唱会，现场以年主题“消费与服务”为背影，唱出了广大消费者喜闻乐见的'现代戏。有小品、歌舞、独唱、相声等，舞台前人山人海，络绎不绝，让广大消费者在3·15节日期间享受到了一场文艺大餐。</w:t>
      </w:r>
      <w:r>
        <w:rPr>
          <w:lang w:eastAsia="zh-CN"/>
        </w:rPr>
        <w:br/>
      </w:r>
      <w:r>
        <w:rPr>
          <w:lang w:eastAsia="zh-CN"/>
        </w:rPr>
        <w:t>　　（6）消费热点也是难点的银行卡问题，经协商由我会牵头与市工商银行卡部在活动期间共同举行了咨询服务活动，并在现场散发消费者需要了解的宣传单。</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（7）__区消协以展板的形式制作了11块图文并茂、消费者喜闻乐见的消费警示漫画宣传图，其新颖、独特的功效深受广大消费者欢迎。</w:t>
      </w:r>
      <w:r>
        <w:rPr>
          <w:lang w:eastAsia="zh-CN"/>
        </w:rPr>
        <w:br/>
      </w:r>
      <w:r>
        <w:rPr>
          <w:lang w:eastAsia="zh-CN"/>
        </w:rPr>
        <w:t>　　（8）组织了__市最著名的金运汽车、福瑞德汽车、大众汽车四家汽车行举行大型汽车现场展示活动，其目的是弘扬民族汽车工业。</w:t>
      </w:r>
      <w:r>
        <w:rPr>
          <w:lang w:eastAsia="zh-CN"/>
        </w:rPr>
        <w:br/>
      </w:r>
      <w:r>
        <w:rPr>
          <w:lang w:eastAsia="zh-CN"/>
        </w:rPr>
        <w:t xml:space="preserve">    活动总结 篇3 </w:t>
      </w:r>
      <w:r>
        <w:rPr>
          <w:lang w:eastAsia="zh-CN"/>
        </w:rPr>
        <w:br/>
      </w:r>
      <w:r>
        <w:rPr>
          <w:lang w:eastAsia="zh-CN"/>
        </w:rPr>
        <w:t>　　10月13日下午3点30分我班级积极响应院团委组织号召的开展主题为“我们是一家人”的团学活动,于学校景行广场开展了一系列共计两个小时的活动，于下午5点30分结束活动。本次活动的参与者主要为经济学系班级全体成员、辅导员老师、其他班级的班委和院团委评分的两位同学。本次团学活动以加深班级同学之间的友谊、促进同学间的交流和增强班级的凝聚力为目的，以放松大家的心情、让所有同学玩得愉快为宗旨，活动按时顺利圆满完成，达到了预期效果。为达到本次活动的目的和宗旨，我班级在本次团学活动开展过程中推出了以下几个游戏：吹气球比赛、运气球比赛和蒙眼睛画画比赛(以上活动具体步骤和比赛方法、方式，已经在团学活动的策划书中详细介绍，在这里不便重述)。</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各个班委成员的'任务通过开会方式确定分工，男女班长负责协调班委之间的工作与配合团支书统筹工作，团支书负责本次活动的策划、主持、统筹与总结工作，生活委员负责采购活动需要的所有物品，宣传委员负责活动的海报与口头宣传工作，组织委员负责活动参与人员的组织和通知工作，学习委员以及文体委员配合前面提到的班委的工作。所有同学在此次活动中都很投入，充分展示了自己的才能和特长;同学之间的合作精神时时处处得到体现，正将本次我班级活动的目的和宗旨充分体现出来。本次活动的突出部分为运气球与蒙眼作画，小组成员之间、小组与小组之间、邀请嘉宾与嘉宾之间以及同学与老师之间都表现出来无比融洽与美好的感情，他们在比赛中互相帮助，你帮我拿一个气球，我帮你倒杯水……</w:t>
      </w:r>
      <w:r>
        <w:rPr>
          <w:lang w:eastAsia="zh-CN"/>
        </w:rPr>
        <w:br/>
      </w:r>
      <w:r>
        <w:rPr>
          <w:lang w:eastAsia="zh-CN"/>
        </w:rPr>
        <w:t>　　当然，本次活动也存在不足之处，比如：在场地的选择上过于仓促;活动场地秩序不好;活动准备不充分以及活动开始时不大活跃等等问题需要引起注意。在此次活动开展过后，我有深深的感想，那就是我班级所有同学之间有了更加进一步的认识，我班级的班级凝聚力与集体主义精神得到提升。同学之间的友谊得到进一步的培养，彼此之间的交流更多了，进一步改变了以前那种见面彼此无视的状况;一个我亲身经历的例子就是：在活动开展完成后，我们班委成员和几个同学一起清扫场地之后，大家相约到食堂一起吃饭，期间有说有笑，彼此成为了好朋友…… 在活动开展之前、活动开展期间以及活动开展之后，各个班委成员相互之间亲密配合，积极响应号召;更重要的是所有同学都积极踊跃的参与其中，积极为班级此次活动建言献策。通过此次活动，我班级从中学到了：团结、友谊、交流与合作。</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此次活动能顺利开展，首先应该感谢所有同学的积极配合，所有班委的亲密合作;其次应该感谢院团委组织，院团委为此次活动的开展提供了平台、机会和关心;再次应该感谢经济学院20__级的辅导员李老师和各个班级受邀参加本班级活动的班委，感谢他们对此次活动的积极支持;还要感谢为我班级活动计分的两位同学，感谢他们的积极参与与公正计分。在以上所有组织和个人的支持下，我班级此次的团学活动才取得了圆满的结束和预期的效果,所以，特在此感谢!</w:t>
      </w:r>
      <w:r>
        <w:rPr>
          <w:lang w:eastAsia="zh-CN"/>
        </w:rPr>
        <w:br/>
      </w:r>
      <w:r>
        <w:rPr>
          <w:lang w:eastAsia="zh-CN"/>
        </w:rPr>
        <w:t xml:space="preserve">    活动总结 篇4 </w:t>
      </w:r>
      <w:r>
        <w:rPr>
          <w:lang w:eastAsia="zh-CN"/>
        </w:rPr>
        <w:br/>
      </w:r>
      <w:r>
        <w:rPr>
          <w:lang w:eastAsia="zh-CN"/>
        </w:rPr>
        <w:t>　　20_年，我校党员志愿者服务活动按照“拓宽党员服务群众渠道，构建党员联系和服务群众工作体系，健全让党员经常受教育、永葆先进性长效机制”的总体要求，广泛动员全体党员干部积极参与到“三个”文明建设行动中，充分实践“服务他人、奉献社会”的宗旨。现将20_年党员志愿者服务活动开展情况小结如下：</w:t>
      </w:r>
      <w:r>
        <w:rPr>
          <w:lang w:eastAsia="zh-CN"/>
        </w:rPr>
        <w:br/>
      </w:r>
      <w:r>
        <w:rPr>
          <w:lang w:eastAsia="zh-CN"/>
        </w:rPr>
        <w:t>　　一、统一思想，领导高度重视局党组高度重视该次活动并就活动的开展，专门召开了专题会议，研究和部署党员志愿者服务活动的安排，特制定了党员志愿者服务活动计划，务求从思想、行动上保持高度一致，做到领导重视，干部职工团结的良好势头。为开展好这一活动，我们积极做好宣传工作，利用版面、信息、新闻报道等形式在全局范围内广造舆论、营造氛围，力求扩大影响力度，弘扬志愿精神。</w:t>
      </w:r>
      <w:r>
        <w:rPr>
          <w:lang w:eastAsia="zh-CN"/>
        </w:rPr>
        <w:br/>
      </w:r>
      <w:r>
        <w:rPr>
          <w:lang w:eastAsia="zh-CN"/>
        </w:rPr>
        <w:t>　　二、积极开展党员志愿者活动</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党员志愿者服务活动是以“奉献、友爱、互助、进步”为宗旨、以志愿服务为主要形式的一项社会主义群众性党员活动。随着社会的不断发展，党员志愿者活动已成为参与社区服务管理的一支重要力量。局党组对全体党员进行了志愿者行动动员，要求全体党员以身作则，率先行动，积极投身于这一行动中，群力群策，响应上级号召，争取圆满完成任务。同时借我们的志愿服务系列活动的广泛开展，进一步扩大党员志愿者的影响，弘扬社会新风，促进两个文明建设的协调发展。</w:t>
      </w:r>
      <w:r>
        <w:rPr>
          <w:lang w:eastAsia="zh-CN"/>
        </w:rPr>
        <w:br/>
      </w:r>
      <w:r>
        <w:rPr>
          <w:lang w:eastAsia="zh-CN"/>
        </w:rPr>
        <w:t>　　三、确定活动中心，推进志愿者队伍管理规范化?</w:t>
      </w:r>
      <w:r>
        <w:rPr>
          <w:lang w:eastAsia="zh-CN"/>
        </w:rPr>
        <w:br/>
      </w:r>
      <w:r>
        <w:rPr>
          <w:lang w:eastAsia="zh-CN"/>
        </w:rPr>
        <w:t>　　? ?以开展“送服务，献爱心”便民活动为重点，发动劳动人事社会保障局党支部带领广大党员群众，结合“党员一人一岗”等活动。</w:t>
      </w:r>
      <w:r>
        <w:rPr>
          <w:lang w:eastAsia="zh-CN"/>
        </w:rPr>
        <w:br/>
      </w:r>
      <w:r>
        <w:rPr>
          <w:lang w:eastAsia="zh-CN"/>
        </w:rPr>
        <w:t>　　一是把法律、政策宣传、就业指导、扶贫帮困、维权等四个志愿者服务队的措施送到近郊社区。</w:t>
      </w:r>
      <w:r>
        <w:rPr>
          <w:lang w:eastAsia="zh-CN"/>
        </w:rPr>
        <w:br/>
      </w:r>
      <w:r>
        <w:rPr>
          <w:lang w:eastAsia="zh-CN"/>
        </w:rPr>
        <w:t>　　二是开展爱心工程活动。爱心工程旨在发动志愿者奉献社会，关爱他人，向社会上需要关心和帮助的人给予力所能及的帮助，奉献爱心。</w:t>
      </w:r>
      <w:r>
        <w:rPr>
          <w:lang w:eastAsia="zh-CN"/>
        </w:rPr>
        <w:br/>
      </w:r>
      <w:r>
        <w:rPr>
          <w:lang w:eastAsia="zh-CN"/>
        </w:rPr>
        <w:t>　　全局党员志愿者积极参加“爱心一元捐”、“爱心传递、心系玉树”捐款活动及“庆五一，爱我昌吉”千人徒步活动、干部职工运动会、军事化拓展训练等活动。“爱心一元捐”活动，捐款240余元;参加“爱心传递、心系玉树”抗震救灾捐款2510元。</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今年，按照市委安排，先后下派5名干部进驻社区，下派干部积极参与社区治安巡逻，协调相关部门解决社区热点难点问题3个。下派2名干部包村，为__解决防洪及贫困户慰问物资折合人民币5000元。筹集资金1万元为__困难户购买春耕物资，积极帮助_村协调7万元资金，用于自来水建设，解决了村民冬季饮用水困难问题，并在节假日，看望三老人员和贫困户，送去慰问品价值1000元。</w:t>
      </w:r>
      <w:r>
        <w:rPr>
          <w:lang w:eastAsia="zh-CN"/>
        </w:rPr>
        <w:br/>
      </w:r>
      <w:r>
        <w:rPr>
          <w:lang w:eastAsia="zh-CN"/>
        </w:rPr>
        <w:t>　　积极为新华能企业解决实际问题，帮助企业引进人才、规范用工行为、落实减负优惠政策。向广场社区资助1000元用于购买办公用品，为天池社区老年公寓老人送去大米、清油等价值人民币200元物品。针对冬季即将来临，解决贫困户家中的取暖问题，机关党支部拿出10000元现金为贫困户买冬季取暖用煤。就业局党支部慰问了离退休老干部、__三老人员和困难户，并送去了价值5000多元的慰问品。</w:t>
      </w:r>
      <w:r>
        <w:rPr>
          <w:lang w:eastAsia="zh-CN"/>
        </w:rPr>
        <w:br/>
      </w:r>
      <w:r>
        <w:rPr>
          <w:lang w:eastAsia="zh-CN"/>
        </w:rPr>
        <w:t xml:space="preserve">    活动总结 篇5 </w:t>
      </w:r>
      <w:r>
        <w:rPr>
          <w:lang w:eastAsia="zh-CN"/>
        </w:rPr>
        <w:br/>
      </w:r>
      <w:r>
        <w:rPr>
          <w:lang w:eastAsia="zh-CN"/>
        </w:rPr>
        <w:t>　　参加支教工作是我之前没有想到的事情，不过我即将体验到支教的感受了，因为我就要到小学中参加支教工作了，这是一次很好的锻炼机会，在我成为教师之后还没有过这样的机会，这一次我一定要好好的发挥，将自己的全部教学水平用在支教中。</w:t>
      </w:r>
      <w:r>
        <w:rPr>
          <w:lang w:eastAsia="zh-CN"/>
        </w:rPr>
        <w:br/>
      </w:r>
      <w:r>
        <w:rPr>
          <w:lang w:eastAsia="zh-CN"/>
        </w:rPr>
        <w:t>　　转眼间，一学期就要结束了，回顾两个多月的工作生活学习情况，心中充满喜悦，因为支教工作锻炼了我，支教工作是充实的，带给我的是沉甸甸的收获。</w:t>
      </w:r>
      <w:r>
        <w:rPr>
          <w:lang w:eastAsia="zh-CN"/>
        </w:rPr>
        <w:br/>
      </w:r>
      <w:r>
        <w:rPr>
          <w:lang w:eastAsia="zh-CN"/>
        </w:rPr>
        <w:t>　　短短的两个月过去了，但是他们的热情好客，质朴厚道我却是不能忘记的。记得我刚来学校时，学校的领导对我的生活上给予了极大的照顾，用与我一起吃饭的孙老师的话说，你的房间是里的，你有空调，卫生间，专用厨房，房间吊了顶，你可知道吊顶是谢校长，白校长他们亲自动手给弄得，几乎所有的一切都是他们亲自给弄好的。我听了之后真的是很感动。</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坐在我对面的周主任，时时问我生活上的情况，有什么困难，想家的烦恼，他总是及时给与安慰，武永校长经常与我探讨教育教学上的一些问题，等等。住在我隔壁的吴老师在立夏那天给我送来两个大大的鹅蛋，时不时给我送些青菜生菜之类的，令我感动不已。当然给我在学习生活工作上以帮助的老师远远不止这些，他们是那样的热情，他们是那样的质朴厚道，给我留下了深深印象，这些应该是我一生永远不能忘记的吧!</w:t>
      </w:r>
      <w:r>
        <w:rPr>
          <w:lang w:eastAsia="zh-CN"/>
        </w:rPr>
        <w:br/>
      </w:r>
      <w:r>
        <w:rPr>
          <w:lang w:eastAsia="zh-CN"/>
        </w:rPr>
        <w:t>　　毕竟是离开自己熟悉的工作单位，来到一个自己比较陌生的地方，所以我知道我首先要做的是调整心态，积极面对。其实我的所有的准备似乎都是多余的，因为-小人迎接我的是一张纸真诚热情的笑脸，没有多少寒暄，赵校长对我一学期的工作做了整体安排，我没有什么意见。我承担四班的语文教学任务，上教学研讨课两节，做课堂教学评价和课堂教学设计方面的专题讲座各一次。赵校长给我的任务不轻。</w:t>
      </w:r>
      <w:r>
        <w:rPr>
          <w:lang w:eastAsia="zh-CN"/>
        </w:rPr>
        <w:br/>
      </w:r>
      <w:r>
        <w:rPr>
          <w:lang w:eastAsia="zh-CN"/>
        </w:rPr>
        <w:t>　　我都答应下来，作为一个教师担任班级的语文教学任务，并不是难事，上教学研讨课也不是难事，因为这都是我们的职责，难的事情是让我对教学评价和教学设计做讲座，而这两个问题可以说就是语文教学的核心问题，尤其是教学评价的课堂教学评价的问题，更是核心中的核心问题，即使是教育教学领域的专家，要说好这件事也不是一件容易的事，我当然不敢马虎，在未来的岁月中我认真阅读一些理论书籍，并上网查阅资料，为自己的工作，也为自己的责任做好充分的准备，我像一个扬帆的船，努力向前。</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活动总结 篇6 </w:t>
      </w:r>
      <w:r>
        <w:rPr>
          <w:lang w:eastAsia="zh-CN"/>
        </w:rPr>
        <w:br/>
      </w:r>
      <w:r>
        <w:rPr>
          <w:lang w:eastAsia="zh-CN"/>
        </w:rPr>
        <w:t>　　前言：全国主要省会大多出现了采血困难的情况，血液库存一直在警戒线上下浮动。血荒、昆明血荒，青岛血荒，南京血荒在一些地方，医院接到了限血令“省着点用”。手术被迫推迟，患者安全受到威胁。全国大面积凸显的用血告急，血荒这个长久存在的现象，再次引发公众关注。无偿献血不仅是一种助人为乐的美德，更是每个社会成员都应有的社会公德。它是一种爱心的表现，“伸出你的手臂，献出你的爱心”这将是一生取之不尽用之不竭的精神财富，正所谓“送人玫瑰，手有余香”，我们志愿者的这次无偿献血活动将会为更多的急需用血的病人带去福音，相信我们的这次活动将会为焦作人民造福！</w:t>
      </w:r>
      <w:r>
        <w:rPr>
          <w:lang w:eastAsia="zh-CN"/>
        </w:rPr>
        <w:br/>
      </w:r>
      <w:r>
        <w:rPr>
          <w:lang w:eastAsia="zh-CN"/>
        </w:rPr>
        <w:t>　　一、活动主题：</w:t>
      </w:r>
      <w:r>
        <w:rPr>
          <w:lang w:eastAsia="zh-CN"/>
        </w:rPr>
        <w:br/>
      </w:r>
      <w:r>
        <w:rPr>
          <w:lang w:eastAsia="zh-CN"/>
        </w:rPr>
        <w:t>　　爱心奉献 无偿献血 温情社会</w:t>
      </w:r>
      <w:r>
        <w:rPr>
          <w:lang w:eastAsia="zh-CN"/>
        </w:rPr>
        <w:br/>
      </w:r>
      <w:r>
        <w:rPr>
          <w:lang w:eastAsia="zh-CN"/>
        </w:rPr>
        <w:t>　　二、活动目的：</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近一段时间，全国各地都爆发出“血荒”现象，现在都是用血的紧张时期，血库告急是多数城市常遇到的情况而且由于认识上的误区，无偿献血者的数量正在下降，血源不足。因此我衡阳师范学院计科系11级01班举行了此次“爱心献血、回报社会”的活动，此次为我市血库提供一定量的新鲜血液，以确保衡阳市血库的正常用血，同时也借此活动机会激励广大学生的奉献精神，无偿献血，关爱生命。更为重要的是此次活动，会促使人们行动起来将爱心传递出去，号召更多人加入到无偿献血的志愿队伍中，来积极地应对近期因民众献血意识不足而引起的“血荒”现象，让广大学生乃至全社会都能真正理解奉献的真谛！</w:t>
      </w:r>
      <w:r>
        <w:rPr>
          <w:lang w:eastAsia="zh-CN"/>
        </w:rPr>
        <w:br/>
      </w:r>
      <w:r>
        <w:rPr>
          <w:lang w:eastAsia="zh-CN"/>
        </w:rPr>
        <w:t>　　三、活动内容：</w:t>
      </w:r>
      <w:r>
        <w:rPr>
          <w:lang w:eastAsia="zh-CN"/>
        </w:rPr>
        <w:br/>
      </w:r>
      <w:r>
        <w:rPr>
          <w:lang w:eastAsia="zh-CN"/>
        </w:rPr>
        <w:t>　　本次活动为回报社会的公益活动，宣传鼓动工作任务较重，为了使得广大同学能及时了解活动近况，我们做了相关的的海报与横幅。</w:t>
      </w:r>
      <w:r>
        <w:rPr>
          <w:lang w:eastAsia="zh-CN"/>
        </w:rPr>
        <w:br/>
      </w:r>
      <w:r>
        <w:rPr>
          <w:lang w:eastAsia="zh-CN"/>
        </w:rPr>
        <w:t>　　此次活动体现了同学的全新精神面貌，在活动开始之前，全体同学在教室召开了本次活动的动员大会。相关负责人对此次活动做了具体的安排。在11月16日上午10点，同学准时地在我活动地点集合，并且携带系旗，青年志愿者帽，满怀着激情和责任向目的地出发，大家到达衡阳市中心血站，在与血站工作人员协调之后，同学们积极配合中心血站医务人员，按顺序进行了领表登记、血型测定、体检和抽血程序。</w:t>
      </w:r>
      <w:r>
        <w:rPr>
          <w:lang w:eastAsia="zh-CN"/>
        </w:rPr>
        <w:br/>
      </w:r>
      <w:r>
        <w:rPr>
          <w:lang w:eastAsia="zh-CN"/>
        </w:rPr>
        <w:t>　　四、活动结果：</w:t>
      </w:r>
      <w:r>
        <w:rPr>
          <w:lang w:eastAsia="zh-CN"/>
        </w:rPr>
        <w:br/>
      </w:r>
      <w:r>
        <w:rPr>
          <w:lang w:eastAsia="zh-CN"/>
        </w:rPr>
        <w:t>　　据统计本次活动献血近20000CC。无偿献血不仅是人道主义精神的崇高体现，更是社会文明的重要标志。此次献血活动取得了很好的效果，并获得学院领导和血站工作人员的一致好评，同学们在为社会、为他人无偿付出的同时升华了自身的思想，同时也为和谐校园、和谐社会的建设奉献了自己的一份力量，一份心意。</w:t>
      </w:r>
      <w:r>
        <w:rPr>
          <w:lang w:eastAsia="zh-CN"/>
        </w:rPr>
        <w:br/>
      </w:r>
      <w:r>
        <w:rPr>
          <w:lang w:eastAsia="zh-CN"/>
        </w:rPr>
        <w:t>　　五、活动影响：</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在校内由于我们在学校进行了宣传，提高了此次活动的知名度和广度，使这次活动在学院内产生了较好的影响，许多同学表示以后要多参加类似的公益活动，为社会做自己所力所能及的好事。</w:t>
      </w:r>
      <w:r>
        <w:rPr>
          <w:lang w:eastAsia="zh-CN"/>
        </w:rPr>
        <w:br/>
      </w:r>
      <w:r>
        <w:rPr>
          <w:lang w:eastAsia="zh-CN"/>
        </w:rPr>
        <w:t>　　在社会上，由于衡阳市中心血站人员流动量大，献血时周围很多市民都在进行咨询，我们同学们的无偿奉献精神对引导广大市民参加类似的公益活动将产生积极的影响，我们相信以此为契机我们将逐步推动我市公益事业的发展。</w:t>
      </w:r>
      <w:r>
        <w:rPr>
          <w:lang w:eastAsia="zh-CN"/>
        </w:rPr>
        <w:br/>
      </w:r>
      <w:r>
        <w:rPr>
          <w:lang w:eastAsia="zh-CN"/>
        </w:rPr>
        <w:t>　　六、活动总结：</w:t>
      </w:r>
      <w:r>
        <w:rPr>
          <w:lang w:eastAsia="zh-CN"/>
        </w:rPr>
        <w:br/>
      </w:r>
      <w:r>
        <w:rPr>
          <w:lang w:eastAsia="zh-CN"/>
        </w:rPr>
        <w:t>　　此次活动举办的相当成功，同学们都勇敢无畏克服恐惧心理，认真按照事前安排和医务人员的要求进行献血，确保了此次献血活动的顺利进行，通过此次同学们锻炼了自身的心理素质，医务人员的耐心讲解和市中心血站及各方的支持也是此次活动能够圆满结束的重要原因。</w:t>
      </w:r>
      <w:r>
        <w:rPr>
          <w:lang w:eastAsia="zh-CN"/>
        </w:rPr>
        <w:br/>
      </w:r>
      <w:r>
        <w:rPr>
          <w:lang w:eastAsia="zh-CN"/>
        </w:rPr>
        <w:t>　　无偿献血是每个公民都应尽的义务，志愿者们踊跃参加此次活动也是我们履行自己的义务践行“十七”精神的重要体现。同时这也是我们为构建社会主义和谐社会做出的力所能及的事。</w:t>
      </w:r>
      <w:r>
        <w:rPr>
          <w:lang w:eastAsia="zh-CN"/>
        </w:rPr>
        <w:br/>
      </w:r>
      <w:r>
        <w:rPr>
          <w:lang w:eastAsia="zh-CN"/>
        </w:rPr>
        <w:t>　　七、活动反思：</w:t>
      </w:r>
      <w:r>
        <w:rPr>
          <w:lang w:eastAsia="zh-CN"/>
        </w:rPr>
        <w:br/>
      </w:r>
      <w:r>
        <w:rPr>
          <w:lang w:eastAsia="zh-CN"/>
        </w:rPr>
        <w:t>　　凡事都有两面，尽管此次活动圆满结束，我们还是从中发现了许多的不足。由于工作上的失误，使部分同学没能进行无偿献血，另外献血步骤没有和大家宣传清楚，献血时稍显忙乱，这些都为我们班级以后的活动工作提供了许多可以借鉴的经验和教训。</w:t>
      </w:r>
      <w:r>
        <w:rPr>
          <w:lang w:eastAsia="zh-CN"/>
        </w:rPr>
        <w:br/>
      </w:r>
      <w:r>
        <w:rPr>
          <w:lang w:eastAsia="zh-CN"/>
        </w:rPr>
        <w:t xml:space="preserve">    活动总结 篇7 </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大学爱国卫生月活动总结一根据《学校“爱国卫生月”活动实施方案》的安排和市局的指示精神，我们本着“既要培养师生的卫生环境意识，又能对社会产生一定的宣传效果”的目的，对本次活动做了认真地组织落实，现总结如下。</w:t>
      </w:r>
      <w:r>
        <w:rPr>
          <w:lang w:eastAsia="zh-CN"/>
        </w:rPr>
        <w:br/>
      </w:r>
      <w:r>
        <w:rPr>
          <w:lang w:eastAsia="zh-CN"/>
        </w:rPr>
        <w:t>　　一、宣传发动、创设氛围。</w:t>
      </w:r>
      <w:r>
        <w:rPr>
          <w:lang w:eastAsia="zh-CN"/>
        </w:rPr>
        <w:br/>
      </w:r>
      <w:r>
        <w:rPr>
          <w:lang w:eastAsia="zh-CN"/>
        </w:rPr>
        <w:t>　　1、利用集会的时间，向全校师生传达了市“爱国卫生月”活动方案，并对本校</w:t>
      </w:r>
      <w:r>
        <w:rPr>
          <w:lang w:eastAsia="zh-CN"/>
        </w:rPr>
        <w:br/>
      </w:r>
      <w:r>
        <w:rPr>
          <w:lang w:eastAsia="zh-CN"/>
        </w:rPr>
        <w:t>　　“爱国卫生月”活动做出安排，并发动全校师生积极参与到爱国卫生活动中来，同时，广泛宣传爱国卫生月活动的必要性和重要性，提高全体教职员工、学生的思想认识，做到上下一心，群策群力，切实做好爱国卫生工作。</w:t>
      </w:r>
      <w:r>
        <w:rPr>
          <w:lang w:eastAsia="zh-CN"/>
        </w:rPr>
        <w:br/>
      </w:r>
      <w:r>
        <w:rPr>
          <w:lang w:eastAsia="zh-CN"/>
        </w:rPr>
        <w:t>　　2、学校根据“爱国卫生月”活动的内容和标准印成230多份宣传单，让学生带回家，并读给家长听;4月15号前，各班都出了一期以“爱国卫生月”活动为内容的板报。4月16日，学校红领巾广播站利用间操时间，开展“爱护环境、讲究卫生，从我做起”专题广播，每天播一篇同学自己写的环保小文章，一直坚持到4月末结束。</w:t>
      </w:r>
      <w:r>
        <w:rPr>
          <w:lang w:eastAsia="zh-CN"/>
        </w:rPr>
        <w:br/>
      </w:r>
      <w:r>
        <w:rPr>
          <w:lang w:eastAsia="zh-CN"/>
        </w:rPr>
        <w:t>　　二、组织活动、落实行动。</w:t>
      </w:r>
      <w:r>
        <w:rPr>
          <w:lang w:eastAsia="zh-CN"/>
        </w:rPr>
        <w:br/>
      </w:r>
      <w:r>
        <w:rPr>
          <w:lang w:eastAsia="zh-CN"/>
        </w:rPr>
        <w:t>　　1、4月15日，利用下午六、七节课的时间，全校师生对校园环境卫生进行了一次彻底清理，重点把各教室、办公室和活动室的玻璃擦了一遍。</w:t>
      </w:r>
      <w:r>
        <w:rPr>
          <w:lang w:eastAsia="zh-CN"/>
        </w:rPr>
        <w:br/>
      </w:r>
      <w:r>
        <w:rPr>
          <w:lang w:eastAsia="zh-CN"/>
        </w:rPr>
        <w:t>　　2、对容易滋生蚊蝇的场地进行了清理，使校园环境得到了很大的改观。</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3、4月20日，集中人力物力对所有绿化地带进行了全面的清理，清理杂草，修整护栏，对枯死的花木进行补种，对长势旺盛的花木及时进行了修剪。</w:t>
      </w:r>
      <w:r>
        <w:rPr>
          <w:lang w:eastAsia="zh-CN"/>
        </w:rPr>
        <w:br/>
      </w:r>
      <w:r>
        <w:rPr>
          <w:lang w:eastAsia="zh-CN"/>
        </w:rPr>
        <w:t>　　4、深入开展以灭鼠为重点的除四害活动</w:t>
      </w:r>
      <w:r>
        <w:rPr>
          <w:lang w:eastAsia="zh-CN"/>
        </w:rPr>
        <w:br/>
      </w:r>
      <w:r>
        <w:rPr>
          <w:lang w:eastAsia="zh-CN"/>
        </w:rPr>
        <w:t>　　春季是四害孳生繁殖的季节，也是灭鼠的大好时机，开展环境卫生大整治、虫害孳生环境大清理活动，认真作好环境和日常保洁管理和消毒，做好灭鼠、防鼠设施的落实，让虫害远离生活。</w:t>
      </w:r>
      <w:r>
        <w:rPr>
          <w:lang w:eastAsia="zh-CN"/>
        </w:rPr>
        <w:br/>
      </w:r>
      <w:r>
        <w:rPr>
          <w:lang w:eastAsia="zh-CN"/>
        </w:rPr>
        <w:t>　　三、活动效果。</w:t>
      </w:r>
      <w:r>
        <w:rPr>
          <w:lang w:eastAsia="zh-CN"/>
        </w:rPr>
        <w:br/>
      </w:r>
      <w:r>
        <w:rPr>
          <w:lang w:eastAsia="zh-CN"/>
        </w:rPr>
        <w:t>　　本次活动，基本达到了培养师生环保意识，同时对周围群众起到一定宣传影响作用的效果。通过全体师生员工的共同努力，在环境卫生、除四害、健康教育等方面均取得了可喜的成绩。</w:t>
      </w:r>
      <w:r>
        <w:rPr>
          <w:lang w:eastAsia="zh-CN"/>
        </w:rPr>
        <w:br/>
      </w:r>
      <w:r>
        <w:rPr>
          <w:lang w:eastAsia="zh-CN"/>
        </w:rPr>
        <w:t xml:space="preserve">    活动总结 篇8 </w:t>
      </w:r>
      <w:r>
        <w:rPr>
          <w:lang w:eastAsia="zh-CN"/>
        </w:rPr>
        <w:br/>
      </w:r>
      <w:r>
        <w:rPr>
          <w:lang w:eastAsia="zh-CN"/>
        </w:rPr>
        <w:t>　　一、领导重视、指导思想明确</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__区政府高度重视成立了以常务副区长张秀萍、副区长张琴为组长,各理事单位为领导组成员的__区3·15活动领导组,并下发了金政办__8号文件,就全区3·15活动内容进行了部署,提出了明确的要求。3月10日下午,在区政府三楼会议室又专门召开了区政府3·15活动领导组工作会议。在会上,首先区消协秘书长奚沛源同志向大家汇报了过去一年的工作情况和今年的工作安排,接着区工商局副局长吴家勇同志通报了3·15活动的具体实施方案,并由与会同志共同讨论,各单位领导纷纷发表意见和建议,就本单位的准备情况作了介绍。最后张秀萍常务副区长强调要求:一是统一思想高度重视;二是认真落实注重实效;三是协调配合不断创新,一起努力把此次3·15活动开展好。</w:t>
      </w:r>
      <w:r>
        <w:rPr>
          <w:lang w:eastAsia="zh-CN"/>
        </w:rPr>
        <w:br/>
      </w:r>
      <w:r>
        <w:rPr>
          <w:lang w:eastAsia="zh-CN"/>
        </w:rPr>
        <w:t>　　为办好3·15活动,__区工商局局长张习和同志亲自挂帅、分管副局长吴家勇同志具体抓落实,领导消协积极开展各项筹备工作,并把3·15活动同当前的工作重点结合起来;同“消费与服务”年主题结合起来;同食品安全结合起来,由消协、公平交易局和工商所一起联动,对各类市场进行一次全面检查和打假行动。同时加强宣传,让维权意识深入到每个人的心中。</w:t>
      </w:r>
      <w:r>
        <w:rPr>
          <w:lang w:eastAsia="zh-CN"/>
        </w:rPr>
        <w:br/>
      </w:r>
      <w:r>
        <w:rPr>
          <w:lang w:eastAsia="zh-CN"/>
        </w:rPr>
        <w:t>　　二、精心策划、周密部署</w:t>
      </w:r>
      <w:r>
        <w:rPr>
          <w:lang w:eastAsia="zh-CN"/>
        </w:rPr>
        <w:br/>
      </w:r>
      <w:r>
        <w:rPr>
          <w:lang w:eastAsia="zh-CN"/>
        </w:rPr>
        <w:t>　　为确保3·15活动圆满成功,__区消协开展了大量艰苦细致的工作,对社会各界进行了广泛的动员和宣传。</w:t>
      </w:r>
      <w:r>
        <w:rPr>
          <w:lang w:eastAsia="zh-CN"/>
        </w:rPr>
        <w:br/>
      </w:r>
      <w:r>
        <w:rPr>
          <w:lang w:eastAsia="zh-CN"/>
        </w:rPr>
        <w:t>　　1、组织市场检查。活动期间,根据区政府和区工商局的部署安排,区消协、公平交易局、各工商所进行了一次全面检查和打假活动,重点放在食品安全、农资市场、名烟名酒、化妆品几个方面。通过检查,没收了一批假冒伪劣商品,处理了一些不法商贩,在一定程度上净化了市场。</w:t>
      </w:r>
      <w:r>
        <w:rPr>
          <w:lang w:eastAsia="zh-CN"/>
        </w:rPr>
        <w:br/>
      </w:r>
      <w:r>
        <w:rPr>
          <w:lang w:eastAsia="zh-CN"/>
        </w:rPr>
        <w:t>　　2、开展街头宣传咨询活动。3月14日至15日两天,区消协联合区工商局、质检局、物价局、粮食局、卫生局、环保局、农委、地税局、商务局、商贸流通协会等执法单位在__大市场南侧设立宣传咨询台,提供法律、法规咨询,现场受理消费者投诉。此外,还有60余家商业、企业单位在现场设立了名优商品让利展销台。</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两天的宣传咨询活动中,__区消协共受理投诉20件,现场解决7件,散发宣传材料1万余份,接受群众咨询500人次,召开座谈会2次,开辟报刊专栏6个,发表文章4篇,设立投诉咨询点40个,邀请各级党政领导20人到活动现场视察指导。</w:t>
      </w:r>
      <w:r>
        <w:rPr>
          <w:lang w:eastAsia="zh-CN"/>
        </w:rPr>
        <w:br/>
      </w:r>
      <w:r>
        <w:rPr>
          <w:lang w:eastAsia="zh-CN"/>
        </w:rPr>
        <w:t>　　三、活动内容丰富多彩,特色活动异彩纷呈。</w:t>
      </w:r>
      <w:r>
        <w:rPr>
          <w:lang w:eastAsia="zh-CN"/>
        </w:rPr>
        <w:br/>
      </w:r>
      <w:r>
        <w:rPr>
          <w:lang w:eastAsia="zh-CN"/>
        </w:rPr>
        <w:t>　　(1)为纪念3·15消费者权益日,__区消协与皖西日报、__区旅游局、妇联共同组织了“赏桃花、沐春风、纵情山水一日游”活动,并分别于3月7日、3月14日、3月21日游红石谷、将军湖等地,拉开了3·15活动纪念序幕。</w:t>
      </w:r>
      <w:r>
        <w:rPr>
          <w:lang w:eastAsia="zh-CN"/>
        </w:rPr>
        <w:br/>
      </w:r>
      <w:r>
        <w:rPr>
          <w:lang w:eastAsia="zh-CN"/>
        </w:rPr>
        <w:t>　　(2)在3月14日至15日活动现场,由__区消协与__市商务局招商引资单位__市福年来早餐工程有限公司联合打造营养早餐,并在14、15日两天免费派送。</w:t>
      </w:r>
      <w:r>
        <w:rPr>
          <w:lang w:eastAsia="zh-CN"/>
        </w:rPr>
        <w:br/>
      </w:r>
      <w:r>
        <w:rPr>
          <w:lang w:eastAsia="zh-CN"/>
        </w:rPr>
        <w:t>　　(3)由__市最大的乳业集团华园乳业在我会活动现场进行免费品尝鲜牛奶,并优惠展销其奶粉等产品。</w:t>
      </w:r>
      <w:r>
        <w:rPr>
          <w:lang w:eastAsia="zh-CN"/>
        </w:rPr>
        <w:br/>
      </w:r>
      <w:r>
        <w:rPr>
          <w:lang w:eastAsia="zh-CN"/>
        </w:rPr>
        <w:t>　　(4)在大市场咨询服务活动现场还邀请了__市爱心协会、__市民盟支部、__市政府的网站、__市寻求律师事务所等单位进行咨询服务活动,为消费者解难答疑。这是他们首次参与到3·15活动中。</w:t>
      </w:r>
      <w:r>
        <w:rPr>
          <w:lang w:eastAsia="zh-CN"/>
        </w:rPr>
        <w:br/>
      </w:r>
      <w:r>
        <w:rPr>
          <w:lang w:eastAsia="zh-CN"/>
        </w:rPr>
        <w:t>　　(5)为烘托现场气氛,我会在活动中邀请__区黄梅剧团举行了两场文艺演唱会,现场以年主题“消费与服务”为背影,唱出了广大消费者喜闻乐见的现代戏。有小品、歌舞、独唱、相声等,舞台前人山人海,络绎不绝,让广大消费者在3·15节日期间享受到了一场文艺大餐。</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(6)消费热点也是难点的银行卡问题,经协商由我会牵头与市工商银行卡部在活动期间共同举行了咨询服务活动,并在现场散发消费者需要了解的宣传单。</w:t>
      </w:r>
      <w:r>
        <w:rPr>
          <w:lang w:eastAsia="zh-CN"/>
        </w:rPr>
        <w:br/>
      </w:r>
      <w:r>
        <w:rPr>
          <w:lang w:eastAsia="zh-CN"/>
        </w:rPr>
        <w:t>　　(7)__区消协以展板的形式制作了11块图文并茂、消费者喜闻乐见的消费警示漫画宣传图,其新颖、独特的功效深受广大消费者欢迎。</w:t>
      </w:r>
      <w:r>
        <w:rPr>
          <w:lang w:eastAsia="zh-CN"/>
        </w:rPr>
        <w:br/>
      </w:r>
      <w:r>
        <w:rPr>
          <w:lang w:eastAsia="zh-CN"/>
        </w:rPr>
        <w:t>　　(8)组织了__市最著名的金运汽车、福瑞德汽车、大众汽车四家汽车行举行大型汽车现场展示活动,其目的是弘扬民族汽车工业。</w:t>
      </w:r>
      <w:r>
        <w:rPr>
          <w:lang w:eastAsia="zh-CN"/>
        </w:rPr>
        <w:br/>
      </w:r>
      <w:r>
        <w:rPr>
          <w:lang w:eastAsia="zh-CN"/>
        </w:rPr>
        <w:t>　　(9)组织了全国前四名的.太阳能进行展示活动,其四个品牌分别是皇明、太阳雨、华阳和美大太阳能,并在14、15两天进行让利优惠展销活动。</w:t>
      </w:r>
      <w:r>
        <w:rPr>
          <w:lang w:eastAsia="zh-CN"/>
        </w:rPr>
        <w:br/>
      </w:r>
      <w:r>
        <w:rPr>
          <w:lang w:eastAsia="zh-CN"/>
        </w:rPr>
        <w:t>　　(10)活动期间组织了__市第四人民医院、交通医院、妇幼保健院和城区门诊部四家医院进行大型义诊活动。</w:t>
      </w:r>
      <w:r>
        <w:rPr>
          <w:lang w:eastAsia="zh-CN"/>
        </w:rPr>
        <w:br/>
      </w:r>
      <w:r>
        <w:rPr>
          <w:lang w:eastAsia="zh-CN"/>
        </w:rPr>
        <w:t>　　(11)我会在3·15期间与世纪联华共同组织召开了消费者座谈会和恳谈会,对世纪联华的过去、现在和将来进行了探讨,并提出了许多中肯的意见,世纪联华的工作人员非常诚恳的接受了消费者的建议,消协的工作人员也受益匪浅。</w:t>
      </w:r>
      <w:r>
        <w:rPr>
          <w:lang w:eastAsia="zh-CN"/>
        </w:rPr>
        <w:br/>
      </w:r>
      <w:r>
        <w:rPr>
          <w:lang w:eastAsia="zh-CN"/>
        </w:rPr>
        <w:t>　　四、效果显著,社会反响好。</w:t>
      </w:r>
      <w:r>
        <w:rPr>
          <w:lang w:eastAsia="zh-CN"/>
        </w:rPr>
        <w:br/>
      </w:r>
      <w:r>
        <w:rPr>
          <w:lang w:eastAsia="zh-CN"/>
        </w:rPr>
        <w:t>　　__年的3·15活动在各级党委、政府的高度重视下,通过__区消协和各理事单位的共同努力,在突出效果、注重实效、扩大影响等方面狠下功夫,使整个活动有声势、有内容、发动广泛、重点突出,做到了报刊上有文章,广播里有声音,电视上有图象。既培养了消费者正确健康的安全消费意识,又增强了消费者的自我保护意识,使“消费与服务”的春风飞进__区的每个角落。</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活动总结 篇9 </w:t>
      </w:r>
      <w:r>
        <w:rPr>
          <w:lang w:eastAsia="zh-CN"/>
        </w:rPr>
        <w:br/>
      </w:r>
      <w:r>
        <w:rPr>
          <w:lang w:eastAsia="zh-CN"/>
        </w:rPr>
        <w:t>　　20__年3月3日是第__次全国“爱耳日”，为进一步提高广大人民群众的爱耳护耳意识，预防听力损伤，关注听力健康，__市残联会同各有关部门按照《关于开展第十六次全国爱耳日宣传教育活动的通知》精神，在全市各乡镇街道以及各中小学组织实施了“减少噪声，保护听力”的主题宣传教育活动，现就此次“爱耳日”活动总结如下。</w:t>
      </w:r>
      <w:r>
        <w:rPr>
          <w:lang w:eastAsia="zh-CN"/>
        </w:rPr>
        <w:br/>
      </w:r>
      <w:r>
        <w:rPr>
          <w:lang w:eastAsia="zh-CN"/>
        </w:rPr>
        <w:t>　　一、精心准备，加强协调</w:t>
      </w:r>
      <w:r>
        <w:rPr>
          <w:lang w:eastAsia="zh-CN"/>
        </w:rPr>
        <w:br/>
      </w:r>
      <w:r>
        <w:rPr>
          <w:lang w:eastAsia="zh-CN"/>
        </w:rPr>
        <w:t>　　2月26日，市残联召开会议对“爱耳日”宣传教育活动进行了专门研究，围绕“减少噪声，保护听力”的活动主题拟定了活动方案，并与相关部门进行了协调沟通，各单位也积极响应，抽调了工作人员和医疗技术人员参与活动。市残联下发通知要求各乡镇以及各中小学要按照活动方案，结合实际，开展不同形式的宣传教育活动。</w:t>
      </w:r>
      <w:r>
        <w:rPr>
          <w:lang w:eastAsia="zh-CN"/>
        </w:rPr>
        <w:br/>
      </w:r>
      <w:r>
        <w:rPr>
          <w:lang w:eastAsia="zh-CN"/>
        </w:rPr>
        <w:t>　　二、形式多样，宣传广泛</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月5日上午，根据我市第十六次全国‘爱耳日’活动方案，各乡镇及中小学都举行了不同形式的宣传咨询活动，市残联对部分乡镇、小学进行了检查指导。在茅台镇活动现场，曹芬理事长对来参加此次活动的茅台镇医院医师表示感谢，并希望他们今后的工作中就有关预防耳聋、保护听力的一些方法、知识多为市民进行宣传讲解。现场咨询活动中，共有200余人接受咨询，发放宣传资料近600余份。在喜头小学，全校各班都利用课前十分钟，进行了爱耳日知识宣传讲解，人手一份宣传资料，并明确了免费咨询点及咨询电话，希望大家多了解爱耳护耳，尽早预防。</w:t>
      </w:r>
      <w:r>
        <w:rPr>
          <w:lang w:eastAsia="zh-CN"/>
        </w:rPr>
        <w:br/>
      </w:r>
      <w:r>
        <w:rPr>
          <w:lang w:eastAsia="zh-CN"/>
        </w:rPr>
        <w:t>　　三、成效明显，意义深刻</w:t>
      </w:r>
      <w:r>
        <w:rPr>
          <w:lang w:eastAsia="zh-CN"/>
        </w:rPr>
        <w:br/>
      </w:r>
      <w:r>
        <w:rPr>
          <w:lang w:eastAsia="zh-CN"/>
        </w:rPr>
        <w:t>　　通过爱耳日各项活动的开展，大力宣传和普及了市民听力健康的科学知识；加强了市民听力损伤与耳聋的防治、康复；提高了全民爱耳护耳的意识；推动了防聋治聋工作的开展；同时，对于进一步动员全社会关爱听力与言语残疾人群，推动扶残助残良好社会风尚的形成，构建社会主义和谐社会，也起到了积极的推进作用。</w:t>
      </w:r>
      <w:r>
        <w:rPr>
          <w:lang w:eastAsia="zh-CN"/>
        </w:rPr>
        <w:br/>
      </w:r>
      <w:r>
        <w:rPr>
          <w:lang w:eastAsia="zh-CN"/>
        </w:rPr>
        <w:t xml:space="preserve">    活动总结 篇10 </w:t>
      </w:r>
      <w:r>
        <w:rPr>
          <w:lang w:eastAsia="zh-CN"/>
        </w:rPr>
        <w:br/>
      </w:r>
      <w:r>
        <w:rPr>
          <w:lang w:eastAsia="zh-CN"/>
        </w:rPr>
        <w:t>　　翻译工作总结与体会 从业以来，仅就笔译而言，做得还算进退自如。当初兴趣使然，毅然决然半路出家做了翻译，现在想来，有些冲动和冒险，但应该说这是一次正确的选择。走到今天，除了机遇外，应该还有其必然性。我拟从一个非语言专业译者的角度谈谈自己对翻译工作的理解和认识。</w:t>
      </w:r>
      <w:r>
        <w:rPr>
          <w:lang w:eastAsia="zh-CN"/>
        </w:rPr>
        <w:br/>
      </w:r>
      <w:r>
        <w:rPr>
          <w:lang w:eastAsia="zh-CN"/>
        </w:rPr>
        <w:t>　　一、 选准方向，打好基础</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有些人认为，只有外语专业的才能做好翻译，翻译就是翻译文学作品。在世界经济文化交流日益频繁的今天，这种看法显然是不全面的。从翻译需求来看，主要还是实用类翻译，如科技、财经、法律等。具体到某一翻译类别，如果没有深厚的经验积累或者相应的专业知识，想胜任愉快是不太可能的。所以我建议翻译新手在从业伊始就应该结合自己的兴趣、特长、专业背景等，选择一个翻译主攻方向。经营某类翻译久了，不仅质量有保障，速度也能上得去，从成本效益角度来看，是相当划算的。</w:t>
      </w:r>
      <w:r>
        <w:rPr>
          <w:lang w:eastAsia="zh-CN"/>
        </w:rPr>
        <w:br/>
      </w:r>
      <w:r>
        <w:rPr>
          <w:lang w:eastAsia="zh-CN"/>
        </w:rPr>
        <w:t>　　以我相对熟悉的法律翻译为例，我中英文法律文本的阅读量至少达到百万字的数量级。阅读可以帮助我了解法律概念、原理，不同法律文本的风格，甚至对法律推理也有所了解。有了阅读积累，应对实际工作的时候，就能比较轻松自如。对我来说，翻译工作最难的部分不在实际做翻译，而在做知识储备。一方面，我想加强对某一法律领域（如仲裁/诉讼）的了解，做到翻译时心中有数，不会稀里糊涂；另一方面，我要根据公司业务的发展，阅读相关材料。这种准备工作量之大，有时令人心生畏惧。</w:t>
      </w:r>
      <w:r>
        <w:rPr>
          <w:lang w:eastAsia="zh-CN"/>
        </w:rPr>
        <w:br/>
      </w:r>
      <w:r>
        <w:rPr>
          <w:lang w:eastAsia="zh-CN"/>
        </w:rPr>
        <w:t>　　我心目中最理想的翻译人才模式是 专业知识+语言能力，我甚至觉得现在的翻译硕士教育也应该有一定的针对性。比如说，如果培养方向以财经为主，则可以考虑开设基本的财经、金融双语课程。</w:t>
      </w:r>
      <w:r>
        <w:rPr>
          <w:lang w:eastAsia="zh-CN"/>
        </w:rPr>
        <w:br/>
      </w:r>
      <w:r>
        <w:rPr>
          <w:lang w:eastAsia="zh-CN"/>
        </w:rPr>
        <w:t>　　二、学会研究，体现专业</w:t>
      </w:r>
      <w:r>
        <w:rPr>
          <w:lang w:eastAsia="zh-CN"/>
        </w:rPr>
        <w:br/>
      </w:r>
      <w:r>
        <w:rPr>
          <w:lang w:eastAsia="zh-CN"/>
        </w:rPr>
        <w:t>　　我们阅读中文文本时，如果遇到不太理解的词语、概念，可以跳过去，甚至整段整段地跳，或者知道个大概就可以了。但是，要将中文译成英文，遇到这种情况，就算想跳也不能跳，否则还要翻译做什么？翻译的价值从何体现？这时翻译就要做研究。不是简单地查一查字典、搜一搜网络，而是要准确理解相关词语的确切内涵，必要时甚至要阅读相关的英语语篇，了解它在具体语境中的运用。研究的层次不局限于词语，还可以上升到语篇。比如，我就在互联网上找过十个版本左右的英文保密协议，找过多个版本的英文起诉状，研究它们语篇风格和实质内容的异同。</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有时听人感慨说，翻译到了一定阶段，就会遭遇瓶颈。我认为，解决这一问题的办法就是不断学习和研究。举例来说，如果时事新闻汉译英的时候遇到困难，我们可以阅</w:t>
      </w:r>
      <w:r>
        <w:rPr>
          <w:lang w:eastAsia="zh-CN"/>
        </w:rPr>
        <w:br/>
      </w:r>
      <w:r>
        <w:rPr>
          <w:lang w:eastAsia="zh-CN"/>
        </w:rPr>
        <w:t>　　读国内外的多种相关报刊杂志，一定可以找到多种可供借鉴的译法，并通过比较，判断出最优译法。</w:t>
      </w:r>
      <w:r>
        <w:rPr>
          <w:lang w:eastAsia="zh-CN"/>
        </w:rPr>
        <w:br/>
      </w:r>
      <w:r>
        <w:rPr>
          <w:lang w:eastAsia="zh-CN"/>
        </w:rPr>
        <w:t>　　三、注重细节，精益求精</w:t>
      </w:r>
      <w:r>
        <w:rPr>
          <w:lang w:eastAsia="zh-CN"/>
        </w:rPr>
        <w:br/>
      </w:r>
      <w:r>
        <w:rPr>
          <w:lang w:eastAsia="zh-CN"/>
        </w:rPr>
        <w:t>　　翻译工作最终体现为译入语的字字句句，甚至标点符点上。在细节方面（特别是标点符号和空格），本地化翻译做得非常好，我觉得可以向全行业推广。</w:t>
      </w:r>
      <w:r>
        <w:rPr>
          <w:lang w:eastAsia="zh-CN"/>
        </w:rPr>
        <w:br/>
      </w:r>
      <w:r>
        <w:rPr>
          <w:lang w:eastAsia="zh-CN"/>
        </w:rPr>
        <w:t>　　同一原文，不同译文，如何分出译文的优劣高下？假设两个译者的水平非常接近，有时候，一两个关键词的处理，就能看出译者下了多大功夫。比如，approval作为可数名词，在一定语境下是表示“批准件”的，甚至可以结合具体交易细化为“批件”、“批文”或“批函”。又如review，律师review一个文件，可以说是“审阅”；审计师review一个账目，实际上是在“复核”；上司对下属做performance review，实际是对下属的工作表现做“评价”。再如，一定语境下，issue到底是“签发”还是“颁发”？approve到底是“批准”还是“核准”？考虑到动作主体、搭配习惯等，应该还是存在最优译法的。</w:t>
      </w:r>
      <w:r>
        <w:rPr>
          <w:lang w:eastAsia="zh-CN"/>
        </w:rPr>
        <w:br/>
      </w:r>
      <w:r>
        <w:rPr>
          <w:lang w:eastAsia="zh-CN"/>
        </w:rPr>
        <w:t>　　四、题外话</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常听见同行抱怨，说翻译不被理解，不受重视。我以为解决之道在于，一方面，翻译从业者要主动向业外人士解释说明翻译工作的难处，为自己、为行业争取理解、赢得尊重；另一方面，也是更重要的，我们要做好自己的工作，让人知道，专业翻译做出来的东西就是专业，成为一个专业翻译并不容易，需要付出很多。</w:t>
      </w:r>
      <w:r>
        <w:rPr>
          <w:lang w:eastAsia="zh-CN"/>
        </w:rPr>
        <w:br/>
      </w:r>
      <w:r>
        <w:rPr>
          <w:lang w:eastAsia="zh-CN"/>
        </w:rPr>
        <w:t xml:space="preserve">    活动总结 篇11 </w:t>
      </w:r>
      <w:r>
        <w:rPr>
          <w:lang w:eastAsia="zh-CN"/>
        </w:rPr>
        <w:br/>
      </w:r>
      <w:r>
        <w:rPr>
          <w:lang w:eastAsia="zh-CN"/>
        </w:rPr>
        <w:t>　　社会的一种的美德，感恩是一种文明，感恩是一种品德。拥有一颗感恩之心，才懂得去孝敬父母;拥有一颗感恩之心，才懂得去尊敬师长;拥有一颗感恩之心，才懂得去关心、帮助他人;拥有一颗感恩之心，就能学会宽容，赢得友谊;拥有一颗感恩之心，就会拥有快乐，拥有幸福。通过感恩教育，让学生学会“图报”，知道如何去报答父母、老师、朋友、学校和社会。根据感恩节活动计划，开展了一系列感恩教育活动，注重将感恩教育落实到实际行动上。</w:t>
      </w:r>
      <w:r>
        <w:rPr>
          <w:lang w:eastAsia="zh-CN"/>
        </w:rPr>
        <w:br/>
      </w:r>
      <w:r>
        <w:rPr>
          <w:lang w:eastAsia="zh-CN"/>
        </w:rPr>
        <w:t>　　一、积极宣传感恩月活动。少先队大部出了一期《知恩、感恩》的黑板报，每班级在黑板的左边开辟温馨提示栏，告诉同学们11月份是学校的感恩教育月，提醒同学们用自己的实际行动做到感恩父母，感恩师长，感恩社会。</w:t>
      </w:r>
      <w:r>
        <w:rPr>
          <w:lang w:eastAsia="zh-CN"/>
        </w:rPr>
        <w:br/>
      </w:r>
      <w:r>
        <w:rPr>
          <w:lang w:eastAsia="zh-CN"/>
        </w:rPr>
        <w:t>　　二、感恩社会。学校组织学生为双中过世的学生的家长爱心捐款，爱心捐款共计元。本次献爱心活动，全体同学都积极响应学校少先队的号召，</w:t>
      </w:r>
      <w:r>
        <w:rPr>
          <w:lang w:eastAsia="zh-CN"/>
        </w:rPr>
        <w:br/>
      </w:r>
      <w:r>
        <w:rPr>
          <w:lang w:eastAsia="zh-CN"/>
        </w:rPr>
        <w:t>　　纷纷伸出援助之手，在这次活动中，涌现了许多“爱心小天使”，孩子们把自己的零花钱，自觉自愿地捐了出来，献出了自己的一片爱心，特别是五(1)的学生，捐款钱数最多，其中同学就捐款100元整，同学捐款元。</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三、20__年11月24日各班开展了以“感恩”为主题的班会，通过感恩教育使学生“知恩”。在这个社会里，谁都没有只索取而不付出的权力，人人每时每刻都在享受着父母、老师、朋友、他人、学校和社会的恩惠，人人都需要拥有一颗感恩的心来对待这一切。</w:t>
      </w:r>
      <w:r>
        <w:rPr>
          <w:lang w:eastAsia="zh-CN"/>
        </w:rPr>
        <w:br/>
      </w:r>
      <w:r>
        <w:rPr>
          <w:lang w:eastAsia="zh-CN"/>
        </w:rPr>
        <w:t>　　四、感恩父母。让同学们知道我们在妈妈的肚子里怀胎十月，来到这个世界很不容易，父母为我们的健康成长付出了很多心血。在感恩节期间，各班开展了给妈妈、奶奶倒一杯水，拿一双拖鞋，捶捶背、揉揉肩，洗一次脚，做一件家务事的活动，要求三、四年级的同学每人写一篇感恩日记，要求五年级同学每人写一篇感恩父母的信，在父母生日的那一天祝福他们生日快乐，身体健康。</w:t>
      </w:r>
      <w:r>
        <w:rPr>
          <w:lang w:eastAsia="zh-CN"/>
        </w:rPr>
        <w:br/>
      </w:r>
      <w:r>
        <w:rPr>
          <w:lang w:eastAsia="zh-CN"/>
        </w:rPr>
        <w:t>　　五、感恩师长。感恩节当天的辅导员讲话中，我在广播里建议孩子们全体对老师深深的敬一个礼，并对老师说了一声“老师，您辛苦了，老师，我们感谢您!”以此来教育孩子们尊敬老师是最重要的，是尊重老师的劳动，教学是一种艰苦细致的脑力劳动，老师为此付出了大量的时间和精力。老师要精心设计每一个教学方案，认真上好每一节课，仔细批改每一份作业，老师的工作是辛苦而繁重的。</w:t>
      </w:r>
      <w:r>
        <w:rPr>
          <w:lang w:eastAsia="zh-CN"/>
        </w:rPr>
        <w:br/>
      </w:r>
      <w:r>
        <w:rPr>
          <w:lang w:eastAsia="zh-CN"/>
        </w:rPr>
        <w:t>　　11月感恩月马上就要过去了，但我们感恩教育的活动不会结束，我们还会通过身边的一件件小事，抓住有利时机对学生进行感恩教育，树立身边的好榜样，让同学们从小拥有一颗感恩的心，将来拥有幸福快乐的人生。</w:t>
      </w:r>
      <w:r>
        <w:rPr>
          <w:lang w:eastAsia="zh-CN"/>
        </w:rPr>
        <w:br/>
      </w:r>
      <w:r>
        <w:rPr>
          <w:lang w:eastAsia="zh-CN"/>
        </w:rPr>
        <w:t xml:space="preserve">    活动总结 篇12 </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回溯历史，_年12月9日是伟大的12.9运动__周年。为了更好地落实我校加强和改进大学生思想政治教育会议精神，加强广大青年学生的爱国主义教育，引导广大青年学生继承革命传统，弘扬民族精神，牢记历史责任，激发广大青年学生努力拼搏，奋发向上，报效祖国的热情。凯里学院体育学院青协站在体育学院门口组织开展了“一二九”运动制作国旗活动。</w:t>
      </w:r>
      <w:r>
        <w:rPr>
          <w:lang w:eastAsia="zh-CN"/>
        </w:rPr>
        <w:br/>
      </w:r>
      <w:r>
        <w:rPr>
          <w:lang w:eastAsia="zh-CN"/>
        </w:rPr>
        <w:t>　　为了把这次活动办得扎实，办出实效，我们青协三个星期前就开始筹划准备，如分派人员去搜查关于“一二九”运动的资料、写好活动策划书等。并且在“一二九”来临之际，我们的工作人员为积极有效的在体育学院每个班宣传。</w:t>
      </w:r>
      <w:r>
        <w:rPr>
          <w:lang w:eastAsia="zh-CN"/>
        </w:rPr>
        <w:br/>
      </w:r>
      <w:r>
        <w:rPr>
          <w:lang w:eastAsia="zh-CN"/>
        </w:rPr>
        <w:t>　　我们的活动在体育学院门口举办，活动当天我们的工作人员，冒着严寒，早上提前准备东西去布置场地。上午9点20分，来参加活动的同学都几乎到齐了。参与活动的我们可真忙开了，把染料调好，组织每个班的志愿者签到，不过我们却做得很开心。到了9点30分，活动正式开始，王丽敏老师为同学们讲解“12.9”运动的历史，让同学们更深刻的了解了“一二九”运动的意义，让“勿忘国耻，奋发有为”更加深入人心。</w:t>
      </w:r>
      <w:r>
        <w:rPr>
          <w:lang w:eastAsia="zh-CN"/>
        </w:rPr>
        <w:br/>
      </w:r>
      <w:r>
        <w:rPr>
          <w:lang w:eastAsia="zh-CN"/>
        </w:rPr>
        <w:t>　　本次活动的成功，青协的每个成员及每个班的青协代表都付出了辛勤汗水，借着这次成功举办“12.9”活动的经验，我们的收获是巨大的。对于以后的所有活动，我们积累了一定的经验。</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为我们今后更好的开展工作提供指导。然而，活动中也当然不可避免会出现一些不足和失误。由于12.9是星期四，而我们在上课，所以把我们活动的时间改到了星期六。还有一些工作中的细节。这也是我们在今后的工作中要改进的。我们需要在以后的工作中吸取教训和克服困难，使我们的工作更上一层楼。</w:t>
      </w:r>
      <w:r>
        <w:rPr>
          <w:lang w:eastAsia="zh-CN"/>
        </w:rPr>
        <w:br/>
      </w:r>
      <w:r>
        <w:rPr>
          <w:lang w:eastAsia="zh-CN"/>
        </w:rPr>
        <w:t>　　我们会在以后的工作中再接再厉，不骄不躁，创造更大的成绩。继续发扬我们青年志愿者的优良作风，团结一切可以团结的力量，为学校的发展作出更大的贡献，也为自己的发展寻找更美好的蓝天！</w:t>
      </w:r>
      <w:r>
        <w:rPr>
          <w:lang w:eastAsia="zh-CN"/>
        </w:rPr>
        <w:br/>
      </w:r>
      <w:r>
        <w:rPr>
          <w:lang w:eastAsia="zh-CN"/>
        </w:rPr>
        <w:t xml:space="preserve">    活动总结 篇13 </w:t>
      </w:r>
      <w:r>
        <w:rPr>
          <w:lang w:eastAsia="zh-CN"/>
        </w:rPr>
        <w:br/>
      </w:r>
      <w:r>
        <w:rPr>
          <w:lang w:eastAsia="zh-CN"/>
        </w:rPr>
        <w:t>　　6月份来，我校借着教学质量管理月的东风，在全体师生的共同努力下，在教学工作上做了不少的工作，也取得一定的成效，现作如下总结。</w:t>
      </w:r>
      <w:r>
        <w:rPr>
          <w:lang w:eastAsia="zh-CN"/>
        </w:rPr>
        <w:br/>
      </w:r>
      <w:r>
        <w:rPr>
          <w:lang w:eastAsia="zh-CN"/>
        </w:rPr>
        <w:t>　　一、制定到教学质量管理月活动方案，成立教学质量管理月活动专管领导小组</w:t>
      </w:r>
      <w:r>
        <w:rPr>
          <w:lang w:eastAsia="zh-CN"/>
        </w:rPr>
        <w:br/>
      </w:r>
      <w:r>
        <w:rPr>
          <w:lang w:eastAsia="zh-CN"/>
        </w:rPr>
        <w:t>　　1、10下旬，教导处根据县教育局、镇中心校教学质量管理月活动方案，结合我校教育教学实际情况，制定《太平镇葛阳小学教学质量管理月活动方案》，并将活动方案打印分发给各位老师，确保人手一份，让每一位教师真正重视起此项活动，确保活动开展得有步骤、有层次，有效果。</w:t>
      </w:r>
      <w:r>
        <w:rPr>
          <w:lang w:eastAsia="zh-CN"/>
        </w:rPr>
        <w:br/>
      </w:r>
      <w:r>
        <w:rPr>
          <w:lang w:eastAsia="zh-CN"/>
        </w:rPr>
        <w:t>　　2、成立以以刘尧典校长为组长，以李桂兰教导主任、苏喜敏总务主任为副组长，以潘恋芬语文教研组长、黄金葵数学教研组长、韦秋莲英语教研组长为组员的教学质量管理月领导小组，领导小组在开展活动过程中，组织全校教师开展好各项活动。</w:t>
      </w:r>
      <w:r>
        <w:rPr>
          <w:lang w:eastAsia="zh-CN"/>
        </w:rPr>
        <w:br/>
      </w:r>
      <w:r>
        <w:rPr>
          <w:lang w:eastAsia="zh-CN"/>
        </w:rPr>
        <w:t>　　二、主要活动</w:t>
      </w:r>
      <w:r>
        <w:rPr>
          <w:lang w:eastAsia="zh-CN"/>
        </w:rPr>
        <w:br/>
      </w:r>
    </w:p>
    <w:p w:rsidR="001B1F19" w14:textId="27C3F48A">
      <w:pPr>
        <w:rPr>
          <w:lang w:eastAsia="zh-CN"/>
        </w:rPr>
      </w:pPr>
      <w:r>
        <w:rPr>
          <w:lang w:eastAsia="zh-CN"/>
        </w:rPr>
        <w:t>　　1、教导处认真细致地抓好教学常规管理工作，9月2日中心校组织常规工作检查组到我校检查提出的不足，查缺补漏，及时整改，针对从检查中发现本校教学常规工作管理有所不到位，教学常规五大环节抓得不够扎实，根据检查组的反馈，教导处及进做整改，重斟制定出《太平镇葛阳小学教学常规管理细则》，从教师备课、教案、作业布置与批改、测试、辅导五大环节作细致要求，对学生各学科，各种作业统一格式，力求统一化，规范化，同时加强各环节工作的检查，从检查中不断的提出整改措施，使教学常规做得更扎实有效。</w:t>
      </w:r>
      <w:r>
        <w:rPr>
          <w:lang w:eastAsia="zh-CN"/>
        </w:rPr>
        <w:br/>
      </w:r>
      <w:r>
        <w:rPr>
          <w:lang w:eastAsia="zh-CN"/>
        </w:rPr>
        <w:t>　　2、活动领导小组分组深入到各任课教师课堂进行听课评课指导，对黄宝嘉、苏振华、潘瑞修、潘恋芬等教师进行临堂听课指导，使教师的课堂教学水平在限定的时间内尽快地得到转变及提高。</w:t>
      </w:r>
      <w:r>
        <w:rPr>
          <w:lang w:eastAsia="zh-CN"/>
        </w:rPr>
        <w:br/>
      </w:r>
      <w:r>
        <w:rPr>
          <w:lang w:eastAsia="zh-CN"/>
        </w:rPr>
        <w:t>　　3、加强教师业务培训，提高教师教学水平。</w:t>
      </w:r>
      <w:r>
        <w:rPr>
          <w:lang w:eastAsia="zh-CN"/>
        </w:rPr>
        <w:br/>
      </w:r>
      <w:r>
        <w:rPr>
          <w:lang w:eastAsia="zh-CN"/>
        </w:rPr>
        <w:t>　　（1）开展高效课堂教学校本教研，45岁以下的教师人人在9月份能够利用课件上课一课时以上，教导处及远程教育管理员要做好组织，做好远程教育使用登记，并建立课件库，共计用课件上课9节次。</w:t>
      </w:r>
      <w:r>
        <w:rPr>
          <w:lang w:eastAsia="zh-CN"/>
        </w:rPr>
        <w:br/>
      </w:r>
      <w:r>
        <w:rPr>
          <w:lang w:eastAsia="zh-CN"/>
        </w:rPr>
        <w:t>　　（2）组织教师外出学习培训。9月份派少先队辅导员黄金葵到南宁参加科技作品展活动，派出刘尧典、韦秋莲、苏振华参加“绿城之秋”课堂观摩活动，派出苏振华、潘恋芬参加班主任培训，参加培训学习共计6人次。</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https://d.book118.com/456202220005010101</w:t>
        </w:r>
      </w:hyperlink>
    </w:p>
    <w:p w:rsidR="001B1F19">
      <w:pPr>
        <w:rPr>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56202220005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