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个人年度销售计划模板下载（范本18篇）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个人年度销售计划模板下载篇1 </w:t>
      </w:r>
      <w:r>
        <w:rPr>
          <w:lang w:eastAsia="zh-CN"/>
        </w:rPr>
        <w:br/>
      </w:r>
      <w:r>
        <w:rPr>
          <w:lang w:eastAsia="zh-CN"/>
        </w:rPr>
        <w:t xml:space="preserve">    以下是工作计划频道为大家整理的汽车销售总监年度工作计划怎么写，供大家参考。更多阅读请查看工作计划频道。 </w:t>
      </w:r>
      <w:r>
        <w:rPr>
          <w:lang w:eastAsia="zh-CN"/>
        </w:rPr>
        <w:br/>
      </w:r>
      <w:r>
        <w:rPr>
          <w:lang w:eastAsia="zh-CN"/>
        </w:rPr>
        <w:t xml:space="preserve">    一、工作目标 </w:t>
      </w:r>
      <w:r>
        <w:rPr>
          <w:lang w:eastAsia="zh-CN"/>
        </w:rPr>
        <w:br/>
      </w:r>
      <w:r>
        <w:rPr>
          <w:lang w:eastAsia="zh-CN"/>
        </w:rPr>
        <w:t xml:space="preserve">    20__年我个人计划回款100万元以上，保持增长345.9%，预计第一季度完成15万元回款，第二季度25万元回款，第三季度回款30万元，第四季度30万元，南京市内终端用户预计扩增至150家，分销商增到70家。 </w:t>
      </w:r>
      <w:r>
        <w:rPr>
          <w:lang w:eastAsia="zh-CN"/>
        </w:rPr>
        <w:br/>
      </w:r>
      <w:r>
        <w:rPr>
          <w:lang w:eastAsia="zh-CN"/>
        </w:rPr>
        <w:t xml:space="preserve">    二、工作措施： </w:t>
      </w:r>
      <w:r>
        <w:rPr>
          <w:lang w:eastAsia="zh-CN"/>
        </w:rPr>
        <w:br/>
      </w:r>
      <w:r>
        <w:rPr>
          <w:lang w:eastAsia="zh-CN"/>
        </w:rPr>
        <w:t xml:space="preserve">    1.对经销商的管理 </w:t>
      </w:r>
      <w:r>
        <w:rPr>
          <w:lang w:eastAsia="zh-CN"/>
        </w:rPr>
        <w:br/>
      </w:r>
      <w:r>
        <w:rPr>
          <w:lang w:eastAsia="zh-CN"/>
        </w:rPr>
        <w:t xml:space="preserve">    定期检查核实经销高的产品库存，配合公司发货时间及物流工作，确保经销商的库存在短期内消化，不出现积压产品及断货现象，同时协调好各分销商的渠道，有销售网络重叠现象的，避免引起产品价格战。 </w:t>
      </w:r>
      <w:r>
        <w:rPr>
          <w:lang w:eastAsia="zh-CN"/>
        </w:rPr>
        <w:br/>
      </w:r>
      <w:r>
        <w:rPr>
          <w:lang w:eastAsia="zh-CN"/>
        </w:rPr>
        <w:t xml:space="preserve">    2.解决产品冲货、窜货问题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实行奖罚分明制度管理体系，解决因产品价格大幅度波动造成的市场威胁，查找冲货根源，经核实无误后取消违规经销商的产品促销资格，时间为1年。相反，提供有效信息并持有凭证的销售商，公司给予相应的促销补贴政策。</w:t>
      </w:r>
      <w:r>
        <w:rPr>
          <w:lang w:eastAsia="zh-CN"/>
        </w:rPr>
        <w:t xml:space="preserve"> </w:t>
      </w:r>
      <w:r>
        <w:rPr>
          <w:lang w:eastAsia="zh-CN"/>
        </w:rPr>
        <w:br/>
      </w:r>
      <w:r>
        <w:rPr>
          <w:lang w:eastAsia="zh-CN"/>
        </w:rPr>
        <w:t xml:space="preserve">    3.销售渠道下沉 </w:t>
      </w:r>
      <w:r>
        <w:rPr>
          <w:lang w:eastAsia="zh-CN"/>
        </w:rPr>
        <w:br/>
      </w:r>
      <w:r>
        <w:rPr>
          <w:lang w:eastAsia="zh-CN"/>
        </w:rPr>
        <w:t xml:space="preserve">    进一步将产品深度分销，由原来的批发市场深入至农贸市场，在终端的走访中，针对信息的收集，寻找对产品需求量大的消费群。目前，浓缩果汁产品的需求量集中在咖啡馆、茶馆，我们还需要在产品质量和价格上寻找相应的切入点。 </w:t>
      </w:r>
      <w:r>
        <w:rPr>
          <w:lang w:eastAsia="zh-CN"/>
        </w:rPr>
        <w:br/>
      </w:r>
      <w:r>
        <w:rPr>
          <w:lang w:eastAsia="zh-CN"/>
        </w:rPr>
        <w:t xml:space="preserve">    三、目标市场： </w:t>
      </w:r>
      <w:r>
        <w:rPr>
          <w:lang w:eastAsia="zh-CN"/>
        </w:rPr>
        <w:br/>
      </w:r>
      <w:r>
        <w:rPr>
          <w:lang w:eastAsia="zh-CN"/>
        </w:rPr>
        <w:t xml:space="preserve">    我将对扬州、泰州、盐城、淮安、镇江、连云港、芜湖、马鞍山、安庆、淮南、淮北等苏中、苏北、及安徽局部市场进行开发，搜罗并设立特约经销商,享有与南京经销商同样的经销政策，实行自然销售，特殊区域可视情况而定，是否增派销售人员。 </w:t>
      </w:r>
      <w:r>
        <w:rPr>
          <w:lang w:eastAsia="zh-CN"/>
        </w:rPr>
        <w:br/>
      </w:r>
      <w:r>
        <w:rPr>
          <w:lang w:eastAsia="zh-CN"/>
        </w:rPr>
        <w:t xml:space="preserve">    (一)重点促销产品： </w:t>
      </w:r>
      <w:r>
        <w:rPr>
          <w:lang w:eastAsia="zh-CN"/>
        </w:rPr>
        <w:br/>
      </w:r>
      <w:r>
        <w:rPr>
          <w:lang w:eastAsia="zh-CN"/>
        </w:rPr>
        <w:t xml:space="preserve">    鸡汁和果汁在20__年将被重点推广，两个产品的消化周期短，但在市场竞争方面优势不明显，准备将相应消化周期长的寿司醋、芥末油，辣椒油等停止促销，从而补贴鸡汁和果汁产品的促销，能起到重点产品的增量效果。 </w:t>
      </w:r>
      <w:r>
        <w:rPr>
          <w:lang w:eastAsia="zh-CN"/>
        </w:rPr>
        <w:br/>
      </w:r>
      <w:r>
        <w:rPr>
          <w:lang w:eastAsia="zh-CN"/>
        </w:rPr>
        <w:t xml:space="preserve">    (二)销售队伍人力资源管理： </w:t>
      </w:r>
      <w:r>
        <w:rPr>
          <w:lang w:eastAsia="zh-CN"/>
        </w:rPr>
        <w:br/>
      </w:r>
      <w:r>
        <w:rPr>
          <w:lang w:eastAsia="zh-CN"/>
        </w:rPr>
        <w:t xml:space="preserve">    1.人员定岗 </w:t>
      </w:r>
      <w:r>
        <w:rPr>
          <w:lang w:eastAsia="zh-CN"/>
        </w:rPr>
        <w:br/>
      </w:r>
      <w:r>
        <w:rPr>
          <w:lang w:eastAsia="zh-CN"/>
        </w:rPr>
        <w:t xml:space="preserve">    南京办固定人数5人，终端4人，流通1人，准备从终端调派1人兼跑流通市场,而原负责流通的人员兼跑省内周边城市，开拓空白市场。 </w:t>
      </w:r>
      <w:r>
        <w:rPr>
          <w:lang w:eastAsia="zh-CN"/>
        </w:rPr>
        <w:br/>
      </w:r>
      <w:r>
        <w:rPr>
          <w:lang w:eastAsia="zh-CN"/>
        </w:rPr>
        <w:t xml:space="preserve">    2.人员体系内部协调运作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每日晨会进行前日的工作汇报，端人员将负责的区域业务工作表格化，流通人员将市场信息和竞品动态提供给终端人员，终端方面的供求信息和网络资料由流通人员安排解决，大家交换意见，进行信息沟通，为销售做好全方位的工作。 </w:t>
      </w:r>
      <w:r>
        <w:rPr>
          <w:lang w:eastAsia="zh-CN"/>
        </w:rPr>
        <w:br/>
      </w:r>
      <w:r>
        <w:rPr>
          <w:lang w:eastAsia="zh-CN"/>
        </w:rPr>
        <w:t xml:space="preserve">    3.关键岗位定义，技能及能力要求 </w:t>
      </w:r>
      <w:r>
        <w:rPr>
          <w:lang w:eastAsia="zh-CN"/>
        </w:rPr>
        <w:br/>
      </w:r>
      <w:r>
        <w:rPr>
          <w:lang w:eastAsia="zh-CN"/>
        </w:rPr>
        <w:t xml:space="preserve">    终端人员销售对象为市内酒店，宾馆、咖啡茶馆等，面对直接消费者进行服务，要求在谈判技巧和国语标准化的程度上有所提高,要有实际的终端业务开发率,流通人员销售目标是为产品打开分销渠道,通过分销过程,最终到达消费者,流通人员要具备清醒的思维,长远的战略眼光,善于沟通、分析、认真看待问题的启发性和套路背后的逻辑性，打开每一个产品流通的环节，确保产品顺利分销。 </w:t>
      </w:r>
      <w:r>
        <w:rPr>
          <w:lang w:eastAsia="zh-CN"/>
        </w:rPr>
        <w:br/>
      </w:r>
      <w:r>
        <w:rPr>
          <w:lang w:eastAsia="zh-CN"/>
        </w:rPr>
        <w:t xml:space="preserve">    4.培训 </w:t>
      </w:r>
      <w:r>
        <w:rPr>
          <w:lang w:eastAsia="zh-CN"/>
        </w:rPr>
        <w:br/>
      </w:r>
      <w:r>
        <w:rPr>
          <w:lang w:eastAsia="zh-CN"/>
        </w:rPr>
        <w:t xml:space="preserve">    给予全体办事处人员进行定期的培训，在销售技巧及谈判过程上进行实战的演习。 </w:t>
      </w:r>
      <w:r>
        <w:rPr>
          <w:lang w:eastAsia="zh-CN"/>
        </w:rPr>
        <w:br/>
      </w:r>
      <w:r>
        <w:rPr>
          <w:lang w:eastAsia="zh-CN"/>
        </w:rPr>
        <w:t xml:space="preserve">    个人年度销售计划模板下载篇2 </w:t>
      </w:r>
      <w:r>
        <w:rPr>
          <w:lang w:eastAsia="zh-CN"/>
        </w:rPr>
        <w:br/>
      </w:r>
      <w:r>
        <w:rPr>
          <w:lang w:eastAsia="zh-CN"/>
        </w:rPr>
        <w:t xml:space="preserve">    新年到了，在新的一年希望每个人都能工作顺利、事事顺心，下面是_年我对公司汽车销售的一个工作计划： </w:t>
      </w:r>
      <w:r>
        <w:rPr>
          <w:lang w:eastAsia="zh-CN"/>
        </w:rPr>
        <w:br/>
      </w:r>
      <w:r>
        <w:rPr>
          <w:lang w:eastAsia="zh-CN"/>
        </w:rPr>
        <w:t xml:space="preserve">    一、加强对销售工作的认识 </w:t>
      </w:r>
      <w:r>
        <w:rPr>
          <w:lang w:eastAsia="zh-CN"/>
        </w:rPr>
        <w:br/>
      </w:r>
      <w:r>
        <w:rPr>
          <w:lang w:eastAsia="zh-CN"/>
        </w:rPr>
        <w:t xml:space="preserve">    1、市场分析，根据市场容量和个人能力，客观、科学的制定出销售任务。 </w:t>
      </w:r>
      <w:r>
        <w:rPr>
          <w:lang w:eastAsia="zh-CN"/>
        </w:rPr>
        <w:br/>
      </w:r>
      <w:r>
        <w:rPr>
          <w:lang w:eastAsia="zh-CN"/>
        </w:rPr>
        <w:t xml:space="preserve">    2、适时作出工作计划，制定出月计划和周计划。并定期与业务相关人员会议沟通，确保各专业负责人及时跟_。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3、注重绩效管理，对绩效计划、绩效执行、绩效评估_行全程的关注与跟踪。 </w:t>
      </w:r>
      <w:r>
        <w:rPr>
          <w:lang w:eastAsia="zh-CN"/>
        </w:rPr>
        <w:br/>
      </w:r>
      <w:r>
        <w:rPr>
          <w:lang w:eastAsia="zh-CN"/>
        </w:rPr>
        <w:t xml:space="preserve">    4、目标市场定位，区分大客户与一般客户，分别对待，加强对大客户的沟通与合作，用相同的时间赢取最大的市场份额。 </w:t>
      </w:r>
      <w:r>
        <w:rPr>
          <w:lang w:eastAsia="zh-CN"/>
        </w:rPr>
        <w:br/>
      </w:r>
      <w:r>
        <w:rPr>
          <w:lang w:eastAsia="zh-CN"/>
        </w:rPr>
        <w:t xml:space="preserve">    5、不断学习行业新知识，新产品，为客户带来实用的资讯，更好为客户服务。并结识汽车各行业各档次的优秀产品提供商，以备客户需要时能及时作好项目配合，并可以和同行分享行业人脉和项目信息，达到多赢。 </w:t>
      </w:r>
      <w:r>
        <w:rPr>
          <w:lang w:eastAsia="zh-CN"/>
        </w:rPr>
        <w:br/>
      </w:r>
      <w:r>
        <w:rPr>
          <w:lang w:eastAsia="zh-CN"/>
        </w:rPr>
        <w:t xml:space="preserve">    6、先友后单，与客户发展良好的友谊，处处为客户着想，把客户当成自己的好朋友，达到思想和情感上的交融。 </w:t>
      </w:r>
      <w:r>
        <w:rPr>
          <w:lang w:eastAsia="zh-CN"/>
        </w:rPr>
        <w:br/>
      </w:r>
      <w:r>
        <w:rPr>
          <w:lang w:eastAsia="zh-CN"/>
        </w:rPr>
        <w:t xml:space="preserve">    7、对客户不能有隐瞒和欺骗，答应客户的承诺要及时兑现，讲诚信不仅是经商之本，也是为人之本。 </w:t>
      </w:r>
      <w:r>
        <w:rPr>
          <w:lang w:eastAsia="zh-CN"/>
        </w:rPr>
        <w:br/>
      </w:r>
      <w:r>
        <w:rPr>
          <w:lang w:eastAsia="zh-CN"/>
        </w:rPr>
        <w:t xml:space="preserve">    8、努力保持友好的同事关系，善待同事，确保各部门在项目实施中各项职能的顺利执行。 </w:t>
      </w:r>
      <w:r>
        <w:rPr>
          <w:lang w:eastAsia="zh-CN"/>
        </w:rPr>
        <w:br/>
      </w:r>
      <w:r>
        <w:rPr>
          <w:lang w:eastAsia="zh-CN"/>
        </w:rPr>
        <w:t xml:space="preserve">    二、销售与生活兼顾，快乐地工作 </w:t>
      </w:r>
      <w:r>
        <w:rPr>
          <w:lang w:eastAsia="zh-CN"/>
        </w:rPr>
        <w:br/>
      </w:r>
      <w:r>
        <w:rPr>
          <w:lang w:eastAsia="zh-CN"/>
        </w:rPr>
        <w:t xml:space="preserve">    1、定期组织同行举办沙龙会，增_彼此友谊，更好的交流 </w:t>
      </w:r>
      <w:r>
        <w:rPr>
          <w:lang w:eastAsia="zh-CN"/>
        </w:rPr>
        <w:br/>
      </w:r>
      <w:r>
        <w:rPr>
          <w:lang w:eastAsia="zh-CN"/>
        </w:rPr>
        <w:t xml:space="preserve">    客户、同行间虽然存在竞争，可也需要同行间互相学习和交流，本人也曾参加过类似的聚会，也询问过客户，都很愿意参加这样的聚会，所以本人认为不存在矛盾，而且同行间除了工作还可以享受生活，让沙龙成为生活的一部份，让工作在更快乐的环境下_行。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2、对于老客户和固定客户，经常保持联系，在时间和条件允许时，送一些小礼物或宴请客户，当然宴请不是目的，重在沟通，可以增_彼此的感情，更好的交流。</w:t>
      </w:r>
      <w:r>
        <w:rPr>
          <w:lang w:eastAsia="zh-CN"/>
        </w:rPr>
        <w:t xml:space="preserve"> </w:t>
      </w:r>
      <w:r>
        <w:rPr>
          <w:lang w:eastAsia="zh-CN"/>
        </w:rPr>
        <w:br/>
      </w:r>
      <w:r>
        <w:rPr>
          <w:lang w:eastAsia="zh-CN"/>
        </w:rPr>
        <w:t xml:space="preserve">    3、利用下班时间和周末参加一些学习，学习更多营销和管理知识，不断尝试理论和实践的结合，上网查本行业的最新资讯和产品，不断提高自己的能力。以上是我这一年的销售工作计划，工作中总会有各种各样的困难，我会向领导请示，向同事探讨，共同努力克服，争取为公司做出自己最大的贡献。 </w:t>
      </w:r>
      <w:r>
        <w:rPr>
          <w:lang w:eastAsia="zh-CN"/>
        </w:rPr>
        <w:br/>
      </w:r>
      <w:r>
        <w:rPr>
          <w:lang w:eastAsia="zh-CN"/>
        </w:rPr>
        <w:t xml:space="preserve">    个人年度销售计划模板下载篇3 </w:t>
      </w:r>
      <w:r>
        <w:rPr>
          <w:lang w:eastAsia="zh-CN"/>
        </w:rPr>
        <w:br/>
      </w:r>
      <w:r>
        <w:rPr>
          <w:lang w:eastAsia="zh-CN"/>
        </w:rPr>
        <w:t xml:space="preserve">    一、市场开拓 </w:t>
      </w:r>
      <w:r>
        <w:rPr>
          <w:lang w:eastAsia="zh-CN"/>
        </w:rPr>
        <w:br/>
      </w:r>
      <w:r>
        <w:rPr>
          <w:lang w:eastAsia="zh-CN"/>
        </w:rPr>
        <w:t xml:space="preserve">    根据目前的公司产品理念及价位，首先必须给产品定好方位，一个好的方向才能确保公司产品的良性发展，前面市场分析里面介绍了市场竞争力的转变，红酒行业终端市场已经开始转变成为厂家竞争的主要战场，红酒连锁店的扩张就是一个明显的例子。厂家要想在这部分市场站住脚，必须在服务与革新上有突破。鉴于公司现在的情况，我建议采取阶梯分散式开拓方法，所谓阶梯分散式开拓方法，就是区域先样板店后分散店，以点带面的形式开拓市场。在开拓市场的过程中方向是第一要素，方法是第二要素，这二者不可分离，必须有力结合才开拓出适合公司发展的市场。 </w:t>
      </w:r>
      <w:r>
        <w:rPr>
          <w:lang w:eastAsia="zh-CN"/>
        </w:rPr>
        <w:br/>
      </w:r>
      <w:r>
        <w:rPr>
          <w:lang w:eastAsia="zh-CN"/>
        </w:rPr>
        <w:t xml:space="preserve">    二、产品销售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根据公司与店的具体情况制定年销售任务，月销售任务，再根据市场的具体情况进行分解。分解到每月、每周、每日。以每月、每月、每日的销售目标分解到各个系统及各个门店，完成各个时段的销售任务，并在销售完成任务的基础上，提高销售业绩。对与完不成的店面，要进行总结和及时的调整。主要手段是：提高团队素质，加强团队管理，开展不同阶段各种促销活动，制定合理有效的奖罚制度及激励方案（此项根据市场情况及时间段的实际情况进行。销售旺季针对红酒连锁专卖店实施力度较大的销售促进活动，强势推进终端市场销售。</w:t>
      </w:r>
      <w:r>
        <w:rPr>
          <w:lang w:eastAsia="zh-CN"/>
        </w:rPr>
        <w:t xml:space="preserve"> </w:t>
      </w:r>
      <w:r>
        <w:rPr>
          <w:lang w:eastAsia="zh-CN"/>
        </w:rPr>
        <w:br/>
      </w:r>
      <w:r>
        <w:rPr>
          <w:lang w:eastAsia="zh-CN"/>
        </w:rPr>
        <w:t xml:space="preserve">    三、客户管理及维护 </w:t>
      </w:r>
      <w:r>
        <w:rPr>
          <w:lang w:eastAsia="zh-CN"/>
        </w:rPr>
        <w:br/>
      </w:r>
      <w:r>
        <w:rPr>
          <w:lang w:eastAsia="zh-CN"/>
        </w:rPr>
        <w:t xml:space="preserve">    针对现有的终端连锁店和代理商客户进行有效管理及关系维护，对每一个连锁店客户及代理商客户建立客户档案，了解销售情况及实力情况，进行公司的企业文化和公司产品知识理念的不定期有计划的传播，在旺季结束后和旺季来临前更要加大力度传播。了解代理商及连锁店经销商负责人的基本情况并建档进行定期拜访，相互沟通，制定销售计划及促销方案。 </w:t>
      </w:r>
      <w:r>
        <w:rPr>
          <w:lang w:eastAsia="zh-CN"/>
        </w:rPr>
        <w:br/>
      </w:r>
      <w:r>
        <w:rPr>
          <w:lang w:eastAsia="zh-CN"/>
        </w:rPr>
        <w:t xml:space="preserve">    四、品牌及产品推广 </w:t>
      </w:r>
      <w:r>
        <w:rPr>
          <w:lang w:eastAsia="zh-CN"/>
        </w:rPr>
        <w:br/>
      </w:r>
      <w:r>
        <w:rPr>
          <w:lang w:eastAsia="zh-CN"/>
        </w:rPr>
        <w:t xml:space="preserve">    品牌及产品推广在20__年度配合及执行公司的定期品牌宣传及产品推广促销活动，促进品牌的知晓度，培养品牌使用频率和品牌忠诚度，通过电视、杂志、报纸、网络、户外宣传渠道策划一些投入成本较低的公共关系宣传活动，提升品牌形象。再有可能的情况下与各个连锁客户联合进行推广，不但可以扩大影响力，还可以建立良好的客情关系。产品推广主要进行一些“路演”或外静态展示进行一些产品推广和正常营业推广。 </w:t>
      </w:r>
      <w:r>
        <w:rPr>
          <w:lang w:eastAsia="zh-CN"/>
        </w:rPr>
        <w:br/>
      </w:r>
      <w:r>
        <w:rPr>
          <w:lang w:eastAsia="zh-CN"/>
        </w:rPr>
        <w:t xml:space="preserve">    五、终端布置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终端销售渠道网点的建立普及会大量增加，根据此种情况设计部必须随时、随地积极配合销售业务部门的工作，积极配合连锁店店面和店中柜公司产品形象的建设，进行统一、整齐、合理、规范的产品形象陈列，可按公司统一标准。积极针对终端促销、培训定期安排上岗及上样跟踪和销售补进工作。有公司具体负责人负责制定终端布置标准。</w:t>
      </w:r>
      <w:r>
        <w:rPr>
          <w:lang w:eastAsia="zh-CN"/>
        </w:rPr>
        <w:t xml:space="preserve"> </w:t>
      </w:r>
      <w:r>
        <w:rPr>
          <w:lang w:eastAsia="zh-CN"/>
        </w:rPr>
        <w:br/>
      </w:r>
      <w:r>
        <w:rPr>
          <w:lang w:eastAsia="zh-CN"/>
        </w:rPr>
        <w:t xml:space="preserve">    六、促销活动的策划及执行 </w:t>
      </w:r>
      <w:r>
        <w:rPr>
          <w:lang w:eastAsia="zh-CN"/>
        </w:rPr>
        <w:br/>
      </w:r>
      <w:r>
        <w:rPr>
          <w:lang w:eastAsia="zh-CN"/>
        </w:rPr>
        <w:t xml:space="preserve">    促销活动的策划与执行主要是在销售中进行，提升产品淡旺季的销售量，促进公司产品的市场占有率。第一严格执行公司的销售促销活动，第二根据届时的市场情况和竞争对手的销售促销活动，灵活策划调整一些销售促销活动。主要思路以避其优势，攻其劣势，根据公司的产品及市场资源优势，突出活动重点的策划优势与劣势。 </w:t>
      </w:r>
      <w:r>
        <w:rPr>
          <w:lang w:eastAsia="zh-CN"/>
        </w:rPr>
        <w:br/>
      </w:r>
      <w:r>
        <w:rPr>
          <w:lang w:eastAsia="zh-CN"/>
        </w:rPr>
        <w:t xml:space="preserve">    七、团队建设、团队管理 </w:t>
      </w:r>
      <w:r>
        <w:rPr>
          <w:lang w:eastAsia="zh-CN"/>
        </w:rPr>
        <w:br/>
      </w:r>
      <w:r>
        <w:rPr>
          <w:lang w:eastAsia="zh-CN"/>
        </w:rPr>
        <w:t xml:space="preserve">    红酒品牌的竞争在某些人看来依旧是浅显的广告战、价格战、渠道战等等，但是他们忘记了企业运营的本质。不论一个企业的资金实力有多强也不论他的资源有多深厚，那一切资源的操纵者始终是人！红酒行业这些年一直追求服务的差异化，那么一个好的销售团队更是必不可少，传统的团队建设让很多企业精疲力竭，而且并没有发挥出团队的作用，拥有一个有出色的团队在未来的红酒竞争中才能够真正地决定企业的兴衰。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团队建设：好团队是能让每一位队员都有归属感，而归属感的两大要素：一是要能在团队里面成长，二是能跟随团队有一份好的收入。具备这两点之后建立团队就要考虑到人力的合理利用，乱用不仅造成公司资源浪费，而且会影响到团队的成长与凝聚力。</w:t>
      </w:r>
      <w:r>
        <w:rPr>
          <w:lang w:eastAsia="zh-CN"/>
        </w:rPr>
        <w:t xml:space="preserve"> </w:t>
      </w:r>
      <w:r>
        <w:rPr>
          <w:lang w:eastAsia="zh-CN"/>
        </w:rPr>
        <w:br/>
      </w:r>
      <w:r>
        <w:rPr>
          <w:lang w:eastAsia="zh-CN"/>
        </w:rPr>
        <w:t xml:space="preserve">    团队建立分四个阶段，第一阶段：选取销售核心人员：区域经理、区域经理负责开拓市场，并负责市场服务。第二阶段：团队管理，每一支团队都以区域经理为主，由区域经理负责工作调配与团队文化的建设。有力的执行公司产品的销售工作。第三阶段：团队培训分为公司培训与区域经理培训两部分，公司制定月度培训计划，培训公司文化理念、产品知识、专业知识、心态引导，销售经理每周负责培训销售技巧及对手优劣势分析，增加团队凝聚力。第四阶段：团队攻击力的形成，战利品来自一场又一场成功的战斗来获得。 </w:t>
      </w:r>
      <w:r>
        <w:rPr>
          <w:lang w:eastAsia="zh-CN"/>
        </w:rPr>
        <w:br/>
      </w:r>
      <w:r>
        <w:rPr>
          <w:lang w:eastAsia="zh-CN"/>
        </w:rPr>
        <w:t xml:space="preserve">    个人年度销售计划模板下载篇4 </w:t>
      </w:r>
      <w:r>
        <w:rPr>
          <w:lang w:eastAsia="zh-CN"/>
        </w:rPr>
        <w:br/>
      </w:r>
      <w:r>
        <w:rPr>
          <w:lang w:eastAsia="zh-CN"/>
        </w:rPr>
        <w:t xml:space="preserve">    销售计划是每一个销售员工作的依据，大公司的销售员写销售计划书是必做的工作。当然有很多小公司对销售员不计划，不培训，不指导，只追求销售量。可想而知，大多数销售员都难以完成销售任务，公司所制定的销售任务也变成了空中楼阁，根本只是个摆设或者一纸空文。销售计划包括以下几个方面 </w:t>
      </w:r>
      <w:r>
        <w:rPr>
          <w:lang w:eastAsia="zh-CN"/>
        </w:rPr>
        <w:br/>
      </w:r>
      <w:r>
        <w:rPr>
          <w:lang w:eastAsia="zh-CN"/>
        </w:rPr>
        <w:t xml:space="preserve">    1.市场分析。也就是根据了解到的市场情况，对产品的卖点，消费群体，销量等进行定位。 </w:t>
      </w:r>
      <w:r>
        <w:rPr>
          <w:lang w:eastAsia="zh-CN"/>
        </w:rPr>
        <w:br/>
      </w:r>
      <w:r>
        <w:rPr>
          <w:lang w:eastAsia="zh-CN"/>
        </w:rPr>
        <w:t xml:space="preserve">    2.销售方式。就是找出适合自己产品销售的模式和方法。 </w:t>
      </w:r>
      <w:r>
        <w:rPr>
          <w:lang w:eastAsia="zh-CN"/>
        </w:rPr>
        <w:br/>
      </w:r>
      <w:r>
        <w:rPr>
          <w:lang w:eastAsia="zh-CN"/>
        </w:rPr>
        <w:t xml:space="preserve">    3.客户管理。就是对一开发的客户如何进行服务和怎样促使他们提高销售或购买;对潜在客户怎样进行跟进。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4.销量任务。就是定出合理的销售任务，销售的主要目的就是要提高销售任务。只有努力的利用各种方法完成既定的任务，才是计划作用所在。</w:t>
      </w:r>
      <w:r>
        <w:rPr>
          <w:lang w:eastAsia="zh-CN"/>
        </w:rPr>
        <w:t xml:space="preserve"> </w:t>
      </w:r>
      <w:r>
        <w:rPr>
          <w:lang w:eastAsia="zh-CN"/>
        </w:rPr>
        <w:br/>
      </w:r>
      <w:r>
        <w:rPr>
          <w:lang w:eastAsia="zh-CN"/>
        </w:rPr>
        <w:t xml:space="preserve">    5.考核时间。销售计划可分为年度销售工作计划，季度销售工作计划，月销售工作计划。考核的时间也不一样。 </w:t>
      </w:r>
      <w:r>
        <w:rPr>
          <w:lang w:eastAsia="zh-CN"/>
        </w:rPr>
        <w:br/>
      </w:r>
      <w:r>
        <w:rPr>
          <w:lang w:eastAsia="zh-CN"/>
        </w:rPr>
        <w:t xml:space="preserve">    6.总结。就是对上一个时间段销售计划进行评判。以上六个方面是计划必须具备的。 </w:t>
      </w:r>
      <w:r>
        <w:rPr>
          <w:lang w:eastAsia="zh-CN"/>
        </w:rPr>
        <w:br/>
      </w:r>
      <w:r>
        <w:rPr>
          <w:lang w:eastAsia="zh-CN"/>
        </w:rPr>
        <w:t xml:space="preserve">    计划三：门店销售工作计划 </w:t>
      </w:r>
      <w:r>
        <w:rPr>
          <w:lang w:eastAsia="zh-CN"/>
        </w:rPr>
        <w:br/>
      </w:r>
      <w:r>
        <w:rPr>
          <w:lang w:eastAsia="zh-CN"/>
        </w:rPr>
        <w:t xml:space="preserve">    一、项目介绍 </w:t>
      </w:r>
      <w:r>
        <w:rPr>
          <w:lang w:eastAsia="zh-CN"/>
        </w:rPr>
        <w:br/>
      </w:r>
      <w:r>
        <w:rPr>
          <w:lang w:eastAsia="zh-CN"/>
        </w:rPr>
        <w:t xml:space="preserve">    由于资金有限只有5万元，所以我想来想去没有什么更好的项目，时间紧张也没有更好的灵感所以暂就来个传统行业，服装行业。 </w:t>
      </w:r>
      <w:r>
        <w:rPr>
          <w:lang w:eastAsia="zh-CN"/>
        </w:rPr>
        <w:br/>
      </w:r>
      <w:r>
        <w:rPr>
          <w:lang w:eastAsia="zh-CN"/>
        </w:rPr>
        <w:t xml:space="preserve">    我的项目是做服装行业，开个女式服装店。 </w:t>
      </w:r>
      <w:r>
        <w:rPr>
          <w:lang w:eastAsia="zh-CN"/>
        </w:rPr>
        <w:br/>
      </w:r>
      <w:r>
        <w:rPr>
          <w:lang w:eastAsia="zh-CN"/>
        </w:rPr>
        <w:t xml:space="preserve">    在选定行业之前，我先衡量自己的创业资金有多少，5万元。因为，各行业的总投资有高有低，每一种行业都不一样，所以，先衡量自己所拥有的资金能够做那些行业，再来做进一步的规划。 </w:t>
      </w:r>
      <w:r>
        <w:rPr>
          <w:lang w:eastAsia="zh-CN"/>
        </w:rPr>
        <w:br/>
      </w:r>
      <w:r>
        <w:rPr>
          <w:lang w:eastAsia="zh-CN"/>
        </w:rPr>
        <w:t xml:space="preserve">    选择开服装店的优势是服装行业较为成熟，项目需要的成本较低，容易进入也容易启动。而且自己对服装也有点感兴趣，算是兴趣与事业相结合吧，呵呵。 </w:t>
      </w:r>
      <w:r>
        <w:rPr>
          <w:lang w:eastAsia="zh-CN"/>
        </w:rPr>
        <w:br/>
      </w:r>
      <w:r>
        <w:rPr>
          <w:lang w:eastAsia="zh-CN"/>
        </w:rPr>
        <w:t xml:space="preserve">    二、营销策略 </w:t>
      </w:r>
      <w:r>
        <w:rPr>
          <w:lang w:eastAsia="zh-CN"/>
        </w:rPr>
        <w:br/>
      </w:r>
      <w:r>
        <w:rPr>
          <w:lang w:eastAsia="zh-CN"/>
        </w:rPr>
        <w:t xml:space="preserve">    一、开幕促销 </w:t>
      </w:r>
      <w:r>
        <w:rPr>
          <w:lang w:eastAsia="zh-CN"/>
        </w:rPr>
        <w:br/>
      </w:r>
      <w:r>
        <w:rPr>
          <w:lang w:eastAsia="zh-CN"/>
        </w:rPr>
        <w:t xml:space="preserve">    当一切都就绪之后，就准备择期正式开幕。开幕当天为招徕顾客，办一些促销活动势不可免，促销活动不外乎打折、赠品及抽奖等三大类型。同时在周围小区散发些传单。 </w:t>
      </w:r>
      <w:r>
        <w:rPr>
          <w:lang w:eastAsia="zh-CN"/>
        </w:rPr>
        <w:br/>
      </w:r>
      <w:r>
        <w:rPr>
          <w:lang w:eastAsia="zh-CN"/>
        </w:rPr>
        <w:t xml:space="preserve">    二、衣服的陈列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做女装产品关键要品种多，给客户有足够的挑选余地，这与其它品牌专卖店不同，不是依靠主要几个款的来销售!产品陈列上要突出自己服装的特点，把上衣，裙子，裤子，套装等分开陈列，除了店铺看上去整齐外也给有目的性购买的客户挑选提供方便，如果只想买裙子的，他只需在裙子类挑选，如果买了裙子又想配上衣，直接可以到上衣类去搭配!量多的款可以用模特出样，往往出样的衣服是卖得最快的!橱窗里的出样要经常更换，这不能偷懒! </w:t>
      </w:r>
      <w:r>
        <w:rPr>
          <w:lang w:eastAsia="zh-CN"/>
        </w:rPr>
        <w:br/>
      </w:r>
      <w:r>
        <w:rPr>
          <w:lang w:eastAsia="zh-CN"/>
        </w:rPr>
        <w:t xml:space="preserve">    三，长期发展营销策略 </w:t>
      </w:r>
      <w:r>
        <w:rPr>
          <w:lang w:eastAsia="zh-CN"/>
        </w:rPr>
        <w:br/>
      </w:r>
      <w:r>
        <w:rPr>
          <w:lang w:eastAsia="zh-CN"/>
        </w:rPr>
        <w:t xml:space="preserve">    1、原则：每周都要有新货上架，以中档为主，高低档为辅(高档点缀低档适量) </w:t>
      </w:r>
      <w:r>
        <w:rPr>
          <w:lang w:eastAsia="zh-CN"/>
        </w:rPr>
        <w:br/>
      </w:r>
      <w:r>
        <w:rPr>
          <w:lang w:eastAsia="zh-CN"/>
        </w:rPr>
        <w:t xml:space="preserve">    2、方针：尽量把其中的每个环节作成标准化，以备日后发展连锁，即模式复制 </w:t>
      </w:r>
      <w:r>
        <w:rPr>
          <w:lang w:eastAsia="zh-CN"/>
        </w:rPr>
        <w:br/>
      </w:r>
      <w:r>
        <w:rPr>
          <w:lang w:eastAsia="zh-CN"/>
        </w:rPr>
        <w:t xml:space="preserve">    3、服务：训练营业员的基本利益，对顾客的服务态度及服务宗旨。无论顾客是否买衣服或者买所少钱的衣服都要微笑送客让其满意离开，常此以往才可能有口碑相传的美益度，也才会有回头客。顾客的要求在可能实现的前提下尽可能的满足。 </w:t>
      </w:r>
      <w:r>
        <w:rPr>
          <w:lang w:eastAsia="zh-CN"/>
        </w:rPr>
        <w:br/>
      </w:r>
      <w:r>
        <w:rPr>
          <w:lang w:eastAsia="zh-CN"/>
        </w:rPr>
        <w:t xml:space="preserve">    4、方法： </w:t>
      </w:r>
      <w:r>
        <w:rPr>
          <w:lang w:eastAsia="zh-CN"/>
        </w:rPr>
        <w:br/>
      </w:r>
      <w:r>
        <w:rPr>
          <w:lang w:eastAsia="zh-CN"/>
        </w:rPr>
        <w:t xml:space="preserve">    (1)初次来店的惊喜 </w:t>
      </w:r>
      <w:r>
        <w:rPr>
          <w:lang w:eastAsia="zh-CN"/>
        </w:rPr>
        <w:br/>
      </w:r>
      <w:r>
        <w:rPr>
          <w:lang w:eastAsia="zh-CN"/>
        </w:rPr>
        <w:t xml:space="preserve">    ①免费赠送小饰物，小挂件，让其填一份长期顾客表(做客户数据库) </w:t>
      </w:r>
      <w:r>
        <w:rPr>
          <w:lang w:eastAsia="zh-CN"/>
        </w:rPr>
        <w:br/>
      </w:r>
      <w:r>
        <w:rPr>
          <w:lang w:eastAsia="zh-CN"/>
        </w:rPr>
        <w:t xml:space="preserve">    (2)增加其下次来店的可能性 </w:t>
      </w:r>
      <w:r>
        <w:rPr>
          <w:lang w:eastAsia="zh-CN"/>
        </w:rPr>
        <w:br/>
      </w:r>
      <w:r>
        <w:rPr>
          <w:lang w:eastAsia="zh-CN"/>
        </w:rPr>
        <w:t xml:space="preserve">    ①传达每周都有新货上架的信息 </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②利用顾客数据库，以某种借口施以小恩惠，使其来店领取或告知打折消息，或者免费送过季衣服(要定量)或送生日礼物等 </w:t>
      </w:r>
      <w:r>
        <w:rPr>
          <w:lang w:eastAsia="zh-CN"/>
        </w:rPr>
        <w:br/>
      </w:r>
      <w:r>
        <w:rPr>
          <w:lang w:eastAsia="zh-CN"/>
        </w:rPr>
        <w:t xml:space="preserve">    ③购适量女士手袋告知顾客一次购物满400元送一只女士手袋(女士手袋要在店内陈列出来，进货以38元标价300+的那种为宜，给顾客物超所值的感觉)或者累积消费600元及以上。(获得奖励之后在从新累积) </w:t>
      </w:r>
      <w:r>
        <w:rPr>
          <w:lang w:eastAsia="zh-CN"/>
        </w:rPr>
        <w:br/>
      </w:r>
      <w:r>
        <w:rPr>
          <w:lang w:eastAsia="zh-CN"/>
        </w:rPr>
        <w:t xml:space="preserve">    (3)满意购物并使其尽可能介绍其他买家来店购买 </w:t>
      </w:r>
      <w:r>
        <w:rPr>
          <w:lang w:eastAsia="zh-CN"/>
        </w:rPr>
        <w:br/>
      </w:r>
      <w:r>
        <w:rPr>
          <w:lang w:eastAsia="zh-CN"/>
        </w:rPr>
        <w:t xml:space="preserve">    ①告知顾客量大或团购可优惠，如：一次购满500元及以上打8折等，或者个人累积消费1000元既获得一张8折的金卡 </w:t>
      </w:r>
      <w:r>
        <w:rPr>
          <w:lang w:eastAsia="zh-CN"/>
        </w:rPr>
        <w:br/>
      </w:r>
      <w:r>
        <w:rPr>
          <w:lang w:eastAsia="zh-CN"/>
        </w:rPr>
        <w:t xml:space="preserve">    ②介绍新顾客，如：每介绍一位新顾客并购满200元及以上送推荐人50元购物卷等。 </w:t>
      </w:r>
      <w:r>
        <w:rPr>
          <w:lang w:eastAsia="zh-CN"/>
        </w:rPr>
        <w:br/>
      </w:r>
      <w:r>
        <w:rPr>
          <w:lang w:eastAsia="zh-CN"/>
        </w:rPr>
        <w:t xml:space="preserve">    (4)不定期打折 </w:t>
      </w:r>
      <w:r>
        <w:rPr>
          <w:lang w:eastAsia="zh-CN"/>
        </w:rPr>
        <w:br/>
      </w:r>
      <w:r>
        <w:rPr>
          <w:lang w:eastAsia="zh-CN"/>
        </w:rPr>
        <w:t xml:space="preserve">    ①人一定程度上都喜欢贪小便宜，女人就更是如此了。店铺开张大赚送、本店商品八折优惠，也可以采用买一送一的策略(送的货以滞销货为主，过季货为辅) </w:t>
      </w:r>
      <w:r>
        <w:rPr>
          <w:lang w:eastAsia="zh-CN"/>
        </w:rPr>
        <w:br/>
      </w:r>
      <w:r>
        <w:rPr>
          <w:lang w:eastAsia="zh-CN"/>
        </w:rPr>
        <w:t xml:space="preserve">    这些招牌通常能抓住女人的心。 </w:t>
      </w:r>
      <w:r>
        <w:rPr>
          <w:lang w:eastAsia="zh-CN"/>
        </w:rPr>
        <w:br/>
      </w:r>
      <w:r>
        <w:rPr>
          <w:lang w:eastAsia="zh-CN"/>
        </w:rPr>
        <w:t xml:space="preserve">    (5)一年中做几次短期促销，售价定为10-30元，非常聚人气!再把店内滞销款低价一起处理!如五一，十一，三八等最佳时间。 </w:t>
      </w:r>
      <w:r>
        <w:rPr>
          <w:lang w:eastAsia="zh-CN"/>
        </w:rPr>
        <w:br/>
      </w:r>
      <w:r>
        <w:rPr>
          <w:lang w:eastAsia="zh-CN"/>
        </w:rPr>
        <w:t xml:space="preserve">    个人年度销售计划模板下载篇5 </w:t>
      </w:r>
      <w:r>
        <w:rPr>
          <w:lang w:eastAsia="zh-CN"/>
        </w:rPr>
        <w:br/>
      </w:r>
      <w:r>
        <w:rPr>
          <w:lang w:eastAsia="zh-CN"/>
        </w:rPr>
        <w:t xml:space="preserve">    一、与外勤人员的联系。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年后外勤人员就会每一天都要去跑临港工业区内的一些项目，在外勤人员出去收集资料及宣传产品的过程中，我会将每一天的信息进行收集和整理，做好外勤人员和公司内部信息的对接。</w:t>
      </w:r>
      <w:r>
        <w:rPr>
          <w:lang w:eastAsia="zh-CN"/>
        </w:rPr>
        <w:t xml:space="preserve"> </w:t>
      </w:r>
      <w:r>
        <w:rPr>
          <w:lang w:eastAsia="zh-CN"/>
        </w:rPr>
        <w:br/>
      </w:r>
      <w:r>
        <w:rPr>
          <w:lang w:eastAsia="zh-CN"/>
        </w:rPr>
        <w:t xml:space="preserve">    二、销售部内部管理 </w:t>
      </w:r>
      <w:r>
        <w:rPr>
          <w:lang w:eastAsia="zh-CN"/>
        </w:rPr>
        <w:br/>
      </w:r>
      <w:r>
        <w:rPr>
          <w:lang w:eastAsia="zh-CN"/>
        </w:rPr>
        <w:t xml:space="preserve">    做好日常的一些材料的复印和资料的整理工作。协助准备各项材料，巩固自己的业务知识，随时准备接待代理商及客户。在网上投一些招商信息。 </w:t>
      </w:r>
      <w:r>
        <w:rPr>
          <w:lang w:eastAsia="zh-CN"/>
        </w:rPr>
        <w:br/>
      </w:r>
      <w:r>
        <w:rPr>
          <w:lang w:eastAsia="zh-CN"/>
        </w:rPr>
        <w:t xml:space="preserve">    三、对外招商方面 </w:t>
      </w:r>
      <w:r>
        <w:rPr>
          <w:lang w:eastAsia="zh-CN"/>
        </w:rPr>
        <w:br/>
      </w:r>
      <w:r>
        <w:rPr>
          <w:lang w:eastAsia="zh-CN"/>
        </w:rPr>
        <w:t xml:space="preserve">    做好招商信息的回馈和汇总。在网上找一些代理商信息，做好主动联系招商工作。 </w:t>
      </w:r>
      <w:r>
        <w:rPr>
          <w:lang w:eastAsia="zh-CN"/>
        </w:rPr>
        <w:br/>
      </w:r>
      <w:r>
        <w:rPr>
          <w:lang w:eastAsia="zh-CN"/>
        </w:rPr>
        <w:t xml:space="preserve">    四、对生产，物流，财务及客户的沟通方面。 </w:t>
      </w:r>
      <w:r>
        <w:rPr>
          <w:lang w:eastAsia="zh-CN"/>
        </w:rPr>
        <w:br/>
      </w:r>
      <w:r>
        <w:rPr>
          <w:lang w:eastAsia="zh-CN"/>
        </w:rPr>
        <w:t xml:space="preserve">    每一天与生产部门内业联系、沟通，了解生产出的成品数量及生产线状况是否可以完成所接订单。当有订单时，要随时与物流部门沟通，了解发货状况和木托回收及各种单据及时整理对接。还要加强自身的财务知识，以便每月与财务部门顺利进行对账。 </w:t>
      </w:r>
      <w:r>
        <w:rPr>
          <w:lang w:eastAsia="zh-CN"/>
        </w:rPr>
        <w:br/>
      </w:r>
      <w:r>
        <w:rPr>
          <w:lang w:eastAsia="zh-CN"/>
        </w:rPr>
        <w:t xml:space="preserve">    个人年度销售计划模板下载篇6 </w:t>
      </w:r>
      <w:r>
        <w:rPr>
          <w:lang w:eastAsia="zh-CN"/>
        </w:rPr>
        <w:br/>
      </w:r>
      <w:r>
        <w:rPr>
          <w:lang w:eastAsia="zh-CN"/>
        </w:rPr>
        <w:t xml:space="preserve">    一、对于老客户要经常保持联系，沟通，有时间和条件的情况下送些小礼物或宴请客户(根据个人喜好因人而异) </w:t>
      </w:r>
      <w:r>
        <w:rPr>
          <w:lang w:eastAsia="zh-CN"/>
        </w:rPr>
        <w:br/>
      </w:r>
      <w:r>
        <w:rPr>
          <w:lang w:eastAsia="zh-CN"/>
        </w:rPr>
        <w:t xml:space="preserve">    二、在维护老客户的同时要不断从开彩能美文发新客户(尽一切努力找到统方)。 </w:t>
      </w:r>
      <w:r>
        <w:rPr>
          <w:lang w:eastAsia="zh-CN"/>
        </w:rPr>
        <w:br/>
      </w:r>
      <w:r>
        <w:rPr>
          <w:lang w:eastAsia="zh-CN"/>
        </w:rPr>
        <w:t xml:space="preserve">    三、不断学习丰富自己，加强业务能力。 </w:t>
      </w:r>
      <w:r>
        <w:rPr>
          <w:lang w:eastAsia="zh-CN"/>
        </w:rPr>
        <w:br/>
      </w:r>
      <w:r>
        <w:rPr>
          <w:lang w:eastAsia="zh-CN"/>
        </w:rPr>
        <w:t xml:space="preserve">    四、今年对自己有以下要求工作计划 </w:t>
      </w:r>
      <w:r>
        <w:rPr>
          <w:lang w:eastAsia="zh-CN"/>
        </w:rPr>
        <w:br/>
      </w:r>
      <w:r>
        <w:rPr>
          <w:lang w:eastAsia="zh-CN"/>
        </w:rPr>
        <w:t xml:space="preserve">    1、每周要拜访6个以上的客户，科主任每周两次。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2、一周一小结，每月一大结，一季度再一大结，一年一总结，一年一计划。找出工作中的失误和不足，及时纠正并记录避免下次再犯。</w:t>
      </w:r>
      <w:r>
        <w:rPr>
          <w:lang w:eastAsia="zh-CN"/>
        </w:rPr>
        <w:t xml:space="preserve"> </w:t>
      </w:r>
      <w:r>
        <w:rPr>
          <w:lang w:eastAsia="zh-CN"/>
        </w:rPr>
        <w:br/>
      </w:r>
      <w:r>
        <w:rPr>
          <w:lang w:eastAsia="zh-CN"/>
        </w:rPr>
        <w:t xml:space="preserve">    3、见客户之前要多了解客户的状态和需求，再做好准备工作。 </w:t>
      </w:r>
      <w:r>
        <w:rPr>
          <w:lang w:eastAsia="zh-CN"/>
        </w:rPr>
        <w:br/>
      </w:r>
      <w:r>
        <w:rPr>
          <w:lang w:eastAsia="zh-CN"/>
        </w:rPr>
        <w:t xml:space="preserve">    4、严于律己，学习亮剑精神，不断加强业务方面的学习，多看书及相关产品知识，上网多查阅相关资料，与同行们交流向他们学习更好的方式方法。 </w:t>
      </w:r>
      <w:r>
        <w:rPr>
          <w:lang w:eastAsia="zh-CN"/>
        </w:rPr>
        <w:br/>
      </w:r>
      <w:r>
        <w:rPr>
          <w:lang w:eastAsia="zh-CN"/>
        </w:rPr>
        <w:t xml:space="preserve">    5、加强对客户的服务意识，为公司树立良好的形象。以上是我这一年的工作计划，工作中总会有各种各样的困难，我会多向领导请示，向同事探讨，共同努力克服，为公司作出自己最大的贡献。 </w:t>
      </w:r>
      <w:r>
        <w:rPr>
          <w:lang w:eastAsia="zh-CN"/>
        </w:rPr>
        <w:br/>
      </w:r>
      <w:r>
        <w:rPr>
          <w:lang w:eastAsia="zh-CN"/>
        </w:rPr>
        <w:t xml:space="preserve">    个人年度销售计划模板下载篇7 </w:t>
      </w:r>
      <w:r>
        <w:rPr>
          <w:lang w:eastAsia="zh-CN"/>
        </w:rPr>
        <w:br/>
      </w:r>
      <w:r>
        <w:rPr>
          <w:lang w:eastAsia="zh-CN"/>
        </w:rPr>
        <w:t xml:space="preserve">    20__年即将过去，在这将近一年的时间中我通过努力的工作，也有了一点收获，临近年终，我感觉有必要对自己的工作做一下总结。目的在于吸取教训，提高自己，以至把工作做的更好，自己有信心也有决心把明年的工作提升一个台阶。下面我对一年的工作进行简要的总结。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今年我任公司销售部副经理，负责公司工程组，在公司任职期间，我不断的学习产品知识，并吸取同行业之间的信息积累了丰富的市场经验，现在对钢铁行业市场有了更加深入的了解和认识，可以清晰、自如的应对各种客户的各种问题，准确的把握客户的需要，与客户建立了良好的沟通渠道，逐渐取得了客户的信任。经过我的不懈努力，取得了多为成功的客户资源，对自己的销售任务铺垫了坚实的客户基础。而且在不断的学习知识和积累经验的过程中，自己的能力、业务水平都比以前有了较大幅度的提升。</w:t>
      </w:r>
      <w:r>
        <w:rPr>
          <w:lang w:eastAsia="zh-CN"/>
        </w:rPr>
        <w:t xml:space="preserve"> </w:t>
      </w:r>
      <w:r>
        <w:rPr>
          <w:lang w:eastAsia="zh-CN"/>
        </w:rPr>
        <w:br/>
      </w:r>
      <w:r>
        <w:rPr>
          <w:lang w:eastAsia="zh-CN"/>
        </w:rPr>
        <w:t xml:space="preserve">    虽然一直在从事销售工作，有一定的销售知识与经验，但比较优秀的成功的销售管理人才，还是有一定距离的。本职的工作做得不好，感觉自己还停留在一个销售人员的位臵上，对销售人员的培训，指导力度不够，影响销售部的销售业绩。这是我需要提升的重要方面之一，下面我就对我以及部门20__年的工作进行总结。 </w:t>
      </w:r>
      <w:r>
        <w:rPr>
          <w:lang w:eastAsia="zh-CN"/>
        </w:rPr>
        <w:br/>
      </w:r>
      <w:r>
        <w:rPr>
          <w:lang w:eastAsia="zh-CN"/>
        </w:rPr>
        <w:t xml:space="preserve">    部门工作总结 </w:t>
      </w:r>
      <w:r>
        <w:rPr>
          <w:lang w:eastAsia="zh-CN"/>
        </w:rPr>
        <w:br/>
      </w:r>
      <w:r>
        <w:rPr>
          <w:lang w:eastAsia="zh-CN"/>
        </w:rPr>
        <w:t xml:space="preserve">    在20__年一年的时间中，经过工程组全体员工共同的努力，完成工作如下： </w:t>
      </w:r>
      <w:r>
        <w:rPr>
          <w:lang w:eastAsia="zh-CN"/>
        </w:rPr>
        <w:br/>
      </w:r>
      <w:r>
        <w:rPr>
          <w:lang w:eastAsia="zh-CN"/>
        </w:rPr>
        <w:t xml:space="preserve">    1、累计客户位； </w:t>
      </w:r>
      <w:r>
        <w:rPr>
          <w:lang w:eastAsia="zh-CN"/>
        </w:rPr>
        <w:br/>
      </w:r>
      <w:r>
        <w:rPr>
          <w:lang w:eastAsia="zh-CN"/>
        </w:rPr>
        <w:t xml:space="preserve">    2、实现销量吨； </w:t>
      </w:r>
      <w:r>
        <w:rPr>
          <w:lang w:eastAsia="zh-CN"/>
        </w:rPr>
        <w:br/>
      </w:r>
      <w:r>
        <w:rPr>
          <w:lang w:eastAsia="zh-CN"/>
        </w:rPr>
        <w:t xml:space="preserve">    3、实现回款万元，回款率%； </w:t>
      </w:r>
      <w:r>
        <w:rPr>
          <w:lang w:eastAsia="zh-CN"/>
        </w:rPr>
        <w:br/>
      </w:r>
      <w:r>
        <w:rPr>
          <w:lang w:eastAsia="zh-CN"/>
        </w:rPr>
        <w:t xml:space="preserve">    4、详细列举各个工程项目销售明细： </w:t>
      </w:r>
      <w:r>
        <w:rPr>
          <w:lang w:eastAsia="zh-CN"/>
        </w:rPr>
        <w:br/>
      </w:r>
      <w:r>
        <w:rPr>
          <w:lang w:eastAsia="zh-CN"/>
        </w:rPr>
        <w:t xml:space="preserve">    从销售业绩上看，我们的销售量较去年有了下滑，这不仅是市场大环境的影响，更有我们工作做得不好的多种因素，销售工作在20__年我们还是有很多失败的地方，有待我们大家一起努力，去改进去完善。 </w:t>
      </w:r>
      <w:r>
        <w:rPr>
          <w:lang w:eastAsia="zh-CN"/>
        </w:rPr>
        <w:br/>
      </w:r>
      <w:r>
        <w:rPr>
          <w:lang w:eastAsia="zh-CN"/>
        </w:rPr>
        <w:t xml:space="preserve">    客观上的因素虽然存在，但是工作中还是存在的一些问题，主要有以下几方面： </w:t>
      </w:r>
      <w:r>
        <w:rPr>
          <w:lang w:eastAsia="zh-CN"/>
        </w:rPr>
        <w:br/>
      </w:r>
      <w:r>
        <w:rPr>
          <w:lang w:eastAsia="zh-CN"/>
        </w:rPr>
        <w:t xml:space="preserve">    1、我本身以及部门销售人员在公司客户拜访量上比较少，以至于客户潜力开发工作停滞不前，客户拜访工作总体来说做的不好，这是销量没有提升的一个重要原因，也是我们需要改进的方面之一。 </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2、与客户沟通不够深入。销售人员与客户沟通过程中，不能把公司产品的实际情况给客户讲解的十分清晰，有时不能真正的了解客户的想法和意图，对客户提出的某些建议不能做出迅速的反应。在传达产品信息时不了解客户对我们的产品有多少了解或接受到什么程度，对销售工作造成了不良的影响。 </w:t>
      </w:r>
      <w:r>
        <w:rPr>
          <w:lang w:eastAsia="zh-CN"/>
        </w:rPr>
        <w:br/>
      </w:r>
      <w:r>
        <w:rPr>
          <w:lang w:eastAsia="zh-CN"/>
        </w:rPr>
        <w:t xml:space="preserve">    3、工作没有一个明确的目标和详细的计划。销售人员没有养成一个写工作总结和计划的习惯，销售工作处于放任自流的状态，从而引发销售工作没有一个统一的管理，工作时间没有合理的分配，工作局面混乱等各种不良的后果。 </w:t>
      </w:r>
      <w:r>
        <w:rPr>
          <w:lang w:eastAsia="zh-CN"/>
        </w:rPr>
        <w:br/>
      </w:r>
      <w:r>
        <w:rPr>
          <w:lang w:eastAsia="zh-CN"/>
        </w:rPr>
        <w:t xml:space="preserve">    4、新业务的开拓不够，业务增长小，个别业务员的工作责任心和工作计划性不强，业务能力还有待提高。 </w:t>
      </w:r>
      <w:r>
        <w:rPr>
          <w:lang w:eastAsia="zh-CN"/>
        </w:rPr>
        <w:br/>
      </w:r>
      <w:r>
        <w:rPr>
          <w:lang w:eastAsia="zh-CN"/>
        </w:rPr>
        <w:t xml:space="preserve">    市场形势是严峻的。技术发展飞快地今天，假如没有把销售做好，没有抓住这个机遇，我们很可能失去这个蓬勃发展的机会。因此我们要积极做好销售工作的调整，以积极的心态迎接来年的工作： </w:t>
      </w:r>
      <w:r>
        <w:rPr>
          <w:lang w:eastAsia="zh-CN"/>
        </w:rPr>
        <w:br/>
      </w:r>
      <w:r>
        <w:rPr>
          <w:lang w:eastAsia="zh-CN"/>
        </w:rPr>
        <w:t xml:space="preserve">    20__年我们要把下面的几项工作作为主要的工作来做： </w:t>
      </w:r>
      <w:r>
        <w:rPr>
          <w:lang w:eastAsia="zh-CN"/>
        </w:rPr>
        <w:br/>
      </w:r>
      <w:r>
        <w:rPr>
          <w:lang w:eastAsia="zh-CN"/>
        </w:rPr>
        <w:t xml:space="preserve">    1、建立一支熟悉业务，稳扎稳打的销售团队 </w:t>
      </w:r>
      <w:r>
        <w:rPr>
          <w:lang w:eastAsia="zh-CN"/>
        </w:rPr>
        <w:br/>
      </w:r>
      <w:r>
        <w:rPr>
          <w:lang w:eastAsia="zh-CN"/>
        </w:rPr>
        <w:t xml:space="preserve">    人才是企业最宝贵的资源，一切销售业绩都起源于有一个好的销售人员，建立一支具有凝聚力，合作精神的销售团队是企业的根本。在明年的工作中建立一个和谐，具有杀伤力的团队作为一项主要的工作来抓，分别利用不同渠道开展销售工作。 </w:t>
      </w:r>
      <w:r>
        <w:rPr>
          <w:lang w:eastAsia="zh-CN"/>
        </w:rPr>
        <w:br/>
      </w:r>
      <w:r>
        <w:rPr>
          <w:lang w:eastAsia="zh-CN"/>
        </w:rPr>
        <w:t xml:space="preserve">    2、完善销售制度，建立一套明确系统的业务管理办法 </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销售管理是企业的老大难问题，销售人员出勤，见客户处于放任自流的状态。完善销售管理制度的目的是让销售人员在工作中发挥主观能动性，对工作有高度的责任心，提高销售人员的主人翁意识。强化销售人员的执行力，从而提高工作效率。</w:t>
      </w:r>
      <w:r>
        <w:rPr>
          <w:lang w:eastAsia="zh-CN"/>
        </w:rPr>
        <w:t xml:space="preserve"> </w:t>
      </w:r>
      <w:r>
        <w:rPr>
          <w:lang w:eastAsia="zh-CN"/>
        </w:rPr>
        <w:br/>
      </w:r>
      <w:r>
        <w:rPr>
          <w:lang w:eastAsia="zh-CN"/>
        </w:rPr>
        <w:t xml:space="preserve">    3、培养销售人员发现问题，总结问题，不断自我提高的习惯 </w:t>
      </w:r>
      <w:r>
        <w:rPr>
          <w:lang w:eastAsia="zh-CN"/>
        </w:rPr>
        <w:br/>
      </w:r>
      <w:r>
        <w:rPr>
          <w:lang w:eastAsia="zh-CN"/>
        </w:rPr>
        <w:t xml:space="preserve">    培养销售人员发现问题，总结问题目的在于提高销售人员综合素质，在工作中能发现问题总结问题并能提出自己的看法和建议，业务能力提高到一个新的档次。 </w:t>
      </w:r>
      <w:r>
        <w:rPr>
          <w:lang w:eastAsia="zh-CN"/>
        </w:rPr>
        <w:br/>
      </w:r>
      <w:r>
        <w:rPr>
          <w:lang w:eastAsia="zh-CN"/>
        </w:rPr>
        <w:t xml:space="preserve">    4、建立新的销售模式与渠道 </w:t>
      </w:r>
      <w:r>
        <w:rPr>
          <w:lang w:eastAsia="zh-CN"/>
        </w:rPr>
        <w:br/>
      </w:r>
      <w:r>
        <w:rPr>
          <w:lang w:eastAsia="zh-CN"/>
        </w:rPr>
        <w:t xml:space="preserve">    把握好现有的石油、石化销售渠道，做好完善的计划。同时开拓新的销售渠道，利用好公司现有资源做好电话销售与行销之间的配合。 </w:t>
      </w:r>
      <w:r>
        <w:rPr>
          <w:lang w:eastAsia="zh-CN"/>
        </w:rPr>
        <w:br/>
      </w:r>
      <w:r>
        <w:rPr>
          <w:lang w:eastAsia="zh-CN"/>
        </w:rPr>
        <w:t xml:space="preserve">    5、销售目标 </w:t>
      </w:r>
      <w:r>
        <w:rPr>
          <w:lang w:eastAsia="zh-CN"/>
        </w:rPr>
        <w:br/>
      </w:r>
      <w:r>
        <w:rPr>
          <w:lang w:eastAsia="zh-CN"/>
        </w:rPr>
        <w:t xml:space="preserve">    今年的销售目标最基本的是做到月月都有进帐的单子。根据公司下达的销售任务，把任务根据具体情况分解到每月，每周，每日；以每月，每周，每日的销售目标分解到各个销售人员身上，完成各个时间段的销售任务。并在完成销售任务的基础上提高销售业绩，我将带领销售部全体同仁竭尽全力完成目标。 </w:t>
      </w:r>
      <w:r>
        <w:rPr>
          <w:lang w:eastAsia="zh-CN"/>
        </w:rPr>
        <w:br/>
      </w:r>
      <w:r>
        <w:rPr>
          <w:lang w:eastAsia="zh-CN"/>
        </w:rPr>
        <w:t xml:space="preserve">  </w:t>
      </w:r>
      <w:r>
        <w:rPr>
          <w:lang w:eastAsia="zh-CN"/>
        </w:rPr>
        <w:t xml:space="preserve"> </w:t>
      </w:r>
    </w:p>
    <w:p w:rsidR="001B1F19" w14:textId="27C3F48A">
      <w:pPr>
        <w:rPr>
          <w:lang w:eastAsia="zh-CN"/>
        </w:rPr>
      </w:pPr>
      <w:r>
        <w:rPr>
          <w:lang w:eastAsia="zh-CN"/>
        </w:rPr>
        <w:t xml:space="preserve"> 今后，在做出一项决定前，应先更多的考虑公司领导的看法和决策，遵守领导对各项业务的处理决断。工作中出现分歧时，要静下心来互相协商解决，以达到一致的处理意见而后开展工作。今后，只要我能经常总结经验教训、发挥特长、改正缺点，自觉把自己臵于公司组织和客户的监督之下，勤奋工作，以身作则。我相信，就一定能有一个更高、更新的开始，也一定能做一名合格的管理人员。</w:t>
      </w:r>
      <w:r>
        <w:rPr>
          <w:lang w:eastAsia="zh-CN"/>
        </w:rPr>
        <w:t xml:space="preserve"> </w:t>
      </w:r>
      <w:r>
        <w:rPr>
          <w:lang w:eastAsia="zh-CN"/>
        </w:rPr>
        <w:br/>
      </w:r>
      <w:r>
        <w:rPr>
          <w:lang w:eastAsia="zh-CN"/>
        </w:rPr>
        <w:t xml:space="preserve">    20__年我部门工作重心主要放在开拓市场，选取渠道和团队建设方面。当下打好20__年公司销售开门红的任务迫在眉睫，我们一定全力以赴。 </w:t>
      </w:r>
      <w:r>
        <w:rPr>
          <w:lang w:eastAsia="zh-CN"/>
        </w:rPr>
        <w:br/>
      </w:r>
      <w:r>
        <w:rPr>
          <w:lang w:eastAsia="zh-CN"/>
        </w:rPr>
        <w:t xml:space="preserve">    我认为公司明年的发展是与整个公司的员工综合素质，公司的指导方针，团队的建设，个人的努力是分不开的。提高执行力的标准，建立一个良好的销售团队和有一个好的工作模式与工作习惯是我们工作的关键。 </w:t>
      </w:r>
      <w:r>
        <w:rPr>
          <w:lang w:eastAsia="zh-CN"/>
        </w:rPr>
        <w:br/>
      </w:r>
      <w:r>
        <w:rPr>
          <w:lang w:eastAsia="zh-CN"/>
        </w:rPr>
        <w:t xml:space="preserve">    销售部： </w:t>
      </w:r>
      <w:r>
        <w:rPr>
          <w:lang w:eastAsia="zh-CN"/>
        </w:rPr>
        <w:br/>
      </w:r>
      <w:r>
        <w:rPr>
          <w:lang w:eastAsia="zh-CN"/>
        </w:rPr>
        <w:t xml:space="preserve">    20__年12月15日 </w:t>
      </w:r>
      <w:r>
        <w:rPr>
          <w:lang w:eastAsia="zh-CN"/>
        </w:rPr>
        <w:br/>
      </w:r>
      <w:r>
        <w:rPr>
          <w:lang w:eastAsia="zh-CN"/>
        </w:rPr>
        <w:t xml:space="preserve">    个人年度销售计划模板下载篇8 </w:t>
      </w:r>
      <w:r>
        <w:rPr>
          <w:lang w:eastAsia="zh-CN"/>
        </w:rPr>
        <w:br/>
      </w:r>
      <w:r>
        <w:rPr>
          <w:lang w:eastAsia="zh-CN"/>
        </w:rPr>
        <w:t xml:space="preserve">    20__年，中支公司在省分公司各级领导及全体同仁的关心支持下，完成了筹建工作并顺利开业，在业务的发展上也取得了较好的成绩，占领了一定的市场份额，圆满地完成了省公司下达的各项任务指标，在此基础上，__年的工作并结合地区的实际情况，制定如下工作计划： </w:t>
      </w:r>
      <w:r>
        <w:rPr>
          <w:lang w:eastAsia="zh-CN"/>
        </w:rPr>
        <w:br/>
      </w:r>
      <w:r>
        <w:rPr>
          <w:lang w:eastAsia="zh-CN"/>
        </w:rPr>
        <w:t xml:space="preserve">    一、加强业管工作，构建优质、规范的承保服务体系。 </w:t>
      </w:r>
      <w:r>
        <w:rPr>
          <w:lang w:eastAsia="zh-CN"/>
        </w:rPr>
        <w:br/>
      </w:r>
      <w:r>
        <w:rPr>
          <w:lang w:eastAsia="zh-CN"/>
        </w:rPr>
        <w:t xml:space="preserve">    承保是公司经营的源头，是风险管控、实现效益的重要基础，是保险公司生存的基础保障。因此，在__年度里，公司将狠抓业管工作，提高风险管控能力。 </w:t>
      </w:r>
      <w:r>
        <w:rPr>
          <w:lang w:eastAsia="zh-CN"/>
        </w:rPr>
        <w:br/>
      </w:r>
      <w:r>
        <w:rPr>
          <w:lang w:eastAsia="zh-CN"/>
        </w:rPr>
        <w:t xml:space="preserve">  </w:t>
      </w:r>
      <w:r>
        <w:rPr>
          <w:lang w:eastAsia="zh-CN"/>
        </w:rPr>
        <w:t xml:space="preserve"> </w:t>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https://d.book118.com/456205144112010055</w:t>
        </w:r>
      </w:hyperlink>
    </w:p>
    <w:p w:rsidR="001B1F19">
      <w:pPr>
        <w:rPr>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6205144112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