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2024年个人工作计划</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2024年个人工作计划1</w:t>
      </w:r>
      <w:r>
        <w:rPr>
          <w:lang w:eastAsia="zh-CN"/>
        </w:rPr>
        <w:br/>
      </w:r>
      <w:r>
        <w:rPr>
          <w:lang w:eastAsia="zh-CN"/>
        </w:rPr>
        <w:t xml:space="preserve">    新的一年，把“优质护理”，把“以病人为中心”的护理理念融入实际具体的工作细节中，转变护理观念，加强自身护理理论操作技能的提升，提高服务质量，力求在护士长的领导下，立足本职，为患者提供无间隙全程的护理。现将20__年工作计划如下： </w:t>
      </w:r>
      <w:r>
        <w:rPr>
          <w:lang w:eastAsia="zh-CN"/>
        </w:rPr>
        <w:br/>
      </w:r>
      <w:r>
        <w:rPr>
          <w:lang w:eastAsia="zh-CN"/>
        </w:rPr>
        <w:t>　　1、深化转变护理观念，在20__年基础上，更加深入开展整体责任制护理。提高服务质量，续加强医德医风建设，增强工作责任心。作为责任组长，加强责任护理分工，组织协调本组工作，切实落实扁平化护理，能级对应，责任到人，带领本组组员对病区患者实施全程无间隙系统护理。加强落实“优质护理服务”，全面加强临床护理工作，强化基础护理，改善护理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护理安全是护理管理的重点，保证护理安全，杜绝严重差错及事故的发生。严格要求自身，强化护理安全意识。严格落实护理技术操作规程、流程，严格按照三甲标准实施全程护理。对本组低年资护士以及有思想情绪的护士加强管理，做到重点交待、重点督促。切实做好护理安全工作，减少医疗纠纷和医疗事故隐患及患者的不良投诉。自身努力加强急危重病人、卧床病人的护理，协作护士长不定期的进行护理安全隐患检查，发现问题，解决问题，并从自身原因进行分析，分析事故发生的原因，吸取深刻的教训，提出防范与改进措施。</w:t>
      </w:r>
      <w:r>
        <w:rPr>
          <w:lang w:eastAsia="zh-CN"/>
        </w:rPr>
        <w:br/>
      </w:r>
      <w:r>
        <w:rPr>
          <w:lang w:eastAsia="zh-CN"/>
        </w:rPr>
        <w:t>　　3、努力加强护理理论知识及护理操作技能的学习。自身严格要求，不断深化细化学习消化专业护理理论知识，更新知识面，提高层次。希望在护士长的带领帮扶下，加强护理抢救操作技能的学习锻炼，更好的掌握中心静脉压测定，人工气道，呼吸机应用等等的护理操作技能。并且完成护理部科室要求的操作技能考核。在实际工作中，与低年资护士一起学习进步，为患者更好的服务。</w:t>
      </w:r>
      <w:r>
        <w:rPr>
          <w:lang w:eastAsia="zh-CN"/>
        </w:rPr>
        <w:br/>
      </w:r>
      <w:r>
        <w:rPr>
          <w:lang w:eastAsia="zh-CN"/>
        </w:rPr>
        <w:t>　　4、积极参与院内院外的.各项培训，继续教育学习，望有机会参与消化专业护理专科知识的培训，更好的掌握内镜下各种手术的术前术后护理。</w:t>
      </w:r>
      <w:r>
        <w:rPr>
          <w:lang w:eastAsia="zh-CN"/>
        </w:rPr>
        <w:br/>
      </w:r>
      <w:r>
        <w:rPr>
          <w:lang w:eastAsia="zh-CN"/>
        </w:rPr>
        <w:t>　　5、作为本科室带教组长，已拟定好书面带教计划，努力做好护生实习期间的带教及管理工作，保证护生安全，不断加强护生护理理论知识及操作技能的学习，不断提高动手能力及独立思考并解决问题的能力，共同学习，一起成长。</w:t>
      </w:r>
      <w:r>
        <w:rPr>
          <w:lang w:eastAsia="zh-CN"/>
        </w:rPr>
        <w:br/>
      </w:r>
      <w:r>
        <w:rPr>
          <w:lang w:eastAsia="zh-CN"/>
        </w:rPr>
        <w:t>　　6、作为本科室品管圈组长，在辅导员刘护士长的领导下，在20__年基础上，努力提高自己组长的组织协调能力，努力提高全体圈员品管圈知识的普及，以及参与的积极性和创新意识，不断解决临床护理工作中出现的问题，把护理质量不断提升。</w:t>
      </w:r>
      <w:r>
        <w:rPr>
          <w:lang w:eastAsia="zh-CN"/>
        </w:rPr>
        <w:br/>
      </w:r>
      <w:r>
        <w:rPr>
          <w:lang w:eastAsia="zh-CN"/>
        </w:rPr>
        <w:t>　　7、争取完成3篇论文撰写。把握三甲复审契机，在护士长领导下，配合领导工作，不断提高自己，不断提高责任1组护理团队护理质量，为患者提供满意护理服务，为科室争创效益，为医院三甲复审顺利通过尽自己一份力量。2024年个人工作计划2</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随着长假的到来，我们终于要迎来开学的时间了。由于假期的影响，我的计划在过去被打乱和改变了。为了以后更好的完成教育工作，我重新规划了这学期的工作。 </w:t>
      </w:r>
      <w:r>
        <w:rPr>
          <w:lang w:eastAsia="zh-CN"/>
        </w:rPr>
        <w:br/>
      </w:r>
      <w:r>
        <w:rPr>
          <w:lang w:eastAsia="zh-CN"/>
        </w:rPr>
        <w:t>　　经过分析和准备这学期的现状和教学内容，我个人这学期的工作计划如下：</w:t>
      </w:r>
      <w:r>
        <w:rPr>
          <w:lang w:eastAsia="zh-CN"/>
        </w:rPr>
        <w:br/>
      </w:r>
      <w:r>
        <w:rPr>
          <w:lang w:eastAsia="zh-CN"/>
        </w:rPr>
        <w:t>　　一、加强思想要求</w:t>
      </w:r>
      <w:r>
        <w:rPr>
          <w:lang w:eastAsia="zh-CN"/>
        </w:rPr>
        <w:br/>
      </w:r>
      <w:r>
        <w:rPr>
          <w:lang w:eastAsia="zh-CN"/>
        </w:rPr>
        <w:t>　　作为大班的老师，孩子这学期即将进行最后的学习。所以在教学上，一定要跟上发展，尽快调整心态。我不应该只把他们当成幼儿园的孩子，而应该以准小学生的态度去面对所有的孩子。我们应该在管理上更加严格，尤其是在课堂纪律上。</w:t>
      </w:r>
      <w:r>
        <w:rPr>
          <w:lang w:eastAsia="zh-CN"/>
        </w:rPr>
        <w:br/>
      </w:r>
      <w:r>
        <w:rPr>
          <w:lang w:eastAsia="zh-CN"/>
        </w:rPr>
        <w:t>　　另外，思想教育也很重要。要让学生意识到自己即将毕业离开幼儿园，要清楚的知道小学以后会是一个什么样的.地方。</w:t>
      </w:r>
      <w:r>
        <w:rPr>
          <w:lang w:eastAsia="zh-CN"/>
        </w:rPr>
        <w:br/>
      </w:r>
      <w:r>
        <w:rPr>
          <w:lang w:eastAsia="zh-CN"/>
        </w:rPr>
        <w:t>　　二、个人能力的加强</w:t>
      </w:r>
      <w:r>
        <w:rPr>
          <w:lang w:eastAsia="zh-CN"/>
        </w:rPr>
        <w:br/>
      </w:r>
      <w:r>
        <w:rPr>
          <w:lang w:eastAsia="zh-CN"/>
        </w:rPr>
        <w:t>　　虽然是大班最后一个学期，我也要好好的在工作之余强化自己。在这段漫长的假期中，我也并没有闲着，利用这漫长的空闲，我也在积极的强化自我，了解自我。但正因为是这样，我也在学习上认识到了自己的不足。为此，我决定在今后的工作中，继续努力的累积经验，在工作中多多的向前辈学习，让自己的工作能力得到更高的提升。</w:t>
      </w:r>
      <w:r>
        <w:rPr>
          <w:lang w:eastAsia="zh-CN"/>
        </w:rPr>
        <w:br/>
      </w:r>
      <w:r>
        <w:rPr>
          <w:lang w:eastAsia="zh-CN"/>
        </w:rPr>
        <w:t>　　三、教学计划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经过此次的危机，卫生安全的知识是多么的重要。尽管在过去我们也一直注意在卫生健康上的教学，但是经历了这次的病毒来袭，我们需要更加注重！在课程上，我会针对卫生做教导，并在生活中严格的要求孩子的卫生习惯，帮助大家在学校中保持良好的习惯。</w:t>
      </w:r>
      <w:r>
        <w:rPr>
          <w:lang w:eastAsia="zh-CN"/>
        </w:rPr>
        <w:br/>
      </w:r>
      <w:r>
        <w:rPr>
          <w:lang w:eastAsia="zh-CN"/>
        </w:rPr>
        <w:t>　　并且作为大班，我们在教导上也要倾向让孩子们学会自觉，学会“自己的事情自己做”，让孩子维持好独立的好习惯，在习惯的教育中让孩子能在毕业后能更好的面对小学的生活。</w:t>
      </w:r>
      <w:r>
        <w:rPr>
          <w:lang w:eastAsia="zh-CN"/>
        </w:rPr>
        <w:br/>
      </w:r>
      <w:r>
        <w:rPr>
          <w:lang w:eastAsia="zh-CN"/>
        </w:rPr>
        <w:t>　　四、生活方面</w:t>
      </w:r>
      <w:r>
        <w:rPr>
          <w:lang w:eastAsia="zh-CN"/>
        </w:rPr>
        <w:br/>
      </w:r>
      <w:r>
        <w:rPr>
          <w:lang w:eastAsia="zh-CN"/>
        </w:rPr>
        <w:t>　　作为老师，除了照料好幼儿的校园生活外，如今也是感冒等流行病盛行的时候，在每天接收孩子的时候，我要更严谨的检查好孩子们的健康状况，并且在生活中注意他们的习惯，不要出现感冒发烧的状况。</w:t>
      </w:r>
      <w:r>
        <w:rPr>
          <w:lang w:eastAsia="zh-CN"/>
        </w:rPr>
        <w:br/>
      </w:r>
      <w:r>
        <w:rPr>
          <w:lang w:eastAsia="zh-CN"/>
        </w:rPr>
        <w:t>　　如今的情况下，孩子们的健康也更加的受到父母们的关心和注视，作为教师，我们必须加强自我能力，保证好幼儿园的正常运转。2024年个人工作计划3</w:t>
      </w:r>
      <w:r>
        <w:rPr>
          <w:lang w:eastAsia="zh-CN"/>
        </w:rPr>
        <w:br/>
      </w:r>
      <w:r>
        <w:rPr>
          <w:lang w:eastAsia="zh-CN"/>
        </w:rPr>
        <w:t xml:space="preserve">    转眼间又要进入新的一年—20__年了，又是一个充满挑战、机遇与压力开始的一年，是辞旧迎新、再次展现自己的又一开始。也是我非常重要的一年。出来工作快3个年头，面对竞争激烈而有现实的社会，生活和工作压力驱使我要努力工作和认真学习，让自己成为一个真正有实力的管理者，为自己创造一个美好的未来。在此，我订立了本年度工作计划，以便使自己在新的一年里有更大的`进步和成绩。 </w:t>
      </w:r>
      <w:r>
        <w:rPr>
          <w:lang w:eastAsia="zh-CN"/>
        </w:rPr>
        <w:br/>
      </w:r>
      <w:r>
        <w:rPr>
          <w:lang w:eastAsia="zh-CN"/>
        </w:rPr>
        <w:t>　　一、熟悉公司新的规章制度和工程管理开展工作。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公司在不断改革，订立了新的规定，作为公司一名工作人员，必须以身作则，在遵守公司规定的同时全力开展工程管理工作。</w:t>
      </w:r>
      <w:r>
        <w:rPr>
          <w:lang w:eastAsia="zh-CN"/>
        </w:rPr>
        <w:br/>
      </w:r>
      <w:r>
        <w:rPr>
          <w:lang w:eastAsia="zh-CN"/>
        </w:rPr>
        <w:t>　　1、明确职员工的职责和工作任务调度分派各职员工必须履行工厂员工应尽义务和《工程部管理职责》规定的职责，其工作任务可根据公司部门需要服从上级随时调配支持。</w:t>
      </w:r>
      <w:r>
        <w:rPr>
          <w:lang w:eastAsia="zh-CN"/>
        </w:rPr>
        <w:br/>
      </w:r>
      <w:r>
        <w:rPr>
          <w:lang w:eastAsia="zh-CN"/>
        </w:rPr>
        <w:t>　　2、制订部门职员工管理规范，加强职员工自觉约束自已工作散漫等不良行为的意识，促使其培养文明修养，积极爱岗的精神风貌，使其日常上班工作符合公司职业规范和要求</w:t>
      </w:r>
      <w:r>
        <w:rPr>
          <w:lang w:eastAsia="zh-CN"/>
        </w:rPr>
        <w:br/>
      </w:r>
      <w:r>
        <w:rPr>
          <w:lang w:eastAsia="zh-CN"/>
        </w:rPr>
        <w:t>　　3、各职员工应按时出勤，未经工程部负责人批准，请假将依工厂考勤记录为准作旷工论处；正常上班时间被发现窜岗逗留作风散漫当事人需作警戒和书面检讨；</w:t>
      </w:r>
      <w:r>
        <w:rPr>
          <w:lang w:eastAsia="zh-CN"/>
        </w:rPr>
        <w:br/>
      </w:r>
      <w:r>
        <w:rPr>
          <w:lang w:eastAsia="zh-CN"/>
        </w:rPr>
        <w:t>　　4、工作方法改善：加强部门协作沟通，营建和谐进取的企业文化氛围，发生异常时第一时间到现场去了解问题，分析问题，解决问题，制订符合实情的工程及相关部门工作反馈改善方案和办法，建立培训计划，加强技能训练和心态教育，稳定人员流失。</w:t>
      </w:r>
      <w:r>
        <w:rPr>
          <w:lang w:eastAsia="zh-CN"/>
        </w:rPr>
        <w:br/>
      </w:r>
      <w:r>
        <w:rPr>
          <w:lang w:eastAsia="zh-CN"/>
        </w:rPr>
        <w:t>　　5、工程设计管理过程中要充分听取各方面的意见，发扬技术民主，对争议较大的问题，组成审查班子进行认真的论证，如还有疑义则寻求第三方的论证（客户或技术开发者）</w:t>
      </w:r>
      <w:r>
        <w:rPr>
          <w:lang w:eastAsia="zh-CN"/>
        </w:rPr>
        <w:br/>
      </w:r>
      <w:r>
        <w:rPr>
          <w:lang w:eastAsia="zh-CN"/>
        </w:rPr>
        <w:t>　　二、明确发展方向，正确认识自己，纠正自己的缺点。</w:t>
      </w:r>
      <w:r>
        <w:rPr>
          <w:lang w:eastAsia="zh-CN"/>
        </w:rPr>
        <w:br/>
      </w:r>
      <w:r>
        <w:rPr>
          <w:lang w:eastAsia="zh-CN"/>
        </w:rPr>
        <w:t>　　认真听取他人忠恳意见。更加勤奋的工作，刻苦的学习，努力提高文化素质和各种工作技能，充分发挥自己的能力，让自己真正走上管理道路。我也会向其它同事学习，取长补短，相互交流好的工作经验，共同进步，争取更好的工作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以上是我针对20__年的工作计划与发展方向，希望通过自己的努力及他人的协助能够成功的达成计划并突破，20__年取得更好的成绩，全面提高自己。2024年个人工作计划4</w:t>
      </w:r>
      <w:r>
        <w:rPr>
          <w:lang w:eastAsia="zh-CN"/>
        </w:rPr>
        <w:br/>
      </w:r>
      <w:r>
        <w:rPr>
          <w:lang w:eastAsia="zh-CN"/>
        </w:rPr>
        <w:t xml:space="preserve">    20__年又是一个新的开始，也是一个充满挑战，机遇与压力并重的开始的一年。因此，我要调整工作心态、增强管理意识、责任意识、服务意识，充分认识并做好本职工作。为了尽快的成长为一名优秀的销售经理，我订立了以下年度工作计划： </w:t>
      </w:r>
      <w:r>
        <w:rPr>
          <w:lang w:eastAsia="zh-CN"/>
        </w:rPr>
        <w:br/>
      </w:r>
      <w:r>
        <w:rPr>
          <w:lang w:eastAsia="zh-CN"/>
        </w:rPr>
        <w:t>　　一、业务理论水平、组织管理能力及综合素质的提高</w:t>
      </w:r>
      <w:r>
        <w:rPr>
          <w:lang w:eastAsia="zh-CN"/>
        </w:rPr>
        <w:br/>
      </w:r>
      <w:r>
        <w:rPr>
          <w:lang w:eastAsia="zh-CN"/>
        </w:rPr>
        <w:t>　　首先要把自己放在公司建设的总体框架中来反思自己，审视自己，看自身能力和素质的提高幅度，能不能适应公司发展的需要、能不能适应形势任务的需要，能不能适应完成正常工作的需要。其次经常告诫自己，要在公司立得住脚，不辜负领导的期望，自身素质的强弱是关键，必须在工作中不断地提高自己、提高自身能力素质，上让领导放心，下让顾客满意，不断学习专业知识，全面提高自己，在协调关系的能力上要有突破，在组织管理的.能力上要有突破，在完成工作的标准上要有突破。</w:t>
      </w:r>
      <w:r>
        <w:rPr>
          <w:lang w:eastAsia="zh-CN"/>
        </w:rPr>
        <w:br/>
      </w:r>
      <w:r>
        <w:rPr>
          <w:lang w:eastAsia="zh-CN"/>
        </w:rPr>
        <w:t>　　二、学习及制订培训计划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做房地产市场中介是需要根据市场不停的变化局面，不断调整经营思路的工作，根据需要调整我的学习方向（管理知识、营销知识、策化知识、各个楼盘的动态等相关房地产的知识都是我要掌握的内容）来提高业务员的销售能力。通过学习，感到既开阔了眼界，又丰富了头脑，既学到了知识，更看到了差距。在不断的学习中提高了自己的能力素质，增强了干好本职工作的本领。</w:t>
      </w:r>
      <w:r>
        <w:rPr>
          <w:lang w:eastAsia="zh-CN"/>
        </w:rPr>
        <w:br/>
      </w:r>
      <w:r>
        <w:rPr>
          <w:lang w:eastAsia="zh-CN"/>
        </w:rPr>
        <w:t>　　三、业务目标及发展目标</w:t>
      </w:r>
      <w:r>
        <w:rPr>
          <w:lang w:eastAsia="zh-CN"/>
        </w:rPr>
        <w:br/>
      </w:r>
      <w:r>
        <w:rPr>
          <w:lang w:eastAsia="zh-CN"/>
        </w:rPr>
        <w:t>　　首先以提高工作效率为根本，尽最大的努力超额完成公司每月制定的业务目标，争做公司所有项目第一优秀楼盘，其次打造红军一样的团队，大家什么事都能以公司利益为重，以部门利益为重，做到眼勤、腿勤、手勤、嘴勤、讲团结，讲协作，保证完成各项工作任务。</w:t>
      </w:r>
      <w:r>
        <w:rPr>
          <w:lang w:eastAsia="zh-CN"/>
        </w:rPr>
        <w:br/>
      </w:r>
      <w:r>
        <w:rPr>
          <w:lang w:eastAsia="zh-CN"/>
        </w:rPr>
        <w:t>　　通过学习，实践工作结果来证明我的能力，争取年底做到销售总监。</w:t>
      </w:r>
      <w:r>
        <w:rPr>
          <w:lang w:eastAsia="zh-CN"/>
        </w:rPr>
        <w:br/>
      </w:r>
      <w:r>
        <w:rPr>
          <w:lang w:eastAsia="zh-CN"/>
        </w:rPr>
        <w:t>　　四、加强自己思想建设，增强全局意识、增强责任感、增强服务意识、增强团队意识</w:t>
      </w:r>
      <w:r>
        <w:rPr>
          <w:lang w:eastAsia="zh-CN"/>
        </w:rPr>
        <w:br/>
      </w:r>
      <w:r>
        <w:rPr>
          <w:lang w:eastAsia="zh-CN"/>
        </w:rPr>
        <w:t>　　积极主动地把工作做到点上、落到实处。我要虚心向其它同志学习工作和管理经验，借鉴好的工作方法，努力学习业务理论知识，不断提高自身的业务素质和管理水平。要勤于汇报，善于总结，使自己的全面素质再有一个新的提高。要进一步强化敬业精神，增强责任意识，提高完成工作的标准。为公司在新年度的工作中再上新台阶、更上一层楼贡献出自己的力量。2024年个人工作计划5</w:t>
      </w:r>
      <w:r>
        <w:rPr>
          <w:lang w:eastAsia="zh-CN"/>
        </w:rPr>
        <w:br/>
      </w:r>
      <w:r>
        <w:rPr>
          <w:lang w:eastAsia="zh-CN"/>
        </w:rPr>
        <w:t xml:space="preserve">    够健康成长，实现自己做为一个体育教师的责任！ </w:t>
      </w:r>
      <w:r>
        <w:rPr>
          <w:lang w:eastAsia="zh-CN"/>
        </w:rPr>
        <w:br/>
      </w:r>
      <w:r>
        <w:rPr>
          <w:lang w:eastAsia="zh-CN"/>
        </w:rPr>
        <w:t>　　作为一名体育教师，在学校里一定要把学生的体育成绩提上去，要学生在努力学习的同时，把良好的身体锻炼好，让他们健康的成长。为了实习这一目标，特别制定本学期工作计划：</w:t>
      </w:r>
      <w:r>
        <w:rPr>
          <w:lang w:eastAsia="zh-CN"/>
        </w:rPr>
        <w:br/>
      </w:r>
      <w:r>
        <w:rPr>
          <w:lang w:eastAsia="zh-CN"/>
        </w:rPr>
        <w:t>　　一、指导思想及目标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全面贯彻党的教育方针，积极推进素质教育，努力实现“以德育教育为首，以艺术教育为特色，以提高学生综合素质为根本”的办学目标。以学生《体质健康》为重点深化体育课堂、体训队教学改革，提高体育教学质量，加强出操、集队、集会纪律，做好出操、集队、集会常规训练，做好田径队、篮球队的选材与训练工作，切实提高体训队员体能、运动技能、竞赛能力和心理素质；以德育教育为核心，在体育教育教学中注重思想教育，培养学生树立远大理想，注意加强提高学生团结协作能力，增强学生集体主义观念，树立集体主义荣誉感，培养不怕苦、不怕累、顽强拼搏、积极进取的个性，提高学生克服困难、战胜困难的能力，为适应未来社会生活和激烈竞争奠定基础。</w:t>
      </w:r>
      <w:r>
        <w:rPr>
          <w:lang w:eastAsia="zh-CN"/>
        </w:rPr>
        <w:br/>
      </w:r>
      <w:r>
        <w:rPr>
          <w:lang w:eastAsia="zh-CN"/>
        </w:rPr>
        <w:t>　　二、教学措施</w:t>
      </w:r>
      <w:r>
        <w:rPr>
          <w:lang w:eastAsia="zh-CN"/>
        </w:rPr>
        <w:br/>
      </w:r>
      <w:r>
        <w:rPr>
          <w:lang w:eastAsia="zh-CN"/>
        </w:rPr>
        <w:t>　　1、积极倡导学生在体育活动中，以健康第一为指导思想，配合好学校卫生保健室对学生健康指标的有关测定，关心好学生每天的眼保健操。</w:t>
      </w:r>
      <w:r>
        <w:rPr>
          <w:lang w:eastAsia="zh-CN"/>
        </w:rPr>
        <w:br/>
      </w:r>
      <w:r>
        <w:rPr>
          <w:lang w:eastAsia="zh-CN"/>
        </w:rPr>
        <w:t>　　2、积极鼓励学生自觉锻炼身体习惯，努力提高全校学生的体锻达标合格率。</w:t>
      </w:r>
      <w:r>
        <w:rPr>
          <w:lang w:eastAsia="zh-CN"/>
        </w:rPr>
        <w:br/>
      </w:r>
      <w:r>
        <w:rPr>
          <w:lang w:eastAsia="zh-CN"/>
        </w:rPr>
        <w:t>　　3、本学期关注起始年级学生行为习惯，思想品德状况，学生要坚持形成体育锻炼规范化要求。</w:t>
      </w:r>
      <w:r>
        <w:rPr>
          <w:lang w:eastAsia="zh-CN"/>
        </w:rPr>
        <w:br/>
      </w:r>
      <w:r>
        <w:rPr>
          <w:lang w:eastAsia="zh-CN"/>
        </w:rPr>
        <w:t>　　4、要不断加强对教学教材的研究，重视体育教师专业的发展，本学期积极开展教学基本工操练。从上课的仪表服装、备课教案、课前的准备开始。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5、每星期组织学生在远程教育网上找自己要学的内容。</w:t>
      </w:r>
      <w:r>
        <w:rPr>
          <w:lang w:eastAsia="zh-CN"/>
        </w:rPr>
        <w:br/>
      </w:r>
      <w:r>
        <w:rPr>
          <w:lang w:eastAsia="zh-CN"/>
        </w:rPr>
        <w:t>　　6、以据学生的特点，体育组要主动与年级组之间配合协调，利用一些休息时间，包括中午、放学后等时间，组织年级间和班间的体育竞赛，促进学生积极锻炼身体，激励学生为班级争光，培养学生的荣誉感。</w:t>
      </w:r>
      <w:r>
        <w:rPr>
          <w:lang w:eastAsia="zh-CN"/>
        </w:rPr>
        <w:br/>
      </w:r>
      <w:r>
        <w:rPr>
          <w:lang w:eastAsia="zh-CN"/>
        </w:rPr>
        <w:t>　　7、体育组要积极配合好教务处、政教处工作，认真组织管理好每天的全校广播操和每周一次的升旗仪式，各班进出场线路有序、队伍整齐。</w:t>
      </w:r>
      <w:r>
        <w:rPr>
          <w:lang w:eastAsia="zh-CN"/>
        </w:rPr>
        <w:br/>
      </w:r>
      <w:r>
        <w:rPr>
          <w:lang w:eastAsia="zh-CN"/>
        </w:rPr>
        <w:t>　　8、体育组各任课教师要认真组织、细心安排指导年级的体锻课，尽量多开展学生感兴趣，锻炼有效益的小型多样的单项性活动，满足学生体育活动需求。</w:t>
      </w:r>
      <w:r>
        <w:rPr>
          <w:lang w:eastAsia="zh-CN"/>
        </w:rPr>
        <w:br/>
      </w:r>
      <w:r>
        <w:rPr>
          <w:lang w:eastAsia="zh-CN"/>
        </w:rPr>
        <w:t>　　三、工作任务及要求</w:t>
      </w:r>
      <w:r>
        <w:rPr>
          <w:lang w:eastAsia="zh-CN"/>
        </w:rPr>
        <w:br/>
      </w:r>
      <w:r>
        <w:rPr>
          <w:lang w:eastAsia="zh-CN"/>
        </w:rPr>
        <w:t>　　1、抓紧抓好业余运动队训练，有效提高运动技能和竞赛水平。</w:t>
      </w:r>
      <w:r>
        <w:rPr>
          <w:lang w:eastAsia="zh-CN"/>
        </w:rPr>
        <w:br/>
      </w:r>
      <w:r>
        <w:rPr>
          <w:lang w:eastAsia="zh-CN"/>
        </w:rPr>
        <w:t>　　长期坚持运动队的业余训练是我校的基本办学宗旨，也是提高我校学生积极参加体育运动兴趣和技能的基本手段。业余训练能培养学生吃苦耐劳，能使运动员养成良好的锻炼习惯，能推动学校体育的发展，能促进学生运动技能的.提高；竞赛能有效发展学生团结协作、顽强拼搏和胜不娇、败不妥的个性，竞赛能增强学生集体荣誉感，竞赛能展现运动员的体育才能。因此，必须抓紧抓好运动队的训练。</w:t>
      </w:r>
      <w:r>
        <w:rPr>
          <w:lang w:eastAsia="zh-CN"/>
        </w:rPr>
        <w:br/>
      </w:r>
      <w:r>
        <w:rPr>
          <w:lang w:eastAsia="zh-CN"/>
        </w:rPr>
        <w:t>　　2、抓好“两课两操一活动”，增强学生组织纪律观念，有效提高学生身体素质。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两课两操一活动”是学校体育工作的重点，“两课两操一活动”质量的好坏将直接影响学生身体素质的好坏和健康况状的好坏。因此，首先要求每位体育教师都要树立抓好“两课两操一活动”的思想观念；其次要求体育教师认真钻研体育教材，努力提高业务水平，做到写好学期计划、授课教案，多花时间备课，不打无准备之仗，向四十分钟要质量，切实提高教学质量；第三是配合学校抓好早操、眼保健操工作，加强两操纪律，增强学生组织纪律观念，树立远大理想，营造良好校风、学风；第四是认真组织课外活动，要求每一位体育教师在值周期间保证课外活动时间、认真安排好课外活动内容、积极发放体育器材、充分利用现有场地器材，督促学校保障每生每天有一小时足够活动时间和注重激发学生参加体育锻炼，全面提高身体素质。</w:t>
      </w:r>
      <w:r>
        <w:rPr>
          <w:lang w:eastAsia="zh-CN"/>
        </w:rPr>
        <w:br/>
      </w:r>
      <w:r>
        <w:rPr>
          <w:lang w:eastAsia="zh-CN"/>
        </w:rPr>
        <w:t>　　3、抓好《体质健康》工作，注重新教材的培训学习，注重领会新教材中推进素质教育的意义，注重结合我校学生实际情况进行教学改革，确保达标率、优秀率稳步提高，切实提高我校学生身体素质。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推行《学生体质健康标准》上报工作，目前我校没有按上级部门要求配备相关器材，但是对新教材内容的了解是初步的，对新教材中所体现出的推行素质教育意义还不够深入，更谈不上对新教材的研究，更缺乏新教材的教学经念。因此，本学期体育工作的重心放在注重新教材的培训学习，注重领会新教材中推进素质教育的意义，注重结合我校学生实际情况进行教学改革，探索适合我校学生身体生长发育和探索适合我校学生身心健康成长之路。</w:t>
      </w:r>
      <w:r>
        <w:rPr>
          <w:lang w:eastAsia="zh-CN"/>
        </w:rPr>
        <w:br/>
      </w:r>
      <w:r>
        <w:rPr>
          <w:lang w:eastAsia="zh-CN"/>
        </w:rPr>
        <w:t>　　相信只要通过我的认真努力工作，学生的身体素质和体育成绩都能够提高上去，我相信在我不懈的努力下，学生的锻炼身体和参加体育活动的意识一定会很快的提高上去，让他们的学习成绩和身体素质全面发展。</w:t>
      </w:r>
      <w:r>
        <w:rPr>
          <w:lang w:eastAsia="zh-CN"/>
        </w:rPr>
        <w:br/>
      </w:r>
      <w:r>
        <w:rPr>
          <w:lang w:eastAsia="zh-CN"/>
        </w:rPr>
        <w:t>　　当好一个体育教师其实并不难，难的就是你在教学当中的态度，要把位学生负责的态度做到最好，让每一个学生都能够2024年个人工作计划6</w:t>
      </w:r>
      <w:r>
        <w:rPr>
          <w:lang w:eastAsia="zh-CN"/>
        </w:rPr>
        <w:br/>
      </w:r>
      <w:r>
        <w:rPr>
          <w:lang w:eastAsia="zh-CN"/>
        </w:rPr>
        <w:t xml:space="preserve">    时光荏苒，在20__年的工作中，时间转眼就过去了。如今，20__已经静悄悄的走到了眼前，看着即将到来的新年，我的脑海中回想着这一年来没能搞定的工作，以及许许多多在工作中计划的要做的事情！这些东西掺在一起，实在是太过复杂，太过纠结。为此，我也在之后认对自己的工作进行了反思和总结。 </w:t>
      </w:r>
      <w:r>
        <w:rPr>
          <w:lang w:eastAsia="zh-CN"/>
        </w:rPr>
        <w:br/>
      </w:r>
      <w:r>
        <w:rPr>
          <w:lang w:eastAsia="zh-CN"/>
        </w:rPr>
        <w:t>　　如今，通过总结，我已经基本了解了这一年的情况，现在，通过对公司目标和方向上的分析，以及自身的工作情况，我对20__年的工作计划如下：</w:t>
      </w:r>
      <w:r>
        <w:rPr>
          <w:lang w:eastAsia="zh-CN"/>
        </w:rPr>
        <w:br/>
      </w:r>
      <w:r>
        <w:rPr>
          <w:lang w:eastAsia="zh-CN"/>
        </w:rPr>
        <w:t>　　一、思想的巩固</w:t>
      </w:r>
      <w:r>
        <w:rPr>
          <w:lang w:eastAsia="zh-CN"/>
        </w:rPr>
        <w:br/>
      </w:r>
      <w:r>
        <w:rPr>
          <w:lang w:eastAsia="zh-CN"/>
        </w:rPr>
        <w:t>　　“干一行，爱一行”，这正是对工作思想最好的解释。在20__的工作中，我首先要在思想上巩固并进一步提升。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首先，我要认识自己思想上的不足！通过对自身的总结，我分析对自身思想的最大问题在于自身的责任感上！工作中，尽管我一直以来都坚持遵守公司和工作的纪律与要求，但对于自身工作本身的问题却并不重视！过去，我只是看中自己有没有遵守规定而已，但在今后，我更应该重视自己有没有将工作做好！做准确！决不能以完成规定任务的心态去完成工作，那样做出来的工作都仅仅只是符合工作的规定，却没有多少价值。</w:t>
      </w:r>
      <w:r>
        <w:rPr>
          <w:lang w:eastAsia="zh-CN"/>
        </w:rPr>
        <w:br/>
      </w:r>
      <w:r>
        <w:rPr>
          <w:lang w:eastAsia="zh-CN"/>
        </w:rPr>
        <w:t>　　其次，对于自我的要求上。其实与上一个问题相似。我在工作中动力缺缺。一直努力的去迎合工作的规定，却没能向着更好的自己发展！这是在无形中对自己定下了约束，这实在不经意间给自己增添包袱。</w:t>
      </w:r>
      <w:r>
        <w:rPr>
          <w:lang w:eastAsia="zh-CN"/>
        </w:rPr>
        <w:br/>
      </w:r>
      <w:r>
        <w:rPr>
          <w:lang w:eastAsia="zh-CN"/>
        </w:rPr>
        <w:t>　　此外，工作内，我更应该加强自己的积极性，以及对工作的热情态度！这是对我们工作直接产生影响的态度，为此，我要在思想上维持自己的积极和热情，在新的一年来保持积极和动力。</w:t>
      </w:r>
      <w:r>
        <w:rPr>
          <w:lang w:eastAsia="zh-CN"/>
        </w:rPr>
        <w:br/>
      </w:r>
      <w:r>
        <w:rPr>
          <w:lang w:eastAsia="zh-CN"/>
        </w:rPr>
        <w:t>　　二、业务能力的改进</w:t>
      </w:r>
      <w:r>
        <w:rPr>
          <w:lang w:eastAsia="zh-CN"/>
        </w:rPr>
        <w:br/>
      </w:r>
      <w:r>
        <w:rPr>
          <w:lang w:eastAsia="zh-CN"/>
        </w:rPr>
        <w:t>　　新的`一年当然也要以更强的能力去完成自己的工作！公司在不断的进步和发展，作为___公司的员工，我们也必须要注重自己的成长和进步！</w:t>
      </w:r>
      <w:r>
        <w:rPr>
          <w:lang w:eastAsia="zh-CN"/>
        </w:rPr>
        <w:br/>
      </w:r>
      <w:r>
        <w:rPr>
          <w:lang w:eastAsia="zh-CN"/>
        </w:rPr>
        <w:t>　　为了能在下一年提升自己的那能力。第一，要在基础上巩固自己。第二，多向领导和同事请教学习。第三，为自己制定更高的目标。第四，加强自我的学习！</w:t>
      </w:r>
      <w:r>
        <w:rPr>
          <w:lang w:eastAsia="zh-CN"/>
        </w:rPr>
        <w:br/>
      </w:r>
      <w:r>
        <w:rPr>
          <w:lang w:eastAsia="zh-CN"/>
        </w:rPr>
        <w:t>　　工作能力的提升方式，出了锻炼之外，就只有多学，多想，比他人考虑的更多，做的也更多，就一定会成长，并比不这样的人的工作更加的出色！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20__的新年即将到来，我一定会在这一年里更好的完成自己的工作，成为一名出色的___员工，为公司做出更大的贡献！2024年个人工作计划7</w:t>
      </w:r>
      <w:r>
        <w:rPr>
          <w:lang w:eastAsia="zh-CN"/>
        </w:rPr>
        <w:br/>
      </w:r>
      <w:r>
        <w:rPr>
          <w:lang w:eastAsia="zh-CN"/>
        </w:rPr>
        <w:t xml:space="preserve">    首先，能成为公司的一员我感到非常荣幸，新的一年到了，我将继续在此岗位上发光发热，做好自己的本职工作。下面是本人20__年工作计划： </w:t>
      </w:r>
      <w:r>
        <w:rPr>
          <w:lang w:eastAsia="zh-CN"/>
        </w:rPr>
        <w:br/>
      </w:r>
      <w:r>
        <w:rPr>
          <w:lang w:eastAsia="zh-CN"/>
        </w:rPr>
        <w:t>　　一、财务基础工作</w:t>
      </w:r>
      <w:r>
        <w:rPr>
          <w:lang w:eastAsia="zh-CN"/>
        </w:rPr>
        <w:br/>
      </w:r>
      <w:r>
        <w:rPr>
          <w:lang w:eastAsia="zh-CN"/>
        </w:rPr>
        <w:t>　　(一)制定财务制度及相关流程执行标准</w:t>
      </w:r>
      <w:r>
        <w:rPr>
          <w:lang w:eastAsia="zh-CN"/>
        </w:rPr>
        <w:br/>
      </w:r>
      <w:r>
        <w:rPr>
          <w:lang w:eastAsia="zh-CN"/>
        </w:rPr>
        <w:t>　　1、从公司实际出发依据企业会计准则制定公司财务制度。</w:t>
      </w:r>
      <w:r>
        <w:rPr>
          <w:lang w:eastAsia="zh-CN"/>
        </w:rPr>
        <w:br/>
      </w:r>
      <w:r>
        <w:rPr>
          <w:lang w:eastAsia="zh-CN"/>
        </w:rPr>
        <w:t>　　2、制定各项财务工作的执行流程及规范标准。</w:t>
      </w:r>
      <w:r>
        <w:rPr>
          <w:lang w:eastAsia="zh-CN"/>
        </w:rPr>
        <w:br/>
      </w:r>
      <w:r>
        <w:rPr>
          <w:lang w:eastAsia="zh-CN"/>
        </w:rPr>
        <w:t>　　3、寻求创新和突破，细化和改善财务管理工作中各环节的监督、管理职能。</w:t>
      </w:r>
      <w:r>
        <w:rPr>
          <w:lang w:eastAsia="zh-CN"/>
        </w:rPr>
        <w:br/>
      </w:r>
      <w:r>
        <w:rPr>
          <w:lang w:eastAsia="zh-CN"/>
        </w:rPr>
        <w:t>　　4、完善内部控制，不断查找财务工作中存在的漏洞，对发现的问题及时上报公司，并对应完善相关制度。</w:t>
      </w:r>
      <w:r>
        <w:rPr>
          <w:lang w:eastAsia="zh-CN"/>
        </w:rPr>
        <w:br/>
      </w:r>
      <w:r>
        <w:rPr>
          <w:lang w:eastAsia="zh-CN"/>
        </w:rPr>
        <w:t>　　(二)拟定财务人员配置及岗位职责</w:t>
      </w:r>
      <w:r>
        <w:rPr>
          <w:lang w:eastAsia="zh-CN"/>
        </w:rPr>
        <w:br/>
      </w:r>
      <w:r>
        <w:rPr>
          <w:lang w:eastAsia="zh-CN"/>
        </w:rPr>
        <w:t>　　1、根据公司发展需要，拟定财务部岗位及岗位人员配置，制定岗位职责、工作标准、考核制度。</w:t>
      </w:r>
      <w:r>
        <w:rPr>
          <w:lang w:eastAsia="zh-CN"/>
        </w:rPr>
        <w:br/>
      </w:r>
      <w:r>
        <w:rPr>
          <w:lang w:eastAsia="zh-CN"/>
        </w:rPr>
        <w:t>　　2、按照规范、精细、科学的标准，提升财务人员综合素质和强调工作的主动性，以提升财务部整体工作水平。</w:t>
      </w:r>
      <w:r>
        <w:rPr>
          <w:lang w:eastAsia="zh-CN"/>
        </w:rPr>
        <w:br/>
      </w:r>
      <w:r>
        <w:rPr>
          <w:lang w:eastAsia="zh-CN"/>
        </w:rPr>
        <w:t>　　(三)会计核算管理</w:t>
      </w:r>
      <w:r>
        <w:rPr>
          <w:lang w:eastAsia="zh-CN"/>
        </w:rPr>
        <w:br/>
      </w:r>
      <w:r>
        <w:rPr>
          <w:lang w:eastAsia="zh-CN"/>
        </w:rPr>
        <w:t>　　1、进一步规范会计科目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按照公司业务的具体需求，依据企业会计准则科学合理地对会计科目进行归类，规范会计科目的使用方法，从而使会计科目更具有科学性、一致性。</w:t>
      </w:r>
      <w:r>
        <w:rPr>
          <w:lang w:eastAsia="zh-CN"/>
        </w:rPr>
        <w:br/>
      </w:r>
      <w:r>
        <w:rPr>
          <w:lang w:eastAsia="zh-CN"/>
        </w:rPr>
        <w:t>　　2、理顺现金收支、货款结算流程</w:t>
      </w:r>
      <w:r>
        <w:rPr>
          <w:lang w:eastAsia="zh-CN"/>
        </w:rPr>
        <w:br/>
      </w:r>
      <w:r>
        <w:rPr>
          <w:lang w:eastAsia="zh-CN"/>
        </w:rPr>
        <w:t>　　为保证现金收支的安全性、合理性，避免在支付现金环节出现漏洞，规定经办人员务必填写现金、费用支付单据，写明支付原由，并务必经公司财务部总监签字，方可支付，使现金按标准管理，做到有据可查，避免收付风险。</w:t>
      </w:r>
      <w:r>
        <w:rPr>
          <w:lang w:eastAsia="zh-CN"/>
        </w:rPr>
        <w:br/>
      </w:r>
      <w:r>
        <w:rPr>
          <w:lang w:eastAsia="zh-CN"/>
        </w:rPr>
        <w:t>　　3、加强财务指标分析力度</w:t>
      </w:r>
      <w:r>
        <w:rPr>
          <w:lang w:eastAsia="zh-CN"/>
        </w:rPr>
        <w:br/>
      </w:r>
      <w:r>
        <w:rPr>
          <w:lang w:eastAsia="zh-CN"/>
        </w:rPr>
        <w:t>　　①按时完成月度、季度、年度的财务分析报表，上报数字做到零差错。</w:t>
      </w:r>
      <w:r>
        <w:rPr>
          <w:lang w:eastAsia="zh-CN"/>
        </w:rPr>
        <w:br/>
      </w:r>
      <w:r>
        <w:rPr>
          <w:lang w:eastAsia="zh-CN"/>
        </w:rPr>
        <w:t>　　②年重点针对销售额、费用额、利润额三项指标着重进行分析。</w:t>
      </w:r>
      <w:r>
        <w:rPr>
          <w:lang w:eastAsia="zh-CN"/>
        </w:rPr>
        <w:br/>
      </w:r>
      <w:r>
        <w:rPr>
          <w:lang w:eastAsia="zh-CN"/>
        </w:rPr>
        <w:t>　　③对促销推广活动的投入、产出及其实施效果进行分析，重点关注影响各项指标的相关因素，提出促销推广中存在的问题。</w:t>
      </w:r>
      <w:r>
        <w:rPr>
          <w:lang w:eastAsia="zh-CN"/>
        </w:rPr>
        <w:br/>
      </w:r>
      <w:r>
        <w:rPr>
          <w:lang w:eastAsia="zh-CN"/>
        </w:rPr>
        <w:t>　　④通过高质量的财务分析为企业未来经营发展和战略决策带给重要依据。</w:t>
      </w:r>
      <w:r>
        <w:rPr>
          <w:lang w:eastAsia="zh-CN"/>
        </w:rPr>
        <w:br/>
      </w:r>
      <w:r>
        <w:rPr>
          <w:lang w:eastAsia="zh-CN"/>
        </w:rPr>
        <w:t>　　二、财务管理工作，强化财务监管职能</w:t>
      </w:r>
      <w:r>
        <w:rPr>
          <w:lang w:eastAsia="zh-CN"/>
        </w:rPr>
        <w:br/>
      </w:r>
      <w:r>
        <w:rPr>
          <w:lang w:eastAsia="zh-CN"/>
        </w:rPr>
        <w:t>　　1、加强对库存的监管</w:t>
      </w:r>
      <w:r>
        <w:rPr>
          <w:lang w:eastAsia="zh-CN"/>
        </w:rPr>
        <w:br/>
      </w:r>
      <w:r>
        <w:rPr>
          <w:lang w:eastAsia="zh-CN"/>
        </w:rPr>
        <w:t>　　库存是企业正常经营的基本保证，尤其是对于我公司来说库存商品占有较大的份额，存在品种繁多，销售状况参差不齐的`状况，为保证库存商品的准确性，财务部每月对各品牌的库存盘点结果进行抽查，对有问题商品，及时发现，及时督促相关部门予以整改，并对产生问题的部门进行考核，通过考核与监督，降低问题商品的数量，努力提高存库存周转率，减少库存损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2、挖潜创新、开源节流，加强对销售、费用的监管</w:t>
      </w:r>
      <w:r>
        <w:rPr>
          <w:lang w:eastAsia="zh-CN"/>
        </w:rPr>
        <w:br/>
      </w:r>
      <w:r>
        <w:rPr>
          <w:lang w:eastAsia="zh-CN"/>
        </w:rPr>
        <w:t>　　①在挖潜增效方面，积极地将好的推荐、意见上报公司；</w:t>
      </w:r>
      <w:r>
        <w:rPr>
          <w:lang w:eastAsia="zh-CN"/>
        </w:rPr>
        <w:br/>
      </w:r>
      <w:r>
        <w:rPr>
          <w:lang w:eastAsia="zh-CN"/>
        </w:rPr>
        <w:t>　　②对经营中存在的不合理费用支出及时做出统计，并上报公司，力争费用支出的合理性；</w:t>
      </w:r>
      <w:r>
        <w:rPr>
          <w:lang w:eastAsia="zh-CN"/>
        </w:rPr>
        <w:br/>
      </w:r>
      <w:r>
        <w:rPr>
          <w:lang w:eastAsia="zh-CN"/>
        </w:rPr>
        <w:t>　　3、加强对人员调动和工作交接的监督</w:t>
      </w:r>
      <w:r>
        <w:rPr>
          <w:lang w:eastAsia="zh-CN"/>
        </w:rPr>
        <w:br/>
      </w:r>
      <w:r>
        <w:rPr>
          <w:lang w:eastAsia="zh-CN"/>
        </w:rPr>
        <w:t>　　针对各岗位工作的特殊性，相关人员如果变动，务必履行严格的工作交接手续，列清移交事项，交清货品、钱、物，并由主管领导监交，避免货品、钱、物损失风险。</w:t>
      </w:r>
      <w:r>
        <w:rPr>
          <w:lang w:eastAsia="zh-CN"/>
        </w:rPr>
        <w:br/>
      </w:r>
      <w:r>
        <w:rPr>
          <w:lang w:eastAsia="zh-CN"/>
        </w:rPr>
        <w:t>　　4、加强安全管理，杜绝安全隐患</w:t>
      </w:r>
      <w:r>
        <w:rPr>
          <w:lang w:eastAsia="zh-CN"/>
        </w:rPr>
        <w:br/>
      </w:r>
      <w:r>
        <w:rPr>
          <w:lang w:eastAsia="zh-CN"/>
        </w:rPr>
        <w:t>　　安全是企业正常经营的前提和重要保障，安全工作应常抓不懈，作为资金的管理部门，进一步建立健全安全管理体系，使安全管理完全纳入制度化、规范化的管理之中；增强全员的安全防范意识；宣传公司各项安全管理制度，积极参加公司举办的各类安全知识讲座，熟练掌握安全器具，进行安全隐患排查，杜绝隐患发生；保证资金、系统、有价票据、印鉴、发票等安全；每日对电源、门锁、系统开关等进行检查，消除各类安全隐患。</w:t>
      </w:r>
      <w:r>
        <w:rPr>
          <w:lang w:eastAsia="zh-CN"/>
        </w:rPr>
        <w:br/>
      </w:r>
      <w:r>
        <w:rPr>
          <w:lang w:eastAsia="zh-CN"/>
        </w:rPr>
        <w:t>　　作为公司的财务出纳工作人员，自然是做好本职工作在先，为公司节约每一分成本为己任。为再次出色的完成上级交给的工作，特制定出20__年企业出纳工作计划。财务出纳工作计划对加强财务管理、推动规范管理和加强财务知识学习教育，有着十分重要的作用。为了做到财务工作长计划，短安排，使财务工作在规范化、制度化的良好环境中更好地发挥作用。2024年个人工作计划8</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我从20__年进入本服装店工作以来，虚心学习，认真对待自己本职工作，总结经验，也取得了一些成绩。在工作中，我渐渐意识到要想做好服装店营业员工作，要对自己有严格的要求。特此，制定我的20__年工作计划，以此激励自我，取得较好得到业绩： </w:t>
      </w:r>
      <w:r>
        <w:rPr>
          <w:lang w:eastAsia="zh-CN"/>
        </w:rPr>
        <w:br/>
      </w:r>
      <w:r>
        <w:rPr>
          <w:lang w:eastAsia="zh-CN"/>
        </w:rPr>
        <w:t>　　第一，在店长的带领下，团结同事，和大家建立一个相对稳定的销售团队：销售人才是最宝贵的资源，一切销售业绩都起源于有一个好的销售人员，建立一支具有凝聚力，合作精神的销售团队是我们店的根本。在以后的工作中建立一个和谐，具有杀伤力的团队是我和我们所有的导购员的主要目标。</w:t>
      </w:r>
      <w:r>
        <w:rPr>
          <w:lang w:eastAsia="zh-CN"/>
        </w:rPr>
        <w:br/>
      </w:r>
      <w:r>
        <w:rPr>
          <w:lang w:eastAsia="zh-CN"/>
        </w:rPr>
        <w:t>　　第二，热忱服务，面带微笑。要以饱满的热情面对每位顾客。注意与客户的沟通技巧，抓住客户的购买心理，全心全意为顾客服务。</w:t>
      </w:r>
      <w:r>
        <w:rPr>
          <w:lang w:eastAsia="zh-CN"/>
        </w:rPr>
        <w:br/>
      </w:r>
      <w:r>
        <w:rPr>
          <w:lang w:eastAsia="zh-CN"/>
        </w:rPr>
        <w:t>　　第三，熟悉服装，提高审美，帮助顾客选择商品。了解我们商店每款服饰的特点，对于衣服的款型，模型，颜色，价格，面料，适合人群做充分了解。具体应该怎么做呢?</w:t>
      </w:r>
      <w:r>
        <w:rPr>
          <w:lang w:eastAsia="zh-CN"/>
        </w:rPr>
        <w:br/>
      </w:r>
      <w:r>
        <w:rPr>
          <w:lang w:eastAsia="zh-CN"/>
        </w:rPr>
        <w:t>　　营业员除了将服装展示给顾客，并加以说明之外，还要向顾客推荐服装，以引起顾客的购买的兴趣。推荐服装我将运用以下方法：</w:t>
      </w:r>
      <w:r>
        <w:rPr>
          <w:lang w:eastAsia="zh-CN"/>
        </w:rPr>
        <w:br/>
      </w:r>
      <w:r>
        <w:rPr>
          <w:lang w:eastAsia="zh-CN"/>
        </w:rPr>
        <w:t>　　1、推荐时要有信心，向顾客推荐服装时，营业员本身要有信心，才能让顾客对服装有信任感。</w:t>
      </w:r>
      <w:r>
        <w:rPr>
          <w:lang w:eastAsia="zh-CN"/>
        </w:rPr>
        <w:br/>
      </w:r>
      <w:r>
        <w:rPr>
          <w:lang w:eastAsia="zh-CN"/>
        </w:rPr>
        <w:t>　　2、适合于顾客的推荐。对顾客提示商品和进行说明时，应根据顾客的实际客观条件，推荐适合的服装。</w:t>
      </w:r>
      <w:r>
        <w:rPr>
          <w:lang w:eastAsia="zh-CN"/>
        </w:rPr>
        <w:br/>
      </w:r>
      <w:r>
        <w:rPr>
          <w:lang w:eastAsia="zh-CN"/>
        </w:rPr>
        <w:t>　　3、配合手势向顾客推荐，将给消费者带来想象。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4、配合商品的特征。每类服装有不同的特征，如功能、设计、品质等方面的特征，向顾客推荐服装时，要着重强调服装的不同特征。</w:t>
      </w:r>
      <w:r>
        <w:rPr>
          <w:lang w:eastAsia="zh-CN"/>
        </w:rPr>
        <w:br/>
      </w:r>
      <w:r>
        <w:rPr>
          <w:lang w:eastAsia="zh-CN"/>
        </w:rPr>
        <w:t>　　5、把话题集中在商品上。向顾客推荐服装时，要想方设法把话题引到服装上，同时注意观察顾客对服装的反映，以便适时地促成销售。</w:t>
      </w:r>
      <w:r>
        <w:rPr>
          <w:lang w:eastAsia="zh-CN"/>
        </w:rPr>
        <w:br/>
      </w:r>
      <w:r>
        <w:rPr>
          <w:lang w:eastAsia="zh-CN"/>
        </w:rPr>
        <w:t>　　6、准确地说出各类服装的优点。对顾客进行服装的说明与推荐时，要比较各类服装的不同，准确地说出各类服装的优点。</w:t>
      </w:r>
      <w:r>
        <w:rPr>
          <w:lang w:eastAsia="zh-CN"/>
        </w:rPr>
        <w:br/>
      </w:r>
      <w:r>
        <w:rPr>
          <w:lang w:eastAsia="zh-CN"/>
        </w:rPr>
        <w:t>　　第四，养成发现问题，总结经验，不断自我批评和提高的习惯：养成发现问题，总结经验目的在于提高我自身的综合素质，在工作中能发现问题总结经验并能提出自己的看法和建议，把我的销售能力提高到一个新的档次。</w:t>
      </w:r>
      <w:r>
        <w:rPr>
          <w:lang w:eastAsia="zh-CN"/>
        </w:rPr>
        <w:br/>
      </w:r>
      <w:r>
        <w:rPr>
          <w:lang w:eastAsia="zh-CN"/>
        </w:rPr>
        <w:t>　　第五，根据店内下达的销售任务，坚决完成店内下达的__万的营业额任务，和大家把任务根据具体情况分解到每周、每日，这样每天都有一个明确的目标，做事也比较会有条理;以每周、每日的销售目标分解到我们每个导购员身上，完成各个时间段的销售任务。并争取在完成销售任务的基础上提高销售业绩。</w:t>
      </w:r>
      <w:r>
        <w:rPr>
          <w:lang w:eastAsia="zh-CN"/>
        </w:rPr>
        <w:br/>
      </w:r>
      <w:r>
        <w:rPr>
          <w:lang w:eastAsia="zh-CN"/>
        </w:rPr>
        <w:t>　　进入一个新的'行业，每个人都要熟悉该行业产品的知识，熟悉公司的操作模式和建立客户关系群。在销售的过程中，学要学习的东西真的很多很多，货品的知识，衣服的搭配，还要去了解顾客的需要，满足顾客的需要等等。</w:t>
      </w:r>
      <w:r>
        <w:rPr>
          <w:lang w:eastAsia="zh-CN"/>
        </w:rPr>
        <w:br/>
      </w:r>
    </w:p>
    <w:p w:rsidR="001B1F19" w14:textId="27C3F48A">
      <w:pPr>
        <w:rPr>
          <w:rFonts w:hint="eastAsia"/>
          <w:lang w:eastAsia="zh-CN"/>
        </w:rPr>
      </w:pPr>
      <w:r>
        <w:rPr>
          <w:lang w:eastAsia="zh-CN"/>
        </w:rPr>
        <w:t>　　我认为我们__男装专卖店的发展是与全体员工综合素质和店长的经营思路是分不开的。建立一支强大的销售团队和有一个好的工作环境是工作成功的关键。2024年个人工作计划9</w:t>
      </w:r>
      <w:r>
        <w:rPr>
          <w:lang w:eastAsia="zh-CN"/>
        </w:rPr>
        <w:br/>
      </w:r>
      <w:r>
        <w:rPr>
          <w:lang w:eastAsia="zh-CN"/>
        </w:rPr>
        <w:t xml:space="preserve">    作为酒店的厨师长，在这新年的工作之中，我也是要把自己的一个工作做好，管理好后厨队伍，并且也是要对这一年的工作来做好计划。 </w:t>
      </w:r>
      <w:r>
        <w:rPr>
          <w:lang w:eastAsia="zh-CN"/>
        </w:rPr>
        <w:br/>
      </w:r>
      <w:r>
        <w:rPr>
          <w:lang w:eastAsia="zh-CN"/>
        </w:rPr>
        <w:t>　　在管理方面</w:t>
      </w:r>
      <w:r>
        <w:rPr>
          <w:lang w:eastAsia="zh-CN"/>
        </w:rPr>
        <w:br/>
      </w:r>
      <w:r>
        <w:rPr>
          <w:lang w:eastAsia="zh-CN"/>
        </w:rPr>
        <w:t>　　我要对我后厨的一个员工做好管理，酒店的工作量是有些大的，我们酒店比较大，而且用餐客人也是很多，而且我们的菜品也是受到很多客人的欢迎，新的一年，不但是要确保菜品继续维持出品的高水平，同时也是要对一些菜品尝试改良优化，并且推出一些新的菜品，来吸引一些新的客户，或者给老客户尝鲜，如果一成不变，其实很容易被人家超越的，毕竟厨师的'水平也是会随着做菜的多而提高，而菜品只要有创新，那么也是可以让客人尝鲜的，对于后厨的人员，要确保没有太多的流动，即使是有离职的情况发生，也是要确保招募进来的员工能尽快的上手，确保工作的正常进行，对于员工们的一个情况，我也是要多去了解，除了工作上的要求，我平时也是需要在休息的时候多关照他们，了解他们的工作状态，情绪变化，以及是否有需要帮助的地方。</w:t>
      </w:r>
      <w:r>
        <w:rPr>
          <w:lang w:eastAsia="zh-CN"/>
        </w:rPr>
        <w:br/>
      </w:r>
      <w:r>
        <w:rPr>
          <w:lang w:eastAsia="zh-CN"/>
        </w:rPr>
        <w:t>　　在日常的工作方面</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https://d.book118.com/457144065062006036</w:t>
        </w:r>
      </w:hyperlink>
    </w:p>
    <w:p w:rsidR="001B1F19">
      <w:pPr>
        <w:rPr>
          <w:rFonts w:hint="eastAsia"/>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57144065062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