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2024年教师专业技术工作年度总结（33篇）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2024年教师专业技术工作年度总结（精选33篇）</w:t>
      </w:r>
      <w:r>
        <w:rPr>
          <w:lang w:eastAsia="zh-CN"/>
        </w:rPr>
        <w:br/>
      </w:r>
      <w:r>
        <w:rPr>
          <w:lang w:eastAsia="zh-CN"/>
        </w:rPr>
        <w:t xml:space="preserve">    2024年教师专业技术工作年度总结 篇1 </w:t>
      </w:r>
      <w:r>
        <w:rPr>
          <w:lang w:eastAsia="zh-CN"/>
        </w:rPr>
        <w:br/>
      </w:r>
      <w:r>
        <w:rPr>
          <w:lang w:eastAsia="zh-CN"/>
        </w:rPr>
        <w:t>　　怀着对教育的梦想，一年前，我光荣的踏入了教师的行列中。作为一名新教师，在这短短的一年教育教学工作里，我收获了很多，成长了也很多，进步了不少，同时也意识到自己存在的不足之处。为了使今后的工作取得更大的进步，下面我对自己在这一年的工作进行汇报总结。</w:t>
      </w:r>
      <w:r>
        <w:rPr>
          <w:lang w:eastAsia="zh-CN"/>
        </w:rPr>
        <w:br/>
      </w:r>
      <w:r>
        <w:rPr>
          <w:lang w:eastAsia="zh-CN"/>
        </w:rPr>
        <w:t>　　一、师德表现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积极贯彻国家的教育方针，遵守规章制度，严格执行学校教学计划；严格遵守《教师职业道德规范》，做到依法执教、爱岗敬业、热爱学生、严谨治学、团结协作、尊重家长、廉洁从教、为人师表、终身学习。具体表现在这几方面：一、做到严于律己，以身作则，为人师表。时刻注意自己的言行举止（做到言语文明，尊重学生，举止端庄，仪容整洁）使自己在思想、学习、劳动、生活等多方面做学生的表率。二、关心、爱护全体学生，尊重学生人格，不体罚学生，促进孩子在德智体美等方面全面发展。三、身一名共产党员，积极提高自身思想政治觉悟，同时加强教育教学专业理论和业务学习，对工作认真负责，一丝不苟；与同事团结协作，顾全大局。</w:t>
      </w:r>
      <w:r>
        <w:rPr>
          <w:lang w:eastAsia="zh-CN"/>
        </w:rPr>
        <w:br/>
      </w:r>
      <w:r>
        <w:rPr>
          <w:lang w:eastAsia="zh-CN"/>
        </w:rPr>
        <w:t>　　二、教育教学工作</w:t>
      </w:r>
      <w:r>
        <w:rPr>
          <w:lang w:eastAsia="zh-CN"/>
        </w:rPr>
        <w:br/>
      </w:r>
      <w:r>
        <w:rPr>
          <w:lang w:eastAsia="zh-CN"/>
        </w:rPr>
        <w:t>　　在教学工作及能力提高方面，我担任了三年级两个班的英语教学工作和一个班的副班主任。由于教学经验颇浅，我对工作丝毫不敢懈怠，认真学习，深入研究教学法。</w:t>
      </w:r>
      <w:r>
        <w:rPr>
          <w:lang w:eastAsia="zh-CN"/>
        </w:rPr>
        <w:br/>
      </w:r>
      <w:r>
        <w:rPr>
          <w:lang w:eastAsia="zh-CN"/>
        </w:rPr>
        <w:t>　　课前，认真学习研究教师用书、教材，在教师用书的指导下，结合各班的学生情况，认真备好每一节课，写好每一节课的教案，做好每一节的二次备课。这一年里共接受了区教研室的多次考查，都受到了好评，而且不断地取得了进步，受到教研员的肯定和好评。第二学期里比较成功地开展了区新教师展示课，得到了各学校同行的肯定和好评。经过一年的学习和不断总结，我积累了大量的教学经验，使得自己在英语教学上有了很大的进步。自己新颖的教学方法，创新的教学思维，不怕挑战的精神受到了“师父”的肯定和表扬。</w:t>
      </w:r>
      <w:r>
        <w:rPr>
          <w:lang w:eastAsia="zh-CN"/>
        </w:rPr>
        <w:br/>
      </w:r>
      <w:r>
        <w:rPr>
          <w:lang w:eastAsia="zh-CN"/>
        </w:rPr>
        <w:t>　　课堂中，以富有激情的精神面貌，怀着愉快的心情开展教学，思想汇报专题把握好课堂纪律。善于运用教学机智，尊重学生的主体性，让学生愉快地学习。听课中，认真做好听课笔记，积极思考，善于观察学习。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课后，认真反思自己的教学，写好教学反思，总结经验。积极参加科组活动和探讨活动主题，在课后评课中主动提出自己的见解，尤其是这一年里科组开展的“一课三磨”活动中，认真参加每一次课后评课。积极参加区内其他学校开展的教学活动，吸取其他学校优秀教师的教学经验。积极参加各项与教学相关的比赛活动，并且在第二学期举行的新教师现场说课比赛中获得了“二等奖”，同时，充分利用课余时间自行学习优秀教学视频，做好观摩笔记，主动思考，学习有效和先进的教学方法。充分把握好外出学习的机会，在__年12月份里，我非常幸运能到华南师大附属小学进行两个星期的学习。在这次学习期间，我认真做好每节课的学习笔记，认真观察思考他们优秀的教学方法。学习回来后，我对此次学习进行总结，认真从中找出适合自己的教学方式，并将先进的教学理念尝试运用到自己的教学当中。</w:t>
      </w:r>
      <w:r>
        <w:rPr>
          <w:lang w:eastAsia="zh-CN"/>
        </w:rPr>
        <w:br/>
      </w:r>
      <w:r>
        <w:rPr>
          <w:lang w:eastAsia="zh-CN"/>
        </w:rPr>
        <w:t>　　作为副班主任，我积极配合好班主任的工作，主动提供帮助，分担班主任的工作，为班级建设献言献策，共同管理、打造优秀的班级。班主任外出等情况，我担起管理班级责任，毫无怨言，从不计较。虽然不是班主任，但是，我时刻抓住机会学习先进的班级管理理念和方式，观察身边优秀班主任的管理班级方式，以他人为镜，反思自己的方式。今年5月份很荣幸能到现场聆听优秀班主任魏书生，王怀玉，常丽华的讲座，我认真做好笔记，吸收其先进的教育理念和管理班级方式，为以后的班主任工作做好准备。</w:t>
      </w:r>
      <w:r>
        <w:rPr>
          <w:lang w:eastAsia="zh-CN"/>
        </w:rPr>
        <w:br/>
      </w:r>
      <w:r>
        <w:rPr>
          <w:lang w:eastAsia="zh-CN"/>
        </w:rPr>
        <w:t>　　回望即将逝去的这一学年，我意识到自己存在一些不足之处和需要努力的方向。比如课堂组织调控能力方面不能松懈，仍需加强；加强关注学生安全的意识，把学生的生命安全放在第一；教育教学中重点培养学生的好习惯；不断学习，不断反思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经过一年的教学等方面的.实践和不断的学习、反思、总结，使得自己取得了很大的进步，顺利的完成了教学任务。在教学成绩方面，重视学生的个性发展，重视激发学生的创造力，培训学生综合、全面的发展。通过一年与学生的磨合，和共同努力，学生在英语听说读写方面都取得了一定的进步。我相信通过以后的努力，和学生的共同合作，会在今后的日子里，取得更好的成绩。</w:t>
      </w:r>
      <w:r>
        <w:rPr>
          <w:lang w:eastAsia="zh-CN"/>
        </w:rPr>
        <w:br/>
      </w:r>
      <w:r>
        <w:rPr>
          <w:lang w:eastAsia="zh-CN"/>
        </w:rPr>
        <w:t xml:space="preserve">    2024年教师专业技术工作年度总结 篇2 </w:t>
      </w:r>
      <w:r>
        <w:rPr>
          <w:lang w:eastAsia="zh-CN"/>
        </w:rPr>
        <w:br/>
      </w:r>
      <w:r>
        <w:rPr>
          <w:lang w:eastAsia="zh-CN"/>
        </w:rPr>
        <w:t>　　作为一名普通的小学语文教师，最紧迫的问题是具有新的教学理念，要把课上得生动而有趣，才能够抓住学生的兴趣。教学质量是学校的生命线，我深感肩负责任之重大，虽工作繁杂，但不敢懈怠，唯恐有负家长和学生。为此，我从以下几个方面努力提高教学质量。课前认真备课，根据学生特点，对教案进行认真修改，课后布置作业力求少而精，努力做到既减轻学生的负担，又提高教学质量。其次，教学中培养学生良好的学习习惯。如教会学生预习的方法，坚持课前预习，让学生在预习中发现问题，带着问题上课，鼓励学生大胆质疑等。再次，在教学中渗透本班的德育课题教育，充分利用教材中好的内容对学生进行爱清洁、讲卫生的教育。</w:t>
      </w:r>
      <w:r>
        <w:rPr>
          <w:lang w:eastAsia="zh-CN"/>
        </w:rPr>
        <w:br/>
      </w:r>
      <w:r>
        <w:rPr>
          <w:lang w:eastAsia="zh-CN"/>
        </w:rPr>
        <w:t>　　时间飞逝，转眼间又一个学期接近尾声，为了更好地指导以后的教学，现将本学期的工作总结如下：</w:t>
      </w:r>
      <w:r>
        <w:rPr>
          <w:lang w:eastAsia="zh-CN"/>
        </w:rPr>
        <w:br/>
      </w:r>
      <w:r>
        <w:rPr>
          <w:lang w:eastAsia="zh-CN"/>
        </w:rPr>
        <w:t>　　一、努力学习理论知识，紧跟时代步伐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在飞速发展的当今社会，注重学习是使自己不被社会所淘汰的最有效的手段。本学期，我广泛涉猎各种书籍，开阔视野、增长见识。</w:t>
      </w:r>
      <w:r>
        <w:rPr>
          <w:lang w:eastAsia="zh-CN"/>
        </w:rPr>
        <w:br/>
      </w:r>
      <w:r>
        <w:rPr>
          <w:lang w:eastAsia="zh-CN"/>
        </w:rPr>
        <w:t>　　其次，积极参加业务学习。平时，我能积极利用课余时间，认真学习教育类刊物，从刊物中汲取营养，领略教育改革的趋势和方向，学习他人的成功经验，移植到自己的教学中去，达到事半功倍的效果。同时，认真学习了《基础教育课程改革纲要》，对课改要求有了一个全面的了解，促使自己彻底改变陈旧和落后的教育观念。</w:t>
      </w:r>
      <w:r>
        <w:rPr>
          <w:lang w:eastAsia="zh-CN"/>
        </w:rPr>
        <w:br/>
      </w:r>
      <w:r>
        <w:rPr>
          <w:lang w:eastAsia="zh-CN"/>
        </w:rPr>
        <w:t>　　二、兢兢业业，做好教学工作。</w:t>
      </w:r>
      <w:r>
        <w:rPr>
          <w:lang w:eastAsia="zh-CN"/>
        </w:rPr>
        <w:br/>
      </w:r>
      <w:r>
        <w:rPr>
          <w:lang w:eastAsia="zh-CN"/>
        </w:rPr>
        <w:t>　　作为一名普通的小学语文教师，最紧迫的问题是具有新的教学理念，要把课上得生动而有趣，才能够抓住学生的兴趣。教学质量是学校的生命线，我深感肩负责任之重大，虽工作繁杂，但不敢懈怠，唯恐有负家长和学生。为此，我从以下几个方面努力提高教学质量。课前认真备课，根据学生特点，对教案进行认真修改，课后布置作业力求少而精，努力做到既减轻学生的负担，又提高教学质量。其次，教学中培养学生良好的学习习惯。如教会学生预习的方法，坚持课前预习，让学生在预习中发现问题，带着问题上课，鼓励学生大胆质疑等。再次，在教学中渗透本班的德育课题教育，充分利用教材中好的内容对学生进行爱清洁、讲卫生的教育。</w:t>
      </w:r>
      <w:r>
        <w:rPr>
          <w:lang w:eastAsia="zh-CN"/>
        </w:rPr>
        <w:br/>
      </w:r>
      <w:r>
        <w:rPr>
          <w:lang w:eastAsia="zh-CN"/>
        </w:rPr>
        <w:t>　　三、尽心尽职，做好班级管理工作。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除了教学，我还担任班主任工作。古人云：“其身正，不令而从。其身不正，虽令不从。”在管理班级、教育学生的过程中，我始终坚持这一原则，要求学生做到的，我首先做到;反对学生做的，我也坚决不做。现在，我班学生基本做到令行止禁，班级风气正，同学关系融洽。</w:t>
      </w:r>
      <w:r>
        <w:rPr>
          <w:lang w:eastAsia="zh-CN"/>
        </w:rPr>
        <w:br/>
      </w:r>
      <w:r>
        <w:rPr>
          <w:lang w:eastAsia="zh-CN"/>
        </w:rPr>
        <w:t>　　四、存在的问题与不足</w:t>
      </w:r>
      <w:r>
        <w:rPr>
          <w:lang w:eastAsia="zh-CN"/>
        </w:rPr>
        <w:br/>
      </w:r>
      <w:r>
        <w:rPr>
          <w:lang w:eastAsia="zh-CN"/>
        </w:rPr>
        <w:t>　　在教学中，过高地要求学生，但自己对课堂的把握、师生的互动等掌控的不够好，在班级管理中，经验不足，方法不够灵活多样。当然在以后的教育教学中，我会更加努力，克服问题与不足，使自己更快地成长。</w:t>
      </w:r>
      <w:r>
        <w:rPr>
          <w:lang w:eastAsia="zh-CN"/>
        </w:rPr>
        <w:br/>
      </w:r>
      <w:r>
        <w:rPr>
          <w:lang w:eastAsia="zh-CN"/>
        </w:rPr>
        <w:t>　　雨果曾说过：“花的事业是尊贵的，果实的事业是甜美的，让我们做叶的事业吧，因为叶的事业是平凡而谦逊的。”我愿做绿叶，为了花更红，花更艳，奉献自己的青春。</w:t>
      </w:r>
      <w:r>
        <w:rPr>
          <w:lang w:eastAsia="zh-CN"/>
        </w:rPr>
        <w:br/>
      </w:r>
      <w:r>
        <w:rPr>
          <w:lang w:eastAsia="zh-CN"/>
        </w:rPr>
        <w:t xml:space="preserve">    2024年教师专业技术工作年度总结 篇3 </w:t>
      </w:r>
      <w:r>
        <w:rPr>
          <w:lang w:eastAsia="zh-CN"/>
        </w:rPr>
        <w:br/>
      </w:r>
      <w:r>
        <w:rPr>
          <w:lang w:eastAsia="zh-CN"/>
        </w:rPr>
        <w:t>　　本人于20__年6月从师范学校毕业，并分配在__市第七小学从事小学教育教学工作。由于工作认真踏实，成绩优秀，得到学校领导的认可和表扬，20__年1月被评聘为小学一级教师。为了感谢党和人民对我的信任，任职以来，我加倍努力，每年均能较好地完成本职工作，取得良好的成绩。现将任职几年来的工作总结如下：</w:t>
      </w:r>
      <w:r>
        <w:rPr>
          <w:lang w:eastAsia="zh-CN"/>
        </w:rPr>
        <w:br/>
      </w:r>
      <w:r>
        <w:rPr>
          <w:lang w:eastAsia="zh-CN"/>
        </w:rPr>
        <w:t>　　一、政治思想</w:t>
      </w:r>
      <w:r>
        <w:rPr>
          <w:lang w:eastAsia="zh-CN"/>
        </w:rPr>
        <w:br/>
      </w:r>
      <w:r>
        <w:rPr>
          <w:lang w:eastAsia="zh-CN"/>
        </w:rPr>
        <w:t>　　任小一职务以来，本人坚决拥护中国共产党的领导，拥护改革开放政策，坚持四项基本原则。时时以一个共产党员的身份严格要求自己热爱党的教育事业，积极自觉地学习和认真贯彻党的各项方针、政策，并在工作实践中去加深理解。带头遵纪守法，从无违法乱纪行为。工作上兢兢业业，干劲冲天，荣誉面前从不争先恐后，历来是礼让三先。与同志们关系融洽，深得单位领导、同志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二、学校教育教学工作</w:t>
      </w:r>
      <w:r>
        <w:rPr>
          <w:lang w:eastAsia="zh-CN"/>
        </w:rPr>
        <w:br/>
      </w:r>
      <w:r>
        <w:rPr>
          <w:lang w:eastAsia="zh-CN"/>
        </w:rPr>
        <w:t>　　自20__年1月任小一职务至20__年3月，我在第七小学进行四年级语文教学工作及班主任工作。</w:t>
      </w:r>
      <w:r>
        <w:rPr>
          <w:lang w:eastAsia="zh-CN"/>
        </w:rPr>
        <w:br/>
      </w:r>
      <w:r>
        <w:rPr>
          <w:lang w:eastAsia="zh-CN"/>
        </w:rPr>
        <w:t>　　在教学工作中，为了使学生能系统地掌握小学阶段的语文知识，并形成一定的学习技能。我注意学习和研究《大纲》的要求。教学中把传授基础知识和培养基本技能落到实课，把好的教学法推广下去，不断提高教师的教学业务能力。</w:t>
      </w:r>
      <w:r>
        <w:rPr>
          <w:lang w:eastAsia="zh-CN"/>
        </w:rPr>
        <w:br/>
      </w:r>
      <w:r>
        <w:rPr>
          <w:lang w:eastAsia="zh-CN"/>
        </w:rPr>
        <w:t>　　自20__年3月至20__年6月，我调入冶金中学，并在冶金中学进行初二年级生物教学工作。</w:t>
      </w:r>
      <w:r>
        <w:rPr>
          <w:lang w:eastAsia="zh-CN"/>
        </w:rPr>
        <w:br/>
      </w:r>
      <w:r>
        <w:rPr>
          <w:lang w:eastAsia="zh-CN"/>
        </w:rPr>
        <w:t>　　在教学工作中，为了使学生能系统地掌握生物知识，并形成一定的学习技能。我认真听课，学习本校推行的五步三环一提高的方式方法。教学中认真进行备课，把传授基础知识和培养基本技能落到实课，尽量做到生动教学，使学生成为课堂的主体。</w:t>
      </w:r>
      <w:r>
        <w:rPr>
          <w:lang w:eastAsia="zh-CN"/>
        </w:rPr>
        <w:br/>
      </w:r>
      <w:r>
        <w:rPr>
          <w:lang w:eastAsia="zh-CN"/>
        </w:rPr>
        <w:t>　　自20__年9月至今，我在冶金中学进行初一至初二的数学教学工作。</w:t>
      </w:r>
      <w:r>
        <w:rPr>
          <w:lang w:eastAsia="zh-CN"/>
        </w:rPr>
        <w:br/>
      </w:r>
      <w:r>
        <w:rPr>
          <w:lang w:eastAsia="zh-CN"/>
        </w:rPr>
        <w:t>　　在教学工作中，为了使学生能系统地掌握数学知识，并形成一定的学习技能。我认真听课，贯彻本校推行的五步三环一提高的方式方法。教学中认真进行备课，把传授基础知识和培养基本技能落到实课，做到课课有新意，课课有方法，真正使学生成为课堂的主体，快乐学习。</w:t>
      </w:r>
      <w:r>
        <w:rPr>
          <w:lang w:eastAsia="zh-CN"/>
        </w:rPr>
        <w:br/>
      </w:r>
      <w:r>
        <w:rPr>
          <w:lang w:eastAsia="zh-CN"/>
        </w:rPr>
        <w:t>　　三、业务学习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自任数学教师工作后，我更觉得自己知识的不足。为了不断丰富和更新知识，为了适应素质教育新形势，更好地做好工作，我注重提高业务能力的学习。平时尽量多阅读有关数学教学的书刊，学习教学理论、教学新方法，并用来指导自己的工作。另外，在不影响工作的情况下，多读书，读好书，提升自己的文学素养和情感素养。在数学教学中融合情感教学的因素，促使课堂教学更加流畅。</w:t>
      </w:r>
      <w:r>
        <w:rPr>
          <w:lang w:eastAsia="zh-CN"/>
        </w:rPr>
        <w:br/>
      </w:r>
      <w:r>
        <w:rPr>
          <w:lang w:eastAsia="zh-CN"/>
        </w:rPr>
        <w:t>　　总之，任职几年来，本人工作勤恳，是取得了一点成绩。但我认为与党和人民的要求还很远，并且成绩只能代表过去，将来的路，我还需加努力，正所谓“路漫漫其修远兮，吾将上下而求索”！</w:t>
      </w:r>
      <w:r>
        <w:rPr>
          <w:lang w:eastAsia="zh-CN"/>
        </w:rPr>
        <w:br/>
      </w:r>
      <w:r>
        <w:rPr>
          <w:lang w:eastAsia="zh-CN"/>
        </w:rPr>
        <w:t xml:space="preserve">    2024年教师专业技术工作年度总结 篇4 </w:t>
      </w:r>
      <w:r>
        <w:rPr>
          <w:lang w:eastAsia="zh-CN"/>
        </w:rPr>
        <w:br/>
      </w:r>
      <w:r>
        <w:rPr>
          <w:lang w:eastAsia="zh-CN"/>
        </w:rPr>
        <w:t>　　临近暑假，回首一年，我圆满地完成了本学期的工作，回顾这学期的工作，使我感到既繁忙又充实，特别是在学校领导的指导下，我的教学思想和教学水平都得到了很大的提高，并取得了一些成绩。但也存在不足，为了使我在今后的教育教学工作中取得更大的进步。下面我将这一学期的工作总结如下：</w:t>
      </w:r>
      <w:r>
        <w:rPr>
          <w:lang w:eastAsia="zh-CN"/>
        </w:rPr>
        <w:br/>
      </w:r>
      <w:r>
        <w:rPr>
          <w:lang w:eastAsia="zh-CN"/>
        </w:rPr>
        <w:t>　　一、思想政治方面</w:t>
      </w:r>
      <w:r>
        <w:rPr>
          <w:lang w:eastAsia="zh-CN"/>
        </w:rPr>
        <w:br/>
      </w:r>
      <w:r>
        <w:rPr>
          <w:lang w:eastAsia="zh-CN"/>
        </w:rPr>
        <w:t>　　在这学期的教学工作中，我自始至终以认真、严谨的工作态度，勤恳、坚持不懈的工作精神从事五（1）班数学教学。我积极响应学校的各项号召，积极参加政治学习，认真领会学习内容，以教师职业道德规范为准绳，严格要自己。思想积极向上，要求进步，在教学中，能够做到为人师表，关爱学生，帮助学生对学习充满热情和信心，以健康文明的形象言传身教。</w:t>
      </w:r>
      <w:r>
        <w:rPr>
          <w:lang w:eastAsia="zh-CN"/>
        </w:rPr>
        <w:br/>
      </w:r>
      <w:r>
        <w:rPr>
          <w:lang w:eastAsia="zh-CN"/>
        </w:rPr>
        <w:t>　　二、业务素质方面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为了适应我班学生的情况，我不断地钻研新的教学理念，探索新的教学方法，同时积极参加学校组织的业务学习活动，不断提升自身业务素质。</w:t>
      </w:r>
      <w:r>
        <w:rPr>
          <w:lang w:eastAsia="zh-CN"/>
        </w:rPr>
        <w:br/>
      </w:r>
      <w:r>
        <w:rPr>
          <w:lang w:eastAsia="zh-CN"/>
        </w:rPr>
        <w:t>　　三、教育教学工作方面</w:t>
      </w:r>
      <w:r>
        <w:rPr>
          <w:lang w:eastAsia="zh-CN"/>
        </w:rPr>
        <w:br/>
      </w:r>
      <w:r>
        <w:rPr>
          <w:lang w:eastAsia="zh-CN"/>
        </w:rPr>
        <w:t>　　这学期我担任的是五（1）班的数学教学。经验告诉我，对于这个年段的数学教学，如果不认真研究教法和学法，结合教材和学生的实际情况来教学，就会使学生失去对数学学习的兴趣。兴趣没了，数学自然也不会学好。因此，我对教学工作不敢怠慢，认真学习，勤于钻研，注重在实践中积极探索新的教学方式，潜心研究数学课堂教学，深刻领会新课改的理念，注重激发和培养学生学习数学的兴趣，创设情境，使学生在轻松、愉快的氛围中学习和运用语言，树立学习数学的自信心，注重形成性评价在数学教学中的运用，并能够及时总结经验，提高自己的科研水平。</w:t>
      </w:r>
      <w:r>
        <w:rPr>
          <w:lang w:eastAsia="zh-CN"/>
        </w:rPr>
        <w:br/>
      </w:r>
      <w:r>
        <w:rPr>
          <w:lang w:eastAsia="zh-CN"/>
        </w:rPr>
        <w:t>　　四、考勤请假方面</w:t>
      </w:r>
      <w:r>
        <w:rPr>
          <w:lang w:eastAsia="zh-CN"/>
        </w:rPr>
        <w:br/>
      </w:r>
      <w:r>
        <w:rPr>
          <w:lang w:eastAsia="zh-CN"/>
        </w:rPr>
        <w:t>　　我在做好各项教育教学工作的同时，严格遵守学校的各项规章制度。处理好学校工作与个人之间的关系，一年里没有迟到过一次，坚持天天上班，一边完成学校的各项任务，一边准备教材和学习自己的专业知识。在新的一学年里，我应更加勤奋，为学校作更多的事，自己更加努力学习专业知识，使自己的业务水平更上一层楼。</w:t>
      </w:r>
      <w:r>
        <w:rPr>
          <w:lang w:eastAsia="zh-CN"/>
        </w:rPr>
        <w:br/>
      </w:r>
      <w:r>
        <w:rPr>
          <w:lang w:eastAsia="zh-CN"/>
        </w:rPr>
        <w:t>　　五、努力提高方向</w:t>
      </w:r>
      <w:r>
        <w:rPr>
          <w:lang w:eastAsia="zh-CN"/>
        </w:rPr>
        <w:br/>
      </w:r>
      <w:r>
        <w:rPr>
          <w:lang w:eastAsia="zh-CN"/>
        </w:rPr>
        <w:t>　　1、加强自身基本功的训练，注重对学生能力的培养；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2、对学困生生多些关心爱心和耐心，使他们在各方面有更大进步。</w:t>
      </w:r>
      <w:r>
        <w:rPr>
          <w:lang w:eastAsia="zh-CN"/>
        </w:rPr>
        <w:br/>
      </w:r>
      <w:r>
        <w:rPr>
          <w:lang w:eastAsia="zh-CN"/>
        </w:rPr>
        <w:t>　　3、利用各种方法，训练学生提高、集中注意力。</w:t>
      </w:r>
      <w:r>
        <w:rPr>
          <w:lang w:eastAsia="zh-CN"/>
        </w:rPr>
        <w:br/>
      </w:r>
      <w:r>
        <w:rPr>
          <w:lang w:eastAsia="zh-CN"/>
        </w:rPr>
        <w:t>　　4、在教学上狠下功夫，努力使学生的道德修养有更大的提高。</w:t>
      </w:r>
      <w:r>
        <w:rPr>
          <w:lang w:eastAsia="zh-CN"/>
        </w:rPr>
        <w:br/>
      </w:r>
      <w:r>
        <w:rPr>
          <w:lang w:eastAsia="zh-CN"/>
        </w:rPr>
        <w:t>　　总之，在今后的工作中，我会更加努力学习，提高自身素质，严格要求自己，完善自我，以百倍的信心与努力去迎接未来的挑战！</w:t>
      </w:r>
      <w:r>
        <w:rPr>
          <w:lang w:eastAsia="zh-CN"/>
        </w:rPr>
        <w:br/>
      </w:r>
      <w:r>
        <w:rPr>
          <w:lang w:eastAsia="zh-CN"/>
        </w:rPr>
        <w:t xml:space="preserve">    2024年教师专业技术工作年度总结 篇5 </w:t>
      </w:r>
      <w:r>
        <w:rPr>
          <w:lang w:eastAsia="zh-CN"/>
        </w:rPr>
        <w:br/>
      </w:r>
      <w:r>
        <w:rPr>
          <w:lang w:eastAsia="zh-CN"/>
        </w:rPr>
        <w:t>　　中学高级教师（校长）专业技术工作总结我从事教育工作至今已有二十八年了，我品尝过不同学段不同岗位的教学工作的酸甜苦辣。从最初的高中教育到后来的中职教育，再到现在的初中教育；从一名普通的英语教师到协管教学工作的教导主任，从教导主任再到中心学校主管面上工作的副校长，如今则是最偏远乡村中学的校长。随着教龄的增长，个人业务素质的提高以及显著的教育成绩，本人也从多年前的</w:t>
      </w:r>
      <w:r>
        <w:rPr>
          <w:lang w:eastAsia="zh-CN"/>
        </w:rPr>
        <w:br/>
      </w:r>
      <w:r>
        <w:rPr>
          <w:lang w:eastAsia="zh-CN"/>
        </w:rPr>
        <w:t>　　一名中学二级教师成长为中学一级教师，如今则即将成为中学高级教师。回首近三十年来的教育生涯，我真正是百感交集。我能成长为一名中学高级教师，离不开领导、同事及家人的帮助和支持。我怀着感恩的心作如下专业技术工作总结：</w:t>
      </w:r>
      <w:r>
        <w:rPr>
          <w:lang w:eastAsia="zh-CN"/>
        </w:rPr>
        <w:br/>
      </w:r>
      <w:r>
        <w:rPr>
          <w:lang w:eastAsia="zh-CN"/>
        </w:rPr>
        <w:t>　　一.用赤诚和奉献铸造师魂</w:t>
      </w:r>
      <w:r>
        <w:rPr>
          <w:lang w:eastAsia="zh-CN"/>
        </w:rPr>
        <w:br/>
      </w:r>
      <w:r>
        <w:rPr>
          <w:lang w:eastAsia="zh-CN"/>
        </w:rPr>
        <w:t>　　1.做人真诚，有良好的人格修养。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教师是人类灵魂的工程师，良好的人格修养应是师魂的核心，而“真”字则是人格修养的基石。因为“善、美”也只有在“真”的基石上才能开出灿烂的花朵。我把“真”字视为我做人的准则。对领导，我说真话，哪怕逆耳；对同事，我讲真情，哪怕曾有隔阂；对学生，我授真知，若自己知识有限，我会虚心向他人请教。</w:t>
      </w:r>
      <w:r>
        <w:rPr>
          <w:lang w:eastAsia="zh-CN"/>
        </w:rPr>
        <w:br/>
      </w:r>
      <w:r>
        <w:rPr>
          <w:lang w:eastAsia="zh-CN"/>
        </w:rPr>
        <w:t>　　2.思想纯正，将教育事业视为个人的第二生命。</w:t>
      </w:r>
      <w:r>
        <w:rPr>
          <w:lang w:eastAsia="zh-CN"/>
        </w:rPr>
        <w:br/>
      </w:r>
      <w:r>
        <w:rPr>
          <w:lang w:eastAsia="zh-CN"/>
        </w:rPr>
        <w:t>　　我生长在一个教育世家，父亲是一个解放初从私塾走出来的能激情吟诵“巍巍乎昆仑”的老先生。父亲为他挚爱的教书生涯奔波了一生，虽然父亲现在去世了，但他教育生命依然在我血液中流淌。我的弟弟是中学一名语文教师，如今我的女儿也走上了讲台。教育不仅是我个人的第二生命，也是我们这个教育世家的第二生命。作为一名党员，我对党忠诚；作为教师，我热爱教育事业，热爱学生。我思想纯正，从未参加过任何不良组织，从未干过任何违法乱纪的事。</w:t>
      </w:r>
      <w:r>
        <w:rPr>
          <w:lang w:eastAsia="zh-CN"/>
        </w:rPr>
        <w:br/>
      </w:r>
      <w:r>
        <w:rPr>
          <w:lang w:eastAsia="zh-CN"/>
        </w:rPr>
        <w:t>　　3.追求卓越，有坚定的教育理想。</w:t>
      </w:r>
      <w:r>
        <w:rPr>
          <w:lang w:eastAsia="zh-CN"/>
        </w:rPr>
        <w:br/>
      </w:r>
      <w:r>
        <w:rPr>
          <w:lang w:eastAsia="zh-CN"/>
        </w:rPr>
        <w:t>　　我所工作的学校位于鄂赣皖三省交界之处，十分偏僻。我的教育理想是改变农村落后的教育面貌。虽然这一理想的实现充满坎坷，甚至终其一生也许难以实现，但我坚定不移。我愿为此奋斗一生，奉献一生。</w:t>
      </w:r>
      <w:r>
        <w:rPr>
          <w:lang w:eastAsia="zh-CN"/>
        </w:rPr>
        <w:br/>
      </w:r>
      <w:r>
        <w:rPr>
          <w:lang w:eastAsia="zh-CN"/>
        </w:rPr>
        <w:t>　　二.用勤奋和创新彰显能力。</w:t>
      </w:r>
      <w:r>
        <w:rPr>
          <w:lang w:eastAsia="zh-CN"/>
        </w:rPr>
        <w:br/>
      </w:r>
      <w:r>
        <w:rPr>
          <w:lang w:eastAsia="zh-CN"/>
        </w:rPr>
        <w:t>　　1.勤奋学习以增长才干。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是一名英语教师，为了给学生一碗水，我努力让自己拥有知识的河流。我自费订阅了《英语周报》等报刊，购买了李阳疯狂英语磁带，勤写读书笔记。在教学上，我积极参加各种教学研究活动，尝试各种教学改革，力求让学生学得轻松，学得快乐，且学习成绩有显著提高。在教学教研的同时，我十分注重从理论的高度审视个人的教学实践，研读教育理论，撰写教学论文。</w:t>
      </w:r>
      <w:r>
        <w:rPr>
          <w:lang w:eastAsia="zh-CN"/>
        </w:rPr>
        <w:br/>
      </w:r>
      <w:r>
        <w:rPr>
          <w:lang w:eastAsia="zh-CN"/>
        </w:rPr>
        <w:t>　　我又是一名校长，从事教育管理工作。角色的'转变催逼我要不断学习，尤其是学习教育管理方面的知识。我一方面向书本请教，《中国教育报》等报刊书籍从此摆上了我的案头；我一方面向同行求教，就学校管理中存在的困惑寻求解决之道；我更是注重向教育专家学习，各种校长培训活动我总是积极参加。</w:t>
      </w:r>
      <w:r>
        <w:rPr>
          <w:lang w:eastAsia="zh-CN"/>
        </w:rPr>
        <w:br/>
      </w:r>
      <w:r>
        <w:rPr>
          <w:lang w:eastAsia="zh-CN"/>
        </w:rPr>
        <w:t>　　2.创新工作以革新面貌。</w:t>
      </w:r>
      <w:r>
        <w:rPr>
          <w:lang w:eastAsia="zh-CN"/>
        </w:rPr>
        <w:br/>
      </w:r>
      <w:r>
        <w:rPr>
          <w:lang w:eastAsia="zh-CN"/>
        </w:rPr>
        <w:t>　　人事制度改革——激发有限的教育资源</w:t>
      </w:r>
      <w:r>
        <w:rPr>
          <w:lang w:eastAsia="zh-CN"/>
        </w:rPr>
        <w:br/>
      </w:r>
      <w:r>
        <w:rPr>
          <w:lang w:eastAsia="zh-CN"/>
        </w:rPr>
        <w:t>　　农村初中教师编制紧并且师资良莠不齐，为改变这一现状，我在我任职的学校大胆进行了人事制度改革。全体教师实行竞争上岗，通过竞争然后上岗的教师再由班主任自由组阁，落岗的教师则由乡中心学校安排到小学任教。</w:t>
      </w:r>
      <w:r>
        <w:rPr>
          <w:lang w:eastAsia="zh-CN"/>
        </w:rPr>
        <w:br/>
      </w:r>
      <w:r>
        <w:rPr>
          <w:lang w:eastAsia="zh-CN"/>
        </w:rPr>
        <w:t>　　管理思想改革——凝聚人心</w:t>
      </w:r>
      <w:r>
        <w:rPr>
          <w:lang w:eastAsia="zh-CN"/>
        </w:rPr>
        <w:br/>
      </w:r>
      <w:r>
        <w:rPr>
          <w:lang w:eastAsia="zh-CN"/>
        </w:rPr>
        <w:t>　　一些学校是以刚性管理为主，教职工有抵触情绪。我在我任职的学校尝试了人性化的管理模式，教职工关系十分融洽。像制度的制定与修改，一定让教师代表参加讨论，充分听取他们的意见；像考勤工作，较之过去更为宽松；像教职工个人生病及家中婚丧之事，我都会去看望或慰问。</w:t>
      </w:r>
      <w:r>
        <w:rPr>
          <w:lang w:eastAsia="zh-CN"/>
        </w:rPr>
        <w:br/>
      </w:r>
      <w:r>
        <w:rPr>
          <w:lang w:eastAsia="zh-CN"/>
        </w:rPr>
        <w:t>　　平面整治——创造育人环境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任职几年来，我带领我的团队先后兴建了学生食堂、学生厕所、排球及乒乓球运动场，扩建了连接教学区与生活区的石桥，水塘边栽种了垂柳。为彻底解决垃圾存放问题，我们购买了几十只垃圾桶，并与校外村民协议了垃圾运放一事，垃圾历史难题终于解决，学校面貌焕然一新。</w:t>
      </w:r>
      <w:r>
        <w:rPr>
          <w:lang w:eastAsia="zh-CN"/>
        </w:rPr>
        <w:br/>
      </w:r>
      <w:r>
        <w:rPr>
          <w:lang w:eastAsia="zh-CN"/>
        </w:rPr>
        <w:t>　　教育教学——凸显特色</w:t>
      </w:r>
      <w:r>
        <w:rPr>
          <w:lang w:eastAsia="zh-CN"/>
        </w:rPr>
        <w:br/>
      </w:r>
      <w:r>
        <w:rPr>
          <w:lang w:eastAsia="zh-CN"/>
        </w:rPr>
        <w:t>　　德育工作突出以活动育人，改变过去以堵为主的管理模式；教学工作我强调要走一条属于自己的路。近年，我正在教师中推行“教学练”这一教学模式。</w:t>
      </w:r>
      <w:r>
        <w:rPr>
          <w:lang w:eastAsia="zh-CN"/>
        </w:rPr>
        <w:br/>
      </w:r>
      <w:r>
        <w:rPr>
          <w:lang w:eastAsia="zh-CN"/>
        </w:rPr>
        <w:t>　　三.用执着和坚守感受辛勤</w:t>
      </w:r>
      <w:r>
        <w:rPr>
          <w:lang w:eastAsia="zh-CN"/>
        </w:rPr>
        <w:br/>
      </w:r>
      <w:r>
        <w:rPr>
          <w:lang w:eastAsia="zh-CN"/>
        </w:rPr>
        <w:t>　　距离没有让懒惰成为理由。我现在所工作的学校距离我镇上的家有三十里地，我从未因这三十里地而迟过一次到，也从未缺勤过。我在中心学校工作期间，每天早晨七点半一定准时到岗，风雨无阻。担任中学校长之后，我把家搬到了学校，妻子也只得跟我一起从镇上迁下来过清苦的日子。在老人生病及去世的日子里，我让妻子去照料，为不耽误工作我只请假三天。</w:t>
      </w:r>
      <w:r>
        <w:rPr>
          <w:lang w:eastAsia="zh-CN"/>
        </w:rPr>
        <w:br/>
      </w:r>
      <w:r>
        <w:rPr>
          <w:lang w:eastAsia="zh-CN"/>
        </w:rPr>
        <w:t>　　贫瘠没有让坚守成为虚言。我所工作的学校在物质条件方面不是很好，但我从未有过放弃与逃避的念头，虽然我有过多次能离开的选择，但我没有，因为让这片贫瘠的土地开出灿烂的教育之花是我的执着追求。</w:t>
      </w:r>
      <w:r>
        <w:rPr>
          <w:lang w:eastAsia="zh-CN"/>
        </w:rPr>
        <w:br/>
      </w:r>
      <w:r>
        <w:rPr>
          <w:lang w:eastAsia="zh-CN"/>
        </w:rPr>
        <w:t>　　四.用心血和汗水书写业绩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作为一名英语教师，我所带的班级学生英语成绩总是名列年级前茅；个人在公开课比赛中屡获佳绩；撰写的论文也在国家级刊物上发表。在年度考核中我多次被评为优秀等级，我被评为县“先进教育工作者”。</w:t>
      </w:r>
      <w:r>
        <w:rPr>
          <w:lang w:eastAsia="zh-CN"/>
        </w:rPr>
        <w:br/>
      </w:r>
      <w:r>
        <w:rPr>
          <w:lang w:eastAsia="zh-CN"/>
        </w:rPr>
        <w:t>　　作为一名校长，我带领全体教职工努力拼搏，让学校教育教学质量又上了一个台阶。三年间，考取三个黄高生，近六十个一中生。学校被评为“县文明单位”、“县绿化先进学校”，并破天荒获县中考进步奖。我个人也因成绩突出，先后获得“优秀党员”等荣誉称号。</w:t>
      </w:r>
      <w:r>
        <w:rPr>
          <w:lang w:eastAsia="zh-CN"/>
        </w:rPr>
        <w:br/>
      </w:r>
      <w:r>
        <w:rPr>
          <w:lang w:eastAsia="zh-CN"/>
        </w:rPr>
        <w:t>　　五.用清贫和无私诠释廉洁</w:t>
      </w:r>
      <w:r>
        <w:rPr>
          <w:lang w:eastAsia="zh-CN"/>
        </w:rPr>
        <w:br/>
      </w:r>
      <w:r>
        <w:rPr>
          <w:lang w:eastAsia="zh-CN"/>
        </w:rPr>
        <w:t>　　当科任教师，我从未向学生推销教辅资料，更没有通过补课获其他方式收取学生费用等违纪行为。当校长后，我更是严于律己，从未通过职权谋取过一己私利。清清白白做人，认认真真做事，是我的原则。学校的大型建设，均通过县招投标中心运作，全程接受政府相关部门的监督与管理。学校财经，凡开支超过伍佰元即要三个以上的教师签字，学期结束后所有账务均经职代会审查，坚决杜绝不良开支。</w:t>
      </w:r>
      <w:r>
        <w:rPr>
          <w:lang w:eastAsia="zh-CN"/>
        </w:rPr>
        <w:br/>
      </w:r>
      <w:r>
        <w:rPr>
          <w:lang w:eastAsia="zh-CN"/>
        </w:rPr>
        <w:t>　　我和妻子都有正当的工资收入，我的女儿也有一份工作，但我的家庭并不富裕。虽然清贫，但我从未向学校伸手，保持“干净工作“的本质，对困难的教职工我还多次伸出援助之手。我深知，贪念是侵害灵魂的毒药，而廉洁则让师魂更纯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以上是我对过去多年来的教育教学工作所做的总结，我被评为中学高级教师后，我将更加努力，以无愧于高级教师这一神圣称谓。在思想上，我将更加忠诚于党的教育事业，更加热爱教书育人的工作；在业务上，我将更加勤奋，努力把个人的教育教学水平提高到一个新的层面；在为人上，我将更加谦逊，更加真诚，更加热情；在业绩上，我将力争学校的各项工作有新的起色。评为高级教师，并不是我教育生命的终极目标，我要不断奋进，为实现我的教育理想而奉献终生。</w:t>
      </w:r>
      <w:r>
        <w:rPr>
          <w:lang w:eastAsia="zh-CN"/>
        </w:rPr>
        <w:br/>
      </w:r>
      <w:r>
        <w:rPr>
          <w:lang w:eastAsia="zh-CN"/>
        </w:rPr>
        <w:t xml:space="preserve">    2024年教师专业技术工作年度总结 篇6 </w:t>
      </w:r>
      <w:r>
        <w:rPr>
          <w:lang w:eastAsia="zh-CN"/>
        </w:rPr>
        <w:br/>
      </w:r>
      <w:r>
        <w:rPr>
          <w:lang w:eastAsia="zh-CN"/>
        </w:rPr>
        <w:t>　　本人20__年工作以来，在学院担任老师。工作以来，我本着积极认真的态度投身到学校的各项工作中去，坚持努力提高自己的思想政治水平和教学业务能力。新的时代，新的教育理念，教育也提出新的改革，新课程的实施，对我们教师的工作提出了更高的要求，我从各方面严格要求自己，努力提高自己的业务水平丰富知识面，结合本校的实际条件和学生的实际情况，勤勤恳恳，兢兢业业，使教育教学工作有计划，有组织，有步骤地开展。</w:t>
      </w:r>
      <w:r>
        <w:rPr>
          <w:lang w:eastAsia="zh-CN"/>
        </w:rPr>
        <w:br/>
      </w:r>
      <w:r>
        <w:rPr>
          <w:lang w:eastAsia="zh-CN"/>
        </w:rPr>
        <w:t>　　坚持四项基本原则，遵纪守法，爱岗敬业，教书育人，教学工作量饱满，在教学和科研工作中不断进取。任现职2年来，在教学和科研上取得了较为显著的成绩，讲授4门人力资源专业课程专业课程，学生课评等级均为优秀；在科研上，发表学术论文2篇，具体总结如下具体总结如下：</w:t>
      </w:r>
      <w:r>
        <w:rPr>
          <w:lang w:eastAsia="zh-CN"/>
        </w:rPr>
        <w:br/>
      </w:r>
      <w:r>
        <w:rPr>
          <w:lang w:eastAsia="zh-CN"/>
        </w:rPr>
        <w:t>　　一、思想政治觉悟高，积极参加党知识业务培训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几年来，我坚决拥护中国共产党的领导，拥护十一届三中全会以来的路线和政策，积极参加学校的政治学习，提高思想觉悟，热爱党的教育事业，自觉遵守《教师法》中的法律法规，认真执行教育方针，努力探索教育教学规律，积极参加教研活动，服从分配，认真完成各项工作，处处以身作则，为人师表，不断提高自己的业务水平。在新时期，我牢牢树立服务学生的理念，以学生为中心，使所有学生都能学有所得，学有所长。</w:t>
      </w:r>
      <w:r>
        <w:rPr>
          <w:lang w:eastAsia="zh-CN"/>
        </w:rPr>
        <w:br/>
      </w:r>
      <w:r>
        <w:rPr>
          <w:lang w:eastAsia="zh-CN"/>
        </w:rPr>
        <w:t>　　二、爱岗敬业，优质完成教学任务，教学质量不断提高。</w:t>
      </w:r>
      <w:r>
        <w:rPr>
          <w:lang w:eastAsia="zh-CN"/>
        </w:rPr>
        <w:br/>
      </w:r>
      <w:r>
        <w:rPr>
          <w:lang w:eastAsia="zh-CN"/>
        </w:rPr>
        <w:t>　　系统讲授4门课程，学生课评等级均为优秀；发表研究论文2篇，教学成绩显著。任现职以来，模范地遵守高校教师职业道德规范，坚持育人为本，德育为先，优质完成教学任务，教学质量不断提高，取得了较为显著的教学和教研成绩。2年来，作为主讲教师先后承担高职高专专科的《前厅客房服务与管理》、《餐饮服务与管理》等4门课程的教学工作任务，授课总学时达到480学时。</w:t>
      </w:r>
      <w:r>
        <w:rPr>
          <w:lang w:eastAsia="zh-CN"/>
        </w:rPr>
        <w:br/>
      </w:r>
      <w:r>
        <w:rPr>
          <w:lang w:eastAsia="zh-CN"/>
        </w:rPr>
        <w:t>　　本人深深热爱教育教学工作，坚持学习新的教育教学理论，不断更新教育教学观念，努力掌握和运用现代教育技术辅助教学，积极改革教学方式和方法，积极参加和开展教育教学课题研究，探索提高教学实效的新渠道和新手段，并撰写了论文发表于__年第_期。近年来，把就业导向与专业课程相结合用于课的教学，将学生的社会实践经验、课堂体验和人生理想联系起来开展教学，促进理论与实践的渗透和互动，使学生充分体验工作岗位的要求与环境，教学效果良好，得到学生和同行的肯定，学生课评的满意度高，评价等级为优秀。</w:t>
      </w:r>
      <w:r>
        <w:rPr>
          <w:lang w:eastAsia="zh-CN"/>
        </w:rPr>
        <w:br/>
      </w:r>
      <w:r>
        <w:rPr>
          <w:lang w:eastAsia="zh-CN"/>
        </w:rPr>
        <w:t>　　三、科研水平不断提高，科研成绩显著。发表学术论文2篇，主要研究方向为旅游管理学科内容。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任现职以来，积极开展科研，在研究工作中具有独立开拓、主持科研课题的能力，创新精神与创新能力较强，能把握本专业学科的研究热点和方向，并把科研和教学紧密结合起来，实现科研与教学的双向互动，形成并确立旅游管理学科内容稳定的主要研究方向。发表学术论文2篇（含教学论文），其中发表于20__年第6期。研究工作立足于旅游业发展的视阈，运用多学科的理论与方法对旅游企业的发展与高职高专教育相结合的问题展开了从理论到实践的研究。</w:t>
      </w:r>
      <w:r>
        <w:rPr>
          <w:lang w:eastAsia="zh-CN"/>
        </w:rPr>
        <w:br/>
      </w:r>
      <w:r>
        <w:rPr>
          <w:lang w:eastAsia="zh-CN"/>
        </w:rPr>
        <w:t>　　四、加强进修学习，坚持通过学习提高自己，积极参加专业学习培训、继续教育培训学习和学术会议交流，专业综合素质和能力不断提升。</w:t>
      </w:r>
      <w:r>
        <w:rPr>
          <w:lang w:eastAsia="zh-CN"/>
        </w:rPr>
        <w:br/>
      </w:r>
      <w:r>
        <w:rPr>
          <w:lang w:eastAsia="zh-CN"/>
        </w:rPr>
        <w:t>　　任现职以来，坚持通过学习来提高自己，完善知识结构，夯实了业务理论基础，提升了综合素质和能力，科学研究能力显著提高。在此期间，积极参加其他业务知识和继续教育的培训学习，先后参加知识产权公需科目培训以高校创新创业师资培训，被单位选派参加了骨干教师培训班，提高了业务素养，开阔了视野。多渠道持续提高自己的综合素质和能力，英语水平明显提高，计算机使用非常娴熟，符合免试条件。</w:t>
      </w:r>
      <w:r>
        <w:rPr>
          <w:lang w:eastAsia="zh-CN"/>
        </w:rPr>
        <w:br/>
      </w:r>
      <w:r>
        <w:rPr>
          <w:lang w:eastAsia="zh-CN"/>
        </w:rPr>
        <w:t>　　五、积极参加大学生思想政治教育工作，坚持发挥辅导员课在大学生思想品德教育中的主渠道和主阵地作用，借助其他手段和平台参与学生日常生活的思想政治教育工作，获得教师和学生的肯定和好评。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工作至今，积极带领学生参与大学生开展的社团活动，参加指导过多位学生参加社会实践和职业技能竞赛，多次获奖；多次带领学生组织技能竞赛活动，推动校园文化建设，引导学生树立正确的世界观、人生观和价值观。</w:t>
      </w:r>
      <w:r>
        <w:rPr>
          <w:lang w:eastAsia="zh-CN"/>
        </w:rPr>
        <w:br/>
      </w:r>
      <w:r>
        <w:rPr>
          <w:lang w:eastAsia="zh-CN"/>
        </w:rPr>
        <w:t>　　在工作的两年中，我对企业文化的相关知识感兴趣，也为此走访了多个企业进行调研和给企业做小型报告。把自己的兴趣爱好与提高学生的岗位适应性紧密的结合在一起，现也正处于探索阶段。同时，密切与导师的联系，也与相关专业的博士生保持密切联系，及时掌握研究领域的最新动态。任现职2年半来，我在思想政治、教学、科研方面取得了较为显著的成绩，但仍需不断努力地创新教学和研究，争取更大进步，为培养合格的社会主义建设者和接班人尽自己的绵薄之力，做出应有的贡献。</w:t>
      </w:r>
      <w:r>
        <w:rPr>
          <w:lang w:eastAsia="zh-CN"/>
        </w:rPr>
        <w:br/>
      </w:r>
      <w:r>
        <w:rPr>
          <w:lang w:eastAsia="zh-CN"/>
        </w:rPr>
        <w:t>　　综上所述，本人已达到晋升讲师专业技术资格评审条件的要求。</w:t>
      </w:r>
      <w:r>
        <w:rPr>
          <w:lang w:eastAsia="zh-CN"/>
        </w:rPr>
        <w:br/>
      </w:r>
      <w:r>
        <w:rPr>
          <w:lang w:eastAsia="zh-CN"/>
        </w:rPr>
        <w:t xml:space="preserve">    2024年教师专业技术工作年度总结 篇7 </w:t>
      </w:r>
      <w:r>
        <w:rPr>
          <w:lang w:eastAsia="zh-CN"/>
        </w:rPr>
        <w:br/>
      </w:r>
      <w:r>
        <w:rPr>
          <w:lang w:eastAsia="zh-CN"/>
        </w:rPr>
        <w:t>　　这深夜凌晨，在下午白天和夜间的夜里睡觉和下午下，我早上做好中午清晨和下午白天睡觉，积极完成夜间中午的早上下午，本学期我早上下午白天睡觉专业1118班、1119班的上午早上下午，另外兼带《临床心理学》、《医学礼仪》这两科的早上课，下面我把这学期的早上做深夜的夜里。</w:t>
      </w:r>
      <w:r>
        <w:rPr>
          <w:lang w:eastAsia="zh-CN"/>
        </w:rPr>
        <w:br/>
      </w:r>
      <w:r>
        <w:rPr>
          <w:lang w:eastAsia="zh-CN"/>
        </w:rPr>
        <w:t>　　一、师德表现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下午积极参加当晚教上午早上及傍晚夜间，认真学习学校下午的早上傍晚，关心国内外大事，注重政治理论的学习。配合当晚组里睡觉教研活动。每周按时睡觉升旗仪式，从不早起。服从安排，人际关系融洽。本学期全勤。</w:t>
      </w:r>
      <w:r>
        <w:rPr>
          <w:lang w:eastAsia="zh-CN"/>
        </w:rPr>
        <w:br/>
      </w:r>
      <w:r>
        <w:rPr>
          <w:lang w:eastAsia="zh-CN"/>
        </w:rPr>
        <w:t>　　二、教育教学情况</w:t>
      </w:r>
      <w:r>
        <w:rPr>
          <w:lang w:eastAsia="zh-CN"/>
        </w:rPr>
        <w:br/>
      </w:r>
      <w:r>
        <w:rPr>
          <w:lang w:eastAsia="zh-CN"/>
        </w:rPr>
        <w:t>　　在深夜凌晨中，我早上下午白天睡觉：</w:t>
      </w:r>
      <w:r>
        <w:rPr>
          <w:lang w:eastAsia="zh-CN"/>
        </w:rPr>
        <w:br/>
      </w:r>
      <w:r>
        <w:rPr>
          <w:lang w:eastAsia="zh-CN"/>
        </w:rPr>
        <w:t>　　1、深入细致的备好每一节课。在下午中，我早上傍晚夜间，力求半夜清晨难重点，难点。并注重参阅各种杂志，利用现代先进的网络科技技术，进行课堂教学的研究，制定符合学生认知规律的教学方法及教学形式。注意弱化难点强调重点。教案编写认真，并不断归纳总结提高教学水平，充分利用了网络教学资源。</w:t>
      </w:r>
      <w:r>
        <w:rPr>
          <w:lang w:eastAsia="zh-CN"/>
        </w:rPr>
        <w:br/>
      </w:r>
      <w:r>
        <w:rPr>
          <w:lang w:eastAsia="zh-CN"/>
        </w:rPr>
        <w:t>　　2、认真上好每一节课。上课时下午白天睡觉性的夜里，发散学生的早上，注重综合能力的培养，有意识的培养学生的思维的严谨性及逻辑性，在教学中提高学生的思维素质。保证每一节课的早上。</w:t>
      </w:r>
      <w:r>
        <w:rPr>
          <w:lang w:eastAsia="zh-CN"/>
        </w:rPr>
        <w:br/>
      </w:r>
      <w:r>
        <w:rPr>
          <w:lang w:eastAsia="zh-CN"/>
        </w:rPr>
        <w:t>　　3、根据汽车维修这个专业的特点，由于其是一门实践性很强的专业课，针对此特点，在授予学生理论知识外，比如在夜晚上多举一些与夜晚睡觉常夜里的早上下午白天睡觉。除此夜晚，还对夜间进行下午白天。让夜间睡觉掌握理论与夜晚知识，这深夜凌晨社会对此下午白天的夜里。</w:t>
      </w:r>
      <w:r>
        <w:rPr>
          <w:lang w:eastAsia="zh-CN"/>
        </w:rPr>
        <w:br/>
      </w:r>
      <w:r>
        <w:rPr>
          <w:lang w:eastAsia="zh-CN"/>
        </w:rPr>
        <w:t>　　4、认真及时批改作业，注意听取学生的意见，及时了解学生的学习情况，并有目的的对学生进行辅导。</w:t>
      </w:r>
      <w:r>
        <w:rPr>
          <w:lang w:eastAsia="zh-CN"/>
        </w:rPr>
        <w:br/>
      </w:r>
      <w:r>
        <w:rPr>
          <w:lang w:eastAsia="zh-CN"/>
        </w:rPr>
        <w:t>　　5、坚持听课，注意学习教研组里老师的早起经验，努力探索适合自己的夜晚睡觉。本学年下午听有睡觉老师的夜里，对夜间的早上下午白天。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注重教育理论的学习，并注意把一些先进的睡觉应早上下午，做到学有所用。写夜晚睡觉，使夜里的早上下午白天睡觉的夜里，但也使我早上到了下午在上午早上的不足之处，因此我努力借鉴老教师的经验，并向他们请教有关教学的今晚，弥补自己的不足。</w:t>
      </w:r>
      <w:r>
        <w:rPr>
          <w:lang w:eastAsia="zh-CN"/>
        </w:rPr>
        <w:br/>
      </w:r>
      <w:r>
        <w:rPr>
          <w:lang w:eastAsia="zh-CN"/>
        </w:rPr>
        <w:t>　　三、值日教师工作情况</w:t>
      </w:r>
      <w:r>
        <w:rPr>
          <w:lang w:eastAsia="zh-CN"/>
        </w:rPr>
        <w:br/>
      </w:r>
      <w:r>
        <w:rPr>
          <w:lang w:eastAsia="zh-CN"/>
        </w:rPr>
        <w:t>　　本学期我早上下午白天睡觉，一早上的夜里使我昨晚到下午白天睡觉教师，除了早上好中午的夜里睡觉，保证夜间中午的夜里睡觉外，更半夜清晨每一个夜晚的夜里睡觉，全面了解学生下午。我早上傍晚夜间与下午的夜里，通过与夜间睡觉，排除学生下午上的早上，解决他们的夜里睡觉，特别是夜间中午的夜里、早退、打架的早上比夜晚睡觉频繁，对此，作为值日老师更早上对昨晚付出耐心的早上，以免伤害中职生的自尊心，创造有睡觉学生的早上和下午的中午清晨。</w:t>
      </w:r>
      <w:r>
        <w:rPr>
          <w:lang w:eastAsia="zh-CN"/>
        </w:rPr>
        <w:br/>
      </w:r>
      <w:r>
        <w:rPr>
          <w:lang w:eastAsia="zh-CN"/>
        </w:rPr>
        <w:t xml:space="preserve">    2024年教师专业技术工作年度总结 篇8 </w:t>
      </w:r>
      <w:r>
        <w:rPr>
          <w:lang w:eastAsia="zh-CN"/>
        </w:rPr>
        <w:br/>
      </w:r>
      <w:r>
        <w:rPr>
          <w:lang w:eastAsia="zh-CN"/>
        </w:rPr>
        <w:t>　　本人作为一名普通的中学教师，为人师表，遵纪守法，忠诚党的教育事业，认真贯彻和执行党的教育方针，德智体全面发展，关心爱护学生，积极努力工作，认真钻研业务知识，提高业务水平。</w:t>
      </w:r>
      <w:r>
        <w:rPr>
          <w:lang w:eastAsia="zh-CN"/>
        </w:rPr>
        <w:br/>
      </w:r>
      <w:r>
        <w:rPr>
          <w:lang w:eastAsia="zh-CN"/>
        </w:rPr>
        <w:t>　　为了加强业务能力，充分胜任本职工作，本人努力自学业务知识，现已比较系统地掌握了教育学，心理学，教学法和语文各门的理论知识，现已成为学校领导信得过的青年语文教师，能完成学校交给的各项教育教学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教学过程中，严格按照国家教委，教育厅颁发的教学大纲和教学计划，教科书的要求，认真仔细地完成“备，讲，批，辅，查，分析，总结”各个教学环节，并不断改进教学方法，提高教学质量，根据学生的实际接受能力，因材施教，启发诱导培养学生的学习兴趣，引导学生充分发挥学生的主动性，在加强双基训练的基础上，注重发展学生的智力，几年来在中考成绩中取得良好的成绩。</w:t>
      </w:r>
      <w:r>
        <w:rPr>
          <w:lang w:eastAsia="zh-CN"/>
        </w:rPr>
        <w:br/>
      </w:r>
      <w:r>
        <w:rPr>
          <w:lang w:eastAsia="zh-CN"/>
        </w:rPr>
        <w:t>　　几年来，本人一直既承担教学工作，又承担班主任工作，本人热爱学生，关心学生，以教学为中心，以培养三好学生为目的，深入细致地抓学生的思想教育工作，积极参加学校开展的各项工作，并取得良好的效果，班级面貌焕然一新，勤奋学习，团结向上，遵纪守法的风气蓬勃向上。</w:t>
      </w:r>
      <w:r>
        <w:rPr>
          <w:lang w:eastAsia="zh-CN"/>
        </w:rPr>
        <w:br/>
      </w:r>
      <w:r>
        <w:rPr>
          <w:lang w:eastAsia="zh-CN"/>
        </w:rPr>
        <w:t>　　几年来，由本人亲手教育出的学生，大部分考上了理想的学校，并投身于社会主义建设，成了栋梁之才，本人也因此深受学校领导的信任以及家长的好评。</w:t>
      </w:r>
      <w:r>
        <w:rPr>
          <w:lang w:eastAsia="zh-CN"/>
        </w:rPr>
        <w:br/>
      </w:r>
      <w:r>
        <w:rPr>
          <w:lang w:eastAsia="zh-CN"/>
        </w:rPr>
        <w:t xml:space="preserve">    2024年教师专业技术工作年度总结 篇9 </w:t>
      </w:r>
      <w:r>
        <w:rPr>
          <w:lang w:eastAsia="zh-CN"/>
        </w:rPr>
        <w:br/>
      </w:r>
      <w:r>
        <w:rPr>
          <w:lang w:eastAsia="zh-CN"/>
        </w:rPr>
        <w:t>　　一、我能够严格遵守学校的各项规章制度。</w:t>
      </w:r>
      <w:r>
        <w:rPr>
          <w:lang w:eastAsia="zh-CN"/>
        </w:rPr>
        <w:br/>
      </w:r>
      <w:r>
        <w:rPr>
          <w:lang w:eastAsia="zh-CN"/>
        </w:rPr>
        <w:t>　　平时做到不迟到，不早退，有事主动请假，无事不请假。对学校布置的任务能够及时完成。在教师的职业道德素养方面，我要求自己做到对待事业要爱岗敬业，对待学生要热爱学生。</w:t>
      </w:r>
      <w:r>
        <w:rPr>
          <w:lang w:eastAsia="zh-CN"/>
        </w:rPr>
        <w:br/>
      </w:r>
      <w:r>
        <w:rPr>
          <w:lang w:eastAsia="zh-CN"/>
        </w:rPr>
        <w:t>　　二、深钻教材，认真教学，美满完成教学任务。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学年年初，我就给自己制定了继续把讲台站好、努力把讲台站活的大体目标，进而从备课、上课、课后反思三个环节着手对自己的教学工作进行改进。由于我们的教学生不论是学习基础还是学习习惯都比较差，但也有差别，所以这三个环节中，我都努力将抽象的知识具体化、深入浅出的讲授同时，尽可能做到因材施教，让成绩处于不同层面的学生都能有所进步。作为心理学教师，我始终重视对学生进行心理健康教育，专心理健康的理论及心理小故事来启发他们的心智、塑造他们的健康人格。同时我还负责06、07级专升本班的心理学教学，面对两个自己不熟习情况的班级，我很是下了一番工夫，特别是面对基础差的教学，一开始我很是迷茫，但通过认真分析学生和教材，我量身制定了一套合适于他们的教学方案把三本教材的相干内容按自己的理解融会在一起，自编了一本学生看起来特别方便、系统的教材，同时对教材上没有的内容，不定期的进行了补充，另外印制了大量相干的练习题，包括分章节练习、综合练习及摹拟试题。并且不定期的对学生进行测试，以便老师和学生都做到查漏补缺。同时我还对学生进行了学习方法的指导，使学生在面对众多自己不熟习的学科时，依然能有条不紊的学习着。这样，再接心理学课时就觉得得心应手了很多。通过努力，不但美满完成了教学任务，更重要的是专升本取得了可喜的成绩，出乎所有人的预感，考取了32个本科。我为此感到非常欣慰。</w:t>
      </w:r>
      <w:r>
        <w:rPr>
          <w:lang w:eastAsia="zh-CN"/>
        </w:rPr>
        <w:br/>
      </w:r>
      <w:r>
        <w:rPr>
          <w:lang w:eastAsia="zh-CN"/>
        </w:rPr>
        <w:t>　　三、积极参与班级管理今年接了一个须生班，我感到兴奋，但更多的是责任与压力。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面对这样一群成绩不太突出、个性非常独特、心理比较脆弱、主见性又比较强的孩子，管理是需要技能的。我花了很多心思，在班级常规管理上，尽可能书面化、条文化，实现学生的能动自主管理；我在培养他们个性特长的同时更强化他们的集体意识；紧抓文化课与专业课成绩的同时更加关注他们身心的健康发展。为此我发挥了我的专业上风，不定期的召开《学会正确表达》、《情绪的自我调理》及《毕业了，你的目标是甚么？》等主题班会，展开心里健康教育。最为重要的是，我专心与他们交换，用爱作为我们交换的语言。本学年，班级的各项工作都展开得有声有色。班级由于表现突出，本学期依然被评为优秀班级。</w:t>
      </w:r>
      <w:r>
        <w:rPr>
          <w:lang w:eastAsia="zh-CN"/>
        </w:rPr>
        <w:br/>
      </w:r>
      <w:r>
        <w:rPr>
          <w:lang w:eastAsia="zh-CN"/>
        </w:rPr>
        <w:t xml:space="preserve">    2024年教师专业技术工作年度总结 篇10 </w:t>
      </w:r>
      <w:r>
        <w:rPr>
          <w:lang w:eastAsia="zh-CN"/>
        </w:rPr>
        <w:br/>
      </w:r>
      <w:r>
        <w:rPr>
          <w:lang w:eastAsia="zh-CN"/>
        </w:rPr>
        <w:t>　　我是东胜区第三小学的一名普通教师，热爱教育事业，工作中，做到了勤勤恳恳，无私奉献，遵纪守法，具有良好的师德，同时，关爱学生，为人师表，教书育人，使学生在德、智、体、美、劳等各方面得到全面发展，赢得了学生的热爱、家长的信任。同时，能按照教师职业道德规范要求自己，努力做好本职工作，并结合现代教育教学的需要，加强业务学习和文化素质的提高，与同事们团结协作，相互学习，取长补短，不断完善和优化课堂教学，取得了优异的成绩，并得到了同事、家长们的好评。</w:t>
      </w:r>
      <w:r>
        <w:rPr>
          <w:lang w:eastAsia="zh-CN"/>
        </w:rPr>
        <w:br/>
      </w:r>
      <w:r>
        <w:rPr>
          <w:lang w:eastAsia="zh-CN"/>
        </w:rPr>
        <w:t>　　两年来本人一直从事小学教学工作，并任班主任工作。虽然在教学工作中，由于经验不足，也曾出现过一些问题，但总的来说，正是在克服这些问题的过程中使自己得到了成长，有语文教学方面的技巧，也有班主任管理工作中累积的经验。这两年来的勤勤恳恳默默无闻的工作，得到了校领导的一致肯定。在教学工作之余，积极投身学校组织的各种学习活动，以丰富自身教学和管理的技能，以便更好的投身到今后的教学改革之中。具体的工作表现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一、面向全体，做好教育工作。</w:t>
      </w:r>
      <w:r>
        <w:rPr>
          <w:lang w:eastAsia="zh-CN"/>
        </w:rPr>
        <w:br/>
      </w:r>
      <w:r>
        <w:rPr>
          <w:lang w:eastAsia="zh-CN"/>
        </w:rPr>
        <w:t>　　1、用心搞好班集体建设。</w:t>
      </w:r>
      <w:r>
        <w:rPr>
          <w:lang w:eastAsia="zh-CN"/>
        </w:rPr>
        <w:br/>
      </w:r>
      <w:r>
        <w:rPr>
          <w:lang w:eastAsia="zh-CN"/>
        </w:rPr>
        <w:t>　　首先积极配合班科教师，做好班主任工作，根据学生的实际情况，利用班、队活动的时间对学生进行爱国主义教育和革命传统教育，引导学生积极向上;同时主动做好同其他学科的配合工作，为良好班风的形成、发展奠定了基础。同时根据班级的特殊情况，开展了丰富多彩的班级特色活动，不仅培养了学生的爱国主义精神，还让学生们学习、了解到了一些相关的法律和法规知识，从而增强了他们的自我保护意识和能力，为孩子们的健康成长，起到了正确的引导作用;同时，还让学生们体会到了劳动和兴趣的乐趣，培养了他们的动手、动脑能力;并在活动中学到一些待人处世的方法，也培养了学生们的良好品质;我所教过的班级班风正、学风好，是个团结温馨的班集体。</w:t>
      </w:r>
      <w:r>
        <w:rPr>
          <w:lang w:eastAsia="zh-CN"/>
        </w:rPr>
        <w:br/>
      </w:r>
      <w:r>
        <w:rPr>
          <w:lang w:eastAsia="zh-CN"/>
        </w:rPr>
        <w:t>　　2、以爱为基础，真诚相待。</w:t>
      </w:r>
      <w:r>
        <w:rPr>
          <w:lang w:eastAsia="zh-CN"/>
        </w:rPr>
        <w:br/>
      </w:r>
      <w:r>
        <w:rPr>
          <w:lang w:eastAsia="zh-CN"/>
        </w:rPr>
        <w:t>　　“教育，首先是充满感情的，离开了情感，一切教育都无从谈起”。只有爱心能够滋润童心。而爱的基础是给与、关心、责任感、尊重和理解，“亲其师才信其道”，作为班主任，我用自己的一言一行对学生进行着潜移默化的影响。同时，在我的工作中，注重用不同的方式去接近个性不一的学生，与他们真诚相待，拉近师生间的距离，使每个学生都能感受到老师和班集体的爱，从而引导他们用同样的方式传输给他周围的人。</w:t>
      </w:r>
      <w:r>
        <w:rPr>
          <w:lang w:eastAsia="zh-CN"/>
        </w:rPr>
        <w:br/>
      </w:r>
      <w:r>
        <w:rPr>
          <w:lang w:eastAsia="zh-CN"/>
        </w:rPr>
        <w:t>　　3、面向全体，平等相待。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对学生一视同仁，平等相待，这也是我在教育教学活动中始终坚持的原则。在多年的教育实践活动中，我体会到对学生一定要平等公正，对学习有困难的学生更应该多关心、多帮助和多鼓励。在工作中，我能够积极地、主动地处理偶发事件，防止了不安全事件的发生，让每一个孩子都能健康、快乐的成长。善于利用家校合力，通过家校联络方式，帮助特殊孩子逐步走入健康成长之路。我就是这样用爱心叩开每一位学生的心扉，走进他们的内心世界，用炽热的情感去感染学生，引导学生，从而使班集体成为一个健康向上、努力进取的整体。</w:t>
      </w:r>
      <w:r>
        <w:rPr>
          <w:lang w:eastAsia="zh-CN"/>
        </w:rPr>
        <w:br/>
      </w:r>
      <w:r>
        <w:rPr>
          <w:lang w:eastAsia="zh-CN"/>
        </w:rPr>
        <w:t>　　二、认真教学，全面提高学生素质。</w:t>
      </w:r>
      <w:r>
        <w:rPr>
          <w:lang w:eastAsia="zh-CN"/>
        </w:rPr>
        <w:br/>
      </w:r>
      <w:r>
        <w:rPr>
          <w:lang w:eastAsia="zh-CN"/>
        </w:rPr>
        <w:t>　　在教学中，注重深钻教材和吃透大纲，并结合学生个体的特点和差异，采用不同的教学方法，使学习有困难的学生不悲观，让学有余力的优生不骄傲，引导他们通过自身的努力取得好成绩。</w:t>
      </w:r>
      <w:r>
        <w:rPr>
          <w:lang w:eastAsia="zh-CN"/>
        </w:rPr>
        <w:br/>
      </w:r>
      <w:r>
        <w:rPr>
          <w:lang w:eastAsia="zh-CN"/>
        </w:rPr>
        <w:t>　　教学中，做好教师“六认真”，不断向有经验的教师学习，同时积极参加各级部门开展的教育教学活动，不断完善和提高自己的教学水平。通过积极地参加各种教研活动，虚心地向同事和书本学习，自己的教学水平逐步提高，保证了每堂课40分钟的质量，从而达到了培养、提高学生综合素质的目标。</w:t>
      </w:r>
      <w:r>
        <w:rPr>
          <w:lang w:eastAsia="zh-CN"/>
        </w:rPr>
        <w:br/>
      </w:r>
      <w:r>
        <w:rPr>
          <w:lang w:eastAsia="zh-CN"/>
        </w:rPr>
        <w:t>　　三、提高业务素质，适应现代教学需要。</w:t>
      </w:r>
      <w:r>
        <w:rPr>
          <w:lang w:eastAsia="zh-CN"/>
        </w:rPr>
        <w:br/>
      </w:r>
      <w:r>
        <w:rPr>
          <w:lang w:eastAsia="zh-CN"/>
        </w:rPr>
        <w:t>　　为了更好的搞好教育教学工作，我利用休息时间，阅读了大量的教育教学杂志，并写了多篇论文。还利用各种机会参加各类培训，并多次在校内做工作经验交流，得到了同事们的认同。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四、对待上级指定的任务，积极完成，速度快，质量好，不讲条件，不提要求。</w:t>
      </w:r>
      <w:r>
        <w:rPr>
          <w:lang w:eastAsia="zh-CN"/>
        </w:rPr>
        <w:br/>
      </w:r>
      <w:r>
        <w:rPr>
          <w:lang w:eastAsia="zh-CN"/>
        </w:rPr>
        <w:t>　　任劳任怨，体现了一个人民教师良好的工作作风和道德风范。每当接到领导下达的任务，我总是不折不扣地完成，并能虚心听取他人的批评意见，对自己的不足加以改进。</w:t>
      </w:r>
      <w:r>
        <w:rPr>
          <w:lang w:eastAsia="zh-CN"/>
        </w:rPr>
        <w:br/>
      </w:r>
      <w:r>
        <w:rPr>
          <w:lang w:eastAsia="zh-CN"/>
        </w:rPr>
        <w:t>　　路漫漫其修远兮，吾将上下而求索。以上各项工作取得的一定成绩已是过去的昨天，新的起点已经开始。我将在今后的教学工作和其他工作中做出新的努力和贡献。</w:t>
      </w:r>
      <w:r>
        <w:rPr>
          <w:lang w:eastAsia="zh-CN"/>
        </w:rPr>
        <w:br/>
      </w:r>
      <w:r>
        <w:rPr>
          <w:lang w:eastAsia="zh-CN"/>
        </w:rPr>
        <w:t xml:space="preserve">    2024年教师专业技术工作年度总结 篇11 </w:t>
      </w:r>
      <w:r>
        <w:rPr>
          <w:lang w:eastAsia="zh-CN"/>
        </w:rPr>
        <w:br/>
      </w:r>
      <w:r>
        <w:rPr>
          <w:lang w:eastAsia="zh-CN"/>
        </w:rPr>
        <w:t>　　科学这门学科是培养孩子创新能力的，我知道门功课的重要性，所以在这段时间的工作，我认真负责，勇于探索，积极提高自己的能力，下面我就这段时间的工作进行总结：</w:t>
      </w:r>
      <w:r>
        <w:rPr>
          <w:lang w:eastAsia="zh-CN"/>
        </w:rPr>
        <w:br/>
      </w:r>
      <w:r>
        <w:rPr>
          <w:lang w:eastAsia="zh-CN"/>
        </w:rPr>
        <w:t>　　一、要做的事</w:t>
      </w:r>
      <w:r>
        <w:rPr>
          <w:lang w:eastAsia="zh-CN"/>
        </w:rPr>
        <w:br/>
      </w:r>
      <w:r>
        <w:rPr>
          <w:lang w:eastAsia="zh-CN"/>
        </w:rPr>
        <w:t>　　1、教学工作方面：认真钻研教材和课标，在课堂教学的过程中，关注全体学生;培养学生的创新能力及学生的动手能力为原则，全心全意地投入到教学工作中;培养学生热爱科学、热爱大自然的情怀。</w:t>
      </w:r>
      <w:r>
        <w:rPr>
          <w:lang w:eastAsia="zh-CN"/>
        </w:rPr>
        <w:br/>
      </w:r>
      <w:r>
        <w:rPr>
          <w:lang w:eastAsia="zh-CN"/>
        </w:rPr>
        <w:t>　　2、兴趣小组方面：本学期开设的科技小论文小组，目的是为了提高学生的动手能力及创造能力，提高学生撰写科学小论文的能力。指导学生完成3件作品，参加镇的第三届科技创新大赛。</w:t>
      </w:r>
      <w:r>
        <w:rPr>
          <w:lang w:eastAsia="zh-CN"/>
        </w:rPr>
        <w:br/>
      </w:r>
      <w:r>
        <w:rPr>
          <w:lang w:eastAsia="zh-CN"/>
        </w:rPr>
        <w:t>　　3、专业发展方面：撰写论文《科学课堂提问“二要”、“三忌”经验谈》，研读书目《小学科学课堂教学艺术》《学与教的心理学》《小学科学教学技能》。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4、学校少先队工作组方面：强化训练国旗队。</w:t>
      </w:r>
      <w:r>
        <w:rPr>
          <w:lang w:eastAsia="zh-CN"/>
        </w:rPr>
        <w:br/>
      </w:r>
      <w:r>
        <w:rPr>
          <w:lang w:eastAsia="zh-CN"/>
        </w:rPr>
        <w:t>　　5、值日工作方面：每周五在校门口站岗。</w:t>
      </w:r>
      <w:r>
        <w:rPr>
          <w:lang w:eastAsia="zh-CN"/>
        </w:rPr>
        <w:br/>
      </w:r>
      <w:r>
        <w:rPr>
          <w:lang w:eastAsia="zh-CN"/>
        </w:rPr>
        <w:t>　　二、实际做的事</w:t>
      </w:r>
      <w:r>
        <w:rPr>
          <w:lang w:eastAsia="zh-CN"/>
        </w:rPr>
        <w:br/>
      </w:r>
      <w:r>
        <w:rPr>
          <w:lang w:eastAsia="zh-CN"/>
        </w:rPr>
        <w:t>　　1、教学工作方面：做到认真钻研教材和课标，在课堂教学的过程中，关注全体学生。顺利完成教研课《电路的研究》。在培养学生的创新能力及学生的动手能力方面还没有找到更好的切入口，没有很大的突破。</w:t>
      </w:r>
      <w:r>
        <w:rPr>
          <w:lang w:eastAsia="zh-CN"/>
        </w:rPr>
        <w:br/>
      </w:r>
      <w:r>
        <w:rPr>
          <w:lang w:eastAsia="zh-CN"/>
        </w:rPr>
        <w:t>　　2、比赛方面：组织学生参加镇第三届青少年科技创新大赛，叶伟豪同学的研究论文《研究醋的用途》获三等奖，叶嘉欣同学的研究论文《果皮洗涤剂》获三等奖，魏雨欣同学的发明作品《磁铁手套》获镇二等奖。</w:t>
      </w:r>
      <w:r>
        <w:rPr>
          <w:lang w:eastAsia="zh-CN"/>
        </w:rPr>
        <w:br/>
      </w:r>
      <w:r>
        <w:rPr>
          <w:lang w:eastAsia="zh-CN"/>
        </w:rPr>
        <w:t>　　3、专业发展方面：论文《科学课堂提问“二要”、“三忌”经验谈》获市论文评选三等奖，研读书目《小学科学课堂教学艺术》，其它两本计划研读的书目落空了。</w:t>
      </w:r>
      <w:r>
        <w:rPr>
          <w:lang w:eastAsia="zh-CN"/>
        </w:rPr>
        <w:br/>
      </w:r>
      <w:r>
        <w:rPr>
          <w:lang w:eastAsia="zh-CN"/>
        </w:rPr>
        <w:t>　　4、学校少先队工作组方面：强化训练国旗队，迎接镇教育办的复评工作。当天早上师生7点已到校，提前换好服装，可学生回去上完第一节课后竟然把外套全脱掉，让我吓呆了，要在10分钟内快速让学生穿戴整齐真的有点难度，最后还是是完成了，可我却捏了一把汗。下次心不能软，学生一定要留在队部室里等候升国旗，哪怕是牺牲学生的一节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值日工作方面：每周五严守值日岗位，本人的身影穿梭于校门口和小广场之间。经常处理学生的打架事件、受伤事件、犯晕事件……虽然这个值日岗位特别累且注意力要高度集中，也正因为这个值日岗位有点挑战性，本人的反应能力及迅速处理事件的能力再次得到煅炼，本人的观察能力及反应能力有了明显的提升。</w:t>
      </w:r>
      <w:r>
        <w:rPr>
          <w:lang w:eastAsia="zh-CN"/>
        </w:rPr>
        <w:br/>
      </w:r>
      <w:r>
        <w:rPr>
          <w:lang w:eastAsia="zh-CN"/>
        </w:rPr>
        <w:t>　　三、下一阶段计划做的事</w:t>
      </w:r>
      <w:r>
        <w:rPr>
          <w:lang w:eastAsia="zh-CN"/>
        </w:rPr>
        <w:br/>
      </w:r>
      <w:r>
        <w:rPr>
          <w:lang w:eastAsia="zh-CN"/>
        </w:rPr>
        <w:t>　　继续扎实做好日常的教学工作，科技小论文小组的学生需要重组，选好2—3个的研究主题并写好研究计划。在专业发展方面，计划撰写一篇教学设计《往水里加点东西》12月份初送市参评，计划撰写一篇以提高学生四人小组合作有效性为主题的论文，提前找高手帮忙修改，计划明年送市参评。学校少先队大队部已经选出新一届国旗队的队员，本人主要负责训练新队员的工作。</w:t>
      </w:r>
      <w:r>
        <w:rPr>
          <w:lang w:eastAsia="zh-CN"/>
        </w:rPr>
        <w:br/>
      </w:r>
      <w:r>
        <w:rPr>
          <w:lang w:eastAsia="zh-CN"/>
        </w:rPr>
        <w:t xml:space="preserve">    2024年教师专业技术工作年度总结 篇12 </w:t>
      </w:r>
      <w:r>
        <w:rPr>
          <w:lang w:eastAsia="zh-CN"/>
        </w:rPr>
        <w:br/>
      </w:r>
      <w:r>
        <w:rPr>
          <w:lang w:eastAsia="zh-CN"/>
        </w:rPr>
        <w:t>　　自参加工作以来，我脚踏实地，本着对教育事业的无限热诚，在教育教学实践中充分发挥自己的所能，并不断进取，完善自己。为此，多年来我一直在努力地做到以下几方面：</w:t>
      </w:r>
      <w:r>
        <w:rPr>
          <w:lang w:eastAsia="zh-CN"/>
        </w:rPr>
        <w:br/>
      </w:r>
      <w:r>
        <w:rPr>
          <w:lang w:eastAsia="zh-CN"/>
        </w:rPr>
        <w:t>　　一、严于律己，为人师表</w:t>
      </w:r>
      <w:r>
        <w:rPr>
          <w:lang w:eastAsia="zh-CN"/>
        </w:rPr>
        <w:br/>
      </w:r>
      <w:r>
        <w:rPr>
          <w:lang w:eastAsia="zh-CN"/>
        </w:rPr>
        <w:t>　　自参加工作以来，我思想上不断进取，工作上勤勤恳恳，教学上勇于创新，教育教学效果显著。严格要求自己，遵纪守法，遵守学校的规章制度。团结同事，服从工作安排，不计个人得失，处处以大局着想。热爱学生，在教育教学中，始终以自己的言行去教育感染学生。多年来一直坚持，力求在思想品质、道德情操、业务能力等方面不断完善，做一名合格的人民教师。</w:t>
      </w:r>
      <w:r>
        <w:rPr>
          <w:lang w:eastAsia="zh-CN"/>
        </w:rPr>
        <w:br/>
      </w:r>
      <w:r>
        <w:rPr>
          <w:lang w:eastAsia="zh-CN"/>
        </w:rPr>
        <w:t>　　二、 精培严管，教书育人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本人长期担任小学语文教学和班主任工作，在教学工作中，能利用教学知识产生过程培养学生严谨的治学态度，通过知识的理解和应用的教学，教育学生如何做人，使学生在学习中养成良好的态度和习惯。</w:t>
      </w:r>
      <w:r>
        <w:rPr>
          <w:lang w:eastAsia="zh-CN"/>
        </w:rPr>
        <w:br/>
      </w:r>
      <w:r>
        <w:rPr>
          <w:lang w:eastAsia="zh-CN"/>
        </w:rPr>
        <w:t>　　在班主任工作中，我能根据班内学生实际和学校工作计划的要求，认真制定班务工作计划，认真抓好班队干部的建设。深入到班了解学生的思想状况和动向，发现问题及时采取措施。通过家访，一方面了解学生在家庭中的表现，另一方面也了解学生家长对子女的要求，对学校工作的意见和建议，改进和完善学校的教育教学工作，同时也与家长交流子女在校的学习、生活、纪律等方面的情况。每周进行一次主题班会，由学生自己组织，培养他们的工作能力，同时利用主题班会对他们进行思想品德教育。</w:t>
      </w:r>
      <w:r>
        <w:rPr>
          <w:lang w:eastAsia="zh-CN"/>
        </w:rPr>
        <w:br/>
      </w:r>
      <w:r>
        <w:rPr>
          <w:lang w:eastAsia="zh-CN"/>
        </w:rPr>
        <w:t>　　通过以上工作使大部分较好的学生都在各种测试中取得了优异的成绩，班内的清洁卫生、纪律、学习情况等名列全校前茅，历年来所任班级学生学习风气浓，班风纯正，均能被评为优秀班集体，本人也多次获得优秀班主任荣誉称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本人在教学工作中，能根据语文教育的特点，注重能力的培养，切实提高学生语文素质，着力于培养学生的自学能力和良好的学习习惯，授予学生学习的方法，使其能触类旁通、举一反三。特别是新课标颁布后，认真研读了新教材和新课标，了解掌握了新教学理念，改变了传统的教育观，深入了解学生实际，认真备好每节课。课堂中，能充分利用40分钟，做到表达准确，语言清晰，重点突出，难点分散，精心设计练习，练习的形式不拘于书本上的要求，采取多种形式，突出创新理念，使学生具有新鲜感。特别注意两类学生的培养和提高。对优生，要求学生不能仅满足课本的要求，在课本内容熟练的基础上，重点放在能力、解题思路、方法和技巧上，着重提高综合运用知识解决问题的能力上，并注意提高学习效果。对差生，重点放在基本知识上，多给他们鼓励，使他们树立自信心，同时对他们的一点进步给予肯定，指出他们的闪光点。</w:t>
      </w:r>
      <w:r>
        <w:rPr>
          <w:lang w:eastAsia="zh-CN"/>
        </w:rPr>
        <w:br/>
      </w:r>
      <w:r>
        <w:rPr>
          <w:lang w:eastAsia="zh-CN"/>
        </w:rPr>
        <w:t>　　经过不懈的努力，我任教的班级语文成绩都能不断提高，学生成绩合格率均达94%以上，优秀率达35%以上，在各层次的测试中总能名列前茅，积极辅导学生参加各级各项语文知识技能竞赛，取得较好的成绩，20__年，所任四年(2)班的郑捷敏、林忠康同学在全镇语文阅读竞赛中获得二等奖;20__年所任五年(2)班中的林炯健同学荣获镇性远离毒品，关爱生命主题作文竞赛二等奖。本人的教学能力也得到领导的赞扬，赢得了家长的信任，多次获得校优秀教师、先进教师称号。</w:t>
      </w:r>
      <w:r>
        <w:rPr>
          <w:lang w:eastAsia="zh-CN"/>
        </w:rPr>
        <w:br/>
      </w:r>
      <w:r>
        <w:rPr>
          <w:lang w:eastAsia="zh-CN"/>
        </w:rPr>
        <w:t>　　三、潜心钻研，不断进取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近几年来，语文教学在不断改革和探索，随着新课标教学的改革和实施，为了提高自身的业务水平，掌握先进的教学方法，我积极投身到教研教改活动中。每次学校或教研组的活动我都积极参加，并毫不推辞地带头上好公开课，积极带头开展学校的教研活动，为学校的教学更上一层楼做出自己应有的贡献。多次参加各级教学基本功比赛，并能获得好成绩，得到各级的表扬和嘉奖。近几年来，有多篇论文在校、镇教研会议上发表，获得好评。20__年撰写的《新课标下小学语文课堂教学初探》在第五届全国当代基础教育系统论文大赛中荣获一等奖，20__撰写的《让小精灵插上创新的翅膀》分别获得海门优秀教学论文评选一等奖、潮阳区优秀教学论文二等奖。</w:t>
      </w:r>
      <w:r>
        <w:rPr>
          <w:lang w:eastAsia="zh-CN"/>
        </w:rPr>
        <w:br/>
      </w:r>
      <w:r>
        <w:rPr>
          <w:lang w:eastAsia="zh-CN"/>
        </w:rPr>
        <w:t>　　我在工作中经常要求自己要加强学习，不断充实，努力提高自己教学业务能力，与时俱进。在学校领导的指引下，我积极投身于学校教研活动，一直以来都是本校的语文教研组的成员。我认真努力地参加各项业务学习，提高自己。20__年1月至20__年1月参加广东肇庆学院语文教育专业函授学习，成绩良好，获得大专文凭。连年来以优异的成绩完成教师职后培训，为更好地适应新时代的教学要求，我还在20__年10月参加了 教师学术规范与教师学术道德专业课的培训学习、20__年参加 社会建设与社会管理创新公需课的培训学习，并取得良好的成绩。</w:t>
      </w:r>
      <w:r>
        <w:rPr>
          <w:lang w:eastAsia="zh-CN"/>
        </w:rPr>
        <w:br/>
      </w:r>
      <w:r>
        <w:rPr>
          <w:lang w:eastAsia="zh-CN"/>
        </w:rPr>
        <w:t>　　在今后的教育教学工作中，我将立足实际，认真分析和研究好教材、大纲，研究好学生，争取学校领导、师生的支持，创造性地搞好教学，使我们的工作有所开拓，有所进取，更加严格要求自己，努力工作，发扬优点，改正缺点，开拓前进，为美好的明天奉献自已。</w:t>
      </w:r>
      <w:r>
        <w:rPr>
          <w:lang w:eastAsia="zh-CN"/>
        </w:rPr>
        <w:br/>
      </w:r>
      <w:r>
        <w:rPr>
          <w:lang w:eastAsia="zh-CN"/>
        </w:rPr>
        <w:t>　　教师专业技术工作总结范文三：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任职以来，我在武家营小学一直从事教学及班主任工作，在领导和同事的帮助和指导下，通过自身的努力，不断克服自己的弱点，摆正自己的位置。无论是在教学上，还是在其它工作中，都取得了明显的进步。在一次次的教育教学实践中我积累了很多经验也学到了很多知识，有语文教学方面的技巧，也有班主任管理工作中累积的经验。这些年来的勤勤恳恳默默无闻的工作，得到了校领导的一致肯定，更得到了学生和家长的一致好评。在教学工作之余，积极参加学校组织的各项学习活动，以丰富自身教学和管理的技能，以便更好的投身到今后的教学改革之中。</w:t>
      </w:r>
      <w:r>
        <w:rPr>
          <w:lang w:eastAsia="zh-CN"/>
        </w:rPr>
        <w:br/>
      </w:r>
      <w:r>
        <w:rPr>
          <w:lang w:eastAsia="zh-CN"/>
        </w:rPr>
        <w:t>　　下面是我任现职以来工作的简单总结，具体的工作表现如下：</w:t>
      </w:r>
      <w:r>
        <w:rPr>
          <w:lang w:eastAsia="zh-CN"/>
        </w:rPr>
        <w:br/>
      </w:r>
      <w:r>
        <w:rPr>
          <w:lang w:eastAsia="zh-CN"/>
        </w:rPr>
        <w:t>　　一、思想方面：思想上积极，要求进步，热爱祖国，拥护中国共产党的领导，坚持用马列主义、毛泽东思想、邓小平理论及以及 三个代表和科学发展观的思想武装自己的头脑，我能够认真学习党的各项政策，特别是与教育工作有关的法律法规，同党中央保持高度的一致。忠诚于人民的教育事业，吃苦在前，奉献在先，将自己的全部热情和精力投入到学校的各项工作中去，教书育人，与时俱进，爱岗敬业、为人师表、热爱学生尊重学生，争取让每个学生享受到最好的教育，让学生得到均衡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二、教学方面：热爱教育教学工作，严格遵守学校的各项规章制度。通过各种渠道提高自己的业务水平。积极参加各类教学培训，积极进行继续教育学习，虚心向有经验的教师请教，学习新教师的工作热情，学习老教师的工作经验，同时吸收新的教学理念与方法。积极备课，认真钻研教材教法，探索新的教育教学模式，努力研究教育理论钻研心理学、教育学，把多媒体等现代化的手段用于教育教学工作中。认真做好教育教学的各项工作，转化学困生，激励中等生，鼓励优等生，在历年的评比中连年评优。在实践中教书育人，加强常规教学建立和谐民主活跃的课堂，发挥学生的主观能动性，振奋学生的精神，充分调动学生学习的积极性，课堂组织严密紧凑，富有特色。积极进行课堂改革，带头探索新的教学模式。目前，我县提出的十六字教学法正在全面推广，我在认真学习新课程新理念的基础上，结合自己所教学科的特点，与学生的具体情况积极探索有效的教学方法。在课堂上，重视学生的自主学习，合作探究，为学生搭建展示交流的平台，注重训练反馈，将知识与技能，过程与方法，情感态度与价值观融入到课堂教学中，让学生的综合素质得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三、班级管理方面：本人在教学工作和班主任工作中一直尽职尽责，教师不但要教书，更重要的是教给学生怎样做人。为此，我在班主任工作中，本着树人先正已的工作作风来管理班级，做到动之以情、晓之以理、导之以行。在教育方面，我对所有学生一视同仁，以《学生日常行为规范》为准则，以帮助学生树立正确的世界观、人生观、价值观为目标，结合学校、社会组织的各种教育活动，言传身教、身体力行;我以慈母般的爱心为基垫，做学生的知心朋友，帮助他们解决生活中的困难;我从不公开点名批评学生，对于学生的问题我擅于用放大镜去找他们的点滴进步和微小变化;我在思想上、学习上、生活上关心爱护学生，循循善诱，耐心细致的做好他们的教育工作。同时，注重家访，经常与家长沟通及时了解学生的心理和学习情况，做到防患于未然，针对学生自控能力差迷恋游戏影响身心健康这一突出问题，采取以引、带、离、拒的步骤与方法让学生彻底脱离网吧、游戏厅。把学生引到正确的人生道路上来。</w:t>
      </w:r>
      <w:r>
        <w:rPr>
          <w:lang w:eastAsia="zh-CN"/>
        </w:rPr>
        <w:br/>
      </w:r>
      <w:r>
        <w:rPr>
          <w:lang w:eastAsia="zh-CN"/>
        </w:rPr>
        <w:t>　　四、近几年的成绩：任现职以来，由于教育教学成绩优异，班主任工作成绩显著，20__年在小学语文识字教学说课活动中荣获三等奖。在20__年度班主任工作中成绩突出被评为优秀班主任。20__年成为县级骨干教师。20__年成为市级骨干教师。在20__年小学品德与生活、品德与社会论文评比中，荣获二等奖。20__年6月在蠡县中小学祖国在我心中合唱比赛中，荣获优秀指导教师奖。同年9月被评为20__年度蠡县名师和优秀教师。同年10月在小学组语文说课比赛中荣获三等奖。在20__年度班主任工作中成绩显著，被评为市级优秀班主任。20__年撰写的论文《浅谈小学语文识字教学方法》一文被评为全国性教科成果一等奖。20__年撰写的《 》被评为</w:t>
      </w:r>
      <w:r>
        <w:rPr>
          <w:lang w:eastAsia="zh-CN"/>
        </w:rPr>
        <w:br/>
      </w:r>
      <w:r>
        <w:rPr>
          <w:lang w:eastAsia="zh-CN"/>
        </w:rPr>
        <w:t>　　总之，任职期间,我在各方面取得了可喜的成绩,这离不开各级领导的正确领导和本人的积极努力。成绩属于过去，未来的教育教学之路还很漫长，课改还会继续进行，我一定会保持清醒的认识，绝不会仅仅满足于目前的一点点成绩，必将在今后的教学工作中投入更大的精力和努力，使自己成为一个让学校、家长和学生都满意的人民教师。让自己无愧于人民教师的光荣称号。</w:t>
      </w:r>
      <w:r>
        <w:rPr>
          <w:lang w:eastAsia="zh-CN"/>
        </w:rPr>
        <w:br/>
      </w:r>
      <w:r>
        <w:rPr>
          <w:lang w:eastAsia="zh-CN"/>
        </w:rPr>
        <w:t xml:space="preserve">    2024年教师专业技术工作年度总结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从事教育工作至今已有二十八年了，我品尝过不同学段不同岗位的教学工作的酸甜苦辣。从最初的高中教育到后来的中职教育，再到现在的初中教育;从一名普通的英语教师到协管教学工作的教导主任，从教导主任再到中心学校主管面上工作的副校长，如今则是_最偏远乡村中学的校长。随着教龄的增长，个人业务素质的提高以及显著的教育成绩，本人也从多年前的一名中学二级教师成长为中学一级教师，如今则即将成为中学高级教师。回首近三十年来的教育生涯，我真正是百感交集。我能成长为一名中学高级教师，离不开领导、同事及家人的帮助和支持。我怀着感恩的心作如下专业技术工作总结：</w:t>
      </w:r>
      <w:r>
        <w:rPr>
          <w:lang w:eastAsia="zh-CN"/>
        </w:rPr>
        <w:br/>
      </w:r>
      <w:r>
        <w:rPr>
          <w:lang w:eastAsia="zh-CN"/>
        </w:rPr>
        <w:t>　　一、用赤诚和奉献铸造师魂</w:t>
      </w:r>
      <w:r>
        <w:rPr>
          <w:lang w:eastAsia="zh-CN"/>
        </w:rPr>
        <w:br/>
      </w:r>
      <w:r>
        <w:rPr>
          <w:lang w:eastAsia="zh-CN"/>
        </w:rPr>
        <w:t>　　1、做人真诚，有良好的人格修养。</w:t>
      </w:r>
      <w:r>
        <w:rPr>
          <w:lang w:eastAsia="zh-CN"/>
        </w:rPr>
        <w:br/>
      </w:r>
      <w:r>
        <w:rPr>
          <w:lang w:eastAsia="zh-CN"/>
        </w:rPr>
        <w:t>　　教师是人类灵魂的工程师，良好的人格修养应是师魂的核心，而“真”字则是人格修养的基石。因为“善、美”也只有在“真”的基石上才能开出灿烂的花朵。我把“真”字视为我做人的准则。对领导，我说真话，哪怕逆耳;对同事，我讲真情，哪怕曾有隔阂;对学生，我授真知，若自己知识有限，我会虚心向他人请教。</w:t>
      </w:r>
      <w:r>
        <w:rPr>
          <w:lang w:eastAsia="zh-CN"/>
        </w:rPr>
        <w:br/>
      </w:r>
      <w:r>
        <w:rPr>
          <w:lang w:eastAsia="zh-CN"/>
        </w:rPr>
        <w:t>　　2、思想纯正，将教育事业视为个人的第二生命。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生长在一个教育世家，父亲是一个解放初从私塾走出来的能激情吟诵“巍巍乎昆仑”的老先生。父亲为他挚爱的教书生涯奔波了一生，虽然父亲现在去世了，但他教育生命依然在我血液中流淌。我的弟弟是中学一名语文教师，如今我的女儿也走上了讲台。教育不仅是我个人的第二生命，也是我们这个教育世家的第二生命。作为一名党员，我对党忠诚;作为教师，我热爱教育事业，热爱学生。我思想纯正，从未参加过任何不良组织，从未干过任何违法乱纪的事。</w:t>
      </w:r>
      <w:r>
        <w:rPr>
          <w:lang w:eastAsia="zh-CN"/>
        </w:rPr>
        <w:br/>
      </w:r>
      <w:r>
        <w:rPr>
          <w:lang w:eastAsia="zh-CN"/>
        </w:rPr>
        <w:t>　　3、追求卓越，有坚定的教育理想。</w:t>
      </w:r>
      <w:r>
        <w:rPr>
          <w:lang w:eastAsia="zh-CN"/>
        </w:rPr>
        <w:br/>
      </w:r>
      <w:r>
        <w:rPr>
          <w:lang w:eastAsia="zh-CN"/>
        </w:rPr>
        <w:t>　　我所工作的学校位于鄂赣皖三省交界之处，十分偏僻。我的教育理想是改变农村落后的教育面貌。虽然这一理想的实现充满坎坷，甚至终其一生也许难以实现，但我坚定不移。我愿为此奋斗一生，奉献一生。</w:t>
      </w:r>
      <w:r>
        <w:rPr>
          <w:lang w:eastAsia="zh-CN"/>
        </w:rPr>
        <w:br/>
      </w:r>
      <w:r>
        <w:rPr>
          <w:lang w:eastAsia="zh-CN"/>
        </w:rPr>
        <w:t>　　二、用勤奋和创新彰显能力。</w:t>
      </w:r>
      <w:r>
        <w:rPr>
          <w:lang w:eastAsia="zh-CN"/>
        </w:rPr>
        <w:br/>
      </w:r>
      <w:r>
        <w:rPr>
          <w:lang w:eastAsia="zh-CN"/>
        </w:rPr>
        <w:t>　　1、勤奋学习以增长才干。</w:t>
      </w:r>
      <w:r>
        <w:rPr>
          <w:lang w:eastAsia="zh-CN"/>
        </w:rPr>
        <w:br/>
      </w:r>
      <w:r>
        <w:rPr>
          <w:lang w:eastAsia="zh-CN"/>
        </w:rPr>
        <w:t>　　我是一名英语教师，为了给学生一碗水，我努力让自己拥有知识的河流。我自费订阅了《英语周报》等报刊，购买了李阳疯狂英语磁带，勤写读书笔记。在教学上，我积极参加各种教学研究活动，尝试各种教学改革，力求让学生学得轻松，学得快乐，且学习成绩有显著提高。在教学教研的同时，我十分注重从理论的高度审视个人的教学实践，研读教育理论，撰写教学论文。</w:t>
      </w:r>
      <w:r>
        <w:rPr>
          <w:lang w:eastAsia="zh-CN"/>
        </w:rPr>
        <w:br/>
      </w:r>
      <w:r>
        <w:rPr>
          <w:lang w:eastAsia="zh-CN"/>
        </w:rPr>
        <w:t>　　我又是一名校长，从事教育管理工作。角色的转变催逼我要不断学习，尤其是学习教育管理方面的知识。我一方面向书本请教，《中国教育报》等报刊书籍从此摆上了我的案头;我一方面向同行求教，就学校管理中存在的困惑寻求解决之道;我更是注重向教育专家学习，各种校长培训活动我总是积极参加。</w:t>
      </w:r>
      <w:r>
        <w:rPr>
          <w:lang w:eastAsia="zh-CN"/>
        </w:rPr>
        <w:br/>
      </w:r>
      <w:r>
        <w:rPr>
          <w:lang w:eastAsia="zh-CN"/>
        </w:rPr>
        <w:t>　　2、创新工作以革新面貌。</w:t>
      </w:r>
      <w:r>
        <w:rPr>
          <w:lang w:eastAsia="zh-CN"/>
        </w:rPr>
        <w:br/>
      </w:r>
      <w:r>
        <w:rPr>
          <w:lang w:eastAsia="zh-CN"/>
        </w:rPr>
        <w:t>　　人事制度改革&amp;&amp;激发有限的教育资源</w:t>
      </w:r>
      <w:r>
        <w:rPr>
          <w:lang w:eastAsia="zh-CN"/>
        </w:rPr>
        <w:br/>
      </w:r>
    </w:p>
    <w:p w:rsidR="001B1F19" w14:textId="27C3F48A">
      <w:pPr>
        <w:rPr>
          <w:rFonts w:hint="eastAsia"/>
          <w:lang w:eastAsia="zh-CN"/>
        </w:rPr>
      </w:pPr>
      <w:r>
        <w:rPr>
          <w:lang w:eastAsia="zh-CN"/>
        </w:rPr>
        <w:t>　　农村初中教师编制紧并且师资良莠不齐，为改变这一现状，我在我任职的学校大胆进行了人事制度改革。全体教师实行竞争上岗，通过竞争然后上岗的教师再由班主任自由组阁，落岗的教师则由乡中心学校安排到小学任教。</w:t>
      </w:r>
      <w:r>
        <w:rPr>
          <w:lang w:eastAsia="zh-CN"/>
        </w:rPr>
        <w:br/>
      </w:r>
      <w:r>
        <w:rPr>
          <w:lang w:eastAsia="zh-CN"/>
        </w:rPr>
        <w:t>　　管理思想改革&amp;&amp;凝聚人心</w:t>
      </w:r>
      <w:r>
        <w:rPr>
          <w:lang w:eastAsia="zh-CN"/>
        </w:rPr>
        <w:br/>
      </w:r>
      <w:r>
        <w:rPr>
          <w:lang w:eastAsia="zh-CN"/>
        </w:rPr>
        <w:t>　　一些学校是以刚性管理为主，教职工有抵触情绪。我在我任职的学校尝试了人性化的管理模式，教职工关系十分融洽。像制度的制定与修改，一定让教师代表参加讨论，充分听取他们的意见;像考勤工作，较之过去更为宽松;像教职工个人生病及家中婚丧之事，我都会去看望或慰问。</w:t>
      </w:r>
      <w:r>
        <w:rPr>
          <w:lang w:eastAsia="zh-CN"/>
        </w:rPr>
        <w:br/>
      </w:r>
      <w:r>
        <w:rPr>
          <w:lang w:eastAsia="zh-CN"/>
        </w:rPr>
        <w:t>　　平面整治&amp;&amp;创造育人环境</w:t>
      </w:r>
      <w:r>
        <w:rPr>
          <w:lang w:eastAsia="zh-CN"/>
        </w:rPr>
        <w:br/>
      </w:r>
      <w:r>
        <w:rPr>
          <w:lang w:eastAsia="zh-CN"/>
        </w:rPr>
        <w:t>　　任职几年来，我带领我的团队先后兴建了学生食堂、学生厕所、排球及乒乓球运动场，扩建了连接教学区与生活区的石桥，水塘边栽种了垂柳。为彻底解决垃圾存放问题，我们购买了几十只垃圾桶，并与校外村民协议了垃圾运放一事，垃圾历史难题终于解决，学校面貌焕然一新。</w:t>
      </w:r>
      <w:r>
        <w:rPr>
          <w:lang w:eastAsia="zh-CN"/>
        </w:rPr>
        <w:br/>
      </w:r>
      <w:r>
        <w:rPr>
          <w:lang w:eastAsia="zh-CN"/>
        </w:rPr>
        <w:t>　　教育教学&amp;&amp;凸显特色</w:t>
      </w:r>
      <w:r>
        <w:rPr>
          <w:lang w:eastAsia="zh-CN"/>
        </w:rPr>
        <w:br/>
      </w:r>
      <w:r>
        <w:rPr>
          <w:lang w:eastAsia="zh-CN"/>
        </w:rPr>
        <w:t>　　德育工作突出以活动育人，改变过去以堵为主的管理模式;教学工作我强调要走一条属于自己的路。近年，我正在教师中推行“教学练”这一教学模式。</w:t>
      </w:r>
      <w:r>
        <w:rPr>
          <w:lang w:eastAsia="zh-CN"/>
        </w:rPr>
        <w:br/>
      </w:r>
      <w:r>
        <w:rPr>
          <w:lang w:eastAsia="zh-CN"/>
        </w:rPr>
        <w:t>　　三、用执着和坚守感受辛勤</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https://d.book118.com/458002027055006033</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8002027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