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教育理论专著读书心得体会（24篇）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教育理论专著读书心得体会（通用24篇）</w:t>
      </w:r>
      <w:r>
        <w:rPr>
          <w:lang w:eastAsia="zh-CN"/>
        </w:rPr>
        <w:br/>
      </w:r>
      <w:r>
        <w:rPr>
          <w:lang w:eastAsia="zh-CN"/>
        </w:rPr>
        <w:t xml:space="preserve">    教育理论专著读书心得体会 篇1 </w:t>
      </w:r>
      <w:r>
        <w:rPr>
          <w:lang w:eastAsia="zh-CN"/>
        </w:rPr>
        <w:br/>
      </w:r>
      <w:r>
        <w:rPr>
          <w:lang w:eastAsia="zh-CN"/>
        </w:rPr>
        <w:t>　　今年寒假我认真学习了陶行知的“创造教育”理论，认识到：实施爱的教育，保护和培养学生积极向上的精神，是为创新能力的形成奠定心理基础；实施生活教育，引导学生关注社会生活，是为学生打开创新思维的源泉；尊重学生主体，指导学生学会学习，是培养创新能力的学习操练；实行“六大解放”，焕发学生活力，是培养创新能力的操作要求。</w:t>
      </w:r>
      <w:r>
        <w:rPr>
          <w:lang w:eastAsia="zh-CN"/>
        </w:rPr>
        <w:br/>
      </w:r>
      <w:r>
        <w:rPr>
          <w:lang w:eastAsia="zh-CN"/>
        </w:rPr>
        <w:t>　　一、实施爱的教育，保护培养学生积极向上的精神。</w:t>
      </w:r>
      <w:r>
        <w:rPr>
          <w:lang w:eastAsia="zh-CN"/>
        </w:rPr>
        <w:br/>
      </w:r>
      <w:r>
        <w:rPr>
          <w:lang w:eastAsia="zh-CN"/>
        </w:rPr>
        <w:t>　　教师对学生的爱在教育中具有重要的作用。陶行知说：“小孩子的体力与心理都需要适当的营养。有了适当的营养，才能发生高度的创造力。”师爱（以及家长的爱）犹如心理发展的精神乳汁，哺育学生的心灵发展。师爱能营造出和谐、温馨、亲切的师生关系。在这种师生关系中，学生不仅乐学，而且个性会得到充分发展，形成积极向上的精神状态。这是创造能力形成的心理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这样的认识下，我在教学上，把爱生放在了首位。不仅学习陶行知“捧着一颗心来，不带半根草去”献身教育的品格，更要有“爱满天下”的高尚情怀，发扬“因为差，更要抓”“因为差，更要爱”的敬业精神。使学生感到老师的亲切、集体的温暖，从而树起生活的信心，提高学习的积极性。在教育教学活动中我禁绝粗话俗话，推行爱心用语，保护学生的心灵不受伤害，多给学生关照和温暖。对学习好的学生热心引导，对学习差的学生及调皮的学生也是从爱开始，进行指导帮助，不歧视、不训斥、不讽刺挖苦。学生们感受到老师的爱，有了良好的情绪，学习的积极性也就提高了。</w:t>
      </w:r>
      <w:r>
        <w:rPr>
          <w:lang w:eastAsia="zh-CN"/>
        </w:rPr>
        <w:br/>
      </w:r>
      <w:r>
        <w:rPr>
          <w:lang w:eastAsia="zh-CN"/>
        </w:rPr>
        <w:t>　　二、实施生活教育，引导学生关注社会生活。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传统教育的致命弱点是只教人读书。陶行知批评旧教育是“教死书、死教书、教书死”，是摧残人才。陶行知的“生活教育”理论是全新的教育思想，他指出：生活教育是生活所原有，生活所自营，生活所必须的教育。教育的根本意义是生活的变化。教育是为了生活，离开了生活的改进，教育就失去了意义。这就要求教育要从课堂和书本走出来，去关注社会生活，即关注生活重于关注书本。以生活为中心的教育，不仅使书本知识变活，而且使师生开阔视野，从社会生活中吸取综合的多方面的知识，从而获得思想和精神力量。基于这样的认识，我把日常的教育和教学都要和社会生活结合起来，引导学生关心家乡的建设、国家的发展、科学技术的成就和丰富多彩的社会文化生活。这样，不仅使学生开阔了眼界，书本上的知识活了起来，而且引发了学生的学习兴趣和学习积极性。在课外，指导学生开展各种活动，如学生们自编小报，自己写稿，自己设计版面，幼稚的作品中体现着学生们丰富的想象和创造。每组织一次活动，都有明确的目的、具体的要求和精心的安排，都力求收到尽可能好的实效。同时，让学生在文明宣传、公益劳动、社会调查及社会服务中去观察、去感受、去锻炼、去分辨，以汲取有益的思想和知识。</w:t>
      </w:r>
      <w:r>
        <w:rPr>
          <w:lang w:eastAsia="zh-CN"/>
        </w:rPr>
        <w:br/>
      </w:r>
      <w:r>
        <w:rPr>
          <w:lang w:eastAsia="zh-CN"/>
        </w:rPr>
        <w:t>　　三、尊重学生主体，指导学生学会学习。</w:t>
      </w:r>
      <w:r>
        <w:rPr>
          <w:lang w:eastAsia="zh-CN"/>
        </w:rPr>
        <w:br/>
      </w:r>
      <w:r>
        <w:rPr>
          <w:lang w:eastAsia="zh-CN"/>
        </w:rPr>
        <w:t>　　学习是人主观的精神活动，要获取知识，人必须积极地使用并协调自己的感官，发动自己的大脑，并做出主观的意志努力。可是在我们的传统教学中，学生只是知识的容器和被塑造的材料，完全处于被动的地位。教师灌输花时多，效果差，学生听、记、背学得苦，求知欲没有了，创造力抑制了。这样的教学状况怎能培养学生的创新精神和能力呢？因此，在教学操作上，必须改变“老师讲，学生听”的教学模式，把学生放在主体的地位。我认为教师学习并实践陶行知的教学思想，“教师的责任不在教，而在教学，教学生学。”“先生教的法子必须根据学生学的法子。”把学生放在主体的地位，探索“引导学生学”的方法，把教学过程变成“教学做合一”的过程。教师转变了教育观念，树立了新的教学思想，才能提高教学能力。教学固然要发挥教师积极指导的作用，但决定教学效果的主要还在于学生的学习效果，只有学生愿意学、认真学、乐意学，才算是教学效果好。</w:t>
      </w:r>
      <w:r>
        <w:rPr>
          <w:lang w:eastAsia="zh-CN"/>
        </w:rPr>
        <w:br/>
      </w:r>
      <w:r>
        <w:rPr>
          <w:lang w:eastAsia="zh-CN"/>
        </w:rPr>
        <w:t>　　四、焕发学生活力，是培养学生创新能力必须的操作要求。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学生的心理发展是与肢体的活动连在一起的，它犹如活泼稚嫩的触角，敏感而脆弱，需要教育者珍爱、保护，并给以广阔的空间和自由。陶行知先生曾对我国当时的旧教育进行过全面、猛烈的批评，他晚年提出的“六大解放”（解放眼睛、解放双手、解放头脑、解放嘴、解放空间、解放时间）可以说是他找准了旧教育操作中的问题，从而提出教育革新的操作措施。认真学习了陶行知先生的“六大解放”的思想，可以采用的做法是：解放学生的眼睛——使他们从书本和试卷中解放出来，让他们去看社会、看自然、看生活；解放学生的双手——使他们闲置的双手动起来，去做事情，做到“学做合一”；解放学生的头脑——使他们从“只听不思”中解放出来，开动脑筋，积极思维，学会思维；解放学生的嘴——给他们说的自由，特别是问的自由；解放学生的空间——除了课堂学习，还引导他们走向课外，接触社会，接触自然，给他们广阔的天地；解放学生的时间——不用功课把他们的业余时间填满，给他们活动的自由，把课间十分钟和午饭后的时间还给他们。</w:t>
      </w:r>
      <w:r>
        <w:rPr>
          <w:lang w:eastAsia="zh-CN"/>
        </w:rPr>
        <w:br/>
      </w:r>
      <w:r>
        <w:rPr>
          <w:lang w:eastAsia="zh-CN"/>
        </w:rPr>
        <w:t>　　创新教育是教育观念，又是具体的教学思想，它只有化作具体的教育教学的操作方法才能够实现。但教育教学无定法，因此它又是一个长期的实践过程。为此，今后我更要认真学习陶行知教育思想与现代教育思想，更新教育观念，牢固树立以素质教育为核心的基础教育主流价值体系观念，提高实施素质教育的自觉性。以陶行知先生为楷模，学习他高尚的人格品质，求真求实求创造的教育理念，成为敬业爱岗、师德高尚、业务精良、创新务实的教师。为培养学生成为“真人”，并具有创新精神与创造能力的一代新人而努力工作。</w:t>
      </w:r>
      <w:r>
        <w:rPr>
          <w:lang w:eastAsia="zh-CN"/>
        </w:rPr>
        <w:br/>
      </w:r>
      <w:r>
        <w:rPr>
          <w:lang w:eastAsia="zh-CN"/>
        </w:rPr>
        <w:t xml:space="preserve">    教育理论专著读书心得体会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《魏书生教育思想专著》</w:t>
      </w:r>
      <w:r>
        <w:rPr>
          <w:lang w:eastAsia="zh-CN"/>
        </w:rPr>
        <w:br/>
      </w:r>
      <w:r>
        <w:rPr>
          <w:lang w:eastAsia="zh-CN"/>
        </w:rPr>
        <w:t>　　魏书生思想席卷中国教育界，但始终也没能真正去读一些关于他的教育理念这方面的著作。前段时间去书店看到了魏书生写的专著，顺便买了本，这几天也一直在翻阅，从中我发现书中他写到的并不是纯理论的东西，而更多的是那些特别实实在在的，在他从事教师这个职业时的一些具体教育方法。粗略拜读了以后，我从书上真实体会到了魏书生的人格魅力。在这教育改革的年代中，魏书生的教育理论无疑就是一盏启明灯，为教育大潮中的师者们指明了航向!同时也为我们这些青年教师提供了一些实实在在的教育思路。</w:t>
      </w:r>
      <w:r>
        <w:rPr>
          <w:lang w:eastAsia="zh-CN"/>
        </w:rPr>
        <w:br/>
      </w:r>
      <w:r>
        <w:rPr>
          <w:lang w:eastAsia="zh-CN"/>
        </w:rPr>
        <w:t>　　作为一名政治教师，由于其学科的特殊性，一昧的盲目付出并不能得到预想中的回报，照本宣科换来的只是下面学生晕晕欲睡的结果。如何让学生重视这门学科?如何让学生愿意主动去学习这门学科?可能比备课教学更为重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魏书生的教育思想精辟地归纳为：一句话;两本书;三个魅力;四字精髓;五点启示;六步教学法;七个一分钟。全面且简洁明了地涵概了魏书生的基本教育思想。其中的三个魅力让我的内心蓦然升腾起一种前所未有的清新，魏书生的人格魅力、知识魅力、成就魅力使他在恶劣的环境中催化自己发奋图强而更加卓越，他以自己的经历勉励着取经者要做到天人合一，解放自我，正是这种解放才使魏书生有能力有勇气去创造一般人难以创造出来的奇迹。做为一个师者，不能用狭隘的人与人之间权与利争夺禁锢自己的聪明才智，歪曲自己的人生价值，我们要努力管理好自己的内心世界，作自己的心灵主人，胸怀坦荡，淡泊名利，发扬光大自己内心的大智慧，真正的将生命付于教育事业，真正地做到燃烧的蜡烛，在发光发热中不断思考、学习与进步，自强不息，真正做到博学为师，厚德为范。</w:t>
      </w:r>
      <w:r>
        <w:rPr>
          <w:lang w:eastAsia="zh-CN"/>
        </w:rPr>
        <w:br/>
      </w:r>
      <w:r>
        <w:rPr>
          <w:lang w:eastAsia="zh-CN"/>
        </w:rPr>
        <w:t>　　魏书生的教育思想和课堂艺术不仅仅是体现在课堂上，而是体现在课前、课后和课外;不仅仅是体现在教书上，而是体现在育人上;不仅仅是体现在教师的如何教上，而是体现在学生的如何学上;不仅仅是看学生在课堂上如何学，而是看学生在课前学的怎么样。所以，魏书生的课堂艺术的魅力主要表现在对学生整个学习过程积极性的调动、学习兴趣的激发、学习方法的指导、学习效果的检测上。 因此，纵观魏书生的教学全过程，魏书生的教学，不仅仅是师生之间简单的教与学的互存关系，而存在着一种普普实实的教学组织环节和组织形式。</w:t>
      </w:r>
      <w:r>
        <w:rPr>
          <w:lang w:eastAsia="zh-CN"/>
        </w:rPr>
        <w:br/>
      </w:r>
      <w:r>
        <w:rPr>
          <w:lang w:eastAsia="zh-CN"/>
        </w:rPr>
        <w:t>　　魏书生教育思想的实质是培养学生的能力，即自学能力和自我教育能力，学会学习是通向21世纪的个人护照。在他的教育理念中，使学生会学，促使差生转化一直是他努力 的方向。要使学生会学，首先要激发学生学习的兴趣。魏书生在培养学生的学习兴趣时，总是把直接兴趣和间接学习兴趣结合起来，使之互相促进，这样学生的 学习兴趣就会越来越浓，变成满足心理需要的一种极大乐趣。培养学习兴趣，还应注意既要有广泛的兴趣，又要有中心兴趣。学习兴趣与老师教学有着密切的关系，同样是课堂，有的教师视为畏途，有的教师则视为乐园。魏书生上课，学生兴趣盎然，忽而眉飞色舞，忽而屏息凝神，觉得是一种享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综观魏书生的教学，方法灵活是他的特点。魏书生常说，良好的教学方法是激发学生兴趣的重要保证。因此，教师要精心设计传授知识的程序，要研究教学方法，用教学理论指导教学，改进教学，教师的方法直接影响学生的学习兴趣。 苏霍姆林斯基强调，教师在课堂上创造精神的饱满和乐观愉快的语调，在培养牢固持久的学习愿望和取得越来越好的成绩方面，对兴趣培养都有极大的意义。并对一堂课还提出了一个非常重要的要求：一堂课应当激发出真正的激动心情。魏书生教学，就是要通过各种教法找到兴趣的源泉，他认为，教师讲课，寡淡无味，平铺直叙是教学的 大忌。他总是力图为学生创造一种轻松活泼的学习气氛，在课堂上，趣事，乐事层出不穷，学生思维可以驰骋，聪明才智得以充分发挥，久而久之，学生对他教的语文学科产生浓厚兴趣，爱上了他并迷上了他。</w:t>
      </w:r>
      <w:r>
        <w:rPr>
          <w:lang w:eastAsia="zh-CN"/>
        </w:rPr>
        <w:br/>
      </w:r>
      <w:r>
        <w:rPr>
          <w:lang w:eastAsia="zh-CN"/>
        </w:rPr>
        <w:t>　　新的事物，学生会有兴趣。变换教学方法从中得到快乐，学习兴趣就会成倍增长。 魏书生老师在校或外地讲课，课前总喜欢用气功冥想的办法来激发学生的兴趣。魏书生常说老师要教给学生一些常规性的学习方法，帮学生制定一些语文学习的规矩，制度，计划，在一些方面使学生有法可依，有章可循，有老规矩可遵守。在一些方面让学生猜的透，但在具体一堂课的安排上，具体教法的运用上，在一些小的技术，技巧问题上，又应该让学生猜不透。越猜的半透不透，学生越愿猜，越猜学习兴趣越浓。与教师感情越进，对教师所讲的理解的 越深。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民主平等是魏书生课堂教学艺术的核心，用通俗的语言来表述就是两个字--商量。魏书生在全国乃至香港、中国台湾出公开课事先从来不告诉学生学习内容，有时还要学生猜猜看学什么。这与我们许多教师出课是大不一样的，我们往往要提前预习、认识学生、提前试讲等等，待到了课堂也只是在学生的配合下把预案十分精彩的表演一次罢了。</w:t>
      </w:r>
      <w:r>
        <w:rPr>
          <w:lang w:eastAsia="zh-CN"/>
        </w:rPr>
        <w:br/>
      </w:r>
      <w:r>
        <w:rPr>
          <w:lang w:eastAsia="zh-CN"/>
        </w:rPr>
        <w:t>　　魏书生敢于上真课，不惧怕学生不熟、教材不熟所带来的预案无法进行。尽管我们不能说魏书生心中就没有预案，但是可以肯定地说魏书生心中的预案与我们的预案相比在本质上是大不一样的;我们的预案是让学生当演员把课堂教学过程一步步表演下来--学生的学从属于教师的教，为教师的教服务。而魏书生的商量型预案是教师的教是为学生的学服务的，并且千方百计的去适应学生的学。</w:t>
      </w:r>
      <w:r>
        <w:rPr>
          <w:lang w:eastAsia="zh-CN"/>
        </w:rPr>
        <w:br/>
      </w:r>
      <w:r>
        <w:rPr>
          <w:lang w:eastAsia="zh-CN"/>
        </w:rPr>
        <w:t>　　魏书生的商量教学看似平淡无奇，其实是高深莫测的，用此时无声胜有声，于无声处起惊雷来形容是不过分的。其一、用商量的教学策略主导教学的每一个环节，使师生共同处在一个非常和谐的课堂氛围中，</w:t>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用魏书生自己的话来说那就是师生面对面的交流是任何其他教学手段无法取代的他在很短的时间内就拉近了师生距离，产生强烈的师生情感氛围，良好的师生情感是课堂教学成功的基石。其二、在商量教学策略氛围中学生全员参与教学活动，因为商量的那根弦始终在拉动着每一个学生的心，使你无法拒绝它而走神，每个学生的积极参与是课堂教学成功的关键。其三商量教学策略极大的遵从了因材施教原则，摆脱了出课教师最担心的因师生不熟而启而不发，对不同个性特点和学习特长的学生也顾及到了，顺应班级基础状态和学生个性特点而进行因材施教是课堂教学成功的保证。</w:t>
      </w:r>
      <w:r>
        <w:rPr>
          <w:lang w:eastAsia="zh-CN"/>
        </w:rPr>
        <w:br/>
      </w:r>
      <w:r>
        <w:rPr>
          <w:lang w:eastAsia="zh-CN"/>
        </w:rPr>
        <w:t>　　同时魏书生还注重学生创新力的培养。创新是知识经济的灵魂，也是素质教育的重要内容。在经济时代，培养学生的创新人格。创新精神，创新意识，创新方法是教师的重要任务。魏书生经常说一件事有一百种做法。我们不缺乏学习的学生，但缺乏具有想象力的学生，学习离不开想象，而没有想象，就没有创新。茅以升说世界上没有生而知之的圣人。而只有学而知之的天才。前汽车大王福特说不创新，就灭亡。魏书生自己对创新认识和创新能力 的体验是非常深刻的，他从教学实践中总结出来的培养学生的自学能力的经验是很丰富的。</w:t>
      </w:r>
      <w:r>
        <w:rPr>
          <w:lang w:eastAsia="zh-CN"/>
        </w:rPr>
        <w:br/>
      </w:r>
      <w:r>
        <w:rPr>
          <w:lang w:eastAsia="zh-CN"/>
        </w:rPr>
        <w:t>　　魏书生老师的教学艺术，已经不是教育教学所能概括的了。他用自己的人生体味，用个人的性格魅力，用深厚的学术修养，在教育和影响着学生。 课堂虽小，却有着广阔的钻研天地，钻进去，人了门，师生双方都有无穷的乐趣，能极大地提高教学效率。魏书生说：我只是在人口处，悟到了点滴激发学生兴趣之法，更有效的方法，还在前面等着我。</w:t>
      </w:r>
      <w:r>
        <w:rPr>
          <w:lang w:eastAsia="zh-CN"/>
        </w:rPr>
        <w:br/>
      </w:r>
      <w:r>
        <w:rPr>
          <w:lang w:eastAsia="zh-CN"/>
        </w:rPr>
        <w:t xml:space="preserve">    教育理论专著读书心得体会 篇3 </w:t>
      </w:r>
      <w:r>
        <w:rPr>
          <w:lang w:eastAsia="zh-CN"/>
        </w:rPr>
        <w:br/>
      </w:r>
      <w:r>
        <w:rPr>
          <w:lang w:eastAsia="zh-CN"/>
        </w:rPr>
        <w:t>　　《现代教育理论》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陶行知是中国近代教育史上一位伟大的人民教育家，他的一生有着许多精辟的教育思想，我们更应该努力学习他的教育思想，服务于我们的教育事业。在陶行知看来，生活教育就是以生活为中心的教育。他说：生活教育是生活原所有，生活所自营，生活所必须的教育。教育的根本意义是生活之变化，生活无时不变，即生活无时不含有教育的意义。主要包含三个基本点：生活即教育，社会即学校，教学做合一。</w:t>
      </w:r>
      <w:r>
        <w:rPr>
          <w:lang w:eastAsia="zh-CN"/>
        </w:rPr>
        <w:br/>
      </w:r>
      <w:r>
        <w:rPr>
          <w:lang w:eastAsia="zh-CN"/>
        </w:rPr>
        <w:t>　　对于先生的教育理念，我有几点启示:</w:t>
      </w:r>
      <w:r>
        <w:rPr>
          <w:lang w:eastAsia="zh-CN"/>
        </w:rPr>
        <w:br/>
      </w:r>
      <w:r>
        <w:rPr>
          <w:lang w:eastAsia="zh-CN"/>
        </w:rPr>
        <w:t>　　一、教育要来源于生活，更要回归于生活。要与生活紧密结合。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陶先生所倡导的教育理论和方法与新课程理念不谋而合，陶先生提出教学合一，先生的责任不在教，而在教学，而在教学生学、教的法子必须根据学的法子、先生须一面教一面学。他认为好的老师不是教书，也不是教学生，而是教学生学。教学一方面要老师负指导的责任，一方面要学生负学习的责任。对于一个问题，不是要老师用现成的解决方法来传授学生，而是要把这个解决方法如何找来的过程，组织好，指导学生，使学生以最短的时间，经过类似的经验，自己将这个方法找出来，并且能够利用这种经验来找别的方法，解决别的问题。有了这种经验，学生才能自己去探求知识，成为主动学习者。如果教师只会用旧瓶装新酒，那就看不到新鲜的事物。教师应不断研究，才能时常找到新理，只有学而不厌，然后才能诲人不倦。陶先生倡导生活即教育，生活教育，是供给人生需要的教育，不是作假的教育。人生需要什么，我们就教什么。社会即教育，要把笼中的小鸟放到大自然里，使它们任意飞翔。把学校的一切伸到大自然里，要先能做到生活即教育，这样的学校才是学校，这样的教育才是教育。陶先生主张远离生活的教育不是真教育，好教育，脱离实践的知识是虚的，不实用的。今天我们的教学提倡生活化、人文化，也正是陶老先生的理念，学习离不开生活，学习就在生活之中，学生活中的问题，已成为我们每一个教师所努力做到的。我们也更应该明白我们所要教育出来的学生不是只会背书只会知识的学生，而应该是会学习，会思考，会生活的学生。这才是真正的教育，才是教育的本质。</w:t>
      </w:r>
      <w:r>
        <w:rPr>
          <w:lang w:eastAsia="zh-CN"/>
        </w:rPr>
        <w:br/>
      </w:r>
      <w:r>
        <w:rPr>
          <w:lang w:eastAsia="zh-CN"/>
        </w:rPr>
        <w:t>　　二、教育方式多样化，要有新颖性和创新性，多角度激发学生的兴趣和学生的求知欲</w:t>
      </w:r>
      <w:r>
        <w:rPr>
          <w:lang w:eastAsia="zh-CN"/>
        </w:rPr>
        <w:br/>
      </w:r>
      <w:r>
        <w:rPr>
          <w:lang w:eastAsia="zh-CN"/>
        </w:rPr>
        <w:t>　　陶行知先生作为一名大教育家，他的教学方法论十分明白。首先，教育教学方法是灵活的，根据教学做合一的思想，教学方法的选择要根据做的内容特点及教的规律、学的规律来决定。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陶行知极其重视实践，他由提出行是知之始，知是行之成的口号而改知行之名为行知。在教育方法论上，他特别重视学生对知识的运用，解决了长期纠缠于中国教育史的劳心和劳力的问题。他说：在劳力上劳心，是一切发明之母。事事在劳力劳心，便可得事物之真理。并由此得出学习方法的论断：运用知识，用心以制力，就是一件重要想如何可以把这件事做好，如何运用书本，如何运用别人的经验，如何改造用得着的一切工具，使这件事和别事相互影响。柳斌同志说：只有让学生主动发展，人才会有多样性，如果都是机械被动地发展，那将来都是一个模子。提倡的是个性。陶行知把腐朽思想称为裹头巾，提出创造主未完成之工作，让我们接过继续创造。号召人们处处是创造之地，天天是创造之时，人人是创造之人。在具体教学中，要解放孩子的头脑、双手、脚、空间、时间，使他们充分得到自由的生活，从自由的生活中得到真正的教育。素质教育讲的也是个性、创造，一切陈腐的、机械的、损害学生身心健康的教育活动是错误的、有害的，必须坚决抵制</w:t>
      </w:r>
      <w:r>
        <w:rPr>
          <w:lang w:eastAsia="zh-CN"/>
        </w:rPr>
        <w:br/>
      </w:r>
      <w:r>
        <w:rPr>
          <w:lang w:eastAsia="zh-CN"/>
        </w:rPr>
        <w:t>　　所谓教学即教学生学;所谓学生首先要学会生存。因此，归根结底教育的最终目的就在于教会学生学会如何生存。至于如何教才是最有成效的捷径，陶行知指出，在教学过程中，先生的责任不在于教，不在教学，而在于教学生学。老师如果只教或只教学，就把学生当作容器，被动地接受知识，调动不起学生学的积极性，更不能启发学生的独立思考。教师是主导，学生是主体，陶行知认为，教师不应把现成的解决问题的方法传授给学生，而应把解决问题的思路告诉学生，使学生自己动脑，经过不断反复推敲以求得最佳结果。与此同时，陶行知又指出不能让学生像无头的苍蝇似的盲目乱撞，教师应精心设计好一系列程序，指导学生用最短的时间来解决问题。对解决问题的过程本身而言，能推而广之，达到举一反三，触类旁通的效果;对解决问题的方法而言也能够发出去，以期达到解决别的问题。他想通过这一方法的寻求来最终培养学生的能力。能力有了，学生就不仅能使自己获得丰富的知识，而且还可以解决新的问题。 陶行知说：唤起兴趣，学生有了兴趣，就肯用全副精神去做事情，所以学&amp;和乐&amp;是不可分离。又说治学以兴趣为主，兴趣愈多，则从事弥力，从事弥力则成效愈著。兴趣是学生学习的动力，各科教学都必须以激发学生的兴趣为前提，方能取得较好的效果。</w:t>
      </w:r>
      <w:r>
        <w:rPr>
          <w:lang w:eastAsia="zh-CN"/>
        </w:rPr>
        <w:br/>
      </w:r>
      <w:r>
        <w:rPr>
          <w:lang w:eastAsia="zh-CN"/>
        </w:rPr>
        <w:t xml:space="preserve">    教育理论专著读书心得体会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陶行知教育理论</w:t>
      </w:r>
      <w:r>
        <w:rPr>
          <w:lang w:eastAsia="zh-CN"/>
        </w:rPr>
        <w:br/>
      </w:r>
      <w:r>
        <w:rPr>
          <w:lang w:eastAsia="zh-CN"/>
        </w:rPr>
        <w:t>　　今年暑假我认真学习了陶行知的创造教育理论，认识到：陶行知的创造教育思想是其教育思想体系的重要组成部分，也是其思想体系的主旨。培养学生的创新能力，可以从陶行知的教育思想与教育实践中汲取丰富的养料，为全面推进素质教育服务。我认识到：实施爱的教育，保护和培养学生积极向上的精神，是为创新能力的形成奠定心理基础;实施生活教育，引导学生关注社会生活，是为学生打开创新思维的源泉;尊重学生主体，指导学生学会学习，是培养创新能力的学习操练;实行六大解放，焕发学生活力，是培养创新能力的操作要求。</w:t>
      </w:r>
      <w:r>
        <w:rPr>
          <w:lang w:eastAsia="zh-CN"/>
        </w:rPr>
        <w:br/>
      </w:r>
      <w:r>
        <w:rPr>
          <w:lang w:eastAsia="zh-CN"/>
        </w:rPr>
        <w:t>　　一、实施爱的教育，保护培养学生积极向上的精神。</w:t>
      </w:r>
      <w:r>
        <w:rPr>
          <w:lang w:eastAsia="zh-CN"/>
        </w:rPr>
        <w:br/>
      </w:r>
      <w:r>
        <w:rPr>
          <w:lang w:eastAsia="zh-CN"/>
        </w:rPr>
        <w:t>　　爱的教育是教育的基本原则和方法。陶行知先生的爱满天下更把爱的教育发扬光大。教师对学生的爱在教育中具有重要的作用。陶行知说：小孩子的体力与心理都需要适当的营养。有了适当的营养，才能发生高度的创造力。人在中学阶段其心理的基本需要中，情感的需要是第一位的。师爱(以及家长的爱)犹如心理发展的精神乳汁，哺育学生的心灵发展。师爱能营造出和谐、温馨、亲切的师生关系。在这种师生关系中，学生不仅乐学，而且个性会得到充分发展，形成积极向上的精神状态。这是创造能力形成的心理基础。</w:t>
      </w:r>
      <w:r>
        <w:rPr>
          <w:lang w:eastAsia="zh-CN"/>
        </w:rPr>
        <w:br/>
      </w:r>
      <w:r>
        <w:rPr>
          <w:lang w:eastAsia="zh-CN"/>
        </w:rPr>
        <w:t>　　在这样的认识下，我在教学上，把爱生放在了首位。不仅学习陶行知捧着一颗心来，不带半根草去献身教育的品格，更要有爱满天下的高尚情怀，发扬因为差，更要抓因为差，更要爱的敬业精神。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教师对后进生应有要有一颗爱心，它不埋在胸膛里，而应擎在手上，高高举起，让学生看得见，摸得着，时时感觉到。老师对后进生更要倾注真诚的爱心，使学生感到老师的亲切、集体的温暖，从而树起生活的信心，提高学习的积极性。</w:t>
      </w:r>
      <w:r>
        <w:rPr>
          <w:lang w:eastAsia="zh-CN"/>
        </w:rPr>
        <w:br/>
      </w:r>
      <w:r>
        <w:rPr>
          <w:lang w:eastAsia="zh-CN"/>
        </w:rPr>
        <w:t>　　我在教育教学活动中禁绝粗话俗话，推行爱心用语，保护学生的心灵不受伤害，多给学生关照和温暖。对学习好的学生热心引导，对学习差的学生及调皮的学生也是从爱开始，进行指导帮助，不歧视、不训斥、不讽刺挖苦。学生们感受到老师的爱，有了良好的情绪，学习的积极性也就提高了。在爱的教育中，培养学生爱的情感，用爱的情感帮助学生塑造人格。如开展我与父母通信活动，使学生们感受父母的爱，从而培养学生爱父母、爱他人的情感。情感是理智的基础，善良的心和爱他人、爱祖国的情操也是创新智慧的心理基础。</w:t>
      </w:r>
      <w:r>
        <w:rPr>
          <w:lang w:eastAsia="zh-CN"/>
        </w:rPr>
        <w:br/>
      </w:r>
      <w:r>
        <w:rPr>
          <w:lang w:eastAsia="zh-CN"/>
        </w:rPr>
        <w:t>　　二、实施生活教育，引导学生关注社会生活。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传统教育的致命弱点是只教人读书。陶行知批评旧教育是教死书、死教书、教书死，是摧残人才。过去的教育在应试教育的影响下，更是强化了三中心(即教师中心、课堂中心、书本中心)，教师用灌输的方法，要求学生死记硬背教科书上的知识，使学生远离社会生活。陶行知的生活教育理论是全新的教育思想，他指出：生活教育是生活所原有，生活所自营，生活所必须的教育。教育的根本意义是生活的变化。教育是为了生活，离开了生活的改进，教育就失去了意义。这就要求教育要从课堂和书本走出来，去关注社会生活，即关注生活重于关注书本。以生活为中心的教育，不仅使书本知识变活，而且使师生开阔视野，从社会生活中吸取综合的多方面的知识，从而获得思想和精神力量。</w:t>
      </w:r>
      <w:r>
        <w:rPr>
          <w:lang w:eastAsia="zh-CN"/>
        </w:rPr>
        <w:br/>
      </w:r>
      <w:r>
        <w:rPr>
          <w:lang w:eastAsia="zh-CN"/>
        </w:rPr>
        <w:t>　　基于这样的认识，我把日常的教育和教学都要和社会生活结合起来，在课堂教学中，书本知识要联系社会实际，引导学生关心家乡的建设、国家的发展、科学技术的成就和丰富多彩的社会文化生活。这样，不仅使学生开阔了眼界，书本上的知识活了起来，而且引发了学生的学习兴趣和学习积极性。在课外，指导学生开展各种活动，如学生自编、自导、自演文艺节目，歌颂社会主义建设的伟大成就;学生们自编小报，自己写稿，自己设计版面，幼稚的作品中体现着学生们丰富的想象和创造。每组织一次活动，都有明确的目的、具体的要求和精心的安排。都力求收到尽可能好的实效。</w:t>
      </w:r>
      <w:r>
        <w:rPr>
          <w:lang w:eastAsia="zh-CN"/>
        </w:rPr>
        <w:br/>
      </w:r>
      <w:r>
        <w:rPr>
          <w:lang w:eastAsia="zh-CN"/>
        </w:rPr>
        <w:t>　　同时，让学生在文明宣传、公益劳动、社会调查及社会服务中去观察、去感受、去锻炼、去分辨，以吸取有益的思想和知识。</w:t>
      </w:r>
      <w:r>
        <w:rPr>
          <w:lang w:eastAsia="zh-CN"/>
        </w:rPr>
        <w:br/>
      </w:r>
      <w:r>
        <w:rPr>
          <w:lang w:eastAsia="zh-CN"/>
        </w:rPr>
        <w:t>　　三、尊重学生主体，指导学生学会学习。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会学习才能创造。学习的欲望和能力，即自己主动获取知识、解决问题的能力，是创新精神和创造能力的重要基础之一。学习是人主观的精神活动，要获取知识，人必须积极地使用并协调自己的感官，发动自己的大脑，并做出主观的意志努力。可是在我们的传统教学中，学生只是知识的容器和被塑造的材料，完全处于被动的地位。教师灌输花时多，效果差，学生听、记、背学得苦，求知欲没有了，创造力抑制了。这样的教学状况怎能培养学生的创新精神和能力呢?因此，在教学操作上，必须改变老师讲，学生听的教学模式，把学生放在主体的地位。</w:t>
      </w:r>
      <w:r>
        <w:rPr>
          <w:lang w:eastAsia="zh-CN"/>
        </w:rPr>
        <w:br/>
      </w:r>
      <w:r>
        <w:rPr>
          <w:lang w:eastAsia="zh-CN"/>
        </w:rPr>
        <w:t>　　我认为教师学习并实践陶行知的教学思想，教师的责任不在教，而在教学，教学生学。先生教的法子必须根据学生学的法子。把学生放在主体的地位，探索引导学生学的方法，把教学过程变成教学做合一的过程。教师转变了教育观念，树立了新的教学思想，才能提高教学能力。教学固然要发挥教师积极指导的作用，但决定教学效果的主要还在于学生的学习效果，只有学生愿意学、认真学、乐意学，才算是教学效果好。</w:t>
      </w:r>
      <w:r>
        <w:rPr>
          <w:lang w:eastAsia="zh-CN"/>
        </w:rPr>
        <w:br/>
      </w:r>
      <w:r>
        <w:rPr>
          <w:lang w:eastAsia="zh-CN"/>
        </w:rPr>
        <w:t>　　四、焕发学生活力，是培养学生创新能力必须的操作要求。</w:t>
      </w:r>
      <w:r>
        <w:rPr>
          <w:lang w:eastAsia="zh-CN"/>
        </w:rPr>
        <w:br/>
      </w:r>
      <w:r>
        <w:rPr>
          <w:lang w:eastAsia="zh-CN"/>
        </w:rPr>
        <w:t>　　创新精神和创造能力要求人首先必须有活力，但我国的传统教育恰恰就有扼杀人的活力之弊端。学生的心理发展是与肢体的活动连在一起的，它犹如活泼稚嫩的触角，敏感而脆弱，需要教育者珍爱、保护，并给以广阔的空间和自由。但传统教育往往以塑造灵魂培养人才的急切情绪，加以不适当的干预，或限制时空自由，或束缚手脚行为，或恶语直伤心灵，使其压抑、萎缩、扭曲。要培养学生的创新精神和能力，就需要在我们的文化、教育观念中，在我们的教育操作中，去检索并革除压抑、束缚学生个性的一切旧观念和旧做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陶行知先生曾对我国当时的旧教育进行过全面、猛烈的批评，他晚年提出的六大解放(解放眼睛、解放双手、解放头脑、解放嘴、解放空间、解放时间)可以说是他找准了旧教育操作中的问题，从而提出教育革新的操作措施。认真学习了陶行知先生的六大解放的思想，可以采用的做法是：解放学生的眼睛&amp;&amp;使他们从书本和试卷中解放出来，让他们去看社会、看自然、看生活;解放学生的双手&amp;&amp;使他们闲置的双手动起来，去做事情，做到学做合一;解放学生的头脑&amp;&amp;使他们从只听不思中解放出来，开动脑筋，积极思维，学会思维;解放学生的嘴&amp;&amp;给他们说的自由，特别是问的自由;解放学生的空间&amp;&amp;除了课堂学习，还引导他们走向课外，接触社会，接触自然，给他们广阔的天地;解放学生的时间&amp;&amp;不用功课把他们的业余时间填满，给他们活动的自由，把课间十分钟和午饭后的时间还给他们。</w:t>
      </w:r>
      <w:r>
        <w:rPr>
          <w:lang w:eastAsia="zh-CN"/>
        </w:rPr>
        <w:br/>
      </w:r>
      <w:r>
        <w:rPr>
          <w:lang w:eastAsia="zh-CN"/>
        </w:rPr>
        <w:t>　　创新教育是教育观念，又是具体的教学思想，它只有化作具体的教育教学的操作方法才能够实现。但教育教学无定法，因此它又是一个长期的实践过程。为此，今后我更要认真学习陶行知教育思想与现代教育思想，更新教育观念，牢固树立以素质教育为核心的基础教育主流价值体系观念，提高实施素质教育的自觉性。以陶行知先生为楷模，学习他高尚的人格品质，求真求实求创造的教育理念，成为敬业爱岗、师德高尚、业务精良、创新务实的教师。为培养学生成为真人，并具有创新精神与创造能力的一代新人而努力工作。</w:t>
      </w:r>
      <w:r>
        <w:rPr>
          <w:lang w:eastAsia="zh-CN"/>
        </w:rPr>
        <w:br/>
      </w:r>
      <w:r>
        <w:rPr>
          <w:lang w:eastAsia="zh-CN"/>
        </w:rPr>
        <w:t>　　(二)我的收获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陶行知说过，千教万教教人求真，千学万学学做真人。在这一点上，和孔夫子几千年前提出的主张仁与德的观点不谋而合，两人都是伟大的教育家，为什么相隔千年，提出的观点却是惊人的相似?毫无疑问，两人都是把仁与德当作自己去不断努力实现的目标，不断的学习，从而提高自身的修养与品德，这是有必然性的。</w:t>
      </w:r>
      <w:r>
        <w:rPr>
          <w:lang w:eastAsia="zh-CN"/>
        </w:rPr>
        <w:br/>
      </w:r>
      <w:r>
        <w:rPr>
          <w:lang w:eastAsia="zh-CN"/>
        </w:rPr>
        <w:t>　　为了学习，可以三月不知肉味，这足以见孔子的勤奋，可如果仅仅是勤奋，恐怕孔子就不会如此得到世人的尊敬了。他的好学表现在方方面面：三人行必有我师焉，这是谦虚;我不如老农，我不如老圃，这是实事求是;学而时习之，不亦乐乎，这是一种乐观。他的学习精神，不仅仅限我们常人的思维：这个是学问，那个不合适。孔子会以最博大的胸怀，去接容包纳世间万物，这就是我们所不及的。</w:t>
      </w:r>
      <w:r>
        <w:rPr>
          <w:lang w:eastAsia="zh-CN"/>
        </w:rPr>
        <w:br/>
      </w:r>
      <w:r>
        <w:rPr>
          <w:lang w:eastAsia="zh-CN"/>
        </w:rPr>
        <w:t>　　两千年前的孔子，就是一位具备着各种谋生技能、又具备着对于生命意义有深隧洞见的哲学家及教育家。他一方面具备着各种礼、乐、射、御、书、数的专业知识，又具备着经营管理政治的理念，又对教育的目标有着明确的方向指引，因着他的众多的知能，他成为中国文明史中最重要的教育家，他的许多谋生技能的知能细节固然没有保存下来，但是他的人生智能的谈话却成了绵延两千年的中国知识分子立身处世的智能宝典，当我们阅读吟咏他的话语之时，每一句话都发每一个人都可以从他的智能中找到自己生命的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生活教育理论是是陶行知的基本教育理论，是其教育思想的核心。它也是中国现代最重要的教育思潮。什么是生活教育理论?陶行知说：从定义上说，生活教育是给生活以教育，用生活来教育，为生活向前向上的需要而教育。从生活与教育的关系上说，是生活决定教育。从效力上说，教育要通过生活才能发出力量而成为真正的教育。说明教育要以生活为中心，是生活决定教育、教育改造生活，教育只有通过生活才能发挥作用。</w:t>
      </w:r>
      <w:r>
        <w:rPr>
          <w:lang w:eastAsia="zh-CN"/>
        </w:rPr>
        <w:br/>
      </w:r>
      <w:r>
        <w:rPr>
          <w:lang w:eastAsia="zh-CN"/>
        </w:rPr>
        <w:t xml:space="preserve">    教育理论专著读书心得体会 篇5 </w:t>
      </w:r>
      <w:r>
        <w:rPr>
          <w:lang w:eastAsia="zh-CN"/>
        </w:rPr>
        <w:br/>
      </w:r>
      <w:r>
        <w:rPr>
          <w:lang w:eastAsia="zh-CN"/>
        </w:rPr>
        <w:t>　　拿到《现代教育理论研读》这本书，便觉得是自己渴望已久的书，翻开目录，陶行知、苏霍姆林斯基、魏书生、李镇西这些现当代教育家的名字赫然入目，这些名家都是我急切想深入了解的教育名家，有了这本书，我可以仔仔细细的阅读学习了！在我的读书笔记本上，我做笔记最多的就是陶行知的教育思想，感触也是最深的。</w:t>
      </w:r>
      <w:r>
        <w:rPr>
          <w:lang w:eastAsia="zh-CN"/>
        </w:rPr>
        <w:br/>
      </w:r>
      <w:r>
        <w:rPr>
          <w:lang w:eastAsia="zh-CN"/>
        </w:rPr>
        <w:t>　　陶行知的一生是在国家多难、民族危急之中度过的。他的一生是奉献的一生，是奋斗的一生，是创造的一生，是伟大的一生。他以“捧着一颗心来，不带半根草去”的赤子之忱，怀着“教育为公”、“甘当骆驼”的精神，与劳苦大众休戚与共，为人民教育事业，为中国的民族解放和民主斗争事业鞠躬尽瘁，奋斗终身，做出了不可磨灭的贡献。他学识渊博，才华横溢，勇于实践，善于从中国的国情出发，创造性的开展教育工作，百折不挠的为中国的教育寻觅曙光，在教育理论及实践经验方面，为我们留下了极其丰富和宝贵的遗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捧着一颗心来，不带半根草去”，这是陶行知先生毕生从事教育事业的真实写照。“没有爱，就没有教育”，前苏联教育家马可连柯这句话道出了陶行知先生教育的真谛。作为一名伟大的人民教育家、教育思想家，陶行知先生以睿智的目光、博大的胸怀，倡导并实践了爱的教育，他爱教育，爱学校，爱学生，称学生和学校为“爱人”，令人耳目一新，也给了我们很大的启示。爱的教育是教育的基本原则和方法。陶行知先生的“爱满天下”更把爱的教育发扬光大。教师对学生的爱在教育中具有重要的作用。教师对每一个学生都应有一颗爱心，它不埋在胸膛里，而应擎在手上，高高举起，让学生看得见，摸得着，时时感觉到。</w:t>
      </w:r>
      <w:r>
        <w:rPr>
          <w:lang w:eastAsia="zh-CN"/>
        </w:rPr>
        <w:br/>
      </w:r>
      <w:r>
        <w:rPr>
          <w:lang w:eastAsia="zh-CN"/>
        </w:rPr>
        <w:t>　　老师对学习有困难的学生更要倾注真诚的爱心，使学生感到老师的亲切、集体的温暖，从而树起生活的信心，提高学习的积极性。</w:t>
      </w:r>
      <w:r>
        <w:rPr>
          <w:lang w:eastAsia="zh-CN"/>
        </w:rPr>
        <w:br/>
      </w:r>
      <w:r>
        <w:rPr>
          <w:lang w:eastAsia="zh-CN"/>
        </w:rPr>
        <w:t>　　“生活即教育”是陶行知生活教育理论的核心。什么是“生活教育”？陶行知指出：“生活教育是生活所原有，生活所自营，生活所必需的教育。教育的根本意义是生活之变化。生活无时不变，即生活无时不含有教育的意义。”既然生活教育是人类社会原来就有的，那么生活便是教育，所谓“过什么生活便受什么教育，过好的生活，便是受好的教育，过坏的生活，便是受坏的教育。”生活教育强调的是教育要以生活为中心，反对传统教育以书本为中心，认为不以生活为中心的教育是死的教育。生活教育是在批判传统教育脱离生活实际的基础上产生的，是单纯知识教育的对立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陶行知生活教育理论内涵十分深广，“教学做合一”，是陶行知先生生活教育理论的教学论。“教学做合一”用陶行知的话说，是生活现象之说明，即教育现象之说明，在生活里，对事说是做，对己之长进说是学，对人之影响说是教，教学做只是一种生活之三方面，不是三个各不相谋的过程。“教学做是一件事，不是三件事。我们要在做上教，在做上学。在做上教的是先生；在做上学的是学生。从先生对学生的关系说：做便是教；从学生对先生的关系说：做便是学。先生拿做来教，乃真教；学生拿做来学，方是真学。”他用种田为例，指出种田这件事，要在田里做的，便须在田里学，在田里教。在陶行知看来，“教学做合一”是生活法，也是教育法，它的含义是教的方法根据学的方法，学的方法要根据做的方法，“事怎样做便怎样学，怎样学便怎样教。教而不做，不能算是教；学而不做，不能算是学。</w:t>
      </w:r>
      <w:r>
        <w:rPr>
          <w:lang w:eastAsia="zh-CN"/>
        </w:rPr>
        <w:br/>
      </w:r>
      <w:r>
        <w:rPr>
          <w:lang w:eastAsia="zh-CN"/>
        </w:rPr>
        <w:t>　　教与学都以做为中心。”由此他特别强调要亲自在“做”的活动中获得知识。值得指出的是：“教学做合一”的“做”与杜威“从做中学”的“做”是有区别的。首先，陶行知所说的“做”是指“劳力上劳心”，反对劳力与劳心脱节。“‘做’字在晓庄有个特别定义。这定义便是在劳力上劳心。单纯的劳力，只是蛮干，不能算做，单纯的劳心，只是空想，也不能算做，真正的做只是在劳力上劳心。”其次这个“做”是“行是知之始”的“行”。陶行知认为“有行的勇气才有知的收获”。可见陶行知的“做”是建立在“行”的基础上，是以“行”求知，强调“行”是获得知识的源泉。</w:t>
      </w:r>
      <w:r>
        <w:rPr>
          <w:lang w:eastAsia="zh-CN"/>
        </w:rPr>
        <w:br/>
      </w:r>
      <w:r>
        <w:rPr>
          <w:lang w:eastAsia="zh-CN"/>
        </w:rPr>
        <w:t>　　陶行知教育思想是宝贵的经验和财富，是我们学习、研究、继承和发展的永恒的课题，是创造型教师及专业发展义不容辞的责任。</w:t>
      </w:r>
      <w:r>
        <w:rPr>
          <w:lang w:eastAsia="zh-CN"/>
        </w:rPr>
        <w:br/>
      </w:r>
      <w:r>
        <w:rPr>
          <w:lang w:eastAsia="zh-CN"/>
        </w:rPr>
        <w:t xml:space="preserve">    教育理论专著读书心得体会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陶行知教育理论蕴涵着深刻的哲理，闪耀着智慧的光芒，按照陶行知先生的说法，生活教育是给生活以教育，用生活来教育，为生活的向前向上的需要而教育。从生活与教育的关系上说：是生活决定教育。从效力上说：教育要通过生活才能发出力量而成为真正的教育。</w:t>
      </w:r>
      <w:r>
        <w:rPr>
          <w:lang w:eastAsia="zh-CN"/>
        </w:rPr>
        <w:br/>
      </w:r>
      <w:r>
        <w:rPr>
          <w:lang w:eastAsia="zh-CN"/>
        </w:rPr>
        <w:t>　　生活即教育是陶行知生活教育理论的核心。什么是“生活教育”。陶行知指出：生活教育是生活所原有，生活所自营，生活所必需的教育。教育的根本意义是生活之变化。生活无时不变，即生活无时不含有教育的意义。既然生活教育是人类社会原来就有的，那么是生活便是教育，所谓过什么生活便是受什么教育；过好的生活，便是受好的教育，过坏的生活，便是受坏的教育。他还指出，生活教育与生俱来，与生同去。进棺材才算毕业。生活教育强调的是教育要以生活为中心，反对传统教育以书本为中心，认为不以生活为中心的教育是死的教育。生活教育是在批判传统教育脱离生活实际的基础上产生的，是单纯知识教育的对立物。“教学做合一是生活法，也就是教育法。它的涵义是：教的方法根据学的方法；学的方法根据做的方法。事怎样做便怎样学，怎样学便怎样教。教与学都以做为中心。”这是陶行知在这本书中的一段话。对于一个问题，不是要老师用现成的解决方法来传授学生，而是要把这个解决方法如何找来的过程，组织好，指导学生，使学生以最短的时间，经过类似的经验，自己将这个方法找出来，并且能够利用这种经验来找别的方法，解决别的问题。有了这种经验，学生才能自己去探求知识，成为主动学习者。教师，只有学而不厌，然后才能诲人不倦，只有引导学生做教育，才不是假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我读了陶行知先生的这一席话，让我对他的教育名言“生活既教育”有了更深刻的理解和认识。他把生活教育提高到这么一个高度，让人为之震撼，震撼于他的精辟和深刻，同时感叹教育家的前瞻性，这不就是我们现在提倡的素质教育吗？</w:t>
      </w:r>
      <w:r>
        <w:rPr>
          <w:lang w:eastAsia="zh-CN"/>
        </w:rPr>
        <w:br/>
      </w:r>
      <w:r>
        <w:rPr>
          <w:lang w:eastAsia="zh-CN"/>
        </w:rPr>
        <w:t>　　善于发现生活中的教育，善于开启学生感受生活、学习探索的兴致，教师是一个活的教科书，孩子从“活”的书中能感受生活，感受生命。师者，传道；授业；解惑也。教师不仅要教给孩子知识，更要让他们学会生活，学会劳动，学会学习。作为教师，我们不能仅仅满足于形式上的活动，应该透过表面的活动，更有效的帮助孩子获得全面发展的机会，健全他们的性格和个性品质。</w:t>
      </w:r>
      <w:r>
        <w:rPr>
          <w:lang w:eastAsia="zh-CN"/>
        </w:rPr>
        <w:br/>
      </w:r>
      <w:r>
        <w:rPr>
          <w:lang w:eastAsia="zh-CN"/>
        </w:rPr>
        <w:t>　　反思自己的课堂教学，当我把自己“精心设计”的教案“有条不紊”地实施时，我的孩子偏偏喜欢“节外生枝”；当我给孩子们出示课件时，却见孩子们一脸漠然，没有兴趣……我想究其原因是自我感觉太好，太夸大自己在学生学习中的作用。“道德的楷模、知识的源泉、正义的化身”，这美好的角色一直使我在孩子们面前透着一脸的“霸气”，一直处于“主宰”课堂的地位。</w:t>
      </w:r>
      <w:r>
        <w:rPr>
          <w:lang w:eastAsia="zh-CN"/>
        </w:rPr>
        <w:br/>
      </w:r>
      <w:r>
        <w:rPr>
          <w:lang w:eastAsia="zh-CN"/>
        </w:rPr>
        <w:t>　　作为一名教育者，我将不断更新教育观念，以陶行知先生的理论为指导思想，引导学生手脑并用，学会过硬的技能，使学生的素质全面发展，成为具有创新精神和创新能力的有用人才。</w:t>
      </w:r>
      <w:r>
        <w:rPr>
          <w:lang w:eastAsia="zh-CN"/>
        </w:rPr>
        <w:br/>
      </w:r>
      <w:r>
        <w:rPr>
          <w:lang w:eastAsia="zh-CN"/>
        </w:rPr>
        <w:t xml:space="preserve">    教育理论专著读书心得体会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今年我认真学习了陶行知的创造教育理论，认识到：陶行知的创造教育思想是其教育思想体系的重要组成部分，也是其思想体系的主旨。培养学生的创新能力，可以从陶行知的教育思想与教育实践中汲取丰富的养料，为全面推进素质教育服务。我认识到：实施爱的教育，保护和培养学生积极向上的精神，是为创新能力的形成奠定心理基础;实施生活教育，引导学生关注社会生活，是为学生打开创新思维的源泉;尊重学生主体，指导学生学会学习，是培养创新能力的学习操练;实行六大解放，焕发学生活力，是培养创新能力的操作要求。</w:t>
      </w:r>
      <w:r>
        <w:rPr>
          <w:lang w:eastAsia="zh-CN"/>
        </w:rPr>
        <w:br/>
      </w:r>
      <w:r>
        <w:rPr>
          <w:lang w:eastAsia="zh-CN"/>
        </w:rPr>
        <w:t>　　陶行知说过，千教万教教人求真，千学万学学做真人。在这一点上，和孔夫子几千年前提出的主张仁与德的观点不谋而合，两人都是伟大的教育家，为什么相隔千年，提出的观点却是惊人的相似?毫无疑问，两人都是把仁与德当作自己去不断努力实现的目标，不断的学习，从而提高自身的修养与品德，这是有必然性的。</w:t>
      </w:r>
      <w:r>
        <w:rPr>
          <w:lang w:eastAsia="zh-CN"/>
        </w:rPr>
        <w:br/>
      </w:r>
      <w:r>
        <w:rPr>
          <w:lang w:eastAsia="zh-CN"/>
        </w:rPr>
        <w:t>　　为了学习，可以三月不知肉味，这足以见孔子的勤奋，可如果仅仅是勤奋，恐怕孔子就不会如此得到世人的尊敬了。他的好学表现在方方面面：三人行必有我师焉，这是谦虚;我不如老农，我不如老圃，这是实事求是;学而时习之，不亦乐乎，这是一种乐观。他的学习精神，不仅仅限我们常人的思维：这个是学问，那个不合适。孔子会以最博大的胸怀，去接容包纳世间万物，这就是我们所不及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生活教育理论是是陶行知的基本教育理论，是其教育思想的核心。它也是中国现代最重要的教育思潮。什么是生活教育理论?陶行知说：从定义上说，生活教育是给生活以教育，用生活来教育，为生活向前向上的需要而教育。从生活与教育的关系上说，是生活决定教育。从效力上说，教育要通过生活才能发出力量而成为真正的教育。说明教育要以生活为中心，是生活决定教育、教育改造生活，教育只有通过生活才能发挥作用。</w:t>
      </w:r>
      <w:r>
        <w:rPr>
          <w:lang w:eastAsia="zh-CN"/>
        </w:rPr>
        <w:br/>
      </w:r>
      <w:r>
        <w:rPr>
          <w:lang w:eastAsia="zh-CN"/>
        </w:rPr>
        <w:t xml:space="preserve">    教育理论专著读书心得体会 篇8 </w:t>
      </w:r>
      <w:r>
        <w:rPr>
          <w:lang w:eastAsia="zh-CN"/>
        </w:rPr>
        <w:br/>
      </w:r>
      <w:r>
        <w:rPr>
          <w:lang w:eastAsia="zh-CN"/>
        </w:rPr>
        <w:t>　　《现代教育理论》</w:t>
      </w:r>
      <w:r>
        <w:rPr>
          <w:lang w:eastAsia="zh-CN"/>
        </w:rPr>
        <w:br/>
      </w:r>
      <w:r>
        <w:rPr>
          <w:lang w:eastAsia="zh-CN"/>
        </w:rPr>
        <w:t>　　教育是社会主义物质文明和精神文明极为重要的基础工程。它对提高全体人民的思想道德和科学文化素质，对培养一代又一代社会主义事业的接班人，具有重大战略意义。我们必须加强教育工作，大力发展教育事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作为一名年轻的教师，我深深地感受到了现代教育的急速发展。有时还会感到有些力不从心。整堂课中，教师是课堂提问的垄断者。长期以往，学生的创造、好奇、探究的内在动力就减退了。近年来，许多优秀的教育工作者提出了培养学生自主、探究性地学习。我也阅读了大量有关的文章，利用暑期我认真地阅读了《现代教育理论》一书感触颇深：作为21世纪的教师，应做一名带着学生走向知识的组织者、共同学习者;应不断更新教学理念。过去常说教师要给学生一杯水，自己必须要有一桶水，而随着科学技术的不断发展，那一桶水是远远不够的。过去，一名教师只要他工作踏踏实实，具有奉献精神。人们便会给予他优秀教师的称号。而新型教师必须要有强烈的创新意识、必备的创新精神和较强的创新能力。现在，社会对于教师的要求越来越高，因此，作为一名教师应不断的进行反思、不断的超越自己、在更新教学理念的同时，应在教学实践中不断地探索、给学生营造一种和谐、宽松的课堂人文气氛。</w:t>
      </w:r>
      <w:r>
        <w:rPr>
          <w:lang w:eastAsia="zh-CN"/>
        </w:rPr>
        <w:t xml:space="preserve"> 过去，我总认为教师是课堂的主宰者，考试成绩是检验学生是否掌握的唯一渠道。现在想想：我完全错了。其实，课堂是学生的。教师只是诱发者、组织者、辅导者、参与者，教师的教是服务学生的学。我们时常埋怨学生怎么了?想象力哪去了?创造力哪去了?其实，这完全是被我们的传统教学一步步的抹杀了。正是因为教师的一味包办，学生成了旁听者。因此，教师应让学生学会质疑、学会评价、学会争论、学会学习。课堂上的问题应让学生自己设计，与同学合作解决，让学生自觉、主动地去学习。</w:t>
      </w:r>
      <w:r>
        <w:rPr>
          <w:lang w:eastAsia="zh-CN"/>
        </w:rPr>
        <w:br/>
      </w:r>
      <w:r>
        <w:rPr>
          <w:lang w:eastAsia="zh-CN"/>
        </w:rPr>
        <w:t>　　21世纪是信息社会，现代教育技术正逐渐广泛深入的被应用到各科教学中，现在我们学校已经拥有两间电脑房，建成了校园教学网络，教师的控制电脑不仅可以控制学生使用的电脑，还可以解除对学生的控制，使学生根据自己的情况进行自主学习。教师可根据不同层次学生的实际水平设计出的不同层次问题或CAI 教学软件放入网上，让学生共同研讨(包括课堂上或课堂外)。在理论学习的同时，我将充分利用学校给予我们的硬件设备，不断创新、创造出崭新的教学模式。</w:t>
      </w:r>
      <w:r>
        <w:rPr>
          <w:lang w:eastAsia="zh-CN"/>
        </w:rPr>
        <w:br/>
      </w:r>
      <w:r>
        <w:rPr>
          <w:lang w:eastAsia="zh-CN"/>
        </w:rPr>
        <w:t>　　在以后的工作中，我将以新型教师的要求鞭策自己，不断进取，不断反思，争取做一名具有创造精神和创新能力的新型教师。</w:t>
      </w:r>
      <w:r>
        <w:rPr>
          <w:lang w:eastAsia="zh-CN"/>
        </w:rPr>
        <w:br/>
      </w:r>
      <w:r>
        <w:rPr>
          <w:lang w:eastAsia="zh-CN"/>
        </w:rPr>
        <w:t xml:space="preserve">    教育理论专著读书心得体会 篇9 </w:t>
      </w:r>
      <w:r>
        <w:rPr>
          <w:lang w:eastAsia="zh-CN"/>
        </w:rPr>
        <w:br/>
      </w:r>
      <w:r>
        <w:rPr>
          <w:lang w:eastAsia="zh-CN"/>
        </w:rPr>
        <w:t>　　一、“活动”乃重中之重。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陈鹤琴先生认为在教学活动中应强调学生的“做”，“做”即活动。在学校里的一切活动，“凡是学生自己能够做的，应当让他自己做。”不仅要重视学生的动手操作，同样重视学生积极思想品质的培养，主张“凡学生自己能够想的，应当让他自己想。”“一切教学，不仅仅在做上打基础，也应当在思想上做工夫。”根据行为主义心理学的观点认为思想就是动作，是一种内化的动作。“好动”是学生的一个显著的特点。没有一个学生不好动，也没有一个学生不喜欢自己做的，因为学生的感觉与动作是连通的，他只要想到了或是接受了什么外来的刺激，就立刻要去做，因此，作为教师，要去了解和研究学生好动的特点，不但不因学生的正常活动，去责罚他，而且要给学生充分的机会，使他多与事物、与人接触，以促使学生身体、道德、智力的增进。“做”，也是学生获得练习，培养兴趣，锻炼能力的好机会。陈鹤琴先生曾说：“学生若自己动手，自己吃饭，可以得到肌肉运动的快感，嘴里也有着相当的滋味，即使汤勺拿不稳，饭菜装得不牢掉在桌上身上，但这是一种练习的好机会。”的确，不让学生“做”，学生就得不到练习的机会，任何事情也就学不会了。学生做事，能够锻炼他们的能力。另外，丰富学生直接感性经验成为学校教学的重要任务，而学生的操作活动即“做”正是获得直接经验的最佳途径。我们教师不应用自己的头脑代替学生去思想，剥夺他们思考的机会，是不利于发展学生智力的。</w:t>
      </w:r>
      <w:r>
        <w:rPr>
          <w:lang w:eastAsia="zh-CN"/>
        </w:rPr>
        <w:br/>
      </w:r>
      <w:r>
        <w:rPr>
          <w:lang w:eastAsia="zh-CN"/>
        </w:rPr>
        <w:t>　　二、大量利用活教材，教学方法多样化。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陈鹤琴先生提出“大自然大社会是我们的活教材”。实现“活教育”的重要手段，就是直接向大自然、大社会学习。小孩子的知识是由经验得来的，所接触的环境愈广，所得的知识愈多。学生生活在大自然、大社会中，自然环境和社会环境是活的环境，对学生具有重要的教育作用。外界环境的刺激是学生心理发展的源泉，环境对学前学生的发展比其它年龄阶段更为重要，因为学生最初是从环境中受到自发教育的。所以，教师要常带学生走出学生园，到工厂、街道、田间、野外去学习。大自然、大社会为学生活动和学习提供了丰富的材料。要做一个成功的教师，就要注意环境，利用环境。环境中有许许多多的东西可以变成很好的教材，很好的教具。民歌、民谣、儿歌、故事等许多都富有教育意义，有待于教师们做有心人，发挥想象力，随时发觉这种活教具、活教材。从尊重学生的愿望、兴趣、要求等身心特点出发提出了替代教学法和暗示法。游戏是人生不可缺少的游戏，那么学校的教学应该游戏化，并增加教师与学生、学生与学生之间交往的机会。</w:t>
      </w:r>
      <w:r>
        <w:rPr>
          <w:lang w:eastAsia="zh-CN"/>
        </w:rPr>
        <w:br/>
      </w:r>
      <w:r>
        <w:rPr>
          <w:lang w:eastAsia="zh-CN"/>
        </w:rPr>
        <w:t>　　三、突出学生是教育教学的主体，建立和谐民主的师生关系。</w:t>
      </w:r>
      <w:r>
        <w:rPr>
          <w:lang w:eastAsia="zh-CN"/>
        </w:rPr>
        <w:br/>
      </w:r>
    </w:p>
    <w:p w:rsidR="001B1F19" w14:textId="27C3F48A">
      <w:pPr>
        <w:rPr>
          <w:rFonts w:hint="eastAsia"/>
          <w:lang w:eastAsia="zh-CN"/>
        </w:rPr>
      </w:pPr>
      <w:r>
        <w:rPr>
          <w:lang w:eastAsia="zh-CN"/>
        </w:rPr>
        <w:t>　　教师应当给学生相当的机会，自己动手学习，不要把现成的结果灌输给学生。陈鹤琴先生指出：“学生的世界是学生自己去探讨去发现的，他自己所求来的知识，才是真的知识，他自己所发现的世界才是真的世界。”只有使学生自己具体的和自发的参与各种活动，才能获得真实的知识，才能形成他们自己的假设，给予证实或否定。教师应当重视引导学生自我发现的学习，在学校的教学中要注意突出学生的主体作用，让学生参与活动，做活动的主人，充分强调学生的主动性、积极性和创造性。陈老提倡“教师教教师”、“学生教学生”。我认为这样的相互学习，教者和被教者都会受益。同时可以看出这种教学相长的方式具有民主性的特点。任何教师，任何学生随时都可能成为教者，又随时都可以成为被教者、学者。民主性是陈老“活教育”理论的一大特色，正是当代教育理论的一个趋势。</w:t>
      </w:r>
      <w:r>
        <w:rPr>
          <w:lang w:eastAsia="zh-CN"/>
        </w:rPr>
        <w:br/>
      </w:r>
      <w:r>
        <w:rPr>
          <w:lang w:eastAsia="zh-CN"/>
        </w:rPr>
        <w:t xml:space="preserve">    教育理论专著读书心得体会 篇10 </w:t>
      </w:r>
      <w:r>
        <w:rPr>
          <w:lang w:eastAsia="zh-CN"/>
        </w:rPr>
        <w:br/>
      </w:r>
      <w:r>
        <w:rPr>
          <w:lang w:eastAsia="zh-CN"/>
        </w:rPr>
        <w:t>　　教育是社会主义物质文明和精神文明极为重要的基础工程。它对提高全体人民的思想道德和科学文化素质，对培养一代又一代社会主义事业的接班人，具有重大战略意义。我们必须加强教育工作，大力发展教育事业。</w:t>
      </w:r>
      <w:r>
        <w:rPr>
          <w:lang w:eastAsia="zh-CN"/>
        </w:rPr>
        <w:br/>
      </w:r>
      <w:r>
        <w:rPr>
          <w:lang w:eastAsia="zh-CN"/>
        </w:rPr>
        <w:t>　　作为一名年轻的教师，我深深地感受到了现代教育的急速发展。有时还会感到有些力不从心。想想我刚从师范毕业、踏进小学大门时，学校采用的还是一问一答的教学模式。</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https://d.book118.com/458013120013006041</w:t>
        </w:r>
      </w:hyperlink>
    </w:p>
    <w:p w:rsidR="001B1F19">
      <w:pPr>
        <w:rPr>
          <w:rFonts w:hint="eastAsia"/>
          <w:lang w:eastAsia="zh-CN"/>
        </w:rPr>
      </w:pPr>
    </w:p>
    <w:sectPr>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58013120013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