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2024急诊护士个人工作总结（31篇）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2024急诊护士个人工作总结（通用31篇）</w:t>
      </w:r>
      <w:r>
        <w:rPr>
          <w:lang w:eastAsia="zh-CN"/>
        </w:rPr>
        <w:br/>
      </w:r>
      <w:r>
        <w:rPr>
          <w:lang w:eastAsia="zh-CN"/>
        </w:rPr>
        <w:t xml:space="preserve">    2024急诊护士个人工作总结 篇1 </w:t>
      </w:r>
      <w:r>
        <w:rPr>
          <w:lang w:eastAsia="zh-CN"/>
        </w:rPr>
        <w:br/>
      </w:r>
      <w:r>
        <w:rPr>
          <w:lang w:eastAsia="zh-CN"/>
        </w:rPr>
        <w:t>　　去年的八月我有幸被分到急诊部，在急诊工作的这一年中对我的成长来说有很大的帮助，下面就我在工作中的一些感触和大家说说：</w:t>
      </w:r>
      <w:r>
        <w:rPr>
          <w:lang w:eastAsia="zh-CN"/>
        </w:rPr>
        <w:br/>
      </w:r>
    </w:p>
    <w:p w:rsidR="001B1F19" w14:textId="0AE8485B">
      <w:pPr>
        <w:pStyle w:val="Heading1"/>
        <w:jc w:val="center"/>
        <w:rPr>
          <w:rFonts w:hint="eastAsia"/>
          <w:lang w:eastAsia="zh-CN"/>
        </w:rPr>
      </w:pPr>
      <w:r>
        <w:rPr>
          <w:sz w:val="44"/>
          <w:lang w:eastAsia="zh-CN"/>
        </w:rPr>
        <w:t>2024急诊护士个人工作总结（31篇）</w:t>
      </w:r>
    </w:p>
    <w:p w:rsidR="001B1F19"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2024急诊护士个人工作总结（通用31篇）</w:t>
      </w:r>
      <w:r>
        <w:rPr>
          <w:lang w:eastAsia="zh-CN"/>
        </w:rPr>
        <w:br/>
      </w:r>
      <w:r>
        <w:rPr>
          <w:lang w:eastAsia="zh-CN"/>
        </w:rPr>
        <w:t xml:space="preserve">    2024急诊护士个人工作总结 篇1 </w:t>
      </w:r>
      <w:r>
        <w:rPr>
          <w:lang w:eastAsia="zh-CN"/>
        </w:rPr>
        <w:br/>
      </w:r>
      <w:r>
        <w:rPr>
          <w:lang w:eastAsia="zh-CN"/>
        </w:rPr>
        <w:t>　　去年的八月我有幸被分到急诊部，在急诊工作的这一年中对我的成长来说有很大的帮助，下面就我在工作中的一些感触和大家说说：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大家都知道抢救室是一种什么样的工作性质，与时间赛跑，与死神搏斗，病人的病情比较重、复杂，变化比较迅速。刚被分到急诊抢救室的时候，自己很多时候的状态是站在那里，像个木头，我的老师们也是第一次接触男同事，这种状态也是很微妙的，但通过老师们的耐心、细心的教导，自己虚心的学习，我很快的掌握了一些常见病的急救技能。记得刚入科不久的一个中午，我们抢救室值班的医生是位身材比较苗条的女性，120送来一位身宽体胖的患者，送来的时候已经呼吸心跳停止，需立即进行抢救，可摆在面前最困难的问题不是抢救而是怎样将这位患者搬到床上，这时，我们男同事的优势是显而易见的。可在进行胸外心脏按压的时候问题又同样摆在面前，女医生的按压对这么一位身宽体胖的患者来说实质是无效的。胸外心脏按压的抢救技能我也只是以前在书上看过，根本就没有实战的经验。此时也不容我再去想的太多，一边想着书上的步骤要领，一边进行抢救，凭着那份自信，这位患者通过我们集体的努力，抢救最终获得成功。在洗手的时候，老师们说：“今天幸好有我们的小刘在，不然今天我们肯定救不了他，而且我们小刘的动作也很标准”。对于一位男同事来说，感到这是对我从事的事业的肯定，也让我对自己有了更多的自信。我想对在坐的男同仁们说声，我们在工作中不仅要掌握扎实的理论知识，而且还要有那份将事护理事业做的更好的自信！</w:t>
      </w:r>
      <w:r>
        <w:rPr>
          <w:lang w:eastAsia="zh-CN"/>
        </w:rPr>
        <w:br/>
      </w:r>
      <w:r>
        <w:rPr>
          <w:lang w:eastAsia="zh-CN"/>
        </w:rPr>
        <w:t>　　在工作中，我得到了老师们的肯定，对于患者及其家属来说，能得到他们的肯定，也不是说说就能做的到的：在刚工作的很多时候，病人及其家属看我的眼神，一个字：怪，三个字：怪怪的，好像看到的是个“魔鬼”，哈哈！不过这些感觉都在我的工作中天天变化着：有一次120送来一位男士，补液已经配好，当我要给这位患者进行静脉穿刺的时候，这为男士看了看我的胸卡说：“啊！男护士呀，呜莱塞！呜莱塞！还是让你老师来吧，我从来没有见过男护士，男的不如女的细心……瑞金医院有男护士了……”。</w:t>
      </w:r>
      <w:r>
        <w:rPr>
          <w:lang w:eastAsia="zh-CN"/>
        </w:rPr>
        <w:br/>
      </w:r>
      <w:r>
        <w:rPr>
          <w:lang w:eastAsia="zh-CN"/>
        </w:rPr>
        <w:t>　　面队这样的患者我不能每次都是选择默默的离开，我要找回那份自信。通过我的说服，最终同意我为他静脉穿刺。当我细心为他排好气，消好毒，并一针见血穿刺成功，正要贴贴膜时，他说：“啊！已经打好了，不错么，一点也不痛，比小姑娘的技术还好，也很细心……”。最后，我也回敬此君一句：“看到了，这就是我们瑞金医院！瑞金医院的男护士！”。此君不由的伸出了大拇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刚轮转到补液室的时候，我正准备要为一位中年女性患者静脉穿刺补液的时，这位患者说：“还是让你的师父来吧，男的不行……”。我和老师也没有将她说服。过了大概四天，我给一位患者静脉穿刺结束后，突然有位中年女性患者拉着我的胳膊说：“小弟，还记得我么，前几天，我没有让你给我打针，不好意思噢，我这几天观察，你打针打的不错，我歉你一针，今天是我最后一次打吊针了。”偶而在路上见到一些给我打招呼的人“你不是瑞金医院的男护士么？还记得我么？上次是你给我爸褥疮换的药，你是换药中最仔细的一位。”“上次我妈生病的时候是你帮我妈打吊针的，其他人都没有打进去，多亏了你呀。”听到这些的时候我感觉到的不仅仅是一个赞许，更是一个鞭策，男护士是护理事业的新生力量，或许我们的一小步就能给护理事业带来一大步的跨越。</w:t>
      </w:r>
      <w:r>
        <w:rPr>
          <w:lang w:eastAsia="zh-CN"/>
        </w:rPr>
        <w:br/>
      </w:r>
      <w:r>
        <w:rPr>
          <w:lang w:eastAsia="zh-CN"/>
        </w:rPr>
        <w:t>　　正如朱老师说的那样：作为一名护士必须要具有细心、耐心、爱心、虚心胆大心细的按照医疗护理常规做好自己本职的工作，就肯定能够做一名合格的护士，能够实现自己的职业理想。</w:t>
      </w:r>
      <w:r>
        <w:rPr>
          <w:lang w:eastAsia="zh-CN"/>
        </w:rPr>
        <w:br/>
      </w:r>
      <w:r>
        <w:rPr>
          <w:lang w:eastAsia="zh-CN"/>
        </w:rPr>
        <w:t>　　去年的这个时候，我还是一名新职工，现在新人换旧人了。去年我们三个还像是汪洋中的一叶孤舟，而如今，我看到的是好多和我们一样的男同仁坐在下面。我曾经看到一篇文章说：“有一智者曾问他的弟子：一滴水如何才能不干涸？弟子摇头，智者说：要融入大海”。是呀，一个人的力量是有限的，走不远，飞不高，好比一条小渠，如果不汇入江河，永远也不能汹涌澎湃。因此，我们男同志们要团结在一起，发挥我们集体作用，为我们的瑞金医院添砖加瓦，奉献我门微薄的力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“往事已矣，来者可追”，新的一年里，我期待着与大家一路同行，分享最多的喜悦，分担最少的痛苦。</w:t>
      </w:r>
      <w:r>
        <w:rPr>
          <w:lang w:eastAsia="zh-CN"/>
        </w:rPr>
        <w:br/>
      </w:r>
      <w:r>
        <w:rPr>
          <w:lang w:eastAsia="zh-CN"/>
        </w:rPr>
        <w:t xml:space="preserve">    2024急诊护士个人工作总结 篇2 </w:t>
      </w:r>
      <w:r>
        <w:rPr>
          <w:lang w:eastAsia="zh-CN"/>
        </w:rPr>
        <w:br/>
      </w:r>
      <w:r>
        <w:rPr>
          <w:lang w:eastAsia="zh-CN"/>
        </w:rPr>
        <w:t>　　急诊科围绕护理部提出的工作中心，把握重点，突出特色，全体医务人员团结协作，出色地完成各项抢救工作。现将一年来的工作总结汇报如下：</w:t>
      </w:r>
      <w:r>
        <w:rPr>
          <w:lang w:eastAsia="zh-CN"/>
        </w:rPr>
        <w:br/>
      </w:r>
      <w:r>
        <w:rPr>
          <w:lang w:eastAsia="zh-CN"/>
        </w:rPr>
        <w:t>　　一、强化服务意识，提高服务质量</w:t>
      </w:r>
      <w:r>
        <w:rPr>
          <w:lang w:eastAsia="zh-CN"/>
        </w:rPr>
        <w:br/>
      </w:r>
      <w:r>
        <w:rPr>
          <w:lang w:eastAsia="zh-CN"/>
        </w:rPr>
        <w:t>　　坚持以病人为中心，以病人的利益需求为出发点。如要求护士听到救护车的鸣声后要迅速推车到急诊室大门接诊病人。为病人提供面巾纸，纸杯和开水。为无陪人的老弱病人代挂号、取药。每个急诊住院病人均有护士或护工护送入院。为了解决夏天夜间输液病人多，实行弹性排班，加派夜间上班人数。这些措施得到病人的好评。特别是在有医患纠纷时，甚至打骂我们医务人员时，我们的护理人员做到尽力合理解释，打不还手，骂不还口，受到医院的表扬。</w:t>
      </w:r>
      <w:r>
        <w:rPr>
          <w:lang w:eastAsia="zh-CN"/>
        </w:rPr>
        <w:br/>
      </w:r>
      <w:r>
        <w:rPr>
          <w:lang w:eastAsia="zh-CN"/>
        </w:rPr>
        <w:t>　　二、加强学习，培养高素质队伍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急诊科制定学习制度和计划，加强护理人员的业务知识学习。开展急救专业培训，选送护士到麻醉科、手术室学习气管插管，要求急诊八大件操作人人过关。与医生一同学习心肺复苏新进展、急性冠脉综合症的急诊处置、创伤急救。提高了急诊急救水平和抢救反应速度。全科人员自觉学习尉然成风，目前有8名护士参加全国高等教育护理大专班和本科自学考试。两位工作一年的护士参加护士执业考试均通过。指派高年资的护士外出学习国家级《急救护理新概念与急诊模拟急救培训》。</w:t>
      </w:r>
      <w:r>
        <w:rPr>
          <w:lang w:eastAsia="zh-CN"/>
        </w:rPr>
        <w:br/>
      </w:r>
      <w:r>
        <w:rPr>
          <w:lang w:eastAsia="zh-CN"/>
        </w:rPr>
        <w:t>　　三、做好新入科护士及实习生的带教工作</w:t>
      </w:r>
      <w:r>
        <w:rPr>
          <w:lang w:eastAsia="zh-CN"/>
        </w:rPr>
        <w:br/>
      </w:r>
      <w:r>
        <w:rPr>
          <w:lang w:eastAsia="zh-CN"/>
        </w:rPr>
        <w:t>　　根据急诊科的工作特性，制定了新入科护士三个月的培训计划，要求其三个月内掌握急诊的流程，院前急救，如何接急救电话、掌握急诊科所有的仪器使用，同时加强理论方面的学习与考核。在实施培训第一年时，取得了很好的效果。对于实习生做到放手不放眼，每周实行小讲课。</w:t>
      </w:r>
      <w:r>
        <w:rPr>
          <w:lang w:eastAsia="zh-CN"/>
        </w:rPr>
        <w:br/>
      </w:r>
      <w:r>
        <w:rPr>
          <w:lang w:eastAsia="zh-CN"/>
        </w:rPr>
        <w:t>　　四、关爱生命，争分夺秒</w:t>
      </w:r>
      <w:r>
        <w:rPr>
          <w:lang w:eastAsia="zh-CN"/>
        </w:rPr>
        <w:br/>
      </w:r>
      <w:r>
        <w:rPr>
          <w:lang w:eastAsia="zh-CN"/>
        </w:rPr>
        <w:t>　　是急诊科努力的方向，也是做好“急”字文章的承诺。如__年11月7日送到急诊科的高处坠落伤的患者，既无陪人而且神志不清，躁动不安，呼之不应，口腔内血性液体溢出，双下肢开放性骨折。当班护士见状即给氧、静脉注射，并果断采用气管插管，气管内吸痰，吸氧等处理，同时开通绿色通道，为抢救患者赢得宝贵时间。</w:t>
      </w:r>
      <w:r>
        <w:rPr>
          <w:lang w:eastAsia="zh-CN"/>
        </w:rPr>
        <w:br/>
      </w:r>
      <w:r>
        <w:rPr>
          <w:lang w:eastAsia="zh-CN"/>
        </w:rPr>
        <w:t>　　五、做好急救药品及急救仪器的管理</w:t>
      </w:r>
      <w:r>
        <w:rPr>
          <w:lang w:eastAsia="zh-CN"/>
        </w:rPr>
        <w:br/>
      </w:r>
      <w:r>
        <w:rPr>
          <w:lang w:eastAsia="zh-CN"/>
        </w:rPr>
        <w:t>　　急救药品准备及各种急救设备的调试是急诊工作的基础，现已施行每项工作专人负责，责任到人，做到班班清点、定期检查，这一年里未出现因急救药品和急救仪器的原因而影响抢救工作。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我怀着忐忑不安的心情来到急诊科，因为刚刚进医院工作的我没有多少工作经验，又习惯了妇产科单一的工作环境和流程，很多急救知识和急救技术及急救设备都不熟悉，我怕自己很难担起急诊科护士的责任，但是，在护士长及其他姐妹的耐心教导与帮助下，我渐渐适应和融入了这急，忙，杂的工作环境中，从第一次为病人插胃管手还颤抖，到自己当班独立抢救危重病人，我看到自己的成长和进步，时光如水，20__年在一阵阵烟花爆竹声中悄然走来，而我也要认真的总结一下过去一年里自己成功的经验和失败的教训，好的方面继续发扬，不足的地方努力改进，来迎接新一年的挑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过去的一年里，我觉得自己做的好的方面主要有以下几点：首先在工作作风方面，我自觉遵守医院及科室的规章制度，服从管理，准时上下班，和同事关系融洽，和谐相处，团结合作，保证工作顺利完成。其次，在护理工作方面，我全心全意为病人服务，一切以病人为中心，记得南丁格尔说：护理工作不仅需要精湛的技术，更需要艺术。在工作中，我学了会观察，只有细心观察才善于发现问题的存在，包括对病人病情、心理、需求及家属的观察。例如：有些患者家属对护士的行为百般挑剔，却对自己患者液体输完都浑然不知，像这样的家属我们就应该在每次更换液体时都耐心的提醒他液体输至什么地方时应该叫护士，与此同时我们也应该按时巡视病房，多观察液体的进展，这样就可以在很大程度上避免因为液体没有及时更换了与患者家属产生矛盾。在工作中我还我学会了沟通，人与人的相互尊重和信任是建立在沟通的基础上。对于来急诊就诊的病人，我们应该积极主动地询问，热情的为其引导。例如：对于行动不便的患者我们可以予以搀扶或协助其用推车送至诊室，为其测量生命体征，对于需要做检查的患者，我们可以为其细致的指明需要去的位置，避免患者跑“冤枉路”。而对于患病时间长而并不危重的病人我们可以建议他去门诊就医，耐心而细致的告知其门诊的位置和就医的时间，便于患者的安排。虽然，一个微笑的表情，一个搀扶的动作解决不了患者身体上的疼痛，但是，却能迅速缩短护患距离，有效满足病人需要被照顾的心理需求，也可以减少患者及家属留下“不被重视”、“急诊不急”的错觉，保证自己工作的顺利进行。最后，在业务水平方面，我通过理论及操作考试，不断的提高了自己的水平。但是我在工作中仍存在许多不足之处，我觉得工作缺乏灵活性和整体性，尤其是在抢救病人时，这就需要我在以后的工作中不断积累经验。我还要加强理论知识，把常用的抢救药品的剂量作用及用途不良反应牢记在心里。我还应该加强技术水平，如小儿头皮针及各项抢救仪器的使用。</w:t>
      </w:r>
      <w:r>
        <w:rPr>
          <w:lang w:eastAsia="zh-CN"/>
        </w:rPr>
        <w:br/>
      </w:r>
      <w:r>
        <w:rPr>
          <w:lang w:eastAsia="zh-CN"/>
        </w:rPr>
        <w:t>　　去年的八月我有幸被分到急诊部，在急诊工作的这一年中对我的成长来说有很大的帮助，下面就我在工作中的一些感触和大家说说：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大家都知道抢救室是一种什么样的工作性质，与时间赛跑，与死神搏斗，病人的病情比较重、复杂，变化比较迅速。刚被分到急诊抢救室的时候，自己很多时候的状态是站在那里，像个木头，我的老师们也是第一次接触男同事，这种状态也是很微妙的，但通过老师们的耐心、细心的教导，自己虚心的学习，我很快的掌握了一些常见病的急救技能。记得刚入科不久的一个中午，我们抢救室值班的医生是位身材比较苗条的女性，120送来一位身宽体胖的患者，送来的时候已经呼吸心跳停止，需立即进行抢救，可摆在面前最困难的问题不是抢救而是怎样将这位患者搬到床上，这时，我们男同事的优势是显而易见的。可在进行胸外心脏按压的时候问题又同样摆在面前，女医生的按压对这么一位身宽体胖的患者来说实质是无效的。胸外心脏按压的抢救技能我也只是以前在书上看过，根本就没有实战的经验。此时也不容我再去想的太多，一边想着书上的步骤要领，一边进行抢救，凭着那份自信，这位患者通过我们集体的`努力，抢救最终获得成功。在洗手的时候，老师们说：“今天幸好有我们的小刘在，不然今天我们肯定救不了他，而且我们小刘的动作也很标准”。对于一位男同事来说，感到这是对我从事的事业的肯定，也让我对自己有了更多的自信。我想对在坐的男同仁们说声，我们在工作中不仅要掌握扎实的理论知识，而且还要有那份将事护理事业做的更好的自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在工作中，我得到了老师们的肯定，对于患者及其家属来说，能得到他们的肯定，也不是说说就能做的到的：在刚工作的很多时候，病人及其家属看我的眼神，一个字：怪，三个字：怪怪的，好像看到的是个“魔鬼”，哈哈！不过这些感觉都在我的工作中天天变化着：有一次120送来一位男士，补液已经配好，当我要给这位患者进行静脉穿刺的时候，这为男士看了看我的胸卡说：“啊！男护士呀，呜莱塞！呜莱塞！还是让你老师来吧，我从来没有见过男护士，男的不如女的细心……瑞金医院有男护士了……”，面队这样的患者我不能每次都是选择默默的离开，我要找回那份自信。通过我的说服，最终同意我为他静脉穿刺。当我细心为他排好气，消好毒，并一针见血穿刺成功，正要贴贴膜时，他说：“啊！已经打好了，不错么，一点也不痛，比小姑娘的技术还好，也很细心……”最后，我也回敬此君一句：“看到了，这就是我们瑞金医院！瑞金医院的男护士！”。此君不由的伸出了大拇指！</w:t>
      </w:r>
      <w:r>
        <w:rPr>
          <w:lang w:eastAsia="zh-CN"/>
        </w:rPr>
        <w:br/>
      </w:r>
      <w:r>
        <w:rPr>
          <w:lang w:eastAsia="zh-CN"/>
        </w:rPr>
        <w:t>　　刚轮转到补液室的时候，我正准备要为一位中年女性患者静脉穿刺补液的时，这位患者说：“还是让你的师父来吧，男的不行……”。我和老师也没有将她说服。过了大概四天，我给一位患者静脉穿刺结束后，突然有位中年女性患者拉着我的胳膊说：“小弟，还记得我么，前几天，我没有让你给我打针，不好意思噢，我这几天观察，你打针打的不错，我歉你一针，今天是我最后一次打吊针了。”偶而在路上见到一些给我打招呼的人“你不是瑞金医院的男护士么？还记得我么？上次是你给我爸褥疮换的药，你是换药中最仔细的一位。”“上次我妈生病的时候是你帮我妈打吊针的，其他人都没有打进去，多亏了你呀。”听到这些的时候我感觉到的不仅仅是一个赞许，更是一个鞭策，男护士是护理事业的新生力量，或许我们的一小步就能给护理事业带来一大步的跨越。</w:t>
      </w:r>
      <w:r>
        <w:rPr>
          <w:lang w:eastAsia="zh-CN"/>
        </w:rPr>
        <w:br/>
      </w:r>
      <w:r>
        <w:rPr>
          <w:lang w:eastAsia="zh-CN"/>
        </w:rPr>
        <w:t>　　正如朱老师说的那样：作为一名护士必须要具有细心、耐心、爱心、虚心胆大心细的按照医疗护理常规做好自己本职的工作，就肯定能够做一名合格的护士，能够实现自己的职业理想。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去年的这个时候，我还是一名新职工，现在新人换旧人了。去年我们三个还像是汪洋中的一叶孤舟，而如今，我看到的是好多和我们一样的男同仁坐在下面。我曾经看到一篇文章说：“有一智者曾问他的弟子：一滴水如何才能不干涸？弟子摇头，智者说：要融入大海”。是呀，一个人的力量是有限的，走不远，飞不高，好比一条小渠，如果不汇入江河，永远也不能汹涌澎湃。因此，我们男同志们要团结在一起，发挥我们集体作用，为我们的瑞金医院添砖加瓦，奉献我门微薄的力量。</w:t>
      </w:r>
      <w:r>
        <w:rPr>
          <w:lang w:eastAsia="zh-CN"/>
        </w:rPr>
        <w:br/>
      </w:r>
      <w:r>
        <w:rPr>
          <w:lang w:eastAsia="zh-CN"/>
        </w:rPr>
        <w:t>　　“往事已矣，来者可追”，新的一年里，我期待着与大家一路同行，分享最多的喜悦，分担最少的痛苦。</w:t>
      </w:r>
      <w:r>
        <w:rPr>
          <w:lang w:eastAsia="zh-CN"/>
        </w:rPr>
        <w:br/>
      </w:r>
      <w:r>
        <w:rPr>
          <w:lang w:eastAsia="zh-CN"/>
        </w:rPr>
        <w:t xml:space="preserve">    2024急诊护士个人工作总结 篇3 </w:t>
      </w:r>
      <w:r>
        <w:rPr>
          <w:lang w:eastAsia="zh-CN"/>
        </w:rPr>
        <w:br/>
      </w:r>
      <w:r>
        <w:rPr>
          <w:lang w:eastAsia="zh-CN"/>
        </w:rPr>
        <w:t>　　急诊护士个人工作总结去年的_月我有幸被分到急诊部，在急诊工作的这一年中对我的成长来说有很大的帮助，</w:t>
      </w:r>
      <w:r>
        <w:rPr>
          <w:lang w:eastAsia="zh-CN"/>
        </w:rPr>
        <w:br/>
      </w:r>
      <w:r>
        <w:rPr>
          <w:lang w:eastAsia="zh-CN"/>
        </w:rPr>
        <w:t>　　下面就我在工作中的一些感触和大家说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大家都知道抢救室是一种什么样的工作性质，与时间赛跑，与死神搏斗，病人的病情比较重、复杂，变化比较迅速。刚被分到急诊抢救室的时候，自己很多时候的状态是站在那里，像个木头，我的老师们也是第一次接触男同事，这种状态也是很微妙的，但通过老师们的耐心、细心的教导，自己虚心的学习，我很快的掌握了一些常见病的急救技能。记得刚入科不久的一个中午，我们抢救室值班的医生是位身材比较苗条的女性，120送来一位身宽体胖的患者，送来的时候已经呼吸心跳停止，需立即进行抢救，可摆在面前最困难的问题不是抢救而是怎样将这位患者搬到床上，这时，我们男同事的优势是显而易见的。可在进行胸外心脏按压的时候问题又同样摆在面前，女医生的按压对这么一位身宽体胖的患者来说实质是无效的。胸外心脏按压的抢救技能我也只是以前在书上看过，根本就没有实战的经验。此时也不容我再去想的太多，一边想着书上的步骤要领，一边进行抢救，凭着那份自信，这位患者通过我们的努力，抢救最终获得成功。在洗手的时候，老师们说：“今天幸好有我们的小刘在，不然今天我们肯定救不了他，而且我们小刘的动作也很标准”。对于一位男同事来说，感到这是对我从事的事业最好的肯定，也让我对自己有了的自信。我想对在坐的男同仁们说声，我们在工作中不仅要掌握扎实的理论知识，而且还要有那份将事护理事业做的更好的自信!</w:t>
      </w:r>
      <w:r>
        <w:rPr>
          <w:lang w:eastAsia="zh-CN"/>
        </w:rPr>
        <w:br/>
      </w:r>
      <w:r>
        <w:rPr>
          <w:lang w:eastAsia="zh-CN"/>
        </w:rPr>
        <w:t>　　在工作中，我得到了老师们的肯定，对于患者及其家属来说，能得到他们的肯定，也不是说说就能做的到的：在刚工作的很多时候，病人及其家属看我的眼神，一个字：怪，三个字：怪怪的，好像看到的是个“魔鬼”，哈哈!不过这些感觉都在我的工作中天天变化着：有一次120送来一位男士，补液已经配好，当我要给这位患者进行静脉穿刺的时候，这为男士看了看我的胸卡说：“啊!男护士呀，呜莱塞!呜莱塞!还是让你老师来吧，我从来没有见过男护士，男的不如女的细心……瑞金医院有男护士了……”。面队这样的.患者我不能每次都是选择默默的离开，我要找回那份自信。通过我的说服，最终同意我为他静脉穿刺。当我细心为他排好气，消好毒，并一针见血穿刺成功，正要贴贴膜时，他说：“啊!已经打好了，不错么，一点也不痛，比小姑娘的技术还好，也很细心……”。最后，我也回敬此君一句：“看到了，这就是我们瑞金医院!瑞金医院的男护士!”。此君不由的伸出了大拇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刚轮转到补液室的时候，我正准备要为一位中年女性患者静脉穿刺补液的时，这位患者说：“还是让你的师父来吧，男的不行……”。我和老师也没有将她说服。过了大概四天，我给一位患者静脉穿刺结束后，突然有位中年女性患者拉着我的胳膊说：“小弟，还记得我么，前几天，我没有让你给我打针，不好意思噢，我这几天观察，你打针打的不错，我歉你一针，今天是我最后一次打吊针了。”偶而在路上见到一些给我打招呼的人“你不是瑞金医院的男护士么?还记得我么?上次是你给我爸褥疮换的药，你是换药中最仔细的一位。”“上次我妈生病的时候是你帮我妈打吊针的，其他人都没有打进去，多亏了你呀。”听到这些的时候我感觉到的不仅仅是一个赞许，更是一个鞭策，男护士是护理事业的新生力量，或许我们的一小步就能给护理事业带来一大步的跨越。</w:t>
      </w:r>
      <w:r>
        <w:rPr>
          <w:lang w:eastAsia="zh-CN"/>
        </w:rPr>
        <w:br/>
      </w:r>
      <w:r>
        <w:rPr>
          <w:lang w:eastAsia="zh-CN"/>
        </w:rPr>
        <w:t>　　正如朱唯一老师说的那样：作为一名护士必须要具有细心、耐心、爱心、虚心胆大心细的按照医疗护理常规做好自己本职的工作，就肯定能够做一名合格的护士，能够实现自己的职业理想。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去年的这个时候，我还是一名新职工，现在新人换旧人了。去年我们三个还像是中的一叶孤舟，而如今，我看到的是好多和我们一样的男同仁坐在下面。我曾经看到一篇文章说：“有一智者曾问他的弟子：一滴水如何才能不干涸?弟子摇头，智者说：要融入大海”。是呀，一个人的力量是有限的，走不远，飞不高，好比一条小渠，如果不汇入江河，永远也不能汹涌澎湃。因此，我们男同志们要团结在一起，发挥我们作用，为我们的瑞金医院添砖加瓦，奉献我门微薄的力量。</w:t>
      </w:r>
      <w:r>
        <w:rPr>
          <w:lang w:eastAsia="zh-CN"/>
        </w:rPr>
        <w:br/>
      </w:r>
      <w:r>
        <w:rPr>
          <w:lang w:eastAsia="zh-CN"/>
        </w:rPr>
        <w:t>　　“往事已矣，来者可追”，新的一年里，我期待着与大家一路同行，最多的喜悦，分担最少的痛苦。</w:t>
      </w:r>
      <w:r>
        <w:rPr>
          <w:lang w:eastAsia="zh-CN"/>
        </w:rPr>
        <w:br/>
      </w:r>
      <w:r>
        <w:rPr>
          <w:lang w:eastAsia="zh-CN"/>
        </w:rPr>
        <w:t>　　最后，愿你们工作顺利!</w:t>
      </w:r>
      <w:r>
        <w:rPr>
          <w:lang w:eastAsia="zh-CN"/>
        </w:rPr>
        <w:br/>
      </w:r>
      <w:r>
        <w:rPr>
          <w:lang w:eastAsia="zh-CN"/>
        </w:rPr>
        <w:t xml:space="preserve">    2024急诊护士个人工作总结 篇4 </w:t>
      </w:r>
      <w:r>
        <w:rPr>
          <w:lang w:eastAsia="zh-CN"/>
        </w:rPr>
        <w:br/>
      </w:r>
      <w:r>
        <w:rPr>
          <w:lang w:eastAsia="zh-CN"/>
        </w:rPr>
        <w:t>　　岁月如梭，转眼之间，又到了20__年的年终，作为一名急诊科护士，我们肩负着院前急救、转运、院内急救的任务。以快捷、高效、优质的急救医疗服务，充分保障了院前急救及院内急诊急救工作的顺利开展，保证了门急诊工作的顺利进行。在我们的共同努力下，急诊科全年门急诊量、急诊抢救与往年同期对照均有显著增长，提高了全院医务人员的工作积极性。</w:t>
      </w:r>
      <w:r>
        <w:rPr>
          <w:lang w:eastAsia="zh-CN"/>
        </w:rPr>
        <w:br/>
      </w:r>
      <w:r>
        <w:rPr>
          <w:lang w:eastAsia="zh-CN"/>
        </w:rPr>
        <w:t>　　营造团结和谐氛围，在20__年度，急诊科全体护理人员，自觉遵守医院和科室的各项规章制度，树立“以病人为中心“的'服务理念，不断提高优质服务，做到小事讲风格，大事讲原则。工作做中互相支持、互相理解、人员分工明确、各司其职、各负其责、团结突出、和睦相处，顺利圆满的完成了医院的各项工作任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加强业务技术培训，提高应急抢救能力，加强急诊科的医疗护理质量，以医疗护理核心为重点，认真执行了各项操作规程和抢救工作流程。严防差错、医患纠纷的个医疗护理不良事件的发生。按照医院及科室制度的培训和考核计划，定期对急救人员进行业务学习及急救技术的培训，在科室形成良好的学习风气。认真专研业务、互相交流、互相促进，从而使科室人员熟练掌握各种抢救仪器和抢救技术。如：心肺复苏、电动洗胃术、心电监护等操作技术，进一步提高急救人员的急诊急救能力，对科室医疗和护理质量进行检查、质控、培训、考核、督导。严格医疗护理文书书写规范，做到防医疗差错、防医疗事故于未然。在急救工作中，始终做到急救药品、物品完好率100%，抢救设备处于应急备用功能状态。急诊科室医院面向社会的重要窗口，其医疗水平和服务质量直接影响和反映出医院的精神面貌和社会形象。在日常急救工作和院前急救的时候，作为一名急诊科护士，代表着医院的形象，我们时刻注重树立形象。</w:t>
      </w:r>
      <w:r>
        <w:rPr>
          <w:lang w:eastAsia="zh-CN"/>
        </w:rPr>
        <w:br/>
      </w:r>
      <w:r>
        <w:rPr>
          <w:lang w:eastAsia="zh-CN"/>
        </w:rPr>
        <w:t xml:space="preserve">    2024急诊护士个人工作总结 篇5 </w:t>
      </w:r>
      <w:r>
        <w:rPr>
          <w:lang w:eastAsia="zh-CN"/>
        </w:rPr>
        <w:br/>
      </w:r>
      <w:r>
        <w:rPr>
          <w:lang w:eastAsia="zh-CN"/>
        </w:rPr>
        <w:t>　　了__年急诊护士个人年终工作总结范文共各位新老护士参考：</w:t>
      </w:r>
      <w:r>
        <w:rPr>
          <w:lang w:eastAsia="zh-CN"/>
        </w:rPr>
        <w:br/>
      </w:r>
      <w:r>
        <w:rPr>
          <w:lang w:eastAsia="zh-CN"/>
        </w:rPr>
        <w:t>　　1、在急诊室护士长领导下进行工作。</w:t>
      </w:r>
      <w:r>
        <w:rPr>
          <w:lang w:eastAsia="zh-CN"/>
        </w:rPr>
        <w:br/>
      </w:r>
      <w:r>
        <w:rPr>
          <w:lang w:eastAsia="zh-CN"/>
        </w:rPr>
        <w:t>　　2、做好急诊病员的检诊工作。按病情决定优先就诊，有困难时请示医师决定。</w:t>
      </w:r>
      <w:r>
        <w:rPr>
          <w:lang w:eastAsia="zh-CN"/>
        </w:rPr>
        <w:br/>
      </w:r>
      <w:r>
        <w:rPr>
          <w:lang w:eastAsia="zh-CN"/>
        </w:rPr>
        <w:t>　　3、急症病员来诊，应立即通知值班医师，在医师未到以前，遇特殊病员，可行必要的急救处置，随即向医师报告。</w:t>
      </w:r>
      <w:r>
        <w:rPr>
          <w:lang w:eastAsia="zh-CN"/>
        </w:rPr>
        <w:br/>
      </w:r>
      <w:r>
        <w:rPr>
          <w:lang w:eastAsia="zh-CN"/>
        </w:rPr>
        <w:t>　　4、准备各项急救所需用品、器材、敷料，在急救过程中，应迅速而准确地协助医师进行抢救工作。</w:t>
      </w:r>
      <w:r>
        <w:rPr>
          <w:lang w:eastAsia="zh-CN"/>
        </w:rPr>
        <w:br/>
      </w:r>
      <w:r>
        <w:rPr>
          <w:lang w:eastAsia="zh-CN"/>
        </w:rPr>
        <w:t>　　5、经常巡视观察室病员，了解病员病情，恩想和饮食情况，及时完成治疗和护理工作，严密观察与记录留观病员的情况变化，发现异常及时报告。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6、认真执行各项规章制度和技术操作常规，做好查对和交接班工作，努力学习业务技术，不断提高分诊业务能力和抢救工作质量，严防差错事故。</w:t>
      </w:r>
      <w:r>
        <w:rPr>
          <w:lang w:eastAsia="zh-CN"/>
        </w:rPr>
        <w:br/>
      </w:r>
      <w:r>
        <w:rPr>
          <w:lang w:eastAsia="zh-CN"/>
        </w:rPr>
        <w:t>　　7、准备各项急救所需药品、器材、敷料。</w:t>
      </w:r>
      <w:r>
        <w:rPr>
          <w:lang w:eastAsia="zh-CN"/>
        </w:rPr>
        <w:br/>
      </w:r>
      <w:r>
        <w:rPr>
          <w:lang w:eastAsia="zh-CN"/>
        </w:rPr>
        <w:t>　　8、护送危重病员及手术病员到病房或手术室。</w:t>
      </w:r>
      <w:r>
        <w:rPr>
          <w:lang w:eastAsia="zh-CN"/>
        </w:rPr>
        <w:br/>
      </w:r>
      <w:r>
        <w:rPr>
          <w:lang w:eastAsia="zh-CN"/>
        </w:rPr>
        <w:t xml:space="preserve">    2024急诊护士个人工作总结 篇6 </w:t>
      </w:r>
      <w:r>
        <w:rPr>
          <w:lang w:eastAsia="zh-CN"/>
        </w:rPr>
        <w:br/>
      </w:r>
      <w:r>
        <w:rPr>
          <w:lang w:eastAsia="zh-CN"/>
        </w:rPr>
        <w:t>　　急诊科围绕护理部提出的工作中心，把握重点，突出特色，全体医务人员团结协作，出色地完成各项抢救工作。现将一年来的工作总结汇报如下：</w:t>
      </w:r>
      <w:r>
        <w:rPr>
          <w:lang w:eastAsia="zh-CN"/>
        </w:rPr>
        <w:br/>
      </w:r>
      <w:r>
        <w:rPr>
          <w:lang w:eastAsia="zh-CN"/>
        </w:rPr>
        <w:t>　　一、强化服务意识，提高服务质量</w:t>
      </w:r>
      <w:r>
        <w:rPr>
          <w:lang w:eastAsia="zh-CN"/>
        </w:rPr>
        <w:br/>
      </w:r>
      <w:r>
        <w:rPr>
          <w:lang w:eastAsia="zh-CN"/>
        </w:rPr>
        <w:t>　　坚持以病人为中心，以病人的利益需求为出发点。如要求护士听到救护车的鸣声后要迅速推车到急诊室大门接诊病人。为病人提供面巾纸，纸杯和开水。为无陪人的老弱病人代挂号、取药。每个急诊住院病人均有护士或护工护送入院。为了解决夏天夜间输液病人多，实行弹性排班，加派夜间上班人数。这些措施得到病人的好评。特别是在有医患纠纷时，甚至打骂我们医务人员时，我们的护理人员做到尽力合理解释，打不还手，骂不还口，受到医院的表扬。</w:t>
      </w:r>
      <w:r>
        <w:rPr>
          <w:lang w:eastAsia="zh-CN"/>
        </w:rPr>
        <w:br/>
      </w:r>
      <w:r>
        <w:rPr>
          <w:lang w:eastAsia="zh-CN"/>
        </w:rPr>
        <w:t>　　二、加强学习，培养高素质队伍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急诊科制定学习制度和计划，加强护理人员的业务知识学习。开展急救专业培训，选送护士到麻醉科、手术室学习气管插管，要求急诊八大件操作人人过关。与医生一同学习心肺复苏新进展、急性冠脉综合症的急诊处置、创伤急救。提高了急诊急救水平和抢救反应速度。全科人员自觉学习尉然成风，目前有8名护士参加全国高等教育护理大专班和本科自学考试。两位工作一年的护士参加护士执业考试均通过。指派高年资的护士外出学习国家级《急救护理新概念与急诊模拟急救培训》。</w:t>
      </w:r>
      <w:r>
        <w:rPr>
          <w:lang w:eastAsia="zh-CN"/>
        </w:rPr>
        <w:br/>
      </w:r>
      <w:r>
        <w:rPr>
          <w:lang w:eastAsia="zh-CN"/>
        </w:rPr>
        <w:t>　　三、做好新入科护士及实习生的带教工作</w:t>
      </w:r>
      <w:r>
        <w:rPr>
          <w:lang w:eastAsia="zh-CN"/>
        </w:rPr>
        <w:br/>
      </w:r>
      <w:r>
        <w:rPr>
          <w:lang w:eastAsia="zh-CN"/>
        </w:rPr>
        <w:t>　　根据急诊科的工作特性，制定了新入科护士三个月的培训计划，要求其三个月内掌握急诊的流程，院前急救，如何接急救电话、掌握急诊科所有的仪器使用，同时加强理论方面的学习与考核。在实施培训第一年时，取得了很好的效果。对于实习生做到放手不放眼，每周实行小讲课。</w:t>
      </w:r>
      <w:r>
        <w:rPr>
          <w:lang w:eastAsia="zh-CN"/>
        </w:rPr>
        <w:br/>
      </w:r>
      <w:r>
        <w:rPr>
          <w:lang w:eastAsia="zh-CN"/>
        </w:rPr>
        <w:t>　　四、关爱生命，争分夺秒</w:t>
      </w:r>
      <w:r>
        <w:rPr>
          <w:lang w:eastAsia="zh-CN"/>
        </w:rPr>
        <w:br/>
      </w:r>
      <w:r>
        <w:rPr>
          <w:lang w:eastAsia="zh-CN"/>
        </w:rPr>
        <w:t>　　是急诊科努力的方向，也是做好“急”字文章的承诺。如20__年11月7日送到急诊科的高处坠落伤的患者，既无陪人而且神志不清，躁动不安，呼之不应，口腔内血性液体溢出，双下肢开放性骨折。当班护士见状即给氧、静脉注射，并果断采用气管插管，气管内吸痰，吸氧等处理，同时开通绿色通道，为抢救患者赢得宝贵时间。</w:t>
      </w:r>
      <w:r>
        <w:rPr>
          <w:lang w:eastAsia="zh-CN"/>
        </w:rPr>
        <w:br/>
      </w:r>
      <w:r>
        <w:rPr>
          <w:lang w:eastAsia="zh-CN"/>
        </w:rPr>
        <w:t>　　五、做好急救药品及急救仪器的管理</w:t>
      </w:r>
      <w:r>
        <w:rPr>
          <w:lang w:eastAsia="zh-CN"/>
        </w:rPr>
        <w:br/>
      </w:r>
      <w:r>
        <w:rPr>
          <w:lang w:eastAsia="zh-CN"/>
        </w:rPr>
        <w:t>　　急救药品准备及各种急救设备的调试是急诊工作的基础，现已施行每项工作专人负责，责任到人，做到班班清点、定期检查，这一年里未出现因急救药品和急救仪器的原因而影响抢救工作。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急诊科护士年终个人工作总结4　　急诊科是医院最重要的窗口之一，有着急、忙、杂的特性。面对危重急症病人的首诊和抢救，急诊病人又往往诊断不明、病情不清、变化迅速，若处理不当，就容易发生医疗纠纷。而病人及家属容易产生急躁、忧虑、恐惧的情绪，急诊不同于病房，医护人员有充足的时间与患者及家属沟通，及时了解患者的需求，建立良好的.护患关系。</w:t>
      </w:r>
      <w:r>
        <w:rPr>
          <w:lang w:eastAsia="zh-CN"/>
        </w:rPr>
        <w:br/>
      </w:r>
      <w:r>
        <w:rPr>
          <w:lang w:eastAsia="zh-CN"/>
        </w:rPr>
        <w:t>　　在急诊，患者及家属在与医护人员较短的接触时间内，还未建立良好的信任感，对医护人员的每一个细微环节都十分敏感，医护人员的言谈举止对病人心理都会产生很大影响。造成医护人员的救治行为不被理解，患者及家属留下“不被重视”、“急诊不急”的错觉。所以我越发觉得沟通在急诊是最容易忽略而最重要的东西。</w:t>
      </w:r>
      <w:r>
        <w:rPr>
          <w:lang w:eastAsia="zh-CN"/>
        </w:rPr>
        <w:br/>
      </w:r>
      <w:r>
        <w:rPr>
          <w:lang w:eastAsia="zh-CN"/>
        </w:rPr>
        <w:t>　　南丁格尔说：护理工作不仅需要精湛的技术，更需要艺术。首先，要学会观察，才善于发现问题的存在，包括对病人病情、心理、需求及家属的观察。例如：有些患者家属对护士的行为百般挑剔，却对自己患者液体输完都浑然不知，像这样的家属我们就应该在每次更换液体时都耐心的提醒他液体输至什么地方时应该叫护士，与此同时我们也应该按时巡视病房，多观察液体的进展，这样就可以在很大程度上避免因为液体没有及时更换了与患者家属产生矛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其次，要学会沟通，人与人的相互尊重和信任是建立在沟通的基础上。对于来急诊就诊的病人，我们应该积极主动地询问，热情的为其引导。例如：对于行动不便的患者我们可以予以搀扶或协助其用推车送至诊室，为其测量生命体征，交予诊室的护士；对于需要并可以去病房治疗的患者，我们可以为其细致的指明病房的位置，避免患者跑“冤枉路”。而对于患病时间长而并不危重的病人我们可以建议他去门诊就医，耐心而细致的告知其门诊的位置和就医的时间，便于患者的安排。</w:t>
      </w:r>
      <w:r>
        <w:rPr>
          <w:lang w:eastAsia="zh-CN"/>
        </w:rPr>
        <w:br/>
      </w:r>
      <w:r>
        <w:rPr>
          <w:lang w:eastAsia="zh-CN"/>
        </w:rPr>
        <w:t>　　虽然，一个微笑的表情，一个搀扶的动作解决不了患者身体上的疼痛，但是，却能迅速缩短护患距离，有效满足病人需要被照顾的心理需求，从而便于我们开展下面的护理工作。最后，通过观察和沟通学会判断，对病人的病情和需求有一个准确地了解和判断，有利于医护人员救治工作的展开，也为病人争取了时间。例如：受外伤的患者可以通过观察和大致的询问了解其受伤的部位和严重程度，第一时间为其找到接诊医生为其救治，而挂号等手续可以稍候补齐。</w:t>
      </w:r>
      <w:r>
        <w:rPr>
          <w:lang w:eastAsia="zh-CN"/>
        </w:rPr>
        <w:br/>
      </w:r>
      <w:r>
        <w:rPr>
          <w:lang w:eastAsia="zh-CN"/>
        </w:rPr>
        <w:t>　　以上只是我在急诊工作的浅谈，要学的东西还很多很多。当然，想做好一名急诊科的护士，只会沟通是远远不够的，还需要扎实理论基础、丰富的抢救经验、快速的反应、麻利的动作，这才是在遇到紧急情况时禁得起考验的保证。</w:t>
      </w:r>
      <w:r>
        <w:rPr>
          <w:lang w:eastAsia="zh-CN"/>
        </w:rPr>
        <w:br/>
      </w:r>
      <w:r>
        <w:rPr>
          <w:lang w:eastAsia="zh-CN"/>
        </w:rPr>
        <w:t xml:space="preserve">    2024急诊护士个人工作总结 篇7 </w:t>
      </w:r>
      <w:r>
        <w:rPr>
          <w:lang w:eastAsia="zh-CN"/>
        </w:rPr>
        <w:br/>
      </w:r>
      <w:r>
        <w:rPr>
          <w:lang w:eastAsia="zh-CN"/>
        </w:rPr>
        <w:t>　　回顾过去的20__年，在院领导的正确领导和各兄弟科室的支持帮助下，在ICU全体医生护士的共同努力下，ICU的工作得以正常运行并稳步发展，现将一年来我们所做的主要工作汇报如下：</w:t>
      </w:r>
      <w:r>
        <w:rPr>
          <w:lang w:eastAsia="zh-CN"/>
        </w:rPr>
        <w:br/>
      </w:r>
      <w:r>
        <w:rPr>
          <w:lang w:eastAsia="zh-CN"/>
        </w:rPr>
        <w:t>　　一、ICU工作量统计</w:t>
      </w:r>
      <w:r>
        <w:rPr>
          <w:lang w:eastAsia="zh-CN"/>
        </w:rPr>
        <w:br/>
      </w:r>
      <w:r>
        <w:rPr>
          <w:lang w:eastAsia="zh-CN"/>
        </w:rPr>
        <w:t>　　今年我科收治了危重病人例，抢救成功例，死亡_例，成抢救成功率97%，抢救了包括重症胰腺炎、特重度颅脑损伤、多发伤、内脏破裂、严重肺挫伤、急性心肌梗塞、肺性脑病等在内的诸多危重症患者，取得了良好的社会效益和经济效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二、工作情况</w:t>
      </w:r>
      <w:r>
        <w:rPr>
          <w:lang w:eastAsia="zh-CN"/>
        </w:rPr>
        <w:br/>
      </w:r>
      <w:r>
        <w:rPr>
          <w:lang w:eastAsia="zh-CN"/>
        </w:rPr>
        <w:t>　　1、严格执行ICU管理制度，提高科室正规化管理水平。组织科室全体医护人员认真学习并严格执行转入转出制度、探视制度、交接班制度、疑难病历讨论制度等，加大了科室正规化管理力度，增强了医护人员责任意识、风险意识、安全意识、法律意识、从根源上杜绝恶性医疗护理缺陷事件的发生。</w:t>
      </w:r>
      <w:r>
        <w:rPr>
          <w:lang w:eastAsia="zh-CN"/>
        </w:rPr>
        <w:br/>
      </w:r>
      <w:r>
        <w:rPr>
          <w:lang w:eastAsia="zh-CN"/>
        </w:rPr>
        <w:t>　　2、规范操作流程，提高整体医疗水平。</w:t>
      </w:r>
      <w:r>
        <w:rPr>
          <w:lang w:eastAsia="zh-CN"/>
        </w:rPr>
        <w:br/>
      </w:r>
      <w:r>
        <w:rPr>
          <w:lang w:eastAsia="zh-CN"/>
        </w:rPr>
        <w:t>　　针对ICU的工作特点，我们规范制定了心肺复苏术、人工气道建立与管理、机械通气技术、深静脉置管技术、血液动力学监测技术等各项技术的操作和抢救流程，同时我们也十分注重治疗细节的合理化和规范化，如：容量管理的正规化，合理应用机械通气，营养支持，血糖监测与控制镇静评估、APACHEII评分的应用等，通过规范的操作流程学习，科室整体医疗水平有明显的提高。</w:t>
      </w:r>
      <w:r>
        <w:rPr>
          <w:lang w:eastAsia="zh-CN"/>
        </w:rPr>
        <w:br/>
      </w:r>
      <w:r>
        <w:rPr>
          <w:lang w:eastAsia="zh-CN"/>
        </w:rPr>
        <w:t>　　3、加强学习，提高业务水平。</w:t>
      </w:r>
      <w:r>
        <w:rPr>
          <w:lang w:eastAsia="zh-CN"/>
        </w:rPr>
        <w:br/>
      </w:r>
      <w:r>
        <w:rPr>
          <w:lang w:eastAsia="zh-CN"/>
        </w:rPr>
        <w:t>　　为进一步提高科室医护人员的业务素质，不断提高业务技术水平，我科十分注重业务知识的学习，注重提升科室业务水平。</w:t>
      </w:r>
      <w:r>
        <w:rPr>
          <w:lang w:eastAsia="zh-CN"/>
        </w:rPr>
        <w:br/>
      </w:r>
      <w:r>
        <w:rPr>
          <w:lang w:eastAsia="zh-CN"/>
        </w:rPr>
        <w:t>　　（1）我们积极参加医院组织的业务讲座，同时也定期（每周一次）组织全体医护人员在本科室开展业务学习讲座，讲座内容有“危重患者的营养支持，急性心包填塞的诊治，急性心肌梗塞的治疗”等。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2）我们将每一个病人当成一次业务学习的机会，将每一例疑难杂症当成一次挑战，经常性开展疑难病历讨论，对专业性比较强的病例我们还邀请院领导、上级医院专家和专业科室主任参与共同讨论，提升科室医护人员的业务素质和知识面。比如今年3月份有一个病人，患重度坏死性出血性胰腺炎，合并心衰、ARDS、肾衰、脑病、腹腔膜室综合征、全身炎症反应综合征等多种危重并发症，在医学上超过4个脏器的功能衰竭，死亡率达90%以上，对于这样一个病人，我们科室没有退缩，在医院领导的调控指挥下，联合普外科、血透室等精心制定抢救方案，我科医护人员专门为他排一套班，日夜守护，加班加点，经过10余天的全力抢救，终于救治成功。通过这样不停的摸索和讨论学习，科室的业务水平较往年有明显的提升。</w:t>
      </w:r>
      <w:r>
        <w:rPr>
          <w:lang w:eastAsia="zh-CN"/>
        </w:rPr>
        <w:br/>
      </w:r>
      <w:r>
        <w:rPr>
          <w:lang w:eastAsia="zh-CN"/>
        </w:rPr>
        <w:t>　　（3）我科室医生在进行基础知识学习的同时不断加强ICU医生的技能学习，使我科医生能够熟练掌握常规气管插管术，经皮气管切开术及深静脉置管术，能够规范的进行有效心肺复苏术，能熟练操作目前科室的仪器设备，业务水平迅速提高。</w:t>
      </w:r>
      <w:r>
        <w:rPr>
          <w:lang w:eastAsia="zh-CN"/>
        </w:rPr>
        <w:br/>
      </w:r>
      <w:r>
        <w:rPr>
          <w:lang w:eastAsia="zh-CN"/>
        </w:rPr>
        <w:t>　　（4）20__年10月我科三位同志代表医院参加__市卫生局组织的“院前急救知识竞赛”，凭借过硬的理论知识和精湛的急救操作技术，获得了团体第二名的良好成绩，为医院及科室挣得了荣誉。</w:t>
      </w:r>
      <w:r>
        <w:rPr>
          <w:lang w:eastAsia="zh-CN"/>
        </w:rPr>
        <w:br/>
      </w:r>
      <w:r>
        <w:rPr>
          <w:lang w:eastAsia="zh-CN"/>
        </w:rPr>
        <w:t>　　4、加强学科建设，提高救治能力。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危重患者生命支持的技术水平，直接反映医院的综合救治能力，是现代化医院的重要标志，因此学科建设是重中之重，20__年度院领导在医院人员严重短缺的情况下，排除万难，为我科派出2名医生，1名护士去上级医院综合ICU进修学习。待20__年4月我科外派进修人员全部返回科室工作，我科护士就已全部专科进修，6名医生有4名医生完成了专科进修，建立了一个专业的ICU团队，提高了ICU对危重病人的处理能力，且医生三级查房梯队可完善，从而保障了三级查房制度的顺利施行。</w:t>
      </w:r>
      <w:r>
        <w:rPr>
          <w:lang w:eastAsia="zh-CN"/>
        </w:rPr>
        <w:br/>
      </w:r>
      <w:r>
        <w:rPr>
          <w:lang w:eastAsia="zh-CN"/>
        </w:rPr>
        <w:t>　　5、提高服务质量，加强科室协作。</w:t>
      </w:r>
      <w:r>
        <w:rPr>
          <w:lang w:eastAsia="zh-CN"/>
        </w:rPr>
        <w:br/>
      </w:r>
      <w:r>
        <w:rPr>
          <w:lang w:eastAsia="zh-CN"/>
        </w:rPr>
        <w:t>　　一年来我科为全院各科室提供会诊近60次，参与抢救20余次，在关键时刻为各个科室抢救危重患者提供了强有力的技术支持。严格执行转入及转出制度，尊重转来科室，为有危重患者入住ICU的科室经治医生提供各种便利，积极配合科室经治医生工作，绝不说对医院及转来科室不利的言论，积极与各位主任沟通患者及家属的情况，及时发现医疗纠纷隐患，将矛盾扼杀在萌芽状态。做到相关科室将危重患者放到ICU放心、省心，使相关科室愿意将危重患者转入ICU治疗，从而提高ICU的床位使用率。</w:t>
      </w:r>
      <w:r>
        <w:rPr>
          <w:lang w:eastAsia="zh-CN"/>
        </w:rPr>
        <w:br/>
      </w:r>
      <w:r>
        <w:rPr>
          <w:lang w:eastAsia="zh-CN"/>
        </w:rPr>
        <w:t>　　6、完善病房设施，优化治疗效果。</w:t>
      </w:r>
      <w:r>
        <w:rPr>
          <w:lang w:eastAsia="zh-CN"/>
        </w:rPr>
        <w:br/>
      </w:r>
      <w:r>
        <w:rPr>
          <w:lang w:eastAsia="zh-CN"/>
        </w:rPr>
        <w:t>　　在院领导的支持下，根据工作需要添置了如下仪器和设备，极大的改善了我科的工作条件和工作环境：</w:t>
      </w:r>
      <w:r>
        <w:rPr>
          <w:lang w:eastAsia="zh-CN"/>
        </w:rPr>
        <w:br/>
      </w:r>
      <w:r>
        <w:rPr>
          <w:lang w:eastAsia="zh-CN"/>
        </w:rPr>
        <w:t>　　（1）新添了呼吸机和气压治疗仪各一台，优化了治疗效果，提高了病人救治率。</w:t>
      </w:r>
      <w:r>
        <w:rPr>
          <w:lang w:eastAsia="zh-CN"/>
        </w:rPr>
        <w:br/>
      </w:r>
      <w:r>
        <w:rPr>
          <w:lang w:eastAsia="zh-CN"/>
        </w:rPr>
        <w:t>　　（2）添置了鞋柜、置物架、摆药柜等设施，科室物件摆放更加规范有序，取用方便，极大地提高了工作效率。</w:t>
      </w:r>
      <w:r>
        <w:rPr>
          <w:lang w:eastAsia="zh-CN"/>
        </w:rPr>
        <w:br/>
      </w:r>
      <w:r>
        <w:rPr>
          <w:lang w:eastAsia="zh-CN"/>
        </w:rPr>
        <w:t>　　（3）定制了ICU工作服装，规范了ICU的着装，体现了ICU的特色，使ICU医护人员的工作面貌焕然一新。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7、积极主动完成教学工作：</w:t>
      </w:r>
      <w:r>
        <w:rPr>
          <w:lang w:eastAsia="zh-CN"/>
        </w:rPr>
        <w:br/>
      </w:r>
      <w:r>
        <w:rPr>
          <w:lang w:eastAsia="zh-CN"/>
        </w:rPr>
        <w:t>　　（1）积极配合学校完成教学任务，协调好临床和教学的关系，我科承担了教学任务的医护人员按时授课，共完成授课200余课时，无教学事故发生。</w:t>
      </w:r>
      <w:r>
        <w:rPr>
          <w:lang w:eastAsia="zh-CN"/>
        </w:rPr>
        <w:br/>
      </w:r>
      <w:r>
        <w:rPr>
          <w:lang w:eastAsia="zh-CN"/>
        </w:rPr>
        <w:t>　　（2）根据医院安排，我在全院进行了有关“急性肾功能衰竭”内容的讲课，召集全院年轻医生示范讲解了经皮气管切开术的操作，反应良好。</w:t>
      </w:r>
      <w:r>
        <w:rPr>
          <w:lang w:eastAsia="zh-CN"/>
        </w:rPr>
        <w:br/>
      </w:r>
      <w:r>
        <w:rPr>
          <w:lang w:eastAsia="zh-CN"/>
        </w:rPr>
        <w:t>　　8、讲团结重奉献，年轻的ICU团队逐渐走向成熟。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ICU是个由6名医生、7名护士组成的团队，大家在工作中讲团结重奉献，在生活中相互关心体贴。我们的医生护士从不计较个人得失，为工作经常加班加点，遇到科室抢救病人多的时候，加班随喊随到，不计报酬，不要求补假，从无怨言。我科经常在科室加班，遇到抢救病人，快速反应，自觉加入抢救病人的行动中，而且勤于钻研业务，专业水平提高很快；和入ICU时间不久，但积极肯干，用心学习，进步明显；临床思维慎密，考虑问题全面周到，责任心强，热爱ICU工作，能吃苦耐劳，并克服家庭困难，于今年10月份起，到上级医院进行为期半年的进修学习；副主任在我外出学习进修的半年中，承担科主任职责，吃苦耐劳，用心管理科室，获得了科室及全院的一致好评；护士长耐心细致，统管护理工作，使护理工作有条不紊，忙而不乱，保证了医疗安全。ICU的护理工作繁重而且繁琐，我们的护士不怕脏累，真正做到了优质护理，获得病人及家属的一致好评，且医护之间配合默契，协调一致，从而提高了抢救成功率。</w:t>
      </w:r>
      <w:r>
        <w:rPr>
          <w:lang w:eastAsia="zh-CN"/>
        </w:rPr>
        <w:br/>
      </w:r>
      <w:r>
        <w:rPr>
          <w:lang w:eastAsia="zh-CN"/>
        </w:rPr>
        <w:t>　　ICU是个年轻的团队，13名工作人员平均年龄不足30岁，他们不但有年轻人的朝气蓬勃，也有医疗工作者的决断与干练，感谢院领导组建并培养了这支年轻精干的队伍，他们的出色表现，常常让我感动，亦让我倍感欣慰，假以时日，我相信他们都会成为医院的中坚力量，为我们的医院发展贡献自己的力量，我们这个年经的团队也将逐步走向成熟和强大。</w:t>
      </w:r>
      <w:r>
        <w:rPr>
          <w:lang w:eastAsia="zh-CN"/>
        </w:rPr>
        <w:br/>
      </w:r>
      <w:r>
        <w:rPr>
          <w:lang w:eastAsia="zh-CN"/>
        </w:rPr>
        <w:t>　　三、科室存在的问题</w:t>
      </w:r>
      <w:r>
        <w:rPr>
          <w:lang w:eastAsia="zh-CN"/>
        </w:rPr>
        <w:br/>
      </w:r>
      <w:r>
        <w:rPr>
          <w:lang w:eastAsia="zh-CN"/>
        </w:rPr>
        <w:t>　　科室虽然有很大的进步和提高，但仍存在如下问题：</w:t>
      </w:r>
      <w:r>
        <w:rPr>
          <w:lang w:eastAsia="zh-CN"/>
        </w:rPr>
        <w:br/>
      </w:r>
      <w:r>
        <w:rPr>
          <w:lang w:eastAsia="zh-CN"/>
        </w:rPr>
        <w:t>　　1、科室人员不足，人员不固定：ICU护理人员不足，派来支援的护士不熟悉ICU业务，抢救意识欠佳，存在医疗安全隐患。</w:t>
      </w:r>
      <w:r>
        <w:rPr>
          <w:lang w:eastAsia="zh-CN"/>
        </w:rPr>
        <w:br/>
      </w:r>
      <w:r>
        <w:rPr>
          <w:lang w:eastAsia="zh-CN"/>
        </w:rPr>
        <w:t>　　2、医疗设备不足：ICU是一个新成立的科室，随着科室病人的增多，业务的发展，需要更多的抢救设备，如床旁血滤机、电子纤支镜等，以提高危重病人抢救成功率和医疗救治水平。</w:t>
      </w:r>
      <w:r>
        <w:rPr>
          <w:lang w:eastAsia="zh-CN"/>
        </w:rPr>
        <w:br/>
      </w:r>
      <w:r>
        <w:rPr>
          <w:lang w:eastAsia="zh-CN"/>
        </w:rPr>
        <w:t>　　3、医疗用房紧缺：现有条件下我科无主任办公室及医护人员就餐室，给工作和生活带来极大不便。</w:t>
      </w:r>
      <w:r>
        <w:rPr>
          <w:lang w:eastAsia="zh-CN"/>
        </w:rPr>
        <w:br/>
      </w:r>
      <w:r>
        <w:rPr>
          <w:lang w:eastAsia="zh-CN"/>
        </w:rPr>
        <w:t>　　四、新年度主要工作思路。</w:t>
      </w:r>
      <w:r>
        <w:rPr>
          <w:lang w:eastAsia="zh-CN"/>
        </w:rPr>
        <w:br/>
      </w:r>
      <w:r>
        <w:rPr>
          <w:lang w:eastAsia="zh-CN"/>
        </w:rPr>
        <w:t>　　ICU是我院年轻的科室，学科的发展中有赖于领导的关心和扶持，在此基础上，我们需要进一步做到：</w:t>
      </w:r>
      <w:r>
        <w:rPr>
          <w:lang w:eastAsia="zh-CN"/>
        </w:rPr>
        <w:br/>
      </w:r>
      <w:r>
        <w:rPr>
          <w:lang w:eastAsia="zh-CN"/>
        </w:rPr>
        <w:t>　　1、继续苦练内功，提高全体医护人员的业务素质，提高医疗质量，提高抢救成功率；</w:t>
      </w:r>
      <w:r>
        <w:rPr>
          <w:lang w:eastAsia="zh-CN"/>
        </w:rPr>
        <w:br/>
      </w:r>
      <w:r>
        <w:rPr>
          <w:lang w:eastAsia="zh-CN"/>
        </w:rPr>
        <w:t>　　2、积极开展新技术、新项目：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（1）我科申请购入床旁血滤机、纤支镜等仪器设备以提高抢救治疗水平，增加科室收入；</w:t>
      </w:r>
      <w:r>
        <w:rPr>
          <w:lang w:eastAsia="zh-CN"/>
        </w:rPr>
        <w:br/>
      </w:r>
      <w:r>
        <w:rPr>
          <w:lang w:eastAsia="zh-CN"/>
        </w:rPr>
        <w:t>　　（2）我科拟开展测尿比重、持续动脉血压监测、呼末CO2监测等监测项目，加强病情监测，指导危重症患者的救治，保障医疗安全，增加科室收入；</w:t>
      </w:r>
      <w:r>
        <w:rPr>
          <w:lang w:eastAsia="zh-CN"/>
        </w:rPr>
        <w:br/>
      </w:r>
      <w:r>
        <w:rPr>
          <w:lang w:eastAsia="zh-CN"/>
        </w:rPr>
        <w:t>　　3、进一步与各科室加强协作沟通，特别是与神经外科、普外科、急诊科、麻醉科、120急救中心的联系，建立专门的沟通联系本，定期与各科室联系，充分听取各科室的意见，充分尊重兄弟科室，加强业务交流，争取兄弟科室的支持和信任。</w:t>
      </w:r>
      <w:r>
        <w:rPr>
          <w:lang w:eastAsia="zh-CN"/>
        </w:rPr>
        <w:br/>
      </w:r>
      <w:r>
        <w:rPr>
          <w:lang w:eastAsia="zh-CN"/>
        </w:rPr>
        <w:t>　　4、加强与上级医院ICU及专家的联系，不断学习上级医院新的诊疗措施，提高我科的救治水平，同时也提高我院的知名度。</w:t>
      </w:r>
      <w:r>
        <w:rPr>
          <w:lang w:eastAsia="zh-CN"/>
        </w:rPr>
        <w:br/>
      </w:r>
      <w:r>
        <w:rPr>
          <w:lang w:eastAsia="zh-CN"/>
        </w:rPr>
        <w:t>　　5、进一步规范ICU常见病的诊疗，制定套餐医嘱；总结常见病的医护观察要点，加强对新入人员的培训，；对科室常用药物集结成册，便于查阅；对于新的药物，及时学习掌握用药指征及用法；继续规范抗生素的合理使用。</w:t>
      </w:r>
      <w:r>
        <w:rPr>
          <w:lang w:eastAsia="zh-CN"/>
        </w:rPr>
        <w:br/>
      </w:r>
      <w:r>
        <w:rPr>
          <w:lang w:eastAsia="zh-CN"/>
        </w:rPr>
        <w:t>　　6、继续每周进行业务学习，每周进行疑难病例讨论，及时掌握业务新知识、新动态，不断更新诊疗观念，多向专科学习，鼓励科室业务讨论，不断总结经验教训，提高业务水平，保障医疗安全；</w:t>
      </w:r>
      <w:r>
        <w:rPr>
          <w:lang w:eastAsia="zh-CN"/>
        </w:rPr>
        <w:br/>
      </w:r>
      <w:r>
        <w:rPr>
          <w:lang w:eastAsia="zh-CN"/>
        </w:rPr>
        <w:t>　　7、加强科室质控工作，在架病历及出院病历及时审查，每月底召开科室质控工作会议，总结当月病历的优点及不足，便于改进；</w:t>
      </w:r>
      <w:r>
        <w:rPr>
          <w:lang w:eastAsia="zh-CN"/>
        </w:rPr>
        <w:br/>
      </w:r>
      <w:r>
        <w:rPr>
          <w:lang w:eastAsia="zh-CN"/>
        </w:rPr>
        <w:t>　　8、借鉴护理不良事件报告制度，建立医疗不良事件报告制度，及时发现医疗安全隐患，避免医疗事故的发生；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9、总结治疗效果好的病历，加强科室宣传；</w:t>
      </w:r>
      <w:r>
        <w:rPr>
          <w:lang w:eastAsia="zh-CN"/>
        </w:rPr>
        <w:br/>
      </w:r>
      <w:r>
        <w:rPr>
          <w:lang w:eastAsia="zh-CN"/>
        </w:rPr>
        <w:t>　　10、继续完善各种诊治流程，集结成册，指导临床工作；</w:t>
      </w:r>
      <w:r>
        <w:rPr>
          <w:lang w:eastAsia="zh-CN"/>
        </w:rPr>
        <w:br/>
      </w:r>
      <w:r>
        <w:rPr>
          <w:lang w:eastAsia="zh-CN"/>
        </w:rPr>
        <w:t>　　11、严格执行出院病人回访制度，一方面加强和病人的联系，取得病人及家属的信任，争取更多的病源，另一方面可验证我们对疑难病历的诊断及治疗效果；对于转到专科的病人，我科亦需随访，了解转科后病人的情况及专科对我们的意见反馈，不断吸取经验教训，提高我科的诊治水平；</w:t>
      </w:r>
      <w:r>
        <w:rPr>
          <w:lang w:eastAsia="zh-CN"/>
        </w:rPr>
        <w:br/>
      </w:r>
      <w:r>
        <w:rPr>
          <w:lang w:eastAsia="zh-CN"/>
        </w:rPr>
        <w:t>　　12、积极利用医院现有资源，如九病室的降钙素原、BNP、D—二聚体检测、麻醉科的血气分析等，为危重病人的诊治提供依据及指导；</w:t>
      </w:r>
      <w:r>
        <w:rPr>
          <w:lang w:eastAsia="zh-CN"/>
        </w:rPr>
        <w:br/>
      </w:r>
      <w:r>
        <w:rPr>
          <w:lang w:eastAsia="zh-CN"/>
        </w:rPr>
        <w:t>　　13、加强病人的管理，防止恶意欠费，逃费等现象的发生；入科病人，常规抵押身份证、农合证等有效证件，详细登记住址、身份证、电话号码等信息，以便追查费用等；</w:t>
      </w:r>
      <w:r>
        <w:rPr>
          <w:lang w:eastAsia="zh-CN"/>
        </w:rPr>
        <w:br/>
      </w:r>
      <w:r>
        <w:rPr>
          <w:lang w:eastAsia="zh-CN"/>
        </w:rPr>
        <w:t>　　14、详细了解农合医保政策，了解药物、医用耗材等的医保范畴，签署自费药品告知书，并详细告知患者家属，避免由此而引起的纠纷；</w:t>
      </w:r>
      <w:r>
        <w:rPr>
          <w:lang w:eastAsia="zh-CN"/>
        </w:rPr>
        <w:br/>
      </w:r>
      <w:r>
        <w:rPr>
          <w:lang w:eastAsia="zh-CN"/>
        </w:rPr>
        <w:t>　　15、加强科室人文建设，提倡正能量，针对ICU工作特点，培养和树立爱岗敬业，顾全大局，讲团结、讲奉献的精神，保证科室上下齐心，团结一致，共同搞好ICU的工作；</w:t>
      </w:r>
      <w:r>
        <w:rPr>
          <w:lang w:eastAsia="zh-CN"/>
        </w:rPr>
        <w:br/>
      </w:r>
      <w:r>
        <w:rPr>
          <w:lang w:eastAsia="zh-CN"/>
        </w:rPr>
        <w:t>　　16、改革科室绩效工资的二级分配，打破平均主义，打破吃大蛋糕的模式，采取多劳多得的形式，体现劳动价值，提高工作积极性；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17、进一步完善输血制度、对无钱、无家属患者的医疗救治制度、医务工作请示报告制度、特殊状况下诊疗费用处理规定、危急值报告制度、收住及转出患者标准等制度，严格按制度办事，用制度管理科室；</w:t>
      </w:r>
      <w:r>
        <w:rPr>
          <w:lang w:eastAsia="zh-CN"/>
        </w:rPr>
        <w:br/>
      </w:r>
      <w:r>
        <w:rPr>
          <w:lang w:eastAsia="zh-CN"/>
        </w:rPr>
        <w:t xml:space="preserve">    2024急诊护士个人工作总结 篇8 </w:t>
      </w:r>
      <w:r>
        <w:rPr>
          <w:lang w:eastAsia="zh-CN"/>
        </w:rPr>
        <w:br/>
      </w:r>
      <w:r>
        <w:rPr>
          <w:lang w:eastAsia="zh-CN"/>
        </w:rPr>
        <w:t>　　第一点：加强学习，培养高素质队伍</w:t>
      </w:r>
      <w:r>
        <w:rPr>
          <w:lang w:eastAsia="zh-CN"/>
        </w:rPr>
        <w:br/>
      </w:r>
      <w:r>
        <w:rPr>
          <w:lang w:eastAsia="zh-CN"/>
        </w:rPr>
        <w:t>　　急诊科制定学习制度和计划，加强护理人员的业务知识学习。开展心肺复苏模拟人急救专业培训，选送护士到麻醉科、手术室学习气管插管，要求急诊八大件操作人人过关。与医生一同学习心肺复苏模拟人新进展、急性冠脉综合症的急诊处置、创伤急救。提高了急诊急救水平和抢救反应速度。全科人员自觉学习尉然成风，目前有8名护士参加全国高等教育护理大专班和本科自学考试。两位工作一年的护士参加护士执业考试均通过。指派高年资的护士外出学习国家级《急救护理新概念与急诊模拟急救培训》。</w:t>
      </w:r>
      <w:r>
        <w:rPr>
          <w:lang w:eastAsia="zh-CN"/>
        </w:rPr>
        <w:br/>
      </w:r>
      <w:r>
        <w:rPr>
          <w:lang w:eastAsia="zh-CN"/>
        </w:rPr>
        <w:t>　　第二点：做好新入科护士及实习生的带教工作</w:t>
      </w:r>
      <w:r>
        <w:rPr>
          <w:lang w:eastAsia="zh-CN"/>
        </w:rPr>
        <w:br/>
      </w:r>
      <w:r>
        <w:rPr>
          <w:lang w:eastAsia="zh-CN"/>
        </w:rPr>
        <w:t>　　根据急诊科的工作特性，制定了新入科护士三个月的`培训计划，要求其三个月内掌握急诊的流程，院前急救，如何接急救电话、掌握急诊科所有的仪器使用，同时加强理论方面的学习与考核。在实施培训第一年时，取得了很好的效果。对于实习生做到放手不放眼，每周实行小讲课。</w:t>
      </w:r>
      <w:r>
        <w:rPr>
          <w:lang w:eastAsia="zh-CN"/>
        </w:rPr>
        <w:br/>
      </w:r>
      <w:r>
        <w:rPr>
          <w:lang w:eastAsia="zh-CN"/>
        </w:rPr>
        <w:t xml:space="preserve">    2024急诊护士个人工作总结 篇9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20__年在急诊科主任和护理部主任的领导下，在科室全体护理人员的共同努力和支持帮助下，我结合急诊科的工作性质，紧紧围绕医院今年的工作中心，求真务实，踏实苦干，带领急诊科全体护理人员较好地完成了本科室各项护理工作任务，保证了科室护理工作的稳步向前。取得了满意的成绩，我现将__年护理工作从四个方面做如下总结：</w:t>
      </w:r>
      <w:r>
        <w:rPr>
          <w:lang w:eastAsia="zh-CN"/>
        </w:rPr>
        <w:br/>
      </w:r>
      <w:r>
        <w:rPr>
          <w:lang w:eastAsia="zh-CN"/>
        </w:rPr>
        <w:t>　　一、完善各项规章制度，加强护理管理质量，提升医院新形象</w:t>
      </w:r>
      <w:r>
        <w:rPr>
          <w:lang w:eastAsia="zh-CN"/>
        </w:rPr>
        <w:br/>
      </w:r>
      <w:r>
        <w:rPr>
          <w:lang w:eastAsia="zh-CN"/>
        </w:rPr>
        <w:t>　　为加强对护理人员的管理，配合医院等级提升复审，我和急诊部的其他三位护士长花了近两个月的时间，整理、修订和完善了《_院急诊危重症管理制度》、《急诊危重症护理管理制度》、《急诊护理技术规范及操作流程》、《急诊护士技能培训资料》和急诊护士技能考核本，这不但规范了急诊病区护理人员的日常工作行为，还大大的提高了全体护理人员的工作主观能动性。</w:t>
      </w:r>
      <w:r>
        <w:rPr>
          <w:lang w:eastAsia="zh-CN"/>
        </w:rPr>
        <w:br/>
      </w:r>
      <w:r>
        <w:rPr>
          <w:lang w:eastAsia="zh-CN"/>
        </w:rPr>
        <w:t>　　为有效减少高危药物的用药错误，降低护理工作失误和不良事件发生。急诊部积极推行“三元色标识”在急诊护理管理中的应用，即用红、黄、绿三元色来标识药物的危险度、环境洁净度、不同治疗方法等，以此表达风险的高低，警示护士及病人。通过使用三元色标识我们有效地避免了病人在医疗护理过程中可能遇到的各类风险，保障了病人安全。如我们在补液室的用“三元色”分区及配套的地标和椅套使患者一目了然所属的区域。eicu三元色的消毒用抹布分类使患者周边的用物洁污分开。在今年的检查中我们的做法得到了上级部门的肯定和表扬。</w:t>
      </w:r>
      <w:r>
        <w:rPr>
          <w:lang w:eastAsia="zh-CN"/>
        </w:rPr>
        <w:br/>
      </w:r>
      <w:r>
        <w:rPr>
          <w:lang w:eastAsia="zh-CN"/>
        </w:rPr>
        <w:t>　　二、坚持以人为本的原则开展工作，调动护士的工作积极性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我常常主动与护士进行交流沟通，了解她们的想法、收集她们的意见，理解她们的烦恼，解决存在的实际困难等，使她们感到遇事有商量、能解决可信任的宽松环境，来激发她们的工作积极性和热情，充分发挥她们的主观能动性。从而使她们顺理成章地富有情感的主动自愿地去对待病人和家属，为病人，为社会提供高质量的护理服务。今年我常常帮护理人员代班。护士家里有什么事情都要和我说，我还上门为他们解决家庭矛盾，今年急诊区护士们称我为“知心大姐”。</w:t>
      </w:r>
      <w:r>
        <w:rPr>
          <w:lang w:eastAsia="zh-CN"/>
        </w:rPr>
        <w:br/>
      </w:r>
      <w:r>
        <w:rPr>
          <w:lang w:eastAsia="zh-CN"/>
        </w:rPr>
        <w:t>　　同时，我还要通过岗位绩效考核，开展病区优秀护士的评比等活动，来增加她们的工作压力，来挖掘她们的潜质，使她们能真正成为工作的骨干。首先印制了“急诊护士人员资质手册”，并发放到每位护士手上，使她们知道在自己这个团队里自己身居的位置及上升空间及努力方向，使之有不断向上的奋斗目标。同时试运行了急诊科护士绩效考核分配法：即通过：本人工作量、表扬人次、护理缺陷和不良投诉进行月度评排行榜，评选“业务能手”、“明星”。等方法进行综合考核，成绩优秀的给予奖励。全年进行岗位绩效考核三次，评选出的优秀护士_人，给予了精神和物质上的奖励，大大的刺激了整个急诊病区的护理人员，出现了人人争当业务能手，人人争当标兵的热潮，使我区的护理质量有了很大的提高。</w:t>
      </w:r>
      <w:r>
        <w:rPr>
          <w:lang w:eastAsia="zh-CN"/>
        </w:rPr>
        <w:br/>
      </w:r>
      <w:r>
        <w:rPr>
          <w:lang w:eastAsia="zh-CN"/>
        </w:rPr>
        <w:t>　　三、加强护理人员培训教育，提高护士整体素质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护理工作是医院工作的重要组成部分，现代医学科学技术迅猛发展，新理论、新知识、新技术不断出现，新的形势要求护理人员必须及时地、不断地学习掌握这些新知识、新技术，并应用于临床，更好地为病人服务。护理人员的专业技术水平是提高护理质量的重要因素，直接关系到病人的身心健康。因此，加强护理人员培训教育是提高护理质量的关键。为此，急诊病区将护理人员培训教育工作列入护理工作之首。今年初我们几名护士长和急诊部护理部起草制定了急诊护士培训教育五年计划，明确了培训目标、内容和步骤，建立了-__年、-__年护士的培训手册，并印发到人手一册。我们根据不同层次的护理人员制定具体培训计划，加大培训力度，重视新护士的岗位培训，帮助她们尽快熟悉环境及规章制度，较快胜任临床护理工作，对低年资护士应加强基础理论、基本知识和基本技能，医德医风等方面的培训，对高年资、中级护理人员进行带教指导、组织管理、护理科研等方面的培训，创造条件鼓励在职护士学历教育，外出进修学习等，建立不同层次护士的绩效考核目标，规范护理人员行为，达到全面提高护士整体素质要求。</w:t>
      </w:r>
      <w:r>
        <w:rPr>
          <w:lang w:eastAsia="zh-CN"/>
        </w:rPr>
        <w:br/>
      </w:r>
      <w:r>
        <w:rPr>
          <w:lang w:eastAsia="zh-CN"/>
        </w:rPr>
        <w:t>　　通过有组织、有计划的安排，今年举行的几次培训教育都取得了圆满的成功。</w:t>
      </w:r>
      <w:r>
        <w:rPr>
          <w:lang w:eastAsia="zh-CN"/>
        </w:rPr>
        <w:br/>
      </w:r>
      <w:r>
        <w:rPr>
          <w:lang w:eastAsia="zh-CN"/>
        </w:rPr>
        <w:t>　　我还时常跟急诊病室的护士们说，自己要主动向护理专家、主任以及周边护理前辈请教、学习，不断充实提高自己的业务素养、组织管理水平，沟通协调能力，认真学习、寻找自己弱点，为将来实现自己的人生目标积累丰富的知识。</w:t>
      </w:r>
      <w:r>
        <w:rPr>
          <w:lang w:eastAsia="zh-CN"/>
        </w:rPr>
        <w:br/>
      </w:r>
      <w:r>
        <w:rPr>
          <w:lang w:eastAsia="zh-CN"/>
        </w:rPr>
        <w:t>　　四、立足本职岗位，迎接新的挑战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今年我在围绕本院持续质量改进、提供满意服务，开展人性化管理，充分调动护理人员的工作积极性，增强凝聚力，进一步提高护理服务质量等方面的工作上尽力自己的微薄之力。在做好自己的本职工作的基础上，还带领全体护理人员还根据公司的安排做好了上级机关对我病区的检查工作。</w:t>
      </w:r>
      <w:r>
        <w:rPr>
          <w:lang w:eastAsia="zh-CN"/>
        </w:rPr>
        <w:br/>
      </w:r>
      <w:r>
        <w:rPr>
          <w:lang w:eastAsia="zh-CN"/>
        </w:rPr>
        <w:t>　　1、完成了__市护理质控中心对我院的护理质量检查工作，急诊室在评比中获得了满分而受到嘉奖。</w:t>
      </w:r>
      <w:r>
        <w:rPr>
          <w:lang w:eastAsia="zh-CN"/>
        </w:rPr>
        <w:br/>
      </w:r>
      <w:r>
        <w:rPr>
          <w:lang w:eastAsia="zh-CN"/>
        </w:rPr>
        <w:t>　　2、在“文明医院复查”检查中，急诊室也完全达标，为我院荣获”文明医院”尽了力。</w:t>
      </w:r>
      <w:r>
        <w:rPr>
          <w:lang w:eastAsia="zh-CN"/>
        </w:rPr>
        <w:br/>
      </w:r>
      <w:r>
        <w:rPr>
          <w:lang w:eastAsia="zh-CN"/>
        </w:rPr>
        <w:t>　　3、在_月_-_日在医院等级复审的预审中，急诊室圆满的完成了两场现场急救模拟演练，获得了好评。</w:t>
      </w:r>
      <w:r>
        <w:rPr>
          <w:lang w:eastAsia="zh-CN"/>
        </w:rPr>
        <w:br/>
      </w:r>
      <w:r>
        <w:rPr>
          <w:lang w:eastAsia="zh-CN"/>
        </w:rPr>
        <w:t>　　4、在_月_日举行的行业万人满意度检查中，我病区达到了优秀。</w:t>
      </w:r>
      <w:r>
        <w:rPr>
          <w:lang w:eastAsia="zh-CN"/>
        </w:rPr>
        <w:br/>
      </w:r>
      <w:r>
        <w:rPr>
          <w:lang w:eastAsia="zh-CN"/>
        </w:rPr>
        <w:t>　　光阴似箭，从去年_月份到急诊室担任护士长已有一年多的时间了，回望过去，在这一年多的时间里，我从各方面严格要求自己，在科室工作尤其是护理工作中身先士卒，大胆管理，推陈出新，积极配合科主任做好医护协调工作，引导大家做好医护沟通，增强科室凝聚力！充分调动护理人员的工作积极性，让全体护士在身心愉悦的状态下工作，也为病人营造了温馨、和谐的病区住院环境。</w:t>
      </w:r>
      <w:r>
        <w:rPr>
          <w:lang w:eastAsia="zh-CN"/>
        </w:rPr>
        <w:br/>
      </w:r>
      <w:r>
        <w:rPr>
          <w:lang w:eastAsia="zh-CN"/>
        </w:rPr>
        <w:t>　　__年，就是我工作的第五年了，这些年，我由一个蒙蒙憧憧的实习生，成长为一名有着丰富工作经验的护士。</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病人在一轮轮的换着，科里也在这几年中离开了不少老同事，来了好多新同事！不过相处的岁月中，工作的协调与配合中依然那么依然有序。又快过年了，感触不由得从心底像投幕电影一样，放映着这一年之中发生的一件又一件事情！</w:t>
      </w:r>
      <w:r>
        <w:rPr>
          <w:lang w:eastAsia="zh-CN"/>
        </w:rPr>
        <w:br/>
      </w:r>
      <w:r>
        <w:rPr>
          <w:lang w:eastAsia="zh-CN"/>
        </w:rPr>
        <w:t>　　最有意义的事：今年我们分组了，这也许算得上是头等大事吧？我们科整个分了两组，我被分在了前组，虽然和从前一成不变的工作模式有了很多的差异，可是我们每个人都勇敢的尝试着新的工作重点。这未尝不是件好事啊，也许换一下方法，会使我们的科室变得更加有力、更加强大！在组长孙英的带领下，我们组的每一个成员都紧紧地团结着！也许团结就是力量吧。以前有的事情拖拖拉拉，有的事情都不愿意去做！可是，自从分了组，大家都乐意去抢着去做，充分调动了大家的积极性，病人和家属的反映都非常好，使我们巡视病房和病人沟通的时间也相应增加。于是，我们的努力终于得到了病人的满意、和领导的肯定。所以在护士长的带领下，经过我们全科室的共同努力，我们光荣地获得了院第三季度护理质量考评的第一名（也是本年度最开心的事情吧！）</w:t>
      </w:r>
      <w:r>
        <w:rPr>
          <w:lang w:eastAsia="zh-CN"/>
        </w:rPr>
        <w:br/>
      </w:r>
      <w:r>
        <w:rPr>
          <w:lang w:eastAsia="zh-CN"/>
        </w:rPr>
        <w:t>　　最不安的事：“康复部要搬了，护士要合并了”。这件事情在很长一段时间内牵扯着我们的心，随着一病区消化科合并到新大楼，相继是血液科、脑外科的搬迁，我们每个人的心里多多少少会有想法。“我们科会怎样？我会不会被踢出局？”我想这个事情是多是少都影响着每一个人！我在一病区支援这20天里深刻感触到一句话：如果你是一个好护士，没有人舍得放弃你！站好自己的岗位比什么都重要！所以我要更努力和认真地去工作！</w:t>
      </w:r>
      <w:r>
        <w:rPr>
          <w:lang w:eastAsia="zh-CN"/>
        </w:rPr>
        <w:br/>
      </w:r>
      <w:r>
        <w:rPr>
          <w:lang w:eastAsia="zh-CN"/>
        </w:rPr>
        <w:t xml:space="preserve">    2024急诊护士个人工作总结 篇10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时间真的过的很快，两个月的外出学习就这样结束了，我非常感谢医院和科室给了我这么一次好的机会，能够到杭州大医院去学习，虽然两个月的时间很短暂，上班很忙，很累，夜班上的也很多，但这短短的两个月，让我开阔了视野，增长了见识，收获很大。</w:t>
      </w:r>
      <w:r>
        <w:rPr>
          <w:lang w:eastAsia="zh-CN"/>
        </w:rPr>
        <w:br/>
      </w:r>
      <w:r>
        <w:rPr>
          <w:lang w:eastAsia="zh-CN"/>
        </w:rPr>
        <w:t>　　市中医院的急诊主要分四块区域，包括抢救室、输液室、急诊病房和监护室，我主要在抢救室和输液室上班，就谈一下这两块的工作流程和好的方面。</w:t>
      </w:r>
      <w:r>
        <w:rPr>
          <w:lang w:eastAsia="zh-CN"/>
        </w:rPr>
        <w:br/>
      </w:r>
      <w:r>
        <w:rPr>
          <w:lang w:eastAsia="zh-CN"/>
        </w:rPr>
        <w:t>　　一、抢救室工作情况</w:t>
      </w:r>
      <w:r>
        <w:rPr>
          <w:lang w:eastAsia="zh-CN"/>
        </w:rPr>
        <w:br/>
      </w:r>
      <w:r>
        <w:rPr>
          <w:lang w:eastAsia="zh-CN"/>
        </w:rPr>
        <w:t>　　1、先预检分诊给予挂号牌后挂号，对入院病人做到认真、细致的分诊，对急、危、重症患者能迅速及时处理。</w:t>
      </w:r>
      <w:r>
        <w:rPr>
          <w:lang w:eastAsia="zh-CN"/>
        </w:rPr>
        <w:br/>
      </w:r>
      <w:r>
        <w:rPr>
          <w:lang w:eastAsia="zh-CN"/>
        </w:rPr>
        <w:t>　　2、进抢救室的病人，根据情况一般都进行心电监护、吸氧、测血糖、开通静脉通路等措施。</w:t>
      </w:r>
      <w:r>
        <w:rPr>
          <w:lang w:eastAsia="zh-CN"/>
        </w:rPr>
        <w:br/>
      </w:r>
      <w:r>
        <w:rPr>
          <w:lang w:eastAsia="zh-CN"/>
        </w:rPr>
        <w:t>　　3、抢救病人填写急诊重症病人护理记录单，保证抢救记录的完整、及时、准确。</w:t>
      </w:r>
      <w:r>
        <w:rPr>
          <w:lang w:eastAsia="zh-CN"/>
        </w:rPr>
        <w:br/>
      </w:r>
      <w:r>
        <w:rPr>
          <w:lang w:eastAsia="zh-CN"/>
        </w:rPr>
        <w:t>　　4、护送危重病人时，携带急诊抢救箱（备有肾上腺素、阿托品、多巴安、注射用具等抢救用物），心电监护仪等。</w:t>
      </w:r>
      <w:r>
        <w:rPr>
          <w:lang w:eastAsia="zh-CN"/>
        </w:rPr>
        <w:br/>
      </w:r>
      <w:r>
        <w:rPr>
          <w:lang w:eastAsia="zh-CN"/>
        </w:rPr>
        <w:t>　　5、护士抢救经验丰富，技术熟练，对病情观察比较细致，出现异常情况能及时处理，对重症患者经处理病情稳定后在送病房进一步治疗。</w:t>
      </w:r>
      <w:r>
        <w:rPr>
          <w:lang w:eastAsia="zh-CN"/>
        </w:rPr>
        <w:br/>
      </w:r>
      <w:r>
        <w:rPr>
          <w:lang w:eastAsia="zh-CN"/>
        </w:rPr>
        <w:t>　　6、建立住院病人回访制，以了解病人对急诊工作的满意度，听取意见、建议，使急诊工作做的更好。</w:t>
      </w:r>
      <w:r>
        <w:rPr>
          <w:lang w:eastAsia="zh-CN"/>
        </w:rPr>
        <w:br/>
      </w:r>
      <w:r>
        <w:rPr>
          <w:lang w:eastAsia="zh-CN"/>
        </w:rPr>
        <w:t>　　7、遇危重病人抢救时，各科室医生互相帮助，互相协助，共同抢救病人。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8、新老护士搭班，传帮带精神比较好。</w:t>
      </w:r>
      <w:r>
        <w:rPr>
          <w:lang w:eastAsia="zh-CN"/>
        </w:rPr>
        <w:br/>
      </w:r>
      <w:r>
        <w:rPr>
          <w:lang w:eastAsia="zh-CN"/>
        </w:rPr>
        <w:t>　　二、输液室方面</w:t>
      </w:r>
      <w:r>
        <w:rPr>
          <w:lang w:eastAsia="zh-CN"/>
        </w:rPr>
        <w:br/>
      </w:r>
      <w:r>
        <w:rPr>
          <w:lang w:eastAsia="zh-CN"/>
        </w:rPr>
        <w:t>　　1、工作量很大，每天有两三百个病人，但护士只有3人，因此很繁忙，没有空闲时间。</w:t>
      </w:r>
      <w:r>
        <w:rPr>
          <w:lang w:eastAsia="zh-CN"/>
        </w:rPr>
        <w:br/>
      </w:r>
      <w:r>
        <w:rPr>
          <w:lang w:eastAsia="zh-CN"/>
        </w:rPr>
        <w:t>　　2、人手虽然比较少，但查对制度很严，医嘱经两人核对无误后再执行。每做的一步操作（配药、注射，巡视等）都要用掌上机扫描确认后，才能执行，以防差错。</w:t>
      </w:r>
      <w:r>
        <w:rPr>
          <w:lang w:eastAsia="zh-CN"/>
        </w:rPr>
        <w:br/>
      </w:r>
      <w:r>
        <w:rPr>
          <w:lang w:eastAsia="zh-CN"/>
        </w:rPr>
        <w:t>　　3、消毒无菌很严，注射时都是一人一巾一带，止血带用后浸泡消毒，送供应室塑封包装。</w:t>
      </w:r>
      <w:r>
        <w:rPr>
          <w:lang w:eastAsia="zh-CN"/>
        </w:rPr>
        <w:br/>
      </w:r>
      <w:r>
        <w:rPr>
          <w:lang w:eastAsia="zh-CN"/>
        </w:rPr>
        <w:t>　　4、药物现配现用，避免失效。</w:t>
      </w:r>
      <w:r>
        <w:rPr>
          <w:lang w:eastAsia="zh-CN"/>
        </w:rPr>
        <w:br/>
      </w:r>
      <w:r>
        <w:rPr>
          <w:lang w:eastAsia="zh-CN"/>
        </w:rPr>
        <w:t>　　5、输液最后一袋液体贴上红色标签，防止漏挂液体。</w:t>
      </w:r>
      <w:r>
        <w:rPr>
          <w:lang w:eastAsia="zh-CN"/>
        </w:rPr>
        <w:br/>
      </w:r>
      <w:r>
        <w:rPr>
          <w:lang w:eastAsia="zh-CN"/>
        </w:rPr>
        <w:t>　　三、其它方面</w:t>
      </w:r>
      <w:r>
        <w:rPr>
          <w:lang w:eastAsia="zh-CN"/>
        </w:rPr>
        <w:br/>
      </w:r>
      <w:r>
        <w:rPr>
          <w:lang w:eastAsia="zh-CN"/>
        </w:rPr>
        <w:t>　　1、皮试液配置，用原液配置，消毒用新洁尔灭（取新洁尔灭5ml加入生理盐水250ml中）或酒精。</w:t>
      </w:r>
      <w:r>
        <w:rPr>
          <w:lang w:eastAsia="zh-CN"/>
        </w:rPr>
        <w:br/>
      </w:r>
      <w:r>
        <w:rPr>
          <w:lang w:eastAsia="zh-CN"/>
        </w:rPr>
        <w:t>　　2、皮试过敏史盖章，家属签字，严格执行询问制度，更好的保护自己。</w:t>
      </w:r>
      <w:r>
        <w:rPr>
          <w:lang w:eastAsia="zh-CN"/>
        </w:rPr>
        <w:br/>
      </w:r>
      <w:r>
        <w:rPr>
          <w:lang w:eastAsia="zh-CN"/>
        </w:rPr>
        <w:t>　　3、收费方面：凡进抢救室的病人都收床位费、等级护理费、危重病人抢救费等，费用收的比较细，不漏收。</w:t>
      </w:r>
      <w:r>
        <w:rPr>
          <w:lang w:eastAsia="zh-CN"/>
        </w:rPr>
        <w:br/>
      </w:r>
      <w:r>
        <w:rPr>
          <w:lang w:eastAsia="zh-CN"/>
        </w:rPr>
        <w:t>　　4、科室的`学习气氛很好，科室组织的操作训练，业务学习等，不管新护士还是老护士都认真参加，认真训练。</w:t>
      </w:r>
      <w:r>
        <w:rPr>
          <w:lang w:eastAsia="zh-CN"/>
        </w:rPr>
        <w:br/>
      </w:r>
      <w:r>
        <w:rPr>
          <w:lang w:eastAsia="zh-CN"/>
        </w:rPr>
        <w:t>　　四、新技术</w:t>
      </w:r>
      <w:r>
        <w:rPr>
          <w:lang w:eastAsia="zh-CN"/>
        </w:rPr>
        <w:br/>
      </w:r>
      <w:r>
        <w:rPr>
          <w:lang w:eastAsia="zh-CN"/>
        </w:rPr>
        <w:t>　　1、口咽通气管的应用。</w:t>
      </w:r>
      <w:r>
        <w:rPr>
          <w:lang w:eastAsia="zh-CN"/>
        </w:rPr>
        <w:br/>
      </w:r>
    </w:p>
    <w:p w:rsidR="001B1F19" w14:textId="27C3F48A">
      <w:pPr>
        <w:rPr>
          <w:rFonts w:hint="eastAsia"/>
          <w:lang w:eastAsia="zh-CN"/>
        </w:rPr>
      </w:pPr>
      <w:r>
        <w:rPr>
          <w:lang w:eastAsia="zh-CN"/>
        </w:rPr>
        <w:t>　　适应症：</w:t>
      </w:r>
      <w:r>
        <w:rPr>
          <w:lang w:eastAsia="zh-CN"/>
        </w:rPr>
        <w:br/>
      </w:r>
      <w:r>
        <w:rPr>
          <w:lang w:eastAsia="zh-CN"/>
        </w:rPr>
        <w:t>　　（1）意识不清患者由于呕吐反射减弱或颌部肌肉松弛引起的气道梗阻。</w:t>
      </w:r>
      <w:r>
        <w:rPr>
          <w:lang w:eastAsia="zh-CN"/>
        </w:rPr>
        <w:br/>
      </w:r>
      <w:r>
        <w:rPr>
          <w:lang w:eastAsia="zh-CN"/>
        </w:rPr>
        <w:t>　　（2）昏迷患者通过其它方式如头后仰-托下颌或下颏前伸等方法开放气道无效时。</w:t>
      </w:r>
      <w:r>
        <w:rPr>
          <w:lang w:eastAsia="zh-CN"/>
        </w:rPr>
        <w:br/>
      </w:r>
      <w:r>
        <w:rPr>
          <w:lang w:eastAsia="zh-CN"/>
        </w:rPr>
        <w:t>　　（3）患者经简易呼吸皮囊给氧时，口咽通气管能托起咽后软组织，有利于肺通气及防止胃胀气。</w:t>
      </w:r>
      <w:r>
        <w:rPr>
          <w:lang w:eastAsia="zh-CN"/>
        </w:rPr>
        <w:br/>
      </w:r>
      <w:r>
        <w:rPr>
          <w:lang w:eastAsia="zh-CN"/>
        </w:rPr>
        <w:t>　　（4）防止经口插管者咬气管导管。</w:t>
      </w:r>
      <w:r>
        <w:rPr>
          <w:lang w:eastAsia="zh-CN"/>
        </w:rPr>
        <w:br/>
      </w:r>
      <w:r>
        <w:rPr>
          <w:lang w:eastAsia="zh-CN"/>
        </w:rPr>
        <w:t>　　（5）需要吸除患者咽部分泌物。</w:t>
      </w:r>
      <w:r>
        <w:rPr>
          <w:lang w:eastAsia="zh-CN"/>
        </w:rPr>
        <w:br/>
      </w:r>
      <w:r>
        <w:rPr>
          <w:lang w:eastAsia="zh-CN"/>
        </w:rPr>
        <w:t>　　2、抽血气（2ml注射器抽取肝素钠1ml-打在针套内-抽动脉血后-针头套上针套-送检）。</w:t>
      </w:r>
      <w:r>
        <w:rPr>
          <w:lang w:eastAsia="zh-CN"/>
        </w:rPr>
        <w:br/>
      </w:r>
      <w:r>
        <w:rPr>
          <w:lang w:eastAsia="zh-CN"/>
        </w:rPr>
        <w:t>　　3、对缺氧，氧饱和度低的病人给予储氧面罩给氧。</w:t>
      </w:r>
      <w:r>
        <w:rPr>
          <w:lang w:eastAsia="zh-CN"/>
        </w:rPr>
        <w:br/>
      </w:r>
      <w:r>
        <w:rPr>
          <w:lang w:eastAsia="zh-CN"/>
        </w:rPr>
        <w:t xml:space="preserve">    2024急诊护士个人工作总结 篇11 </w:t>
      </w:r>
      <w:r>
        <w:rPr>
          <w:lang w:eastAsia="zh-CN"/>
        </w:rPr>
        <w:br/>
      </w:r>
      <w:r>
        <w:rPr>
          <w:lang w:eastAsia="zh-CN"/>
        </w:rPr>
        <w:t>　　在二十多年的临床转护理工作中，该积极拥护党的路线、方针和政策，热爱祖国，热爱人平易近，爱岗敬业，积极投身于护理事业的成长和维护、促进人平易近身心健康的各项工作中，魏我院的医疗护理工作作出了积极的进献。坚持增强政治进修，十分正视自身道德素质的涵养。</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https://d.book118.com/458071005055006034</w:t>
        </w:r>
      </w:hyperlink>
    </w:p>
    <w:p w:rsidR="001B1F19">
      <w:pPr>
        <w:rPr>
          <w:rFonts w:hint="eastAsia"/>
          <w:lang w:eastAsia="zh-CN"/>
        </w:rPr>
      </w:pPr>
    </w:p>
    <w:sectPr>
      <w:type w:val="nextPage"/>
      <w:pgSz w:w="11906" w:h="16838"/>
      <w:pgMar w:top="1440" w:right="1800" w:bottom="1440" w:left="1800" w:header="851" w:footer="992" w:gutter="0"/>
      <w:pgNumType w:start="3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5807100505500603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51</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