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活动策划专员工作职责集合15篇</w:t>
      </w:r>
    </w:p>
    <w:p>
      <w:pPr>
        <w:spacing w:before="100" w:after="200" w:line="360" w:lineRule="auto"/>
        <w:ind w:firstLine="576"/>
        <w:jc w:val="left"/>
      </w:pPr>
      <w:r>
        <w:rPr>
          <w:rFonts w:ascii="宋体" w:eastAsia="宋体" w:hAnsi="宋体"/>
          <w:sz w:val="28"/>
        </w:rPr>
        <w:t>1.开发客户资源获取的渠道;</w:t>
      </w:r>
    </w:p>
    <w:p>
      <w:pPr>
        <w:spacing w:before="100" w:after="200" w:line="360" w:lineRule="auto"/>
        <w:ind w:firstLine="576"/>
        <w:jc w:val="left"/>
      </w:pPr>
      <w:r>
        <w:rPr>
          <w:rFonts w:ascii="宋体" w:eastAsia="宋体" w:hAnsi="宋体"/>
          <w:sz w:val="28"/>
        </w:rPr>
        <w:t>2.负责中心校区市场拓展，活动策划及组织实施，达到品牌宣传效果;</w:t>
      </w:r>
    </w:p>
    <w:p>
      <w:pPr>
        <w:spacing w:before="100" w:after="200" w:line="360" w:lineRule="auto"/>
        <w:ind w:firstLine="576"/>
        <w:jc w:val="left"/>
      </w:pPr>
      <w:r>
        <w:rPr>
          <w:rFonts w:ascii="宋体" w:eastAsia="宋体" w:hAnsi="宋体"/>
          <w:sz w:val="28"/>
        </w:rPr>
        <w:t>3.负责开拓更多的市场推广渠道，洽谈可合作商家;</w:t>
      </w:r>
    </w:p>
    <w:p>
      <w:pPr>
        <w:spacing w:before="100" w:after="200" w:line="360" w:lineRule="auto"/>
        <w:ind w:firstLine="576"/>
        <w:jc w:val="left"/>
      </w:pPr>
      <w:r>
        <w:rPr>
          <w:rFonts w:ascii="宋体" w:eastAsia="宋体" w:hAnsi="宋体"/>
          <w:sz w:val="28"/>
        </w:rPr>
        <w:t>4.分析评估各渠道的有效性，及时调整后续计划;</w:t>
      </w:r>
    </w:p>
    <w:p>
      <w:pPr>
        <w:spacing w:before="100" w:after="200" w:line="360" w:lineRule="auto"/>
        <w:ind w:firstLine="576"/>
        <w:jc w:val="left"/>
      </w:pPr>
      <w:r>
        <w:rPr>
          <w:rFonts w:ascii="宋体" w:eastAsia="宋体" w:hAnsi="宋体"/>
          <w:sz w:val="28"/>
        </w:rPr>
        <w:t>5.制定及执行中心具体市场方案，并作市场方案的有效性分析(包括线上、线下，小区拓展，跨业合作，广告投放等);</w:t>
      </w:r>
    </w:p>
    <w:p>
      <w:pPr>
        <w:spacing w:before="100" w:after="200" w:line="360" w:lineRule="auto"/>
        <w:ind w:firstLine="576"/>
        <w:jc w:val="left"/>
      </w:pPr>
      <w:r>
        <w:rPr>
          <w:rFonts w:ascii="宋体" w:eastAsia="宋体" w:hAnsi="宋体"/>
          <w:sz w:val="28"/>
        </w:rPr>
        <w:t>6.合理调动中心资源，组织市场活动(会员活动及拓展市场活动);</w:t>
      </w:r>
    </w:p>
    <w:p>
      <w:pPr>
        <w:spacing w:before="100" w:after="200" w:line="360" w:lineRule="auto"/>
        <w:ind w:firstLine="576"/>
        <w:jc w:val="left"/>
      </w:pPr>
      <w:r>
        <w:rPr>
          <w:rFonts w:ascii="宋体" w:eastAsia="宋体" w:hAnsi="宋体"/>
          <w:sz w:val="28"/>
        </w:rPr>
        <w:t>7.配合运营公司市场推广部相关工作。</w:t>
      </w:r>
    </w:p>
    <w:p>
      <w:pPr>
        <w:spacing w:before="100" w:after="200" w:line="360" w:lineRule="auto"/>
        <w:ind w:firstLine="576"/>
        <w:jc w:val="left"/>
      </w:pPr>
      <w:r>
        <w:rPr>
          <w:rFonts w:ascii="宋体" w:eastAsia="宋体" w:hAnsi="宋体"/>
          <w:sz w:val="28"/>
        </w:rPr>
        <w:t>1、负责各类商业活动的策划与实施，指导撰写各种公关活动方案;</w:t>
      </w:r>
    </w:p>
    <w:p>
      <w:pPr>
        <w:spacing w:before="100" w:after="200" w:line="360" w:lineRule="auto"/>
        <w:ind w:firstLine="576"/>
        <w:jc w:val="left"/>
      </w:pPr>
      <w:r>
        <w:rPr>
          <w:rFonts w:ascii="宋体" w:eastAsia="宋体" w:hAnsi="宋体"/>
          <w:sz w:val="28"/>
        </w:rPr>
        <w:t>2、根据市场信息及行业动态，协助上级对活动现场的统筹、监督管理与把控;</w:t>
      </w:r>
    </w:p>
    <w:p>
      <w:pPr>
        <w:spacing w:before="100" w:after="200" w:line="360" w:lineRule="auto"/>
        <w:ind w:firstLine="576"/>
        <w:jc w:val="left"/>
      </w:pPr>
      <w:r>
        <w:rPr>
          <w:rFonts w:ascii="宋体" w:eastAsia="宋体" w:hAnsi="宋体"/>
          <w:sz w:val="28"/>
        </w:rPr>
        <w:t>3、负责执行对定期行销活动资讯的更新与维护，对活动效果评估并编制活动报告;</w:t>
      </w:r>
    </w:p>
    <w:p>
      <w:pPr>
        <w:spacing w:before="100" w:after="200" w:line="360" w:lineRule="auto"/>
        <w:ind w:firstLine="576"/>
        <w:jc w:val="left"/>
      </w:pPr>
      <w:r>
        <w:rPr>
          <w:rFonts w:ascii="宋体" w:eastAsia="宋体" w:hAnsi="宋体"/>
          <w:sz w:val="28"/>
        </w:rPr>
        <w:t>4、根据业务需要制作各种宣传资料，设计活动相关文宣，塑造良好的企业形象;</w:t>
      </w:r>
    </w:p>
    <w:p>
      <w:pPr>
        <w:spacing w:before="100" w:after="200" w:line="360" w:lineRule="auto"/>
        <w:ind w:firstLine="576"/>
        <w:jc w:val="left"/>
      </w:pPr>
      <w:r>
        <w:rPr>
          <w:rFonts w:ascii="宋体" w:eastAsia="宋体" w:hAnsi="宋体"/>
          <w:sz w:val="28"/>
        </w:rPr>
        <w:t>5、完成上级领导交办的其他工作任务。</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1、协助策划经理负责方案撰写和执行安排;</w:t>
      </w:r>
    </w:p>
    <w:p>
      <w:pPr>
        <w:spacing w:before="100" w:after="200" w:line="360" w:lineRule="auto"/>
        <w:ind w:firstLine="576"/>
        <w:jc w:val="left"/>
      </w:pPr>
      <w:r>
        <w:rPr>
          <w:rFonts w:ascii="宋体" w:eastAsia="宋体" w:hAnsi="宋体"/>
          <w:sz w:val="28"/>
        </w:rPr>
        <w:t>2、协助配合领导，根据公司企划规定和商场具体情况，制定年度企划活动方案;</w:t>
      </w:r>
    </w:p>
    <w:p>
      <w:pPr>
        <w:spacing w:before="100" w:after="200" w:line="360" w:lineRule="auto"/>
        <w:ind w:firstLine="576"/>
        <w:jc w:val="left"/>
      </w:pPr>
      <w:r>
        <w:rPr>
          <w:rFonts w:ascii="宋体" w:eastAsia="宋体" w:hAnsi="宋体"/>
          <w:sz w:val="28"/>
        </w:rPr>
        <w:t>3、协助商场举行各项主题活动及宣传推广活动相关事宜;</w:t>
      </w:r>
    </w:p>
    <w:p>
      <w:pPr>
        <w:spacing w:before="100" w:after="200" w:line="360" w:lineRule="auto"/>
        <w:ind w:firstLine="576"/>
        <w:jc w:val="left"/>
      </w:pPr>
      <w:r>
        <w:rPr>
          <w:rFonts w:ascii="宋体" w:eastAsia="宋体" w:hAnsi="宋体"/>
          <w:sz w:val="28"/>
        </w:rPr>
        <w:t>4、负责日常与商户参与组织活动的对接及商户资源争取工作;</w:t>
      </w:r>
    </w:p>
    <w:p>
      <w:pPr>
        <w:spacing w:before="100" w:after="200" w:line="360" w:lineRule="auto"/>
        <w:ind w:firstLine="576"/>
        <w:jc w:val="left"/>
      </w:pPr>
      <w:r>
        <w:rPr>
          <w:rFonts w:ascii="宋体" w:eastAsia="宋体" w:hAnsi="宋体"/>
          <w:sz w:val="28"/>
        </w:rPr>
        <w:t>5、根据公司要求和时间节点进行美陈方案设计，对商场内外美陈布置;</w:t>
      </w:r>
    </w:p>
    <w:p>
      <w:pPr>
        <w:spacing w:before="100" w:after="200" w:line="360" w:lineRule="auto"/>
        <w:ind w:firstLine="576"/>
        <w:jc w:val="left"/>
      </w:pPr>
      <w:r>
        <w:rPr>
          <w:rFonts w:ascii="宋体" w:eastAsia="宋体" w:hAnsi="宋体"/>
          <w:sz w:val="28"/>
        </w:rPr>
        <w:t>7、完成领导交待的其他工作等。</w:t>
      </w:r>
    </w:p>
    <w:p>
      <w:pPr>
        <w:spacing w:before="100" w:after="200" w:line="360" w:lineRule="auto"/>
        <w:ind w:firstLine="576"/>
        <w:jc w:val="left"/>
      </w:pPr>
      <w:r>
        <w:rPr>
          <w:rFonts w:ascii="宋体" w:eastAsia="宋体" w:hAnsi="宋体"/>
          <w:sz w:val="28"/>
        </w:rPr>
        <w:t>1.负责公司日常线下活动和年度大型活动的策划和执行，参与行业活动、沙龙、项目考察等活动的执行工作;</w:t>
      </w:r>
    </w:p>
    <w:p>
      <w:pPr>
        <w:spacing w:before="100" w:after="200" w:line="360" w:lineRule="auto"/>
        <w:ind w:firstLine="576"/>
        <w:jc w:val="left"/>
      </w:pPr>
      <w:r>
        <w:rPr>
          <w:rFonts w:ascii="宋体" w:eastAsia="宋体" w:hAnsi="宋体"/>
          <w:sz w:val="28"/>
        </w:rPr>
        <w:t>2.项目前期的策划工作，资源的查找、问询、物料准备、人员联络及邀请;</w:t>
      </w:r>
    </w:p>
    <w:p>
      <w:pPr>
        <w:spacing w:before="100" w:after="200" w:line="360" w:lineRule="auto"/>
        <w:ind w:firstLine="576"/>
        <w:jc w:val="left"/>
      </w:pPr>
      <w:r>
        <w:rPr>
          <w:rFonts w:ascii="宋体" w:eastAsia="宋体" w:hAnsi="宋体"/>
          <w:sz w:val="28"/>
        </w:rPr>
        <w:t>3.活动中期的整体的项目执行、管理和调控工作等;</w:t>
      </w:r>
    </w:p>
    <w:p>
      <w:pPr>
        <w:spacing w:before="100" w:after="200" w:line="360" w:lineRule="auto"/>
        <w:ind w:firstLine="576"/>
        <w:jc w:val="left"/>
      </w:pPr>
      <w:r>
        <w:rPr>
          <w:rFonts w:ascii="宋体" w:eastAsia="宋体" w:hAnsi="宋体"/>
          <w:sz w:val="28"/>
        </w:rPr>
        <w:t>4.活动后期负责项目执行文档的整理以及活动反馈、活动效果评估报告、总结报告工作;</w:t>
      </w:r>
    </w:p>
    <w:p>
      <w:pPr>
        <w:spacing w:before="100" w:after="200" w:line="360" w:lineRule="auto"/>
        <w:ind w:firstLine="576"/>
        <w:jc w:val="left"/>
      </w:pPr>
      <w:r>
        <w:rPr>
          <w:rFonts w:ascii="宋体" w:eastAsia="宋体" w:hAnsi="宋体"/>
          <w:sz w:val="28"/>
        </w:rPr>
        <w:t>5.根据活动情况，可独立完成活动前期预算，并提供性价比最优方案;</w:t>
      </w:r>
    </w:p>
    <w:p>
      <w:pPr>
        <w:spacing w:before="100" w:after="200" w:line="360" w:lineRule="auto"/>
        <w:ind w:firstLine="576"/>
        <w:jc w:val="left"/>
      </w:pPr>
      <w:r>
        <w:rPr>
          <w:rFonts w:ascii="宋体" w:eastAsia="宋体" w:hAnsi="宋体"/>
          <w:sz w:val="28"/>
        </w:rPr>
        <w:t>6.能够完成基础层面的市场工作，包括行业市场调研、客户调研、竞争对手分析(负责设计问卷架构)等，并定期汇报调研结果，提出可行性建议;</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7.能够独立完成销售数据整理，对统计出的数据等情况进行全面分析并给出结论;</w:t>
      </w:r>
    </w:p>
    <w:p>
      <w:pPr>
        <w:spacing w:before="100" w:after="200" w:line="360" w:lineRule="auto"/>
        <w:ind w:firstLine="576"/>
        <w:jc w:val="left"/>
      </w:pPr>
      <w:r>
        <w:rPr>
          <w:rFonts w:ascii="宋体" w:eastAsia="宋体" w:hAnsi="宋体"/>
          <w:sz w:val="28"/>
        </w:rPr>
        <w:t>8.内部协调工作，包括资源配置及协调、进度协调、人员协调等;</w:t>
      </w:r>
    </w:p>
    <w:p>
      <w:pPr>
        <w:spacing w:before="100" w:after="200" w:line="360" w:lineRule="auto"/>
        <w:ind w:firstLine="576"/>
        <w:jc w:val="left"/>
      </w:pPr>
      <w:r>
        <w:rPr>
          <w:rFonts w:ascii="宋体" w:eastAsia="宋体" w:hAnsi="宋体"/>
          <w:sz w:val="28"/>
        </w:rPr>
        <w:t>9.完成上级领导临时交办的工作任务。</w:t>
      </w:r>
    </w:p>
    <w:p>
      <w:pPr>
        <w:spacing w:before="100" w:after="200" w:line="360" w:lineRule="auto"/>
        <w:ind w:firstLine="576"/>
        <w:jc w:val="left"/>
      </w:pPr>
      <w:r>
        <w:rPr>
          <w:rFonts w:ascii="宋体" w:eastAsia="宋体" w:hAnsi="宋体"/>
          <w:sz w:val="28"/>
        </w:rPr>
        <w:t>1、负责根据线上业务需求，策划制定大型主题、节日类活动执行方案，并实施，增加用户活跃度。</w:t>
      </w:r>
    </w:p>
    <w:p>
      <w:pPr>
        <w:spacing w:before="100" w:after="200" w:line="360" w:lineRule="auto"/>
        <w:ind w:firstLine="576"/>
        <w:jc w:val="left"/>
      </w:pPr>
      <w:r>
        <w:rPr>
          <w:rFonts w:ascii="宋体" w:eastAsia="宋体" w:hAnsi="宋体"/>
          <w:sz w:val="28"/>
        </w:rPr>
        <w:t>2、负责根据各方资源制定富有创意、迎合热点的活动策划，提升用户参与度和网站用户相关数据量的提升</w:t>
      </w:r>
    </w:p>
    <w:p>
      <w:pPr>
        <w:spacing w:before="100" w:after="200" w:line="360" w:lineRule="auto"/>
        <w:ind w:firstLine="576"/>
        <w:jc w:val="left"/>
      </w:pPr>
      <w:r>
        <w:rPr>
          <w:rFonts w:ascii="宋体" w:eastAsia="宋体" w:hAnsi="宋体"/>
          <w:sz w:val="28"/>
        </w:rPr>
        <w:t>3、负责将活动策划方案转化为具体的执行方案，细化工作流程，跟踪项目的执行过程，保障项目的顺利完成</w:t>
      </w:r>
    </w:p>
    <w:p>
      <w:pPr>
        <w:spacing w:before="100" w:after="200" w:line="360" w:lineRule="auto"/>
        <w:ind w:firstLine="576"/>
        <w:jc w:val="left"/>
      </w:pPr>
      <w:r>
        <w:rPr>
          <w:rFonts w:ascii="宋体" w:eastAsia="宋体" w:hAnsi="宋体"/>
          <w:sz w:val="28"/>
        </w:rPr>
        <w:t>4、结合产品、用户需求、节日、热点事件等，策划并撰写线下活动方案</w:t>
      </w:r>
    </w:p>
    <w:p>
      <w:pPr>
        <w:spacing w:before="100" w:after="200" w:line="360" w:lineRule="auto"/>
        <w:ind w:firstLine="576"/>
        <w:jc w:val="left"/>
      </w:pPr>
      <w:r>
        <w:rPr>
          <w:rFonts w:ascii="宋体" w:eastAsia="宋体" w:hAnsi="宋体"/>
          <w:sz w:val="28"/>
        </w:rPr>
        <w:t>5、定期举行长江流域重点目标城市的线下产品说明会，扩大台影响力</w:t>
      </w:r>
    </w:p>
    <w:p>
      <w:pPr>
        <w:spacing w:before="100" w:after="200" w:line="360" w:lineRule="auto"/>
        <w:ind w:firstLine="576"/>
        <w:jc w:val="left"/>
      </w:pPr>
      <w:r>
        <w:rPr>
          <w:rFonts w:ascii="宋体" w:eastAsia="宋体" w:hAnsi="宋体"/>
          <w:sz w:val="28"/>
        </w:rPr>
        <w:t>6、在活动执行与服务环节提供有效支持，确保活动顺利执行与客户满意</w:t>
      </w:r>
    </w:p>
    <w:p>
      <w:pPr>
        <w:spacing w:before="100" w:after="200" w:line="360" w:lineRule="auto"/>
        <w:ind w:firstLine="576"/>
        <w:jc w:val="left"/>
      </w:pPr>
      <w:r>
        <w:rPr>
          <w:rFonts w:ascii="宋体" w:eastAsia="宋体" w:hAnsi="宋体"/>
          <w:sz w:val="28"/>
        </w:rPr>
        <w:t>7、负责做好各类线上活动的效果评估以及活动项目的预算和成本控制工作</w:t>
      </w:r>
    </w:p>
    <w:p>
      <w:pPr>
        <w:spacing w:before="100" w:after="200" w:line="360" w:lineRule="auto"/>
        <w:ind w:firstLine="576"/>
        <w:jc w:val="left"/>
      </w:pPr>
      <w:r>
        <w:rPr>
          <w:rFonts w:ascii="宋体" w:eastAsia="宋体" w:hAnsi="宋体"/>
          <w:sz w:val="28"/>
        </w:rPr>
        <w:t>1、负责中心各类活动的策划与组织实施，协助部门经理对活动进行整体协调和把控；</w:t>
      </w:r>
    </w:p>
    <w:p>
      <w:pPr>
        <w:spacing w:before="100" w:after="200" w:line="360" w:lineRule="auto"/>
        <w:ind w:firstLine="576"/>
        <w:jc w:val="left"/>
      </w:pPr>
      <w:r>
        <w:rPr>
          <w:rFonts w:ascii="宋体" w:eastAsia="宋体" w:hAnsi="宋体"/>
          <w:sz w:val="28"/>
        </w:rPr>
        <w:t>2、据市场信息及行业动态，进行活动策划和执行，做好活动报告；</w:t>
      </w:r>
    </w:p>
    <w:p>
      <w:pPr>
        <w:spacing w:before="100" w:after="200" w:line="360" w:lineRule="auto"/>
        <w:ind w:firstLine="576"/>
        <w:jc w:val="left"/>
      </w:pPr>
      <w:r>
        <w:rPr>
          <w:rFonts w:ascii="宋体" w:eastAsia="宋体" w:hAnsi="宋体"/>
          <w:sz w:val="28"/>
        </w:rPr>
        <w:t>3、根据业务需要制作各种宣传资料，塑造良好企业形象；</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4、根据公司市场战略和业务需要制定市场调查计划；</w:t>
      </w:r>
    </w:p>
    <w:p>
      <w:pPr>
        <w:spacing w:before="100" w:after="200" w:line="360" w:lineRule="auto"/>
        <w:ind w:firstLine="576"/>
        <w:jc w:val="left"/>
      </w:pPr>
      <w:r>
        <w:rPr>
          <w:rFonts w:ascii="宋体" w:eastAsia="宋体" w:hAnsi="宋体"/>
          <w:sz w:val="28"/>
        </w:rPr>
        <w:t>5、负责中心装饰内容思路设计，落地实时对接设计开展；</w:t>
      </w:r>
    </w:p>
    <w:p>
      <w:pPr>
        <w:spacing w:before="100" w:after="200" w:line="360" w:lineRule="auto"/>
        <w:ind w:firstLine="576"/>
        <w:jc w:val="left"/>
      </w:pPr>
      <w:r>
        <w:rPr>
          <w:rFonts w:ascii="宋体" w:eastAsia="宋体" w:hAnsi="宋体"/>
          <w:sz w:val="28"/>
        </w:rPr>
        <w:t>6、组织撰写各种公关活动方案以及新闻稿撰写跟发稿，协助完成刊物的采编工作，并做好收集与整理。</w:t>
      </w:r>
    </w:p>
    <w:p>
      <w:pPr>
        <w:spacing w:before="100" w:after="200" w:line="360" w:lineRule="auto"/>
        <w:ind w:firstLine="576"/>
        <w:jc w:val="left"/>
      </w:pPr>
      <w:r>
        <w:rPr>
          <w:rFonts w:ascii="宋体" w:eastAsia="宋体" w:hAnsi="宋体"/>
          <w:sz w:val="28"/>
        </w:rPr>
        <w:t>1、负责完善和规范品牌规划（产品定位、推广计划、整改建议），保障产品的成功推广；</w:t>
      </w:r>
    </w:p>
    <w:p>
      <w:pPr>
        <w:spacing w:before="100" w:after="200" w:line="360" w:lineRule="auto"/>
        <w:ind w:firstLine="576"/>
        <w:jc w:val="left"/>
      </w:pPr>
      <w:r>
        <w:rPr>
          <w:rFonts w:ascii="宋体" w:eastAsia="宋体" w:hAnsi="宋体"/>
          <w:sz w:val="28"/>
        </w:rPr>
        <w:t>2、负责企业所有品牌综合数据分析及品牌发展建议；</w:t>
      </w:r>
    </w:p>
    <w:p>
      <w:pPr>
        <w:spacing w:before="100" w:after="200" w:line="360" w:lineRule="auto"/>
        <w:ind w:firstLine="576"/>
        <w:jc w:val="left"/>
      </w:pPr>
      <w:r>
        <w:rPr>
          <w:rFonts w:ascii="宋体" w:eastAsia="宋体" w:hAnsi="宋体"/>
          <w:sz w:val="28"/>
        </w:rPr>
        <w:t>3、负责产品相关文案（品名、产品背景、产品说明、产品描述）在互动中的合理运用；</w:t>
      </w:r>
    </w:p>
    <w:p>
      <w:pPr>
        <w:spacing w:before="100" w:after="200" w:line="360" w:lineRule="auto"/>
        <w:ind w:firstLine="576"/>
        <w:jc w:val="left"/>
      </w:pPr>
      <w:r>
        <w:rPr>
          <w:rFonts w:ascii="宋体" w:eastAsia="宋体" w:hAnsi="宋体"/>
          <w:sz w:val="28"/>
        </w:rPr>
        <w:t>4、负责线上、线下活动策划案和流程策划案；</w:t>
      </w:r>
    </w:p>
    <w:p>
      <w:pPr>
        <w:spacing w:before="100" w:after="200" w:line="360" w:lineRule="auto"/>
        <w:ind w:firstLine="576"/>
        <w:jc w:val="left"/>
      </w:pPr>
      <w:r>
        <w:rPr>
          <w:rFonts w:ascii="宋体" w:eastAsia="宋体" w:hAnsi="宋体"/>
          <w:sz w:val="28"/>
        </w:rPr>
        <w:t>5、负责配合项目负责人共同完成流程说明与活动岗位职责培训；</w:t>
      </w:r>
    </w:p>
    <w:p>
      <w:pPr>
        <w:spacing w:before="100" w:after="200" w:line="360" w:lineRule="auto"/>
        <w:ind w:firstLine="576"/>
        <w:jc w:val="left"/>
      </w:pPr>
      <w:r>
        <w:rPr>
          <w:rFonts w:ascii="宋体" w:eastAsia="宋体" w:hAnsi="宋体"/>
          <w:sz w:val="28"/>
        </w:rPr>
        <w:t>6、负责产品的市场渠道开拓与引流工作，完成台每月业绩目标；</w:t>
      </w:r>
    </w:p>
    <w:p>
      <w:pPr>
        <w:spacing w:before="100" w:after="200" w:line="360" w:lineRule="auto"/>
        <w:ind w:firstLine="576"/>
        <w:jc w:val="left"/>
      </w:pPr>
      <w:r>
        <w:rPr>
          <w:rFonts w:ascii="宋体" w:eastAsia="宋体" w:hAnsi="宋体"/>
          <w:sz w:val="28"/>
        </w:rPr>
        <w:t>7、根据公司市场营销战略，提升销售价值，控制成本，扩大产品在所负责区域的引流效果，积极完成引流指标，扩大产品市场占有率；</w:t>
      </w:r>
    </w:p>
    <w:p>
      <w:pPr>
        <w:spacing w:before="100" w:after="200" w:line="360" w:lineRule="auto"/>
        <w:ind w:firstLine="576"/>
        <w:jc w:val="left"/>
      </w:pPr>
      <w:r>
        <w:rPr>
          <w:rFonts w:ascii="宋体" w:eastAsia="宋体" w:hAnsi="宋体"/>
          <w:sz w:val="28"/>
        </w:rPr>
        <w:t>8、维护和开拓新的异业渠道，自主开发及拓展上下游合作单位，并维护好合作关系；</w:t>
      </w:r>
    </w:p>
    <w:p>
      <w:pPr>
        <w:spacing w:before="100" w:after="200" w:line="360" w:lineRule="auto"/>
        <w:ind w:firstLine="576"/>
        <w:jc w:val="left"/>
      </w:pPr>
      <w:r>
        <w:rPr>
          <w:rFonts w:ascii="宋体" w:eastAsia="宋体" w:hAnsi="宋体"/>
          <w:sz w:val="28"/>
        </w:rPr>
        <w:t>9、收集行业的一线市场信息和相关用户意见，对公司营销策略、渠道开发、产品制定等提出参考意见；</w:t>
      </w:r>
    </w:p>
    <w:p>
      <w:pPr>
        <w:spacing w:before="100" w:after="200" w:line="360" w:lineRule="auto"/>
        <w:ind w:firstLine="576"/>
        <w:jc w:val="left"/>
      </w:pPr>
      <w:r>
        <w:rPr>
          <w:rFonts w:ascii="宋体" w:eastAsia="宋体" w:hAnsi="宋体"/>
          <w:sz w:val="28"/>
        </w:rPr>
        <w:t>11、配合执行渠道开发成本分析和控制方案；</w:t>
      </w:r>
    </w:p>
    <w:p>
      <w:pPr>
        <w:spacing w:before="100" w:after="200" w:line="360" w:lineRule="auto"/>
        <w:ind w:firstLine="576"/>
        <w:jc w:val="left"/>
      </w:pPr>
      <w:r>
        <w:rPr>
          <w:rFonts w:ascii="宋体" w:eastAsia="宋体" w:hAnsi="宋体"/>
          <w:sz w:val="28"/>
        </w:rPr>
        <w:t>12、在部门经理的领导下，配合市场部的其他工作，以达到业绩指标；</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13、完成直接上级下达的其它工作任务。</w:t>
      </w:r>
    </w:p>
    <w:p>
      <w:pPr>
        <w:spacing w:before="100" w:after="200" w:line="360" w:lineRule="auto"/>
        <w:ind w:firstLine="576"/>
        <w:jc w:val="left"/>
      </w:pPr>
      <w:r>
        <w:rPr>
          <w:rFonts w:ascii="宋体" w:eastAsia="宋体" w:hAnsi="宋体"/>
          <w:sz w:val="28"/>
        </w:rPr>
        <w:t>1、负责公司各类企业活动的宣传策划，撰写方案;</w:t>
      </w:r>
    </w:p>
    <w:p>
      <w:pPr>
        <w:spacing w:before="100" w:after="200" w:line="360" w:lineRule="auto"/>
        <w:ind w:firstLine="576"/>
        <w:jc w:val="left"/>
      </w:pPr>
      <w:r>
        <w:rPr>
          <w:rFonts w:ascii="宋体" w:eastAsia="宋体" w:hAnsi="宋体"/>
          <w:sz w:val="28"/>
        </w:rPr>
        <w:t>2、配合完成公司对外品牌形象打造的方案与执行;</w:t>
      </w:r>
    </w:p>
    <w:p>
      <w:pPr>
        <w:spacing w:before="100" w:after="200" w:line="360" w:lineRule="auto"/>
        <w:ind w:firstLine="576"/>
        <w:jc w:val="left"/>
      </w:pPr>
      <w:r>
        <w:rPr>
          <w:rFonts w:ascii="宋体" w:eastAsia="宋体" w:hAnsi="宋体"/>
          <w:sz w:val="28"/>
        </w:rPr>
        <w:t>3、敏锐捕捉公司动态，对外进行公司企业形象的树立、宣传、维护、提升;</w:t>
      </w:r>
    </w:p>
    <w:p>
      <w:pPr>
        <w:spacing w:before="100" w:after="200" w:line="360" w:lineRule="auto"/>
        <w:ind w:firstLine="576"/>
        <w:jc w:val="left"/>
      </w:pPr>
      <w:r>
        <w:rPr>
          <w:rFonts w:ascii="宋体" w:eastAsia="宋体" w:hAnsi="宋体"/>
          <w:sz w:val="28"/>
        </w:rPr>
        <w:t>4、负责公司策划活动的策划、筹备、执行，分析、汇总和反馈活动开展的情况，适时调整运作模式，以达到应有的效果。</w:t>
      </w:r>
    </w:p>
    <w:p>
      <w:pPr>
        <w:spacing w:before="100" w:after="200" w:line="360" w:lineRule="auto"/>
        <w:ind w:firstLine="576"/>
        <w:jc w:val="left"/>
      </w:pPr>
      <w:r>
        <w:rPr>
          <w:rFonts w:ascii="宋体" w:eastAsia="宋体" w:hAnsi="宋体"/>
          <w:sz w:val="28"/>
        </w:rPr>
        <w:t>1、负责各种营销活动的创意策划；</w:t>
      </w:r>
    </w:p>
    <w:p>
      <w:pPr>
        <w:spacing w:before="100" w:after="200" w:line="360" w:lineRule="auto"/>
        <w:ind w:firstLine="576"/>
        <w:jc w:val="left"/>
      </w:pPr>
      <w:r>
        <w:rPr>
          <w:rFonts w:ascii="宋体" w:eastAsia="宋体" w:hAnsi="宋体"/>
          <w:sz w:val="28"/>
        </w:rPr>
        <w:t>2、负责公司活动策划的文案设计；</w:t>
      </w:r>
    </w:p>
    <w:p>
      <w:pPr>
        <w:spacing w:before="100" w:after="200" w:line="360" w:lineRule="auto"/>
        <w:ind w:firstLine="576"/>
        <w:jc w:val="left"/>
      </w:pPr>
      <w:r>
        <w:rPr>
          <w:rFonts w:ascii="宋体" w:eastAsia="宋体" w:hAnsi="宋体"/>
          <w:sz w:val="28"/>
        </w:rPr>
        <w:t>3、负责各种营销活动的落地工作；</w:t>
      </w:r>
    </w:p>
    <w:p>
      <w:pPr>
        <w:spacing w:before="100" w:after="200" w:line="360" w:lineRule="auto"/>
        <w:ind w:firstLine="576"/>
        <w:jc w:val="left"/>
      </w:pPr>
      <w:r>
        <w:rPr>
          <w:rFonts w:ascii="宋体" w:eastAsia="宋体" w:hAnsi="宋体"/>
          <w:sz w:val="28"/>
        </w:rPr>
        <w:t>5、负责网络宣传稿的编写与传播；</w:t>
      </w:r>
    </w:p>
    <w:p>
      <w:pPr>
        <w:spacing w:before="100" w:after="200" w:line="360" w:lineRule="auto"/>
        <w:ind w:firstLine="576"/>
        <w:jc w:val="left"/>
      </w:pPr>
      <w:r>
        <w:rPr>
          <w:rFonts w:ascii="宋体" w:eastAsia="宋体" w:hAnsi="宋体"/>
          <w:sz w:val="28"/>
        </w:rPr>
        <w:t>6、负责公司企业文化的宣传方案和公司大事记文案的整理编写工作；</w:t>
      </w:r>
    </w:p>
    <w:p>
      <w:pPr>
        <w:spacing w:before="100" w:after="200" w:line="360" w:lineRule="auto"/>
        <w:ind w:firstLine="576"/>
        <w:jc w:val="left"/>
      </w:pPr>
      <w:r>
        <w:rPr>
          <w:rFonts w:ascii="宋体" w:eastAsia="宋体" w:hAnsi="宋体"/>
          <w:sz w:val="28"/>
        </w:rPr>
        <w:t>7、参与网站的网络营销及网络推广策略的制订、实施；</w:t>
      </w:r>
    </w:p>
    <w:p>
      <w:pPr>
        <w:spacing w:before="100" w:after="200" w:line="360" w:lineRule="auto"/>
        <w:ind w:firstLine="576"/>
        <w:jc w:val="left"/>
      </w:pPr>
      <w:r>
        <w:rPr>
          <w:rFonts w:ascii="宋体" w:eastAsia="宋体" w:hAnsi="宋体"/>
          <w:sz w:val="28"/>
        </w:rPr>
        <w:t>8、熟练利用互联网各种推广宣传渠道进行推广。</w:t>
      </w:r>
    </w:p>
    <w:p>
      <w:pPr>
        <w:spacing w:before="100" w:after="200" w:line="360" w:lineRule="auto"/>
        <w:ind w:firstLine="576"/>
        <w:jc w:val="left"/>
      </w:pPr>
      <w:r>
        <w:rPr>
          <w:rFonts w:ascii="宋体" w:eastAsia="宋体" w:hAnsi="宋体"/>
          <w:sz w:val="28"/>
        </w:rPr>
        <w:t>1、负责公关活动方案的策划、创意、撰写，配合项目的各个阶段策划不同的活动</w:t>
      </w:r>
    </w:p>
    <w:p>
      <w:pPr>
        <w:spacing w:before="100" w:after="200" w:line="360" w:lineRule="auto"/>
        <w:ind w:firstLine="576"/>
        <w:jc w:val="left"/>
      </w:pPr>
      <w:r>
        <w:rPr>
          <w:rFonts w:ascii="宋体" w:eastAsia="宋体" w:hAnsi="宋体"/>
          <w:sz w:val="28"/>
        </w:rPr>
        <w:t>2、根据项目实际情况制定相应的活动计划与方案，跟进活动策划项目的.文案撰写及执行、完善、创新活动项目</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3、熟悉活动策划技巧，有较强的语言和文字表达能力，对活动进行执行与监测，整合、拓展各方面资源</w:t>
      </w:r>
    </w:p>
    <w:p>
      <w:pPr>
        <w:spacing w:before="100" w:after="200" w:line="360" w:lineRule="auto"/>
        <w:ind w:firstLine="576"/>
        <w:jc w:val="left"/>
      </w:pPr>
      <w:r>
        <w:rPr>
          <w:rFonts w:ascii="宋体" w:eastAsia="宋体" w:hAnsi="宋体"/>
          <w:sz w:val="28"/>
        </w:rPr>
        <w:t>1、根据公司政策以及加盟商的需求，编写活动策划方案;</w:t>
      </w:r>
    </w:p>
    <w:p>
      <w:pPr>
        <w:spacing w:before="100" w:after="200" w:line="360" w:lineRule="auto"/>
        <w:ind w:firstLine="576"/>
        <w:jc w:val="left"/>
      </w:pPr>
      <w:r>
        <w:rPr>
          <w:rFonts w:ascii="宋体" w:eastAsia="宋体" w:hAnsi="宋体"/>
          <w:sz w:val="28"/>
        </w:rPr>
        <w:t>2、评估活动效果并编制活动报告;</w:t>
      </w:r>
    </w:p>
    <w:p>
      <w:pPr>
        <w:spacing w:before="100" w:after="200" w:line="360" w:lineRule="auto"/>
        <w:ind w:firstLine="576"/>
        <w:jc w:val="left"/>
      </w:pPr>
      <w:r>
        <w:rPr>
          <w:rFonts w:ascii="宋体" w:eastAsia="宋体" w:hAnsi="宋体"/>
          <w:sz w:val="28"/>
        </w:rPr>
        <w:t>3、从促销活动的前期客户蓄水到活动中的具体签单;</w:t>
      </w:r>
    </w:p>
    <w:p>
      <w:pPr>
        <w:spacing w:before="100" w:after="200" w:line="360" w:lineRule="auto"/>
        <w:ind w:firstLine="576"/>
        <w:jc w:val="left"/>
      </w:pPr>
      <w:r>
        <w:rPr>
          <w:rFonts w:ascii="宋体" w:eastAsia="宋体" w:hAnsi="宋体"/>
          <w:sz w:val="28"/>
        </w:rPr>
        <w:t>4、活动中相关店员以及临时人员的销售技巧及产品知识的培训;</w:t>
      </w:r>
    </w:p>
    <w:p>
      <w:pPr>
        <w:spacing w:before="100" w:after="200" w:line="360" w:lineRule="auto"/>
        <w:ind w:firstLine="576"/>
        <w:jc w:val="left"/>
      </w:pPr>
      <w:r>
        <w:rPr>
          <w:rFonts w:ascii="宋体" w:eastAsia="宋体" w:hAnsi="宋体"/>
          <w:sz w:val="28"/>
        </w:rPr>
        <w:t>5、根据活动方案，将活动转化为具体的行动方案;</w:t>
      </w:r>
    </w:p>
    <w:p>
      <w:pPr>
        <w:spacing w:before="100" w:after="200" w:line="360" w:lineRule="auto"/>
        <w:ind w:firstLine="576"/>
        <w:jc w:val="left"/>
      </w:pPr>
      <w:r>
        <w:rPr>
          <w:rFonts w:ascii="宋体" w:eastAsia="宋体" w:hAnsi="宋体"/>
          <w:sz w:val="28"/>
        </w:rPr>
        <w:t>6、根据行动方案，按时完成工作任务;</w:t>
      </w:r>
    </w:p>
    <w:p>
      <w:pPr>
        <w:spacing w:before="100" w:after="200" w:line="360" w:lineRule="auto"/>
        <w:ind w:firstLine="576"/>
        <w:jc w:val="left"/>
      </w:pPr>
      <w:r>
        <w:rPr>
          <w:rFonts w:ascii="宋体" w:eastAsia="宋体" w:hAnsi="宋体"/>
          <w:sz w:val="28"/>
        </w:rPr>
        <w:t>1.策划情感类公益、培训、营销活动方案，并参与执行，对各种方案的效果评估;</w:t>
      </w:r>
    </w:p>
    <w:p>
      <w:pPr>
        <w:spacing w:before="100" w:after="200" w:line="360" w:lineRule="auto"/>
        <w:ind w:firstLine="576"/>
        <w:jc w:val="left"/>
      </w:pPr>
      <w:r>
        <w:rPr>
          <w:rFonts w:ascii="宋体" w:eastAsia="宋体" w:hAnsi="宋体"/>
          <w:sz w:val="28"/>
        </w:rPr>
        <w:t>2.策划和组织实施相关市场调研活动并形成书面调研报告;</w:t>
      </w:r>
    </w:p>
    <w:p>
      <w:pPr>
        <w:spacing w:before="100" w:after="200" w:line="360" w:lineRule="auto"/>
        <w:ind w:firstLine="576"/>
        <w:jc w:val="left"/>
      </w:pPr>
      <w:r>
        <w:rPr>
          <w:rFonts w:ascii="宋体" w:eastAsia="宋体" w:hAnsi="宋体"/>
          <w:sz w:val="28"/>
        </w:rPr>
        <w:t>3.参与公益志愿者团队招募及社群管理;</w:t>
      </w:r>
    </w:p>
    <w:p>
      <w:pPr>
        <w:spacing w:before="100" w:after="200" w:line="360" w:lineRule="auto"/>
        <w:ind w:firstLine="576"/>
        <w:jc w:val="left"/>
      </w:pPr>
      <w:r>
        <w:rPr>
          <w:rFonts w:ascii="宋体" w:eastAsia="宋体" w:hAnsi="宋体"/>
          <w:sz w:val="28"/>
        </w:rPr>
        <w:t>4.社区合作及媒体关系合作;</w:t>
      </w:r>
    </w:p>
    <w:p>
      <w:pPr>
        <w:spacing w:before="100" w:after="200" w:line="360" w:lineRule="auto"/>
        <w:ind w:firstLine="576"/>
        <w:jc w:val="left"/>
      </w:pPr>
      <w:r>
        <w:rPr>
          <w:rFonts w:ascii="宋体" w:eastAsia="宋体" w:hAnsi="宋体"/>
          <w:sz w:val="28"/>
        </w:rPr>
        <w:t>6.完成上级交办的其他任务。</w:t>
      </w:r>
    </w:p>
    <w:p>
      <w:pPr>
        <w:spacing w:before="100" w:after="200" w:line="360" w:lineRule="auto"/>
        <w:ind w:firstLine="576"/>
        <w:jc w:val="left"/>
      </w:pPr>
      <w:r>
        <w:rPr>
          <w:rFonts w:ascii="宋体" w:eastAsia="宋体" w:hAnsi="宋体"/>
          <w:sz w:val="28"/>
        </w:rPr>
        <w:t>1、负责公司连锁门店的产品陈列标准设定及跟踪实施；</w:t>
      </w:r>
    </w:p>
    <w:p>
      <w:pPr>
        <w:spacing w:before="100" w:after="200" w:line="360" w:lineRule="auto"/>
        <w:ind w:firstLine="576"/>
        <w:jc w:val="left"/>
      </w:pPr>
      <w:r>
        <w:rPr>
          <w:rFonts w:ascii="宋体" w:eastAsia="宋体" w:hAnsi="宋体"/>
          <w:sz w:val="28"/>
        </w:rPr>
        <w:t>2、负责公司对连锁门店的活动促销等计划策划及实施跟踪；</w:t>
      </w:r>
    </w:p>
    <w:p>
      <w:pPr>
        <w:spacing w:before="100" w:after="200" w:line="360" w:lineRule="auto"/>
        <w:ind w:firstLine="576"/>
        <w:jc w:val="left"/>
      </w:pPr>
      <w:r>
        <w:rPr>
          <w:rFonts w:ascii="宋体" w:eastAsia="宋体" w:hAnsi="宋体"/>
          <w:sz w:val="28"/>
        </w:rPr>
        <w:t>3、根据市场情况及公司内部情况，制定合理可行的产品促销方案；</w:t>
      </w:r>
    </w:p>
    <w:p>
      <w:pPr>
        <w:spacing w:before="100" w:after="200" w:line="360" w:lineRule="auto"/>
        <w:ind w:firstLine="576"/>
        <w:jc w:val="left"/>
      </w:pPr>
      <w:r>
        <w:rPr>
          <w:rFonts w:ascii="宋体" w:eastAsia="宋体" w:hAnsi="宋体"/>
          <w:sz w:val="28"/>
        </w:rPr>
        <w:t>4、结合市场供需对门店促销情况进行销售数据汇总分析；</w:t>
      </w:r>
    </w:p>
    <w:p>
      <w:pPr>
        <w:spacing w:before="100" w:after="200" w:line="360" w:lineRule="auto"/>
        <w:ind w:firstLine="576"/>
        <w:jc w:val="left"/>
      </w:pPr>
      <w:r>
        <w:rPr>
          <w:rFonts w:ascii="宋体" w:eastAsia="宋体" w:hAnsi="宋体"/>
          <w:sz w:val="28"/>
        </w:rPr>
        <w:t>5、有连锁企业或商超企划工作经验优先考虑。</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6、领导交办的其它工作。</w:t>
      </w:r>
    </w:p>
    <w:p>
      <w:pPr>
        <w:spacing w:before="100" w:after="200" w:line="360" w:lineRule="auto"/>
        <w:ind w:firstLine="576"/>
        <w:jc w:val="left"/>
      </w:pPr>
      <w:r>
        <w:rPr>
          <w:rFonts w:ascii="宋体" w:eastAsia="宋体" w:hAnsi="宋体"/>
          <w:sz w:val="28"/>
        </w:rPr>
        <w:t>1、负责广告，活动，客户联络等，牢记BMW集团推荐的方案建议，计算成本和评估利润;</w:t>
      </w:r>
    </w:p>
    <w:p>
      <w:pPr>
        <w:spacing w:before="100" w:after="200" w:line="360" w:lineRule="auto"/>
        <w:ind w:firstLine="576"/>
        <w:jc w:val="left"/>
      </w:pPr>
      <w:r>
        <w:rPr>
          <w:rFonts w:ascii="宋体" w:eastAsia="宋体" w:hAnsi="宋体"/>
          <w:sz w:val="28"/>
        </w:rPr>
        <w:t>3、组织并开展广告活动(可与广告公司合作);</w:t>
      </w:r>
    </w:p>
    <w:p>
      <w:pPr>
        <w:spacing w:before="100" w:after="200" w:line="360" w:lineRule="auto"/>
        <w:ind w:firstLine="576"/>
        <w:jc w:val="left"/>
      </w:pPr>
      <w:r>
        <w:rPr>
          <w:rFonts w:ascii="宋体" w:eastAsia="宋体" w:hAnsi="宋体"/>
          <w:sz w:val="28"/>
        </w:rPr>
        <w:t>4、创建经销商网站，更新和维护经销商的网页，处理收到的电子邮件和/或将信息转到相关部门或人员;</w:t>
      </w:r>
    </w:p>
    <w:p>
      <w:pPr>
        <w:spacing w:before="100" w:after="200" w:line="360" w:lineRule="auto"/>
        <w:ind w:firstLine="576"/>
        <w:jc w:val="left"/>
      </w:pPr>
      <w:r>
        <w:rPr>
          <w:rFonts w:ascii="宋体" w:eastAsia="宋体" w:hAnsi="宋体"/>
          <w:sz w:val="28"/>
        </w:rPr>
        <w:t>5、分析广告措施的有效性并对比投入与产出。</w:t>
      </w:r>
    </w:p>
    <w:p>
      <w:pPr>
        <w:spacing w:before="100" w:after="200" w:line="360" w:lineRule="auto"/>
        <w:ind w:firstLine="576"/>
        <w:jc w:val="left"/>
      </w:pPr>
      <w:r>
        <w:rPr>
          <w:rFonts w:ascii="宋体" w:eastAsia="宋体" w:hAnsi="宋体"/>
          <w:sz w:val="28"/>
        </w:rPr>
        <w:t>1、负责营销活动策划、会员活动策划、产品销售方案策划，线上线下为主;</w:t>
      </w:r>
    </w:p>
    <w:p>
      <w:pPr>
        <w:spacing w:before="100" w:after="200" w:line="360" w:lineRule="auto"/>
        <w:ind w:firstLine="576"/>
        <w:jc w:val="left"/>
      </w:pPr>
      <w:r>
        <w:rPr>
          <w:rFonts w:ascii="宋体" w:eastAsia="宋体" w:hAnsi="宋体"/>
          <w:sz w:val="28"/>
        </w:rPr>
        <w:t>2、据销售进度进行相关活动策划;</w:t>
      </w:r>
    </w:p>
    <w:p>
      <w:pPr>
        <w:spacing w:before="100" w:after="200" w:line="360" w:lineRule="auto"/>
        <w:ind w:firstLine="576"/>
        <w:jc w:val="left"/>
      </w:pPr>
      <w:r>
        <w:rPr>
          <w:rFonts w:ascii="宋体" w:eastAsia="宋体" w:hAnsi="宋体"/>
          <w:sz w:val="28"/>
        </w:rPr>
        <w:t>3、负责宣传物料、活动物料的报采、活动现场执行控场、控制活动成本;</w:t>
      </w:r>
    </w:p>
    <w:p>
      <w:pPr>
        <w:spacing w:before="100" w:after="200" w:line="360" w:lineRule="auto"/>
        <w:ind w:firstLine="576"/>
        <w:jc w:val="left"/>
      </w:pPr>
      <w:r>
        <w:rPr>
          <w:rFonts w:ascii="宋体" w:eastAsia="宋体" w:hAnsi="宋体"/>
          <w:sz w:val="28"/>
        </w:rPr>
        <w:t>4、能把控统筹整个活动流程;</w:t>
      </w:r>
    </w:p>
    <w:p>
      <w:pPr>
        <w:spacing w:before="100" w:after="200" w:line="360" w:lineRule="auto"/>
        <w:ind w:firstLine="576"/>
        <w:jc w:val="left"/>
      </w:pPr>
      <w:r>
        <w:rPr>
          <w:rFonts w:ascii="宋体" w:eastAsia="宋体" w:hAnsi="宋体"/>
          <w:sz w:val="28"/>
        </w:rPr>
        <w:t>，活动策划专员工作职责10篇</w:t>
      </w:r>
    </w:p>
    <w:p>
      <w:pPr>
        <w:spacing w:before="100" w:after="200" w:line="360" w:lineRule="auto"/>
        <w:jc w:val="left"/>
      </w:pPr>
      <w:r>
        <w:rPr>
          <w:rFonts w:ascii="宋体 (中文正文)" w:eastAsia="宋体" w:hAnsi="宋体 (中文正文)"/>
          <w:sz w:val="28"/>
        </w:rPr>
        <w:t>工作职责：</w:t>
      </w:r>
    </w:p>
    <w:p>
      <w:pPr>
        <w:spacing w:before="100" w:after="200" w:line="360" w:lineRule="auto"/>
        <w:ind w:firstLine="576"/>
        <w:jc w:val="left"/>
      </w:pPr>
      <w:r>
        <w:rPr>
          <w:rFonts w:ascii="宋体" w:eastAsia="宋体" w:hAnsi="宋体"/>
          <w:sz w:val="28"/>
        </w:rPr>
        <w:t>1、负责项目商管公司各档期促销、PR等活动的执行、落地及评估工作。</w:t>
      </w:r>
    </w:p>
    <w:p>
      <w:pPr>
        <w:spacing w:before="100" w:after="200" w:line="360" w:lineRule="auto"/>
        <w:ind w:firstLine="576"/>
        <w:jc w:val="left"/>
      </w:pPr>
      <w:r>
        <w:rPr>
          <w:rFonts w:ascii="宋体" w:eastAsia="宋体" w:hAnsi="宋体"/>
          <w:sz w:val="28"/>
        </w:rPr>
        <w:t>2、负责外部资源的拓展争取。</w:t>
      </w:r>
    </w:p>
    <w:p>
      <w:pPr>
        <w:spacing w:before="100" w:after="200" w:line="360" w:lineRule="auto"/>
        <w:ind w:firstLine="576"/>
        <w:jc w:val="left"/>
      </w:pPr>
      <w:r>
        <w:rPr>
          <w:rFonts w:ascii="宋体" w:eastAsia="宋体" w:hAnsi="宋体"/>
          <w:sz w:val="28"/>
        </w:rPr>
        <w:t>3、负责活动类流程的发起和跟进等工作。</w:t>
      </w:r>
    </w:p>
    <w:p>
      <w:pPr>
        <w:spacing w:before="100" w:after="200" w:line="360" w:lineRule="auto"/>
        <w:ind w:firstLine="576"/>
        <w:jc w:val="left"/>
      </w:pPr>
      <w:r>
        <w:rPr>
          <w:rFonts w:ascii="宋体" w:eastAsia="宋体" w:hAnsi="宋体"/>
          <w:sz w:val="28"/>
        </w:rPr>
        <w:t>4、本部门各类活动的整理汇总建档归档。</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5、对竞争项目的市场调研和跟踪并执笔撰写报告。</w:t>
      </w:r>
    </w:p>
    <w:p>
      <w:pPr>
        <w:spacing w:before="100" w:after="200" w:line="360" w:lineRule="auto"/>
        <w:ind w:firstLine="576"/>
        <w:jc w:val="left"/>
      </w:pPr>
      <w:r>
        <w:rPr>
          <w:rFonts w:ascii="宋体" w:eastAsia="宋体" w:hAnsi="宋体"/>
          <w:sz w:val="28"/>
        </w:rPr>
        <w:t>6、其余各种日常性工作。</w:t>
      </w:r>
    </w:p>
    <w:p>
      <w:pPr>
        <w:spacing w:before="100" w:after="200" w:line="360" w:lineRule="auto"/>
        <w:jc w:val="left"/>
      </w:pPr>
      <w:r>
        <w:rPr>
          <w:rFonts w:ascii="宋体 (中文正文)" w:eastAsia="宋体" w:hAnsi="宋体 (中文正文)"/>
          <w:sz w:val="28"/>
        </w:rPr>
        <w:t>工作职责：</w:t>
      </w:r>
    </w:p>
    <w:p>
      <w:pPr>
        <w:spacing w:before="100" w:after="200" w:line="360" w:lineRule="auto"/>
        <w:ind w:firstLine="576"/>
        <w:jc w:val="left"/>
      </w:pPr>
      <w:r>
        <w:rPr>
          <w:rFonts w:ascii="宋体" w:eastAsia="宋体" w:hAnsi="宋体"/>
          <w:sz w:val="28"/>
        </w:rPr>
        <w:t>1、负责营销活动策划、会员活动策划、产品销售方案策划，线上线下为主；</w:t>
      </w:r>
    </w:p>
    <w:p>
      <w:pPr>
        <w:spacing w:before="100" w:after="200" w:line="360" w:lineRule="auto"/>
        <w:ind w:firstLine="576"/>
        <w:jc w:val="left"/>
      </w:pPr>
      <w:r>
        <w:rPr>
          <w:rFonts w:ascii="宋体" w:eastAsia="宋体" w:hAnsi="宋体"/>
          <w:sz w:val="28"/>
        </w:rPr>
        <w:t>2、据销售进度进行相关活动策划；</w:t>
      </w:r>
    </w:p>
    <w:p>
      <w:pPr>
        <w:spacing w:before="100" w:after="200" w:line="360" w:lineRule="auto"/>
        <w:ind w:firstLine="576"/>
        <w:jc w:val="left"/>
      </w:pPr>
      <w:r>
        <w:rPr>
          <w:rFonts w:ascii="宋体" w:eastAsia="宋体" w:hAnsi="宋体"/>
          <w:sz w:val="28"/>
        </w:rPr>
        <w:t>3、负责宣传物料、活动物料的报采、活动现场执行控场、控制活动成本；</w:t>
      </w:r>
    </w:p>
    <w:p>
      <w:pPr>
        <w:spacing w:before="100" w:after="200" w:line="360" w:lineRule="auto"/>
        <w:ind w:firstLine="576"/>
        <w:jc w:val="left"/>
      </w:pPr>
      <w:r>
        <w:rPr>
          <w:rFonts w:ascii="宋体" w:eastAsia="宋体" w:hAnsi="宋体"/>
          <w:sz w:val="28"/>
        </w:rPr>
        <w:t>4、能把控统筹整个活动流程；</w:t>
      </w:r>
    </w:p>
    <w:p>
      <w:pPr>
        <w:spacing w:before="100" w:after="200" w:line="360" w:lineRule="auto"/>
        <w:jc w:val="left"/>
      </w:pPr>
      <w:r>
        <w:rPr>
          <w:rFonts w:ascii="宋体 (中文正文)" w:eastAsia="宋体" w:hAnsi="宋体 (中文正文)"/>
          <w:sz w:val="28"/>
        </w:rPr>
        <w:t>工作职责：</w:t>
      </w:r>
    </w:p>
    <w:p>
      <w:pPr>
        <w:spacing w:before="100" w:after="200" w:line="360" w:lineRule="auto"/>
        <w:ind w:firstLine="576"/>
        <w:jc w:val="left"/>
      </w:pPr>
      <w:r>
        <w:rPr>
          <w:rFonts w:ascii="宋体" w:eastAsia="宋体" w:hAnsi="宋体"/>
          <w:sz w:val="28"/>
        </w:rPr>
        <w:t>1、负责项目商管公司各档期促销、PR等活动的执行、落地及评估工作。</w:t>
      </w:r>
    </w:p>
    <w:p>
      <w:pPr>
        <w:spacing w:before="100" w:after="200" w:line="360" w:lineRule="auto"/>
        <w:ind w:firstLine="576"/>
        <w:jc w:val="left"/>
      </w:pPr>
      <w:r>
        <w:rPr>
          <w:rFonts w:ascii="宋体" w:eastAsia="宋体" w:hAnsi="宋体"/>
          <w:sz w:val="28"/>
        </w:rPr>
        <w:t>2、负责外部资源的拓展争取。</w:t>
      </w:r>
    </w:p>
    <w:p>
      <w:pPr>
        <w:spacing w:before="100" w:after="200" w:line="360" w:lineRule="auto"/>
        <w:ind w:firstLine="576"/>
        <w:jc w:val="left"/>
      </w:pPr>
      <w:r>
        <w:rPr>
          <w:rFonts w:ascii="宋体" w:eastAsia="宋体" w:hAnsi="宋体"/>
          <w:sz w:val="28"/>
        </w:rPr>
        <w:t>3、负责活动类流程的发起和跟进等工作。</w:t>
      </w:r>
    </w:p>
    <w:p>
      <w:pPr>
        <w:spacing w:before="100" w:after="200" w:line="360" w:lineRule="auto"/>
        <w:ind w:firstLine="576"/>
        <w:jc w:val="left"/>
      </w:pPr>
      <w:r>
        <w:rPr>
          <w:rFonts w:ascii="宋体" w:eastAsia="宋体" w:hAnsi="宋体"/>
          <w:sz w:val="28"/>
        </w:rPr>
        <w:t>4、本部门各类活动的整理汇总建档归档。</w:t>
      </w:r>
    </w:p>
    <w:p>
      <w:pPr>
        <w:spacing w:before="100" w:after="200" w:line="360" w:lineRule="auto"/>
        <w:ind w:firstLine="576"/>
        <w:jc w:val="left"/>
      </w:pPr>
      <w:r>
        <w:rPr>
          <w:rFonts w:ascii="宋体" w:eastAsia="宋体" w:hAnsi="宋体"/>
          <w:sz w:val="28"/>
        </w:rPr>
        <w:t>5、对竞争项目的市场调研和跟踪并执笔撰写报告。</w:t>
      </w:r>
    </w:p>
    <w:p>
      <w:pPr>
        <w:spacing w:before="100" w:after="200" w:line="360" w:lineRule="auto"/>
        <w:ind w:firstLine="576"/>
        <w:jc w:val="left"/>
      </w:pPr>
      <w:r>
        <w:rPr>
          <w:rFonts w:ascii="宋体" w:eastAsia="宋体" w:hAnsi="宋体"/>
          <w:sz w:val="28"/>
        </w:rPr>
        <w:t>6、其余各种日常性工作。</w:t>
      </w:r>
    </w:p>
    <w:p>
      <w:pPr>
        <w:spacing w:before="100" w:after="200" w:line="360" w:lineRule="auto"/>
        <w:ind w:firstLine="576"/>
        <w:jc w:val="left"/>
      </w:pPr>
      <w:r>
        <w:rPr>
          <w:rFonts w:ascii="宋体" w:eastAsia="宋体" w:hAnsi="宋体"/>
          <w:sz w:val="28"/>
        </w:rPr>
        <w:t>1、负责中心各类活动的策划与组织实施，协助部门经理对活动进行整体协调和把控；</w:t>
      </w:r>
    </w:p>
    <w:p>
      <w:pPr>
        <w:spacing w:before="100" w:after="200" w:line="360" w:lineRule="auto"/>
        <w:ind w:firstLine="576"/>
        <w:jc w:val="left"/>
      </w:pPr>
      <w:r>
        <w:rPr>
          <w:rFonts w:ascii="宋体" w:eastAsia="宋体" w:hAnsi="宋体"/>
          <w:sz w:val="28"/>
        </w:rPr>
        <w:t>2、据市场信息及行业动态，进行活动策划和执行，做好活动报告；</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3、根据业务需要制作各种宣传资料，塑造良好企业形象；</w:t>
      </w:r>
    </w:p>
    <w:p>
      <w:pPr>
        <w:spacing w:before="100" w:after="200" w:line="360" w:lineRule="auto"/>
        <w:ind w:firstLine="576"/>
        <w:jc w:val="left"/>
      </w:pPr>
      <w:r>
        <w:rPr>
          <w:rFonts w:ascii="宋体" w:eastAsia="宋体" w:hAnsi="宋体"/>
          <w:sz w:val="28"/>
        </w:rPr>
        <w:t>4、根据公司市场战略和业务需要制定市场调查计划；</w:t>
      </w:r>
    </w:p>
    <w:p>
      <w:pPr>
        <w:spacing w:before="100" w:after="200" w:line="360" w:lineRule="auto"/>
        <w:ind w:firstLine="576"/>
        <w:jc w:val="left"/>
      </w:pPr>
      <w:r>
        <w:rPr>
          <w:rFonts w:ascii="宋体" w:eastAsia="宋体" w:hAnsi="宋体"/>
          <w:sz w:val="28"/>
        </w:rPr>
        <w:t>5、负责中心装饰内容思路设计，落地实时对接设计开展；</w:t>
      </w:r>
    </w:p>
    <w:p>
      <w:pPr>
        <w:spacing w:before="100" w:after="200" w:line="360" w:lineRule="auto"/>
        <w:ind w:firstLine="576"/>
        <w:jc w:val="left"/>
      </w:pPr>
      <w:r>
        <w:rPr>
          <w:rFonts w:ascii="宋体" w:eastAsia="宋体" w:hAnsi="宋体"/>
          <w:sz w:val="28"/>
        </w:rPr>
        <w:t>6、组织撰写各种公关活动方案以及新闻稿撰写跟发稿，协助完成刊物的采编工作，并做好收集与整理。</w:t>
      </w:r>
    </w:p>
    <w:p>
      <w:pPr>
        <w:spacing w:before="100" w:after="200" w:line="360" w:lineRule="auto"/>
        <w:ind w:firstLine="576"/>
        <w:jc w:val="left"/>
      </w:pPr>
      <w:r>
        <w:rPr>
          <w:rFonts w:ascii="宋体" w:eastAsia="宋体" w:hAnsi="宋体"/>
          <w:sz w:val="28"/>
        </w:rPr>
        <w:t>负责公司日常线下活动和年度大型活动的策划和执行，参与行业活动、沙龙、项目考察等活动的执行工作；</w:t>
      </w:r>
    </w:p>
    <w:p>
      <w:pPr>
        <w:spacing w:before="100" w:after="200" w:line="360" w:lineRule="auto"/>
        <w:ind w:firstLine="576"/>
        <w:jc w:val="left"/>
      </w:pPr>
      <w:r>
        <w:rPr>
          <w:rFonts w:ascii="宋体" w:eastAsia="宋体" w:hAnsi="宋体"/>
          <w:sz w:val="28"/>
        </w:rPr>
        <w:t>项目前期的策划工作，资源的查找、问询、物料准备、人员联络及邀请；</w:t>
      </w:r>
    </w:p>
    <w:p>
      <w:pPr>
        <w:spacing w:before="100" w:after="200" w:line="360" w:lineRule="auto"/>
        <w:ind w:firstLine="576"/>
        <w:jc w:val="left"/>
      </w:pPr>
      <w:r>
        <w:rPr>
          <w:rFonts w:ascii="宋体" w:eastAsia="宋体" w:hAnsi="宋体"/>
          <w:sz w:val="28"/>
        </w:rPr>
        <w:t>活动中期的整体的项目执行、管理和调控工作等；</w:t>
      </w:r>
    </w:p>
    <w:p>
      <w:pPr>
        <w:spacing w:before="100" w:after="200" w:line="360" w:lineRule="auto"/>
        <w:ind w:firstLine="576"/>
        <w:jc w:val="left"/>
      </w:pPr>
      <w:r>
        <w:rPr>
          <w:rFonts w:ascii="宋体" w:eastAsia="宋体" w:hAnsi="宋体"/>
          <w:sz w:val="28"/>
        </w:rPr>
        <w:t>活动后期负责项目执行文档的`整理以及活动反馈、活动效果评估报告、总结报告工作；</w:t>
      </w:r>
    </w:p>
    <w:p>
      <w:pPr>
        <w:spacing w:before="100" w:after="200" w:line="360" w:lineRule="auto"/>
        <w:ind w:firstLine="576"/>
        <w:jc w:val="left"/>
      </w:pPr>
      <w:r>
        <w:rPr>
          <w:rFonts w:ascii="宋体" w:eastAsia="宋体" w:hAnsi="宋体"/>
          <w:sz w:val="28"/>
        </w:rPr>
        <w:t>根据活动情况，可独立完成活动前期预算，并提供性价比最优方案；</w:t>
      </w:r>
    </w:p>
    <w:p>
      <w:pPr>
        <w:spacing w:before="100" w:after="200" w:line="360" w:lineRule="auto"/>
        <w:ind w:firstLine="576"/>
        <w:jc w:val="left"/>
      </w:pPr>
      <w:r>
        <w:rPr>
          <w:rFonts w:ascii="宋体" w:eastAsia="宋体" w:hAnsi="宋体"/>
          <w:sz w:val="28"/>
        </w:rPr>
        <w:t>能够完成基础层面的市场工作，包括行业市场调研、客户调研、竞争对手分析（负责设计问卷架构）等，并定期汇报调研结果，提出可行性建议；</w:t>
      </w:r>
    </w:p>
    <w:p>
      <w:pPr>
        <w:spacing w:before="100" w:after="200" w:line="360" w:lineRule="auto"/>
        <w:ind w:firstLine="576"/>
        <w:jc w:val="left"/>
      </w:pPr>
      <w:r>
        <w:rPr>
          <w:rFonts w:ascii="宋体" w:eastAsia="宋体" w:hAnsi="宋体"/>
          <w:sz w:val="28"/>
        </w:rPr>
        <w:t>能够独立完成销售数据整理，对统计出的数据等情况进行全面分析并给出结论；</w:t>
      </w:r>
    </w:p>
    <w:p>
      <w:pPr>
        <w:spacing w:before="100" w:after="200" w:line="360" w:lineRule="auto"/>
        <w:ind w:firstLine="576"/>
        <w:jc w:val="left"/>
      </w:pPr>
      <w:r>
        <w:rPr>
          <w:rFonts w:ascii="宋体" w:eastAsia="宋体" w:hAnsi="宋体"/>
          <w:sz w:val="28"/>
        </w:rPr>
        <w:t>内部协调工作，包括资源配置及协调、进度协调、人员协调等；</w:t>
      </w:r>
    </w:p>
    <w:p>
      <w:pPr>
        <w:spacing w:before="100" w:after="200" w:line="360" w:lineRule="auto"/>
        <w:ind w:firstLine="576"/>
        <w:jc w:val="left"/>
      </w:pPr>
      <w:r>
        <w:rPr>
          <w:rFonts w:ascii="宋体" w:eastAsia="宋体" w:hAnsi="宋体"/>
          <w:sz w:val="28"/>
        </w:rPr>
        <w:t>完成上级领导临时交办的工作任务。</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负责公司日常线下活动和年度大型活动的策划和执行，参与行业活动、沙龙、项目考察等活动的执行工作；</w:t>
      </w:r>
    </w:p>
    <w:p>
      <w:pPr>
        <w:spacing w:before="100" w:after="200" w:line="360" w:lineRule="auto"/>
        <w:ind w:firstLine="576"/>
        <w:jc w:val="left"/>
      </w:pPr>
      <w:r>
        <w:rPr>
          <w:rFonts w:ascii="宋体" w:eastAsia="宋体" w:hAnsi="宋体"/>
          <w:sz w:val="28"/>
        </w:rPr>
        <w:t>项目前期的策划工作，资源的查找、问询、物料准备、人员联络及邀请；</w:t>
      </w:r>
    </w:p>
    <w:p>
      <w:pPr>
        <w:spacing w:before="100" w:after="200" w:line="360" w:lineRule="auto"/>
        <w:ind w:firstLine="576"/>
        <w:jc w:val="left"/>
      </w:pPr>
      <w:r>
        <w:rPr>
          <w:rFonts w:ascii="宋体" w:eastAsia="宋体" w:hAnsi="宋体"/>
          <w:sz w:val="28"/>
        </w:rPr>
        <w:t>活动中期的整体的项目执行、管理和调控工作等；</w:t>
      </w:r>
    </w:p>
    <w:p>
      <w:pPr>
        <w:spacing w:before="100" w:after="200" w:line="360" w:lineRule="auto"/>
        <w:ind w:firstLine="576"/>
        <w:jc w:val="left"/>
      </w:pPr>
      <w:r>
        <w:rPr>
          <w:rFonts w:ascii="宋体" w:eastAsia="宋体" w:hAnsi="宋体"/>
          <w:sz w:val="28"/>
        </w:rPr>
        <w:t>活动后期负责项目执行文档的整理以及活动反馈、活动效果评估报告、总结报告工作；</w:t>
      </w:r>
    </w:p>
    <w:p>
      <w:pPr>
        <w:spacing w:before="100" w:after="200" w:line="360" w:lineRule="auto"/>
        <w:ind w:firstLine="576"/>
        <w:jc w:val="left"/>
      </w:pPr>
      <w:r>
        <w:rPr>
          <w:rFonts w:ascii="宋体" w:eastAsia="宋体" w:hAnsi="宋体"/>
          <w:sz w:val="28"/>
        </w:rPr>
        <w:t>根据活动情况，可独立完成活动前期预算，并提供性价比最优方案；</w:t>
      </w:r>
    </w:p>
    <w:p>
      <w:pPr>
        <w:spacing w:before="100" w:after="200" w:line="360" w:lineRule="auto"/>
        <w:ind w:firstLine="576"/>
        <w:jc w:val="left"/>
      </w:pPr>
      <w:r>
        <w:rPr>
          <w:rFonts w:ascii="宋体" w:eastAsia="宋体" w:hAnsi="宋体"/>
          <w:sz w:val="28"/>
        </w:rPr>
        <w:t>能够完成基础层面的市场工作，包括行业市场调研、客户调研、竞争对手分析（负责设计问卷架构）等，并定期汇报调研结果，提出可行性建议；</w:t>
      </w:r>
    </w:p>
    <w:p>
      <w:pPr>
        <w:spacing w:before="100" w:after="200" w:line="360" w:lineRule="auto"/>
        <w:ind w:firstLine="576"/>
        <w:jc w:val="left"/>
      </w:pPr>
      <w:r>
        <w:rPr>
          <w:rFonts w:ascii="宋体" w:eastAsia="宋体" w:hAnsi="宋体"/>
          <w:sz w:val="28"/>
        </w:rPr>
        <w:t>能够独立完成销售数据整理，对统计出的数据等情况进行全面分析并给出结论；</w:t>
      </w:r>
    </w:p>
    <w:p>
      <w:pPr>
        <w:spacing w:before="100" w:after="200" w:line="360" w:lineRule="auto"/>
        <w:ind w:firstLine="576"/>
        <w:jc w:val="left"/>
      </w:pPr>
      <w:r>
        <w:rPr>
          <w:rFonts w:ascii="宋体" w:eastAsia="宋体" w:hAnsi="宋体"/>
          <w:sz w:val="28"/>
        </w:rPr>
        <w:t>内部协调工作，包括资源配置及协调、进度协调、人员协调等；</w:t>
      </w:r>
    </w:p>
    <w:p>
      <w:pPr>
        <w:spacing w:before="100" w:after="200" w:line="360" w:lineRule="auto"/>
        <w:ind w:firstLine="576"/>
        <w:jc w:val="left"/>
      </w:pPr>
      <w:r>
        <w:rPr>
          <w:rFonts w:ascii="宋体" w:eastAsia="宋体" w:hAnsi="宋体"/>
          <w:sz w:val="28"/>
        </w:rPr>
        <w:t>完成上级领导临时交办的工作任务。</w:t>
      </w:r>
    </w:p>
    <w:p>
      <w:pPr>
        <w:spacing w:before="100" w:after="200" w:line="360" w:lineRule="auto"/>
        <w:jc w:val="left"/>
      </w:pPr>
      <w:r>
        <w:rPr>
          <w:rFonts w:ascii="宋体 (中文正文)" w:eastAsia="宋体" w:hAnsi="宋体 (中文正文)"/>
          <w:sz w:val="28"/>
        </w:rPr>
        <w:t>工作职责：</w:t>
      </w:r>
    </w:p>
    <w:p>
      <w:pPr>
        <w:spacing w:before="100" w:after="200" w:line="360" w:lineRule="auto"/>
        <w:ind w:firstLine="576"/>
        <w:jc w:val="left"/>
      </w:pPr>
      <w:r>
        <w:rPr>
          <w:rFonts w:ascii="宋体" w:eastAsia="宋体" w:hAnsi="宋体"/>
          <w:sz w:val="28"/>
        </w:rPr>
        <w:t>1、负责项目商管公司各档期促销、PR等活动的执行、落地及评估工作。</w:t>
      </w:r>
    </w:p>
    <w:p>
      <w:pPr>
        <w:spacing w:before="100" w:after="200" w:line="360" w:lineRule="auto"/>
        <w:ind w:firstLine="576"/>
        <w:jc w:val="left"/>
      </w:pPr>
      <w:r>
        <w:rPr>
          <w:rFonts w:ascii="宋体" w:eastAsia="宋体" w:hAnsi="宋体"/>
          <w:sz w:val="28"/>
        </w:rPr>
        <w:t>2、负责外部资源的.拓展争取。</w:t>
      </w:r>
    </w:p>
    <w:p>
      <w:pPr>
        <w:spacing w:before="100" w:after="200" w:line="360" w:lineRule="auto"/>
        <w:ind w:firstLine="576"/>
        <w:jc w:val="left"/>
      </w:pPr>
      <w:r>
        <w:rPr>
          <w:rFonts w:ascii="宋体" w:eastAsia="宋体" w:hAnsi="宋体"/>
          <w:sz w:val="28"/>
        </w:rPr>
        <w:t>3、负责活动类流程的发起和跟进等工作。</w:t>
      </w:r>
    </w:p>
    <w:p>
      <w:pPr>
        <w:spacing w:before="100" w:after="200" w:line="360" w:lineRule="auto"/>
        <w:ind w:firstLine="576"/>
        <w:jc w:val="left"/>
      </w:pPr>
      <w:r>
        <w:rPr>
          <w:rFonts w:ascii="宋体" w:eastAsia="宋体" w:hAnsi="宋体"/>
          <w:sz w:val="28"/>
        </w:rPr>
        <w:t>4、本部门各类活动的整理汇总建档归档。</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5、对竞争项目的市场调研和跟踪并执笔撰写报告。</w:t>
      </w:r>
    </w:p>
    <w:p>
      <w:pPr>
        <w:spacing w:before="100" w:after="200" w:line="360" w:lineRule="auto"/>
        <w:ind w:firstLine="576"/>
        <w:jc w:val="left"/>
      </w:pPr>
      <w:r>
        <w:rPr>
          <w:rFonts w:ascii="宋体" w:eastAsia="宋体" w:hAnsi="宋体"/>
          <w:sz w:val="28"/>
        </w:rPr>
        <w:t>6、其余各种日常性工作。</w:t>
      </w:r>
    </w:p>
    <w:p>
      <w:pPr>
        <w:spacing w:before="100" w:after="200" w:line="360" w:lineRule="auto"/>
        <w:ind w:firstLine="576"/>
        <w:jc w:val="left"/>
      </w:pPr>
      <w:r>
        <w:rPr>
          <w:rFonts w:ascii="宋体" w:eastAsia="宋体" w:hAnsi="宋体"/>
          <w:sz w:val="28"/>
        </w:rPr>
        <w:t>1、负责中心各类活动的策划与组织实施，协助部门经理对活动进行整体协调和把控；</w:t>
      </w:r>
    </w:p>
    <w:p>
      <w:pPr>
        <w:spacing w:before="100" w:after="200" w:line="360" w:lineRule="auto"/>
        <w:ind w:firstLine="576"/>
        <w:jc w:val="left"/>
      </w:pPr>
      <w:r>
        <w:rPr>
          <w:rFonts w:ascii="宋体" w:eastAsia="宋体" w:hAnsi="宋体"/>
          <w:sz w:val="28"/>
        </w:rPr>
        <w:t>2、据市场信息及行业动态，进行活动策划和执行，做好活动报告；</w:t>
      </w:r>
    </w:p>
    <w:p>
      <w:pPr>
        <w:spacing w:before="100" w:after="200" w:line="360" w:lineRule="auto"/>
        <w:ind w:firstLine="576"/>
        <w:jc w:val="left"/>
      </w:pPr>
      <w:r>
        <w:rPr>
          <w:rFonts w:ascii="宋体" w:eastAsia="宋体" w:hAnsi="宋体"/>
          <w:sz w:val="28"/>
        </w:rPr>
        <w:t>3、根据业务需要制作各种宣传资料，塑造良好企业形象；</w:t>
      </w:r>
    </w:p>
    <w:p>
      <w:pPr>
        <w:spacing w:before="100" w:after="200" w:line="360" w:lineRule="auto"/>
        <w:ind w:firstLine="576"/>
        <w:jc w:val="left"/>
      </w:pPr>
      <w:r>
        <w:rPr>
          <w:rFonts w:ascii="宋体" w:eastAsia="宋体" w:hAnsi="宋体"/>
          <w:sz w:val="28"/>
        </w:rPr>
        <w:t>4、根据公司市场战略和业务需要制定市场调查计划；</w:t>
      </w:r>
    </w:p>
    <w:p>
      <w:pPr>
        <w:spacing w:before="100" w:after="200" w:line="360" w:lineRule="auto"/>
        <w:ind w:firstLine="576"/>
        <w:jc w:val="left"/>
      </w:pPr>
      <w:r>
        <w:rPr>
          <w:rFonts w:ascii="宋体" w:eastAsia="宋体" w:hAnsi="宋体"/>
          <w:sz w:val="28"/>
        </w:rPr>
        <w:t>5、负责中心装饰内容思路设计，落地实时对接设计开展；</w:t>
      </w:r>
    </w:p>
    <w:p>
      <w:pPr>
        <w:spacing w:before="100" w:after="200" w:line="360" w:lineRule="auto"/>
        <w:ind w:firstLine="576"/>
        <w:jc w:val="left"/>
      </w:pPr>
      <w:r>
        <w:rPr>
          <w:rFonts w:ascii="宋体" w:eastAsia="宋体" w:hAnsi="宋体"/>
          <w:sz w:val="28"/>
        </w:rPr>
        <w:t>6、组织撰写各种公关活动方案以及新闻稿撰写跟发稿，协助完成刊物的采编工作，并做好收集与整理。</w:t>
      </w:r>
    </w:p>
    <w:p>
      <w:pPr>
        <w:spacing w:before="100" w:after="200" w:line="360" w:lineRule="auto"/>
        <w:ind w:firstLine="576"/>
        <w:jc w:val="left"/>
      </w:pPr>
      <w:r>
        <w:rPr>
          <w:rFonts w:ascii="宋体" w:eastAsia="宋体" w:hAnsi="宋体"/>
          <w:sz w:val="28"/>
        </w:rPr>
        <w:t>负责公司日常线下活动和年度大型活动的策划和执行，参与行业活动、沙龙、项目考察等活动的执行工作；</w:t>
      </w:r>
    </w:p>
    <w:p>
      <w:pPr>
        <w:spacing w:before="100" w:after="200" w:line="360" w:lineRule="auto"/>
        <w:ind w:firstLine="576"/>
        <w:jc w:val="left"/>
      </w:pPr>
      <w:r>
        <w:rPr>
          <w:rFonts w:ascii="宋体" w:eastAsia="宋体" w:hAnsi="宋体"/>
          <w:sz w:val="28"/>
        </w:rPr>
        <w:t>项目前期的策划工作，资源的查找、问询、物料准备、人员联络及邀请；</w:t>
      </w:r>
    </w:p>
    <w:p>
      <w:pPr>
        <w:spacing w:before="100" w:after="200" w:line="360" w:lineRule="auto"/>
        <w:ind w:firstLine="576"/>
        <w:jc w:val="left"/>
      </w:pPr>
      <w:r>
        <w:rPr>
          <w:rFonts w:ascii="宋体" w:eastAsia="宋体" w:hAnsi="宋体"/>
          <w:sz w:val="28"/>
        </w:rPr>
        <w:t>活动中期的整体的项目执行、管理和调控工作等；</w:t>
      </w:r>
    </w:p>
    <w:p>
      <w:pPr>
        <w:spacing w:before="100" w:after="200" w:line="360" w:lineRule="auto"/>
        <w:ind w:firstLine="576"/>
        <w:jc w:val="left"/>
      </w:pPr>
      <w:r>
        <w:rPr>
          <w:rFonts w:ascii="宋体" w:eastAsia="宋体" w:hAnsi="宋体"/>
          <w:sz w:val="28"/>
        </w:rPr>
        <w:t>活动后期负责项目执行文档的.整理以及活动反馈、活动效果评估报告、总结报告工作；</w:t>
      </w:r>
    </w:p>
    <w:p>
      <w:pPr>
        <w:spacing w:before="100" w:after="200" w:line="360" w:lineRule="auto"/>
        <w:ind w:firstLine="576"/>
        <w:jc w:val="left"/>
      </w:pPr>
      <w:r>
        <w:rPr>
          <w:rFonts w:ascii="宋体" w:eastAsia="宋体" w:hAnsi="宋体"/>
          <w:sz w:val="28"/>
        </w:rPr>
        <w:t>根据活动情况，可独立完成活动前期预算，并提供性价比最优方案；</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能够完成基础层面的市场工作，包括行业市场调研、客户调研、竞争对手分析（负责设计问卷架构）等，并定期汇报调研结果，提出可行性建议；</w:t>
      </w:r>
    </w:p>
    <w:p>
      <w:pPr>
        <w:spacing w:before="100" w:after="200" w:line="360" w:lineRule="auto"/>
        <w:ind w:firstLine="576"/>
        <w:jc w:val="left"/>
      </w:pPr>
      <w:r>
        <w:rPr>
          <w:rFonts w:ascii="宋体" w:eastAsia="宋体" w:hAnsi="宋体"/>
          <w:sz w:val="28"/>
        </w:rPr>
        <w:t>能够独立完成销售数据整理，对统计出的数据等情况进行全面分析并给出结论；</w:t>
      </w:r>
    </w:p>
    <w:p>
      <w:pPr>
        <w:spacing w:before="100" w:after="200" w:line="360" w:lineRule="auto"/>
        <w:ind w:firstLine="576"/>
        <w:jc w:val="left"/>
      </w:pPr>
      <w:r>
        <w:rPr>
          <w:rFonts w:ascii="宋体" w:eastAsia="宋体" w:hAnsi="宋体"/>
          <w:sz w:val="28"/>
        </w:rPr>
        <w:t>内部协调工作，包括资源配置及协调、进度协调、人员协调等；</w:t>
      </w:r>
    </w:p>
    <w:p>
      <w:pPr>
        <w:spacing w:before="100" w:after="200" w:line="360" w:lineRule="auto"/>
        <w:ind w:firstLine="576"/>
        <w:jc w:val="left"/>
      </w:pPr>
      <w:r>
        <w:rPr>
          <w:rFonts w:ascii="宋体" w:eastAsia="宋体" w:hAnsi="宋体"/>
          <w:sz w:val="28"/>
        </w:rPr>
        <w:t>完成上级领导临时交办的工作任务。</w:t>
      </w:r>
    </w:p>
    <w:p>
      <w:pPr>
        <w:spacing w:before="100" w:after="200" w:line="360" w:lineRule="auto"/>
        <w:jc w:val="left"/>
      </w:pPr>
      <w:r>
        <w:rPr>
          <w:rFonts w:ascii="宋体 (中文正文)" w:eastAsia="宋体" w:hAnsi="宋体 (中文正文)"/>
          <w:sz w:val="28"/>
        </w:rPr>
        <w:t>工作职责：</w:t>
      </w:r>
    </w:p>
    <w:p>
      <w:pPr>
        <w:spacing w:before="100" w:after="200" w:line="360" w:lineRule="auto"/>
        <w:ind w:firstLine="576"/>
        <w:jc w:val="left"/>
      </w:pPr>
      <w:r>
        <w:rPr>
          <w:rFonts w:ascii="宋体" w:eastAsia="宋体" w:hAnsi="宋体"/>
          <w:sz w:val="28"/>
        </w:rPr>
        <w:t>1、负责项目商管公司各档期促销、PR等活动的执行、落地及评估工作。</w:t>
      </w:r>
    </w:p>
    <w:p>
      <w:pPr>
        <w:spacing w:before="100" w:after="200" w:line="360" w:lineRule="auto"/>
        <w:ind w:firstLine="576"/>
        <w:jc w:val="left"/>
      </w:pPr>
      <w:r>
        <w:rPr>
          <w:rFonts w:ascii="宋体" w:eastAsia="宋体" w:hAnsi="宋体"/>
          <w:sz w:val="28"/>
        </w:rPr>
        <w:t>2、负责外部资源的拓展争取。</w:t>
      </w:r>
    </w:p>
    <w:p>
      <w:pPr>
        <w:spacing w:before="100" w:after="200" w:line="360" w:lineRule="auto"/>
        <w:ind w:firstLine="576"/>
        <w:jc w:val="left"/>
      </w:pPr>
      <w:r>
        <w:rPr>
          <w:rFonts w:ascii="宋体" w:eastAsia="宋体" w:hAnsi="宋体"/>
          <w:sz w:val="28"/>
        </w:rPr>
        <w:t>3、负责活动类流程的发起和跟进等工作。</w:t>
      </w:r>
    </w:p>
    <w:p>
      <w:pPr>
        <w:spacing w:before="100" w:after="200" w:line="360" w:lineRule="auto"/>
        <w:ind w:firstLine="576"/>
        <w:jc w:val="left"/>
      </w:pPr>
      <w:r>
        <w:rPr>
          <w:rFonts w:ascii="宋体" w:eastAsia="宋体" w:hAnsi="宋体"/>
          <w:sz w:val="28"/>
        </w:rPr>
        <w:t>4、本部门各类活动的整理汇总建档归档。</w:t>
      </w:r>
    </w:p>
    <w:p>
      <w:pPr>
        <w:spacing w:before="100" w:after="200" w:line="360" w:lineRule="auto"/>
        <w:ind w:firstLine="576"/>
        <w:jc w:val="left"/>
      </w:pPr>
      <w:r>
        <w:rPr>
          <w:rFonts w:ascii="宋体" w:eastAsia="宋体" w:hAnsi="宋体"/>
          <w:sz w:val="28"/>
        </w:rPr>
        <w:t>5、对竞争项目的市场调研和跟踪并执笔撰写报告。</w:t>
      </w:r>
    </w:p>
    <w:p>
      <w:pPr>
        <w:spacing w:before="100" w:after="200" w:line="360" w:lineRule="auto"/>
        <w:ind w:firstLine="576"/>
        <w:jc w:val="left"/>
      </w:pPr>
      <w:r>
        <w:rPr>
          <w:rFonts w:ascii="宋体" w:eastAsia="宋体" w:hAnsi="宋体"/>
          <w:sz w:val="28"/>
        </w:rPr>
        <w:t>6、其余各种日常性工作。</w:t>
      </w:r>
    </w:p>
    <w:p>
      <w:pPr>
        <w:spacing w:before="100" w:after="200" w:line="360" w:lineRule="auto"/>
        <w:ind w:firstLine="576"/>
        <w:jc w:val="left"/>
      </w:pPr>
      <w:r>
        <w:rPr>
          <w:rFonts w:ascii="宋体" w:eastAsia="宋体" w:hAnsi="宋体"/>
          <w:sz w:val="28"/>
        </w:rPr>
        <w:t>，活动策划专员工作职责15篇</w:t>
      </w:r>
    </w:p>
    <w:p>
      <w:pPr>
        <w:spacing w:before="100" w:after="200" w:line="360" w:lineRule="auto"/>
        <w:ind w:firstLine="576"/>
        <w:jc w:val="left"/>
      </w:pPr>
      <w:r>
        <w:rPr>
          <w:rFonts w:ascii="宋体" w:eastAsia="宋体" w:hAnsi="宋体"/>
          <w:sz w:val="28"/>
        </w:rPr>
        <w:t>1、具有良好的组织能力和执行能力，抗压能力强;</w:t>
      </w:r>
    </w:p>
    <w:p>
      <w:pPr>
        <w:spacing w:before="100" w:after="200" w:line="360" w:lineRule="auto"/>
        <w:ind w:firstLine="576"/>
        <w:jc w:val="left"/>
      </w:pPr>
      <w:r>
        <w:rPr>
          <w:rFonts w:ascii="宋体" w:eastAsia="宋体" w:hAnsi="宋体"/>
          <w:sz w:val="28"/>
        </w:rPr>
        <w:t>2、具有良好的协调能力、谈判技巧，能够把握项目进程与流程控制;</w:t>
      </w:r>
    </w:p>
    <w:p>
      <w:pPr>
        <w:spacing w:before="100" w:after="200" w:line="360" w:lineRule="auto"/>
        <w:ind w:firstLine="576"/>
        <w:jc w:val="left"/>
      </w:pPr>
      <w:r>
        <w:rPr>
          <w:rFonts w:ascii="宋体" w:eastAsia="宋体" w:hAnsi="宋体"/>
          <w:sz w:val="28"/>
        </w:rPr>
        <w:t>3、具有较好的应变能力，迅速处理任何突发事件;</w:t>
      </w:r>
    </w:p>
    <w:p>
      <w:pPr>
        <w:spacing w:before="100" w:after="200" w:line="360" w:lineRule="auto"/>
        <w:ind w:firstLine="576"/>
        <w:jc w:val="left"/>
      </w:pPr>
      <w:r>
        <w:rPr>
          <w:rFonts w:ascii="宋体" w:eastAsia="宋体" w:hAnsi="宋体"/>
          <w:sz w:val="28"/>
        </w:rPr>
        <w:t>4、有较高的审美观以及敏锐的时尚嗅觉，对品牌及创意理念有一定的自我理解;</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5、有良好的团队合作精神和高度的责任感，有敢于挑战新事物的创新精神;</w:t>
      </w:r>
    </w:p>
    <w:p>
      <w:pPr>
        <w:spacing w:before="100" w:after="200" w:line="360" w:lineRule="auto"/>
        <w:ind w:firstLine="576"/>
        <w:jc w:val="left"/>
      </w:pPr>
      <w:r>
        <w:rPr>
          <w:rFonts w:ascii="宋体" w:eastAsia="宋体" w:hAnsi="宋体"/>
          <w:sz w:val="28"/>
        </w:rPr>
        <w:t>1、负责公司连锁门店的产品陈列标准设定及跟踪实施；</w:t>
      </w:r>
    </w:p>
    <w:p>
      <w:pPr>
        <w:spacing w:before="100" w:after="200" w:line="360" w:lineRule="auto"/>
        <w:ind w:firstLine="576"/>
        <w:jc w:val="left"/>
      </w:pPr>
      <w:r>
        <w:rPr>
          <w:rFonts w:ascii="宋体" w:eastAsia="宋体" w:hAnsi="宋体"/>
          <w:sz w:val="28"/>
        </w:rPr>
        <w:t>2、负责公司对连锁门店的活动促销等计划策划及实施跟踪；</w:t>
      </w:r>
    </w:p>
    <w:p>
      <w:pPr>
        <w:spacing w:before="100" w:after="200" w:line="360" w:lineRule="auto"/>
        <w:ind w:firstLine="576"/>
        <w:jc w:val="left"/>
      </w:pPr>
      <w:r>
        <w:rPr>
          <w:rFonts w:ascii="宋体" w:eastAsia="宋体" w:hAnsi="宋体"/>
          <w:sz w:val="28"/>
        </w:rPr>
        <w:t>3、根据市场情况及公司内部情况，制定合理可行的产品促销方案；</w:t>
      </w:r>
    </w:p>
    <w:p>
      <w:pPr>
        <w:spacing w:before="100" w:after="200" w:line="360" w:lineRule="auto"/>
        <w:ind w:firstLine="576"/>
        <w:jc w:val="left"/>
      </w:pPr>
      <w:r>
        <w:rPr>
          <w:rFonts w:ascii="宋体" w:eastAsia="宋体" w:hAnsi="宋体"/>
          <w:sz w:val="28"/>
        </w:rPr>
        <w:t>4、结合市场供需对门店促销情况进行销售数据汇总分析；</w:t>
      </w:r>
    </w:p>
    <w:p>
      <w:pPr>
        <w:spacing w:before="100" w:after="200" w:line="360" w:lineRule="auto"/>
        <w:ind w:firstLine="576"/>
        <w:jc w:val="left"/>
      </w:pPr>
      <w:r>
        <w:rPr>
          <w:rFonts w:ascii="宋体" w:eastAsia="宋体" w:hAnsi="宋体"/>
          <w:sz w:val="28"/>
        </w:rPr>
        <w:t>5、有连锁企业或商超企划工作经验优先考虑。</w:t>
      </w:r>
    </w:p>
    <w:p>
      <w:pPr>
        <w:spacing w:before="100" w:after="200" w:line="360" w:lineRule="auto"/>
        <w:ind w:firstLine="576"/>
        <w:jc w:val="left"/>
      </w:pPr>
      <w:r>
        <w:rPr>
          <w:rFonts w:ascii="宋体" w:eastAsia="宋体" w:hAnsi="宋体"/>
          <w:sz w:val="28"/>
        </w:rPr>
        <w:t>6、领导交办的其它工作。</w:t>
      </w:r>
    </w:p>
    <w:p>
      <w:pPr>
        <w:spacing w:before="100" w:after="200" w:line="360" w:lineRule="auto"/>
        <w:ind w:firstLine="576"/>
        <w:jc w:val="left"/>
      </w:pPr>
      <w:r>
        <w:rPr>
          <w:rFonts w:ascii="宋体" w:eastAsia="宋体" w:hAnsi="宋体"/>
          <w:sz w:val="28"/>
        </w:rPr>
        <w:t>1、负责产品/门店卖点的挖掘，根据产品/门店的卖点、市场环境洞察，推导提炼推广策略;</w:t>
      </w:r>
    </w:p>
    <w:p>
      <w:pPr>
        <w:spacing w:before="100" w:after="200" w:line="360" w:lineRule="auto"/>
        <w:ind w:firstLine="576"/>
        <w:jc w:val="left"/>
      </w:pPr>
      <w:r>
        <w:rPr>
          <w:rFonts w:ascii="宋体" w:eastAsia="宋体" w:hAnsi="宋体"/>
          <w:sz w:val="28"/>
        </w:rPr>
        <w:t>2、负责策划营销活动并跟进执行，管理营销项目，有效整合内外部资源，对项目的实施负责;</w:t>
      </w:r>
    </w:p>
    <w:p>
      <w:pPr>
        <w:spacing w:before="100" w:after="200" w:line="360" w:lineRule="auto"/>
        <w:ind w:firstLine="576"/>
        <w:jc w:val="left"/>
      </w:pPr>
      <w:r>
        <w:rPr>
          <w:rFonts w:ascii="宋体" w:eastAsia="宋体" w:hAnsi="宋体"/>
          <w:sz w:val="28"/>
        </w:rPr>
        <w:t>3、追踪活动效果，分析活动数据，出具数据分析报告与复盘结果;</w:t>
      </w:r>
    </w:p>
    <w:p>
      <w:pPr>
        <w:spacing w:before="100" w:after="200" w:line="360" w:lineRule="auto"/>
        <w:ind w:firstLine="576"/>
        <w:jc w:val="left"/>
      </w:pPr>
      <w:r>
        <w:rPr>
          <w:rFonts w:ascii="宋体" w:eastAsia="宋体" w:hAnsi="宋体"/>
          <w:sz w:val="28"/>
        </w:rPr>
        <w:t>4、根据内外部变化，策划有趣好玩的'创意活动，并完成创意项目的落地;</w:t>
      </w:r>
    </w:p>
    <w:p>
      <w:pPr>
        <w:spacing w:before="100" w:after="200" w:line="360" w:lineRule="auto"/>
        <w:ind w:firstLine="576"/>
        <w:jc w:val="left"/>
      </w:pPr>
      <w:r>
        <w:rPr>
          <w:rFonts w:ascii="宋体" w:eastAsia="宋体" w:hAnsi="宋体"/>
          <w:sz w:val="28"/>
        </w:rPr>
        <w:t>5、负责研究友商的活动与传播优秀玩法，定期输出总结并进行分享，能对现有活动与传播方式提出优化建议并推动落实;</w:t>
      </w:r>
    </w:p>
    <w:p>
      <w:pPr>
        <w:spacing w:before="100" w:after="200" w:line="360" w:lineRule="auto"/>
        <w:ind w:firstLine="576"/>
        <w:jc w:val="left"/>
      </w:pPr>
      <w:r>
        <w:rPr>
          <w:rFonts w:ascii="宋体" w:eastAsia="宋体" w:hAnsi="宋体"/>
          <w:sz w:val="28"/>
        </w:rPr>
        <w:t>6、积极参与团队合作，配合其他部门完成公司分配工作。</w:t>
      </w:r>
    </w:p>
    <w:p>
      <w:pPr>
        <w:spacing w:before="100" w:after="200" w:line="360" w:lineRule="auto"/>
        <w:ind w:firstLine="576"/>
        <w:jc w:val="left"/>
      </w:pPr>
      <w:r>
        <w:rPr>
          <w:rFonts w:ascii="宋体" w:eastAsia="宋体" w:hAnsi="宋体"/>
          <w:sz w:val="28"/>
        </w:rPr>
        <w:t>1.负责公司日常线下活动和年度大型活动的策划和执行，参与行业活动、沙龙、项目考察等活动的执行工作;</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2.项目前期的策划工作，资源的查找、问询、物料准备、人员联络及邀请;</w:t>
      </w:r>
    </w:p>
    <w:p>
      <w:pPr>
        <w:spacing w:before="100" w:after="200" w:line="360" w:lineRule="auto"/>
        <w:ind w:firstLine="576"/>
        <w:jc w:val="left"/>
      </w:pPr>
      <w:r>
        <w:rPr>
          <w:rFonts w:ascii="宋体" w:eastAsia="宋体" w:hAnsi="宋体"/>
          <w:sz w:val="28"/>
        </w:rPr>
        <w:t>3.活动中期的整体的项目执行、管理和调控工作等;</w:t>
      </w:r>
    </w:p>
    <w:p>
      <w:pPr>
        <w:spacing w:before="100" w:after="200" w:line="360" w:lineRule="auto"/>
        <w:ind w:firstLine="576"/>
        <w:jc w:val="left"/>
      </w:pPr>
      <w:r>
        <w:rPr>
          <w:rFonts w:ascii="宋体" w:eastAsia="宋体" w:hAnsi="宋体"/>
          <w:sz w:val="28"/>
        </w:rPr>
        <w:t>4.活动后期负责项目执行文档的整理以及活动反馈、活动效果评估报告、总结报告工作;</w:t>
      </w:r>
    </w:p>
    <w:p>
      <w:pPr>
        <w:spacing w:before="100" w:after="200" w:line="360" w:lineRule="auto"/>
        <w:ind w:firstLine="576"/>
        <w:jc w:val="left"/>
      </w:pPr>
      <w:r>
        <w:rPr>
          <w:rFonts w:ascii="宋体" w:eastAsia="宋体" w:hAnsi="宋体"/>
          <w:sz w:val="28"/>
        </w:rPr>
        <w:t>5.根据活动情况，可独立完成活动前期预算，并提供性价比最优方案;</w:t>
      </w:r>
    </w:p>
    <w:p>
      <w:pPr>
        <w:spacing w:before="100" w:after="200" w:line="360" w:lineRule="auto"/>
        <w:ind w:firstLine="576"/>
        <w:jc w:val="left"/>
      </w:pPr>
      <w:r>
        <w:rPr>
          <w:rFonts w:ascii="宋体" w:eastAsia="宋体" w:hAnsi="宋体"/>
          <w:sz w:val="28"/>
        </w:rPr>
        <w:t>6.能够完成基础层面的市场工作，包括行业市场调研、客户调研、竞争对手分析(负责设计问卷架构)等，并定期汇报调研结果，提出可行性建议;</w:t>
      </w:r>
    </w:p>
    <w:p>
      <w:pPr>
        <w:spacing w:before="100" w:after="200" w:line="360" w:lineRule="auto"/>
        <w:ind w:firstLine="576"/>
        <w:jc w:val="left"/>
      </w:pPr>
      <w:r>
        <w:rPr>
          <w:rFonts w:ascii="宋体" w:eastAsia="宋体" w:hAnsi="宋体"/>
          <w:sz w:val="28"/>
        </w:rPr>
        <w:t>7.能够独立完成销售数据整理，对统计出的数据等情况进行全面分析并给出结论;</w:t>
      </w:r>
    </w:p>
    <w:p>
      <w:pPr>
        <w:spacing w:before="100" w:after="200" w:line="360" w:lineRule="auto"/>
        <w:ind w:firstLine="576"/>
        <w:jc w:val="left"/>
      </w:pPr>
      <w:r>
        <w:rPr>
          <w:rFonts w:ascii="宋体" w:eastAsia="宋体" w:hAnsi="宋体"/>
          <w:sz w:val="28"/>
        </w:rPr>
        <w:t>8.内部协调工作，包括资源配置及协调、进度协调、人员协调等;</w:t>
      </w:r>
    </w:p>
    <w:p>
      <w:pPr>
        <w:spacing w:before="100" w:after="200" w:line="360" w:lineRule="auto"/>
        <w:ind w:firstLine="576"/>
        <w:jc w:val="left"/>
      </w:pPr>
      <w:r>
        <w:rPr>
          <w:rFonts w:ascii="宋体" w:eastAsia="宋体" w:hAnsi="宋体"/>
          <w:sz w:val="28"/>
        </w:rPr>
        <w:t>9.完成上级领导临时交办的工作任务。</w:t>
      </w:r>
    </w:p>
    <w:p>
      <w:pPr>
        <w:spacing w:before="100" w:after="200" w:line="360" w:lineRule="auto"/>
        <w:ind w:firstLine="576"/>
        <w:jc w:val="left"/>
      </w:pPr>
      <w:r>
        <w:rPr>
          <w:rFonts w:ascii="宋体" w:eastAsia="宋体" w:hAnsi="宋体"/>
          <w:sz w:val="28"/>
        </w:rPr>
        <w:t>1、负责完善和规范品牌规划（产品定位、推广计划、整改建议），保障产品的成功推广；</w:t>
      </w:r>
    </w:p>
    <w:p>
      <w:pPr>
        <w:spacing w:before="100" w:after="200" w:line="360" w:lineRule="auto"/>
        <w:ind w:firstLine="576"/>
        <w:jc w:val="left"/>
      </w:pPr>
      <w:r>
        <w:rPr>
          <w:rFonts w:ascii="宋体" w:eastAsia="宋体" w:hAnsi="宋体"/>
          <w:sz w:val="28"/>
        </w:rPr>
        <w:t>2、负责企业所有品牌综合数据分析及品牌发展建议；</w:t>
      </w:r>
    </w:p>
    <w:p>
      <w:pPr>
        <w:spacing w:before="100" w:after="200" w:line="360" w:lineRule="auto"/>
        <w:ind w:firstLine="576"/>
        <w:jc w:val="left"/>
      </w:pPr>
      <w:r>
        <w:rPr>
          <w:rFonts w:ascii="宋体" w:eastAsia="宋体" w:hAnsi="宋体"/>
          <w:sz w:val="28"/>
        </w:rPr>
        <w:t>3、负责产品相关文案（品名、产品背景、产品说明、产品描述）在互动中的合理运用；</w:t>
      </w:r>
    </w:p>
    <w:p>
      <w:pPr>
        <w:spacing w:before="100" w:after="200" w:line="360" w:lineRule="auto"/>
        <w:ind w:firstLine="576"/>
        <w:jc w:val="left"/>
      </w:pPr>
      <w:r>
        <w:rPr>
          <w:rFonts w:ascii="宋体" w:eastAsia="宋体" w:hAnsi="宋体"/>
          <w:sz w:val="28"/>
        </w:rPr>
        <w:t>4、负责线上、线下活动策划案和流程策划案；</w:t>
      </w:r>
    </w:p>
    <w:p>
      <w:pPr>
        <w:spacing w:before="100" w:after="200" w:line="360" w:lineRule="auto"/>
        <w:ind w:firstLine="576"/>
        <w:jc w:val="left"/>
      </w:pPr>
      <w:r>
        <w:rPr>
          <w:rFonts w:ascii="宋体" w:eastAsia="宋体" w:hAnsi="宋体"/>
          <w:sz w:val="28"/>
        </w:rPr>
        <w:t>5、负责配合项目负责人共同完成流程说明与活动岗位职责培训；</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6、负责产品的市场渠道开拓与引流工作，完成台每月业绩目标；</w:t>
      </w:r>
    </w:p>
    <w:p>
      <w:pPr>
        <w:spacing w:before="100" w:after="200" w:line="360" w:lineRule="auto"/>
        <w:ind w:firstLine="576"/>
        <w:jc w:val="left"/>
      </w:pPr>
      <w:r>
        <w:rPr>
          <w:rFonts w:ascii="宋体" w:eastAsia="宋体" w:hAnsi="宋体"/>
          <w:sz w:val="28"/>
        </w:rPr>
        <w:t>7、根据公司市场营销战略，提升销售价值，控制成本，扩大产品在所负责区域的引流效果，积极完成引流指标，扩大产品市场占有率；</w:t>
      </w:r>
    </w:p>
    <w:p>
      <w:pPr>
        <w:spacing w:before="100" w:after="200" w:line="360" w:lineRule="auto"/>
        <w:ind w:firstLine="576"/>
        <w:jc w:val="left"/>
      </w:pPr>
      <w:r>
        <w:rPr>
          <w:rFonts w:ascii="宋体" w:eastAsia="宋体" w:hAnsi="宋体"/>
          <w:sz w:val="28"/>
        </w:rPr>
        <w:t>8、维护和开拓新的异业渠道，自主开发及拓展上下游合作单位，并维护好合作关系；</w:t>
      </w:r>
    </w:p>
    <w:p>
      <w:pPr>
        <w:spacing w:before="100" w:after="200" w:line="360" w:lineRule="auto"/>
        <w:ind w:firstLine="576"/>
        <w:jc w:val="left"/>
      </w:pPr>
      <w:r>
        <w:rPr>
          <w:rFonts w:ascii="宋体" w:eastAsia="宋体" w:hAnsi="宋体"/>
          <w:sz w:val="28"/>
        </w:rPr>
        <w:t>9、收集行业的一线市场信息和相关用户意见，对公司营销策略、渠道开发、产品制定等提出参考意见；</w:t>
      </w:r>
    </w:p>
    <w:p>
      <w:pPr>
        <w:spacing w:before="100" w:after="200" w:line="360" w:lineRule="auto"/>
        <w:ind w:firstLine="576"/>
        <w:jc w:val="left"/>
      </w:pPr>
      <w:r>
        <w:rPr>
          <w:rFonts w:ascii="宋体" w:eastAsia="宋体" w:hAnsi="宋体"/>
          <w:sz w:val="28"/>
        </w:rPr>
        <w:t>11、配合执行渠道开发成本分析和控制方案；</w:t>
      </w:r>
    </w:p>
    <w:p>
      <w:pPr>
        <w:spacing w:before="100" w:after="200" w:line="360" w:lineRule="auto"/>
        <w:ind w:firstLine="576"/>
        <w:jc w:val="left"/>
      </w:pPr>
      <w:r>
        <w:rPr>
          <w:rFonts w:ascii="宋体" w:eastAsia="宋体" w:hAnsi="宋体"/>
          <w:sz w:val="28"/>
        </w:rPr>
        <w:t>12、在部门经理的领导下，配合市场部的其他工作，以达到业绩指标；</w:t>
      </w:r>
    </w:p>
    <w:p>
      <w:pPr>
        <w:spacing w:before="100" w:after="200" w:line="360" w:lineRule="auto"/>
        <w:ind w:firstLine="576"/>
        <w:jc w:val="left"/>
      </w:pPr>
      <w:r>
        <w:rPr>
          <w:rFonts w:ascii="宋体" w:eastAsia="宋体" w:hAnsi="宋体"/>
          <w:sz w:val="28"/>
        </w:rPr>
        <w:t>13、完成直接上级下达的其它工作任务。</w:t>
      </w:r>
    </w:p>
    <w:p>
      <w:pPr>
        <w:spacing w:before="100" w:after="200" w:line="360" w:lineRule="auto"/>
        <w:ind w:firstLine="576"/>
        <w:jc w:val="left"/>
      </w:pPr>
      <w:r>
        <w:rPr>
          <w:rFonts w:ascii="宋体" w:eastAsia="宋体" w:hAnsi="宋体"/>
          <w:sz w:val="28"/>
        </w:rPr>
        <w:t>1、根据项目实际情况制定相应的活动计划及方案;</w:t>
      </w:r>
    </w:p>
    <w:p>
      <w:pPr>
        <w:spacing w:before="100" w:after="200" w:line="360" w:lineRule="auto"/>
        <w:ind w:firstLine="576"/>
        <w:jc w:val="left"/>
      </w:pPr>
      <w:r>
        <w:rPr>
          <w:rFonts w:ascii="宋体" w:eastAsia="宋体" w:hAnsi="宋体"/>
          <w:sz w:val="28"/>
        </w:rPr>
        <w:t>2、负责市场活动文案的策划，创意，撰写;</w:t>
      </w:r>
    </w:p>
    <w:p>
      <w:pPr>
        <w:spacing w:before="100" w:after="200" w:line="360" w:lineRule="auto"/>
        <w:ind w:firstLine="576"/>
        <w:jc w:val="left"/>
      </w:pPr>
      <w:r>
        <w:rPr>
          <w:rFonts w:ascii="宋体" w:eastAsia="宋体" w:hAnsi="宋体"/>
          <w:sz w:val="28"/>
        </w:rPr>
        <w:t>3、负责各类活动的组织，执行，跟踪，总结;</w:t>
      </w:r>
    </w:p>
    <w:p>
      <w:pPr>
        <w:spacing w:before="100" w:after="200" w:line="360" w:lineRule="auto"/>
        <w:ind w:firstLine="576"/>
        <w:jc w:val="left"/>
      </w:pPr>
      <w:r>
        <w:rPr>
          <w:rFonts w:ascii="宋体" w:eastAsia="宋体" w:hAnsi="宋体"/>
          <w:sz w:val="28"/>
        </w:rPr>
        <w:t>4、制定各类活动的策划计划及活动策略。</w:t>
      </w:r>
    </w:p>
    <w:p>
      <w:pPr>
        <w:spacing w:before="100" w:after="200" w:line="360" w:lineRule="auto"/>
        <w:ind w:firstLine="576"/>
        <w:jc w:val="left"/>
      </w:pPr>
      <w:r>
        <w:rPr>
          <w:rFonts w:ascii="宋体" w:eastAsia="宋体" w:hAnsi="宋体"/>
          <w:sz w:val="28"/>
        </w:rPr>
        <w:t>5、策划执行过中小型线下产品地推活动</w:t>
      </w:r>
    </w:p>
    <w:p>
      <w:pPr>
        <w:spacing w:before="100" w:after="200" w:line="360" w:lineRule="auto"/>
        <w:ind w:firstLine="576"/>
        <w:jc w:val="left"/>
      </w:pPr>
      <w:r>
        <w:rPr>
          <w:rFonts w:ascii="宋体" w:eastAsia="宋体" w:hAnsi="宋体"/>
          <w:sz w:val="28"/>
        </w:rPr>
        <w:t>6、策划执行过中小型线上电商台推广活动</w:t>
      </w:r>
    </w:p>
    <w:p>
      <w:pPr>
        <w:spacing w:before="100" w:after="200" w:line="360" w:lineRule="auto"/>
        <w:ind w:firstLine="576"/>
        <w:jc w:val="left"/>
      </w:pPr>
      <w:r>
        <w:rPr>
          <w:rFonts w:ascii="宋体" w:eastAsia="宋体" w:hAnsi="宋体"/>
          <w:sz w:val="28"/>
        </w:rPr>
        <w:t>1.开发客户资源获取的渠道;</w:t>
      </w:r>
    </w:p>
    <w:p>
      <w:pPr>
        <w:spacing w:before="100" w:after="200" w:line="360" w:lineRule="auto"/>
        <w:ind w:firstLine="576"/>
        <w:jc w:val="left"/>
      </w:pPr>
      <w:r>
        <w:rPr>
          <w:rFonts w:ascii="宋体" w:eastAsia="宋体" w:hAnsi="宋体"/>
          <w:sz w:val="28"/>
        </w:rPr>
        <w:t>2.负责中心校区市场拓展，活动策划及组织实施，达到品牌宣传效果;</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3.负责开拓更多的市场推广渠道，洽谈可合作商家;</w:t>
      </w:r>
    </w:p>
    <w:p>
      <w:pPr>
        <w:spacing w:before="100" w:after="200" w:line="360" w:lineRule="auto"/>
        <w:ind w:firstLine="576"/>
        <w:jc w:val="left"/>
      </w:pPr>
      <w:r>
        <w:rPr>
          <w:rFonts w:ascii="宋体" w:eastAsia="宋体" w:hAnsi="宋体"/>
          <w:sz w:val="28"/>
        </w:rPr>
        <w:t>4.分析评估各渠道的有效性，及时调整后续计划;</w:t>
      </w:r>
    </w:p>
    <w:p>
      <w:pPr>
        <w:spacing w:before="100" w:after="200" w:line="360" w:lineRule="auto"/>
        <w:ind w:firstLine="576"/>
        <w:jc w:val="left"/>
      </w:pPr>
      <w:r>
        <w:rPr>
          <w:rFonts w:ascii="宋体" w:eastAsia="宋体" w:hAnsi="宋体"/>
          <w:sz w:val="28"/>
        </w:rPr>
        <w:t>5.制定及执行中心具体市场方案，并作市场方案的有效性分析(包括线上、线下，小区拓展，跨业合作，广告投放等);</w:t>
      </w:r>
    </w:p>
    <w:p>
      <w:pPr>
        <w:spacing w:before="100" w:after="200" w:line="360" w:lineRule="auto"/>
        <w:ind w:firstLine="576"/>
        <w:jc w:val="left"/>
      </w:pPr>
      <w:r>
        <w:rPr>
          <w:rFonts w:ascii="宋体" w:eastAsia="宋体" w:hAnsi="宋体"/>
          <w:sz w:val="28"/>
        </w:rPr>
        <w:t>6.合理调动中心资源，组织市场活动(会员活动及拓展市场活动);</w:t>
      </w:r>
    </w:p>
    <w:p>
      <w:pPr>
        <w:spacing w:before="100" w:after="200" w:line="360" w:lineRule="auto"/>
        <w:ind w:firstLine="576"/>
        <w:jc w:val="left"/>
      </w:pPr>
      <w:r>
        <w:rPr>
          <w:rFonts w:ascii="宋体" w:eastAsia="宋体" w:hAnsi="宋体"/>
          <w:sz w:val="28"/>
        </w:rPr>
        <w:t>7.配合运营公司市场推广部相关工作。</w:t>
      </w:r>
    </w:p>
    <w:p>
      <w:pPr>
        <w:spacing w:before="100" w:after="200" w:line="360" w:lineRule="auto"/>
        <w:ind w:firstLine="576"/>
        <w:jc w:val="left"/>
      </w:pPr>
      <w:r>
        <w:rPr>
          <w:rFonts w:ascii="宋体" w:eastAsia="宋体" w:hAnsi="宋体"/>
          <w:sz w:val="28"/>
        </w:rPr>
        <w:t>1、负责根据线上业务需求，策划制定大型主题、节日类活动执行方案，并实施，增加用户活跃度。</w:t>
      </w:r>
    </w:p>
    <w:p>
      <w:pPr>
        <w:spacing w:before="100" w:after="200" w:line="360" w:lineRule="auto"/>
        <w:ind w:firstLine="576"/>
        <w:jc w:val="left"/>
      </w:pPr>
      <w:r>
        <w:rPr>
          <w:rFonts w:ascii="宋体" w:eastAsia="宋体" w:hAnsi="宋体"/>
          <w:sz w:val="28"/>
        </w:rPr>
        <w:t>2、负责根据各方资源制定富有创意、迎合热点的活动策划，提升用户参与度和网站用户相关数据量的提升</w:t>
      </w:r>
    </w:p>
    <w:p>
      <w:pPr>
        <w:spacing w:before="100" w:after="200" w:line="360" w:lineRule="auto"/>
        <w:ind w:firstLine="576"/>
        <w:jc w:val="left"/>
      </w:pPr>
      <w:r>
        <w:rPr>
          <w:rFonts w:ascii="宋体" w:eastAsia="宋体" w:hAnsi="宋体"/>
          <w:sz w:val="28"/>
        </w:rPr>
        <w:t>3、负责将活动策划方案转化为具体的执行方案，细化工作流程，跟踪项目的执行过程，保障项目的顺利完成</w:t>
      </w:r>
    </w:p>
    <w:p>
      <w:pPr>
        <w:spacing w:before="100" w:after="200" w:line="360" w:lineRule="auto"/>
        <w:ind w:firstLine="576"/>
        <w:jc w:val="left"/>
      </w:pPr>
      <w:r>
        <w:rPr>
          <w:rFonts w:ascii="宋体" w:eastAsia="宋体" w:hAnsi="宋体"/>
          <w:sz w:val="28"/>
        </w:rPr>
        <w:t>4、结合产品、用户需求、节日、热点事件等，策划并撰写线下活动方案</w:t>
      </w:r>
    </w:p>
    <w:p>
      <w:pPr>
        <w:spacing w:before="100" w:after="200" w:line="360" w:lineRule="auto"/>
        <w:ind w:firstLine="576"/>
        <w:jc w:val="left"/>
      </w:pPr>
      <w:r>
        <w:rPr>
          <w:rFonts w:ascii="宋体" w:eastAsia="宋体" w:hAnsi="宋体"/>
          <w:sz w:val="28"/>
        </w:rPr>
        <w:t>5、定期举行长江流域重点目标城市的线下产品说明会，扩大台影响力</w:t>
      </w:r>
    </w:p>
    <w:p>
      <w:pPr>
        <w:spacing w:before="100" w:after="200" w:line="360" w:lineRule="auto"/>
        <w:ind w:firstLine="576"/>
        <w:jc w:val="left"/>
      </w:pPr>
      <w:r>
        <w:rPr>
          <w:rFonts w:ascii="宋体" w:eastAsia="宋体" w:hAnsi="宋体"/>
          <w:sz w:val="28"/>
        </w:rPr>
        <w:t>6、在活动执行与服务环节提供有效支持，确保活动顺利执行与客户满意</w:t>
      </w:r>
    </w:p>
    <w:p>
      <w:pPr>
        <w:spacing w:before="100" w:after="200" w:line="360" w:lineRule="auto"/>
        <w:ind w:firstLine="576"/>
        <w:jc w:val="left"/>
      </w:pPr>
      <w:r>
        <w:rPr>
          <w:rFonts w:ascii="宋体" w:eastAsia="宋体" w:hAnsi="宋体"/>
          <w:sz w:val="28"/>
        </w:rPr>
        <w:t>7、负责做好各类线上活动的效果评估以及活动项目的预算和成本控制工作</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1独立策划微商城活动，定期与粉丝互动，懂有赞商城运营</w:t>
      </w:r>
    </w:p>
    <w:p>
      <w:pPr>
        <w:spacing w:before="100" w:after="200" w:line="360" w:lineRule="auto"/>
        <w:ind w:firstLine="576"/>
        <w:jc w:val="left"/>
      </w:pPr>
      <w:r>
        <w:rPr>
          <w:rFonts w:ascii="宋体" w:eastAsia="宋体" w:hAnsi="宋体"/>
          <w:sz w:val="28"/>
        </w:rPr>
        <w:t>2负责商城的运营和管理，包括产品上下架、商品管理活动设置运营及后台操作等</w:t>
      </w:r>
    </w:p>
    <w:p>
      <w:pPr>
        <w:spacing w:before="100" w:after="200" w:line="360" w:lineRule="auto"/>
        <w:ind w:firstLine="576"/>
        <w:jc w:val="left"/>
      </w:pPr>
      <w:r>
        <w:rPr>
          <w:rFonts w:ascii="宋体" w:eastAsia="宋体" w:hAnsi="宋体"/>
          <w:sz w:val="28"/>
        </w:rPr>
        <w:t>3及时掌握运营规则，了解第三方插件等工具及应用营销手段</w:t>
      </w:r>
    </w:p>
    <w:p>
      <w:pPr>
        <w:spacing w:before="100" w:after="200" w:line="360" w:lineRule="auto"/>
        <w:ind w:firstLine="576"/>
        <w:jc w:val="left"/>
      </w:pPr>
      <w:r>
        <w:rPr>
          <w:rFonts w:ascii="宋体" w:eastAsia="宋体" w:hAnsi="宋体"/>
          <w:sz w:val="28"/>
        </w:rPr>
        <w:t>4提高粉丝活跃度及参与度，对粉丝的网络行为进行分析和总结，加强客户黏度</w:t>
      </w:r>
    </w:p>
    <w:p>
      <w:pPr>
        <w:spacing w:before="100" w:after="200" w:line="360" w:lineRule="auto"/>
        <w:ind w:firstLine="576"/>
        <w:jc w:val="left"/>
      </w:pPr>
      <w:r>
        <w:rPr>
          <w:rFonts w:ascii="宋体" w:eastAsia="宋体" w:hAnsi="宋体"/>
          <w:sz w:val="28"/>
        </w:rPr>
        <w:t>5增大商城流量提高转化率</w:t>
      </w:r>
    </w:p>
    <w:p>
      <w:pPr>
        <w:spacing w:before="100" w:after="200" w:line="360" w:lineRule="auto"/>
        <w:ind w:firstLine="576"/>
        <w:jc w:val="left"/>
      </w:pPr>
      <w:r>
        <w:rPr>
          <w:rFonts w:ascii="宋体" w:eastAsia="宋体" w:hAnsi="宋体"/>
          <w:sz w:val="28"/>
        </w:rPr>
        <w:t>6定期监控数据，营销数据，交易数据商品管理，会员管理等对活动效果进行跟踪、评估，及时提出营销改进措施</w:t>
      </w:r>
    </w:p>
    <w:p>
      <w:pPr>
        <w:spacing w:before="100" w:after="200" w:line="360" w:lineRule="auto"/>
        <w:ind w:firstLine="576"/>
        <w:jc w:val="left"/>
      </w:pPr>
      <w:r>
        <w:rPr>
          <w:rFonts w:ascii="宋体" w:eastAsia="宋体" w:hAnsi="宋体"/>
          <w:sz w:val="28"/>
        </w:rPr>
        <w:t>1.协助上级制定品牌活动的策略和计划，规划品牌发展方式，并进行相应的实施</w:t>
      </w:r>
    </w:p>
    <w:p>
      <w:pPr>
        <w:spacing w:before="100" w:after="200" w:line="360" w:lineRule="auto"/>
        <w:ind w:firstLine="576"/>
        <w:jc w:val="left"/>
      </w:pPr>
      <w:r>
        <w:rPr>
          <w:rFonts w:ascii="宋体" w:eastAsia="宋体" w:hAnsi="宋体"/>
          <w:sz w:val="28"/>
        </w:rPr>
        <w:t>2.负责研究市场的宏观方面的信息，包含市场动态，竞争品牌动向，产品与市场信息</w:t>
      </w:r>
    </w:p>
    <w:p>
      <w:pPr>
        <w:spacing w:before="100" w:after="200" w:line="360" w:lineRule="auto"/>
        <w:ind w:firstLine="576"/>
        <w:jc w:val="left"/>
      </w:pPr>
      <w:r>
        <w:rPr>
          <w:rFonts w:ascii="宋体" w:eastAsia="宋体" w:hAnsi="宋体"/>
          <w:sz w:val="28"/>
        </w:rPr>
        <w:t>3.参与制定年，季，月度市场推广方案并督导，执行。</w:t>
      </w:r>
    </w:p>
    <w:p>
      <w:pPr>
        <w:spacing w:before="100" w:after="200" w:line="360" w:lineRule="auto"/>
        <w:ind w:firstLine="576"/>
        <w:jc w:val="left"/>
      </w:pPr>
      <w:r>
        <w:rPr>
          <w:rFonts w:ascii="宋体" w:eastAsia="宋体" w:hAnsi="宋体"/>
          <w:sz w:val="28"/>
        </w:rPr>
        <w:t>4.能够独立完成市场推广策划方案，推广方案，方案设计报告的撰写;</w:t>
      </w:r>
    </w:p>
    <w:p>
      <w:pPr>
        <w:spacing w:before="100" w:after="200" w:line="360" w:lineRule="auto"/>
        <w:ind w:firstLine="576"/>
        <w:jc w:val="left"/>
      </w:pPr>
      <w:r>
        <w:rPr>
          <w:rFonts w:ascii="宋体" w:eastAsia="宋体" w:hAnsi="宋体"/>
          <w:sz w:val="28"/>
        </w:rPr>
        <w:t>5.协调公司内部的运作实施，并完成品牌，产品推广的效果评告，提出改进方案</w:t>
      </w:r>
    </w:p>
    <w:p>
      <w:pPr>
        <w:spacing w:before="100" w:after="200" w:line="360" w:lineRule="auto"/>
        <w:ind w:firstLine="576"/>
        <w:jc w:val="left"/>
      </w:pPr>
      <w:r>
        <w:rPr>
          <w:rFonts w:ascii="宋体" w:eastAsia="宋体" w:hAnsi="宋体"/>
          <w:sz w:val="28"/>
        </w:rPr>
        <w:t>1、负责广告，活动，客户联络等，牢记BMW集团推荐的方案建议，计算成本和评估利润;</w:t>
      </w:r>
    </w:p>
    <w:p>
      <w:pPr>
        <w:spacing w:before="100" w:after="200" w:line="360" w:lineRule="auto"/>
        <w:ind w:firstLine="576"/>
        <w:jc w:val="left"/>
      </w:pPr>
      <w:r>
        <w:rPr>
          <w:rFonts w:ascii="宋体" w:eastAsia="宋体" w:hAnsi="宋体"/>
          <w:sz w:val="28"/>
        </w:rPr>
        <w:t>3、组织并开展广告活动(可与广告公司合作);</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https://d.book118.com/458074101107006046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58074101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