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  <w:jc w:val="center"/>
      </w:pPr>
      <w:r>
        <w:rPr>
          <w:rFonts w:ascii="宋体" w:eastAsia="宋体" w:hAnsi="宋体"/>
          <w:sz w:val="36"/>
        </w:rPr>
        <w:t>安全警示标语范文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1.生命第一，预防溺水。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2.珍爱生命，远离溺水;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3.珍爱生命，远离危险水域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4.生命仅一次，水火无情谊。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5.水中非天堂，涉水请慎重!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6.珍爱生命，远离危险水域。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7.珍爱生命，坚决不下水游泳。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8.增强防溺意识，绽放生命光芒!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9.生命至高无上，学生安全第一!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10.家长是孩子健康成长的监护人。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11.教育与监管孩子不去河边玩耍。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12.生命只有一次，安全伴君一生;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13.溺水事故揪人心，下水游泳不安宁。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14.齐抓共管，联防联动，严防溺水事故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15.严密防范，坚决遏制学生溺水事故发生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16.加强领导，切实落实预防溺水安全措施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17.珍爱生命谨防溺水，远离危险平安成长。</w:t>
      </w:r>
    </w:p>
    <w:p>
      <w:pPr>
        <w:spacing w:before="100" w:after="200" w:line="360" w:lineRule="auto"/>
        <w:ind w:firstLine="576"/>
        <w:jc w:val="left"/>
        <w:sectPr w:rsidSect="00034616">
          <w:pgSz w:w="11906" w:h="16838"/>
          <w:pgMar w:top="1440" w:right="1440" w:bottom="1440" w:left="1440" w:header="720" w:footer="720" w:gutter="0"/>
          <w:cols w:space="720"/>
          <w:docGrid w:linePitch="360"/>
        </w:sectPr>
      </w:pPr>
      <w:r>
        <w:rPr>
          <w:rFonts w:ascii="宋体" w:eastAsia="宋体" w:hAnsi="宋体"/>
          <w:sz w:val="28"/>
        </w:rPr>
        <w:t>18.此处发生溺水起，至今未看溺水者上岸。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19.强化教育，增强青少年儿童的安全意识。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20.关爱生命旅程，预防溺水，注意交通安全。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1、你的远光，刺眼中带伤。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2、小驴还小，载不动两个人；生命可贵，不会有第二次。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3、宁可多绕一个圈，也不多冒一次险。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4、顺我者昌，逆我者伤。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5、超载，就是在给生命加速。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6、停下的这一步，是文明的一大步。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7、天堂不远，超速就到。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8、吾日三省吾身，减速、慢行、注意行人。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9、开车多谨慎，事故少发生。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10、人生无捷径，开车需顺行。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11、你绕行的身影，美如春华秋实。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12、请减速转弯，小心转角遇到“爱”！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13、这个转角需慢行，不要幻想遇到“爱”。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14、知否知否，此处禁止停车。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1、“让”出平安，“抢”出祸端。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2、爱妻爱子爱家庭，无视交规等于零。</w:t>
      </w:r>
    </w:p>
    <w:p>
      <w:pPr>
        <w:spacing w:before="100" w:after="200" w:line="360" w:lineRule="auto"/>
        <w:ind w:firstLine="576"/>
        <w:jc w:val="left"/>
        <w:sectPr w:rsidSect="00034616">
          <w:type w:val="nextPage"/>
          <w:pgSz w:w="11906" w:h="16838"/>
          <w:pgMar w:top="1440" w:right="1440" w:bottom="1440" w:left="1440" w:header="720" w:footer="720" w:gutter="0"/>
          <w:pgNumType w:start="2"/>
          <w:cols w:space="720"/>
          <w:titlePg w:val="0"/>
          <w:docGrid w:linePitch="360"/>
        </w:sectPr>
      </w:pPr>
      <w:r>
        <w:rPr>
          <w:rFonts w:ascii="宋体" w:eastAsia="宋体" w:hAnsi="宋体"/>
          <w:sz w:val="28"/>
        </w:rPr>
        <w:t>3、安全是生命之本，违章是事故之源。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4、安全来自警惕，事故出于麻痹。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5、“三超”为过，三思而行。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6、安全与守法同在，事故与违法相随。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7、安全意识随时都要有，因为事故没有休息时间。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8、安全在于心细，事故出在麻痹。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9、不讲卫生要生病，不讲安全要送命。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10、超速行驶，你错过的不仅是沿途的风景。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11、超速行驶是抢占死亡线。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12、超速行为是交通祸根开始，侥幸心理是交通事故源头。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13、超越的是速度，失去的是安全。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14、车祸猛如虎，安全胜万金。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15、车可修复，人无来生。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16、车辆超载一吨，危险增加十分。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17、穿马路越护栏，不守法是隐患。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18、道路千万条，安全第一条。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19、赌，败家的源头；酒，肇事的祸首。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20、多拉快跑，凶多吉少。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21、多拉快跑辛辛苦苦，出了事故两手空空。</w:t>
      </w:r>
    </w:p>
    <w:p>
      <w:pPr>
        <w:spacing w:before="100" w:after="200" w:line="360" w:lineRule="auto"/>
        <w:ind w:firstLine="576"/>
        <w:jc w:val="left"/>
        <w:sectPr w:rsidSect="00034616">
          <w:type w:val="nextPage"/>
          <w:pgSz w:w="11906" w:h="16838"/>
          <w:pgMar w:top="1440" w:right="1440" w:bottom="1440" w:left="1440" w:header="720" w:footer="720" w:gutter="0"/>
          <w:pgNumType w:start="3"/>
          <w:cols w:space="720"/>
          <w:titlePg w:val="0"/>
          <w:docGrid w:linePitch="360"/>
        </w:sectPr>
      </w:pPr>
      <w:r>
        <w:rPr>
          <w:rFonts w:ascii="宋体" w:eastAsia="宋体" w:hAnsi="宋体"/>
          <w:sz w:val="28"/>
        </w:rPr>
        <w:t>22、多一分侥幸多一分危险，多一分自觉多一分平安。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23、飞速行车乐一时，一朝落马毁终生。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24、护栏保安全，翻越最危险。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25、红灯短暂，生命无限。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26、谨慎驾驶千趟少，大意行车一回多。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27、酒后驾车，生命打折。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28、酒后骑摩托也违法。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29、开车心态要平和，斗气别车要不得。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30、居安思危危自小，有备无患患可除。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31、开动超载车子，种下危险种子。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32、快车乐一时，祸起痛一生。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33、莫道行车易，违章难平安。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34、逆向行驶很危险。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35、农用车载人：危险！违法！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36、疲劳驾驶事故多，莫让亲人泪成河。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37、抢行痛快一阵子，出事悔恨一辈子。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38、亲人翘首望，盼你安全归。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39、母念妻等娇儿盼，愿君平安把家还。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40、请勿饮酒驾车，酒后驾车危险。</w:t>
      </w:r>
    </w:p>
    <w:p>
      <w:pPr>
        <w:spacing w:before="100" w:after="200" w:line="360" w:lineRule="auto"/>
        <w:ind w:firstLine="576"/>
        <w:jc w:val="left"/>
        <w:sectPr w:rsidSect="00034616">
          <w:type w:val="nextPage"/>
          <w:pgSz w:w="11906" w:h="16838"/>
          <w:pgMar w:top="1440" w:right="1440" w:bottom="1440" w:left="1440" w:header="720" w:footer="720" w:gutter="0"/>
          <w:pgNumType w:start="4"/>
          <w:cols w:space="720"/>
          <w:titlePg w:val="0"/>
          <w:docGrid w:linePitch="360"/>
        </w:sectPr>
      </w:pPr>
      <w:r>
        <w:rPr>
          <w:rFonts w:ascii="宋体" w:eastAsia="宋体" w:hAnsi="宋体"/>
          <w:sz w:val="28"/>
        </w:rPr>
        <w:t>41、全车安危系一身，疲劳驾驶要不得。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42、三双筷子三只碗，爱妻娇儿盼团圆。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43、生命没有回头路，事故没有后悔药。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44、十次事故九次快，人身安全当自爱。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45、十次事故九次快，为了安全别图快。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46、十次肇事九次快，摩托车族当自爱。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47、十字路口易闯祸，一慢二看三通过。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48、虽为坦途，超速者戒；纵有捷径，乱穿者止。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49、贪恋一口酒，祸害一家人。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50、停让躲慢要果断，犹豫不决出祸端。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51、威风不在车速高，安全才是第一招。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52、违法超载的重罚，酒后驾车害人害己。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53、违章超载，得不偿失。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54、无证驾驶，害人害己。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55、心存侥幸，必遭不幸。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56、一丝不苟保安全，半分疏忽生祸端。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57、一停二看三通过，麻痹大意是灾祸。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58、有酒即无舵，早晚要闯祸。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59、欲速不达，欲超不安。</w:t>
      </w:r>
    </w:p>
    <w:p>
      <w:pPr>
        <w:spacing w:before="100" w:after="200" w:line="360" w:lineRule="auto"/>
        <w:ind w:firstLine="576"/>
        <w:jc w:val="left"/>
        <w:sectPr w:rsidSect="00034616">
          <w:type w:val="nextPage"/>
          <w:pgSz w:w="11906" w:h="16838"/>
          <w:pgMar w:top="1440" w:right="1440" w:bottom="1440" w:left="1440" w:header="720" w:footer="720" w:gutter="0"/>
          <w:pgNumType w:start="5"/>
          <w:cols w:space="720"/>
          <w:titlePg w:val="0"/>
          <w:docGrid w:linePitch="360"/>
        </w:sectPr>
      </w:pPr>
      <w:r>
        <w:rPr>
          <w:rFonts w:ascii="宋体" w:eastAsia="宋体" w:hAnsi="宋体"/>
          <w:sz w:val="28"/>
        </w:rPr>
        <w:t>60、支线让干线，抢行起祸端。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61、醉（罪）在酒中，毁（悔）在杯中。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62、醉人驾车，易成罪人。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1、向科学技术要安全，向安全学习要效益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2、放过一次违章作业，等于为十次事故开绿灯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3、严是爱，松是害，疏忽大意事故来。严是爱，松是害，保障安全利三代。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4、疏忽一时，痛苦是世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5、为了您全家幸福，请注意安全学习。为了您和他人的幸福，处处时时注意安全。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6、宁可千日慎重，不可一时大意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7、违章指挥危险大，害人害己害大家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8、学习再忙，安全不忘，人命关天，安全在先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9、加强劳动人员保护工作就是保护学习力。保护职工的安全健康是企业的头等大事。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10、杜绝违章指挥，杜绝违章作业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11、为了您和他人的家庭幸福，请时刻注意施工安全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12、反违章、除隐患、保安全、促学习。创造一个良好的安全学习环境。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13、安全学习常抓不懈，抓而不紧，等于不抓。</w:t>
      </w:r>
    </w:p>
    <w:p>
      <w:pPr>
        <w:spacing w:before="100" w:after="200" w:line="360" w:lineRule="auto"/>
        <w:ind w:firstLine="576"/>
        <w:jc w:val="left"/>
        <w:sectPr w:rsidSect="00034616">
          <w:type w:val="nextPage"/>
          <w:pgSz w:w="11906" w:h="16838"/>
          <w:pgMar w:top="1440" w:right="1440" w:bottom="1440" w:left="1440" w:header="720" w:footer="720" w:gutter="0"/>
          <w:pgNumType w:start="6"/>
          <w:cols w:space="720"/>
          <w:titlePg w:val="0"/>
          <w:docGrid w:linePitch="360"/>
        </w:sectPr>
      </w:pPr>
      <w:r>
        <w:rPr>
          <w:rFonts w:ascii="宋体" w:eastAsia="宋体" w:hAnsi="宋体"/>
          <w:sz w:val="28"/>
        </w:rPr>
        <w:t>14、安全创造幸福，疏忽带来痛苦。安全就是效益，安全就是幸福。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15、安全帽必须戴，防止坠物掉下来。安全带是个宝，高空保险不能少。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16、宁可停工停产，绝不违章冒险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17、不要伤害他人，不要伤害自己，不要被他人伤害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18、实行标准化作业，推广安全系统工程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19、落实安全学习责任制，搞好安全确认联保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20、检修设备要挂牌，停电以后再接线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21、执行操作规程，防止大小事故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22、严是爱，松是害，发生事故坑二代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23、人命关天，安全第一、安全第一，防灾防损。力保安全，促进安全。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24、倡导弘扬安全文化，提高全民安全素质以及安全文化知识，提高人民安康水平。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25、搞好安全学习工作，树立企业安全形象。改善职工劳动条件，促进安全文明学习。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26、违章作业危险大，安全学习人人夸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27、防止火灾，消除隐患。公共场所，严防火灾。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28、安全来自长期警惕，事故源于瞬间麻痹</w:t>
      </w:r>
    </w:p>
    <w:p>
      <w:pPr>
        <w:spacing w:before="100" w:after="200" w:line="360" w:lineRule="auto"/>
        <w:ind w:firstLine="576"/>
        <w:jc w:val="left"/>
        <w:sectPr w:rsidSect="00034616">
          <w:type w:val="nextPage"/>
          <w:pgSz w:w="11906" w:h="16838"/>
          <w:pgMar w:top="1440" w:right="1440" w:bottom="1440" w:left="1440" w:header="720" w:footer="720" w:gutter="0"/>
          <w:pgNumType w:start="7"/>
          <w:cols w:space="720"/>
          <w:titlePg w:val="0"/>
          <w:docGrid w:linePitch="360"/>
        </w:sectPr>
      </w:pPr>
      <w:r>
        <w:rPr>
          <w:rFonts w:ascii="宋体" w:eastAsia="宋体" w:hAnsi="宋体"/>
          <w:sz w:val="28"/>
        </w:rPr>
        <w:t>29、安全警钟长鸣，职工家庭幸福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30、积极行动起来，开展“安全学习周”活动。深入贯彻“安全第一，预防为主”的方针。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31、严格规章制度，确保施工安全。治理事故隐患，监督危险作业。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32、执行劳动安全法规，搞好安全学习工作。加强职工劳动保护，人人学会保护自己。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33、严禁违章操作，确保安全学习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34、安全规程系生命，自觉遵守是保障。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35、违章操作等于自杀，违章指挥等于杀人，违章不纠等于帮凶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36、安全在你脚下，安全在你手中。安全伴着幸福，安全创造财富。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37、自觉遵守各项安全学习规章制度是劳动者的义务和职责。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38、提高全民安全意识，养成遵章守纪美德。宣传安全文化知识，推动安全文明学习。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39、安全是关系社会安定、经济发展的大事。强化安全学习管理，保护职工的安全与健康。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40、安全、舒适、长寿是当代人民的追求。重视安全、关心安全、为安全献力。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41、麻痹大意，丧失警惕是安全学习的大敌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42、事事注意安全，处处防止事故</w:t>
      </w:r>
    </w:p>
    <w:p>
      <w:pPr>
        <w:spacing w:before="100" w:after="200" w:line="360" w:lineRule="auto"/>
        <w:ind w:firstLine="576"/>
        <w:jc w:val="left"/>
        <w:sectPr w:rsidSect="00034616">
          <w:type w:val="nextPage"/>
          <w:pgSz w:w="11906" w:h="16838"/>
          <w:pgMar w:top="1440" w:right="1440" w:bottom="1440" w:left="1440" w:header="720" w:footer="720" w:gutter="0"/>
          <w:pgNumType w:start="8"/>
          <w:cols w:space="720"/>
          <w:titlePg w:val="0"/>
          <w:docGrid w:linePitch="360"/>
        </w:sectPr>
      </w:pPr>
      <w:r>
        <w:rPr>
          <w:rFonts w:ascii="宋体" w:eastAsia="宋体" w:hAnsi="宋体"/>
          <w:sz w:val="28"/>
        </w:rPr>
        <w:t>43、安全文化是企业文化建设的基础，安全文化是企业文化的组成部分。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44、普及消防知识，增强防火观念。注意安全用电，防止触电事故。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45、先安全后学习，不安全不学习。安全在你脚下，安全在你手中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1.遵守消防法规是每个公民的义务。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2.保护森林，"火"速离开。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3.北国之春，无火才美;秋色迷人，有火皆愁。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4.智者选择安全，愚者诅咒不幸。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5.责任重于泰山消防连着你我他平安幸福靠大家。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6.防火记心间，一生保平安。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7.消除火患，造福后代。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8.防火细节在于一点一滴，安全意识，心存每时每刻。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9.安全防火，人人有责。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10.保护环境是每一个公民应尽的义务。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11.消防安全不可忘，楼道里面要通畅。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12.消防安全人人抓，预防火灾靠大家。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13.消防安全是关系社会稳定、经济发展的大事。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14.掌握消防常识，遵守消防法规。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15.珍爱生命从防火做起，杜绝火患从自我做起。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16.珍惜生命，远离火患。</w:t>
      </w:r>
    </w:p>
    <w:p>
      <w:pPr>
        <w:spacing w:before="100" w:after="200" w:line="360" w:lineRule="auto"/>
        <w:ind w:firstLine="576"/>
        <w:jc w:val="left"/>
        <w:sectPr w:rsidSect="00034616">
          <w:type w:val="nextPage"/>
          <w:pgSz w:w="11906" w:h="16838"/>
          <w:pgMar w:top="1440" w:right="1440" w:bottom="1440" w:left="1440" w:header="720" w:footer="720" w:gutter="0"/>
          <w:pgNumType w:start="9"/>
          <w:cols w:space="720"/>
          <w:titlePg w:val="0"/>
          <w:docGrid w:linePitch="360"/>
        </w:sectPr>
      </w:pPr>
      <w:r>
        <w:rPr>
          <w:rFonts w:ascii="宋体" w:eastAsia="宋体" w:hAnsi="宋体"/>
          <w:sz w:val="28"/>
        </w:rPr>
        <w:t>17.执行消防安全法规，搞好安全生产工作。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18.注意防火别放松，免得大火一场空。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19.消防安全是一种责任，为己为家为他人。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20.消防安全是职工的生命线，职工是消防安全的负责人。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1、护栏保安全，翻越最危险。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2、驶上高速路，莫要抢速度。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3、和谐泉州万家恢，文明交通一路平安。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4、麻痹，安全的天敌；谨慎，事故的克星。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5、高高兴兴出门，平平安安回家。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6、你不争我不争，交通事故不发生。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7、风景在行车的路上，最美是你我的礼让！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9、开车酒不沾，家就平安；酒“若”穿肠过，开车就出错。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10、慢一点不要急，平安生活是福气，挤一点不要慌，互相礼让才宽敞！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11、平安藏心间，礼让应率先。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12、驶上高速路，莫要抢速度。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13、途中无事故，等于高速路。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14、护栏保安全，翻越最危险。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15、温馨红黄绿，和谐人车路。</w:t>
      </w:r>
    </w:p>
    <w:p>
      <w:pPr>
        <w:spacing w:before="100" w:after="200" w:line="360" w:lineRule="auto"/>
        <w:ind w:firstLine="576"/>
        <w:jc w:val="left"/>
        <w:sectPr w:rsidSect="00034616">
          <w:type w:val="nextPage"/>
          <w:pgSz w:w="11906" w:h="16838"/>
          <w:pgMar w:top="1440" w:right="1440" w:bottom="1440" w:left="1440" w:header="720" w:footer="720" w:gutter="0"/>
          <w:pgNumType w:start="10"/>
          <w:cols w:space="720"/>
          <w:titlePg w:val="0"/>
          <w:docGrid w:linePitch="360"/>
        </w:sectPr>
      </w:pPr>
      <w:r>
        <w:rPr>
          <w:rFonts w:ascii="宋体" w:eastAsia="宋体" w:hAnsi="宋体"/>
          <w:sz w:val="28"/>
        </w:rPr>
        <w:t>16、高高兴兴出门，平平安安回家。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17、你不争我不争，交通事故不发生。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18、交通法规要知晓，出行常伴吉祥鸟！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19、心急不吃热豆，开车不开英雄车。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20、礼让为先人人敬，强超抢会是祸根。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1、加强安全管理，构建和谐校园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2、高高兴兴上学来，平平安安回家去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3、珍爱宝贵生命，拒绝交通违法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4、红灯停绿灯行，横过马路请走斑马线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5、关爱生命，安全出行，从我做起，从小做起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6、乘文明车，走文明路，做文明人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7、马路嬉戏危险多，交通安全最重要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8、抓好“平安校园”建设，搞好交通安全教育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9、学习是首要，安全更重要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10、安全伴我在校园，我把安全带回家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11、甜蜜的家盼着你平安归来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12、人人讲安全，事事为安全；时时想安全，处处要安全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13、实线、虚线、斑马线，都是生命安全线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14、无限风光在险峰，学生安全莫放松</w:t>
      </w:r>
    </w:p>
    <w:p>
      <w:pPr>
        <w:spacing w:before="100" w:after="200" w:line="360" w:lineRule="auto"/>
        <w:ind w:firstLine="576"/>
        <w:jc w:val="left"/>
        <w:sectPr w:rsidSect="00034616">
          <w:type w:val="nextPage"/>
          <w:pgSz w:w="11906" w:h="16838"/>
          <w:pgMar w:top="1440" w:right="1440" w:bottom="1440" w:left="1440" w:header="720" w:footer="720" w:gutter="0"/>
          <w:pgNumType w:start="11"/>
          <w:cols w:space="720"/>
          <w:titlePg w:val="0"/>
          <w:docGrid w:linePitch="360"/>
        </w:sectPr>
      </w:pPr>
      <w:r>
        <w:rPr>
          <w:rFonts w:ascii="宋体" w:eastAsia="宋体" w:hAnsi="宋体"/>
          <w:sz w:val="28"/>
        </w:rPr>
        <w:t>15、不伤害自已，不伤害他人，不被他人伤害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16、安全在我心中，生命在我手中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17、以人为本，关爱生命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18、铭记法规，善待生命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19、高高兴兴上班来，平平安安回家去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20、享受通行权利，应尽安全义务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21、依法管理，方便群众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22、维护交通秩序，争做文明公民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23、遵守交通法，安全你我他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24、道路交通安全法，伴您平安万里行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25、守法才能平安，平安才能回家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26、抵制交通违法行为，树立交通文明意识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27、良药苦口利于病，交通法规利于行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28、安全与守法同在，事故与违法相随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29、车好、路好，安全最好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30、你让我让，路路通畅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隐患不除祸上门，用火不慎灾降临。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众人拾柴火焰高，群防群治安全保。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众人警惕保安全，一人麻痹招大祸。</w:t>
      </w:r>
    </w:p>
    <w:p>
      <w:pPr>
        <w:spacing w:before="100" w:after="200" w:line="360" w:lineRule="auto"/>
        <w:ind w:firstLine="576"/>
        <w:jc w:val="left"/>
        <w:sectPr w:rsidSect="00034616">
          <w:type w:val="nextPage"/>
          <w:pgSz w:w="11906" w:h="16838"/>
          <w:pgMar w:top="1440" w:right="1440" w:bottom="1440" w:left="1440" w:header="720" w:footer="720" w:gutter="0"/>
          <w:pgNumType w:start="12"/>
          <w:cols w:space="720"/>
          <w:titlePg w:val="0"/>
          <w:docGrid w:linePitch="360"/>
        </w:sectPr>
      </w:pPr>
      <w:r>
        <w:rPr>
          <w:rFonts w:ascii="宋体" w:eastAsia="宋体" w:hAnsi="宋体"/>
          <w:sz w:val="28"/>
        </w:rPr>
        <w:t>万千产品堆如山，一星火源毁于旦。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镜子不擦拭不明，事故不分析不清。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劳动创造社会财富，安全带来人类幸福。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违章操作等于自杀，违章指挥等于杀人。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牢树安全第一思想，才能确保身心健康。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麻痹是最大的隐患，失职是最大的祸根。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骄傲是失败的起点，疏忽是丧身的根源。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重预防，抓落实，求实效，促发展。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安全教育走在前，防范措施定在先。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提防留意安全在，漫不经心事故来。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上了高空莫心慌，谨慎操作处处防。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安全生产挂嘴上，不如现场跑几趟。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说一千，道一万，不如照着规程干。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操作规程就是法，谁不守法受惩罚。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眼快手勤差错少，毛手毛脚事故多。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兴娱乐不忘安全，须治理方能平安。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坚持每天重点检查，严格控制明天作业。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社会稳定和人民幸福离不开安全。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管理基础打得牢，安全大厦层层高。</w:t>
      </w:r>
    </w:p>
    <w:p>
      <w:pPr>
        <w:spacing w:before="100" w:after="200" w:line="360" w:lineRule="auto"/>
        <w:ind w:firstLine="576"/>
        <w:jc w:val="left"/>
        <w:sectPr w:rsidSect="00034616">
          <w:type w:val="nextPage"/>
          <w:pgSz w:w="11906" w:h="16838"/>
          <w:pgMar w:top="1440" w:right="1440" w:bottom="1440" w:left="1440" w:header="720" w:footer="720" w:gutter="0"/>
          <w:pgNumType w:start="13"/>
          <w:cols w:space="720"/>
          <w:titlePg w:val="0"/>
          <w:docGrid w:linePitch="360"/>
        </w:sectPr>
      </w:pPr>
      <w:r>
        <w:rPr>
          <w:rFonts w:ascii="宋体" w:eastAsia="宋体" w:hAnsi="宋体"/>
          <w:sz w:val="28"/>
        </w:rPr>
        <w:t>专管成线，群管成网，上下结合，事故难藏。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好人主义实害人，专给事故开绿灯。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大事化小，教训难找；小事化了，后患不少。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安全要下及时雨，教育不放马后炮。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争当行家和能手，事故永世难出头。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思想重视是提高安全生产的关键。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凭侥幸，耍大胆，出了事故后悔晚。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宁让工人骂着走，不让家属哭着来。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安全法规血写成，违章害己害亲人。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宝剑锋从磨砺出，安全好从严中来。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造高楼靠打基础，保安全靠抓班组。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制度严格漏洞少，措施得力安全好。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提高安全工作的科学管理水平。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千方百计把安全工作的基础打牢。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对自己负责就是对他人负责。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认真学习安全法规，自觉遵守安全法规。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时时注意就安全，马虎大意就危险。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自认为很安全本身就是危险。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传播安全信息，促进经济发展。</w:t>
      </w:r>
    </w:p>
    <w:p>
      <w:pPr>
        <w:spacing w:before="100" w:after="200" w:line="360" w:lineRule="auto"/>
        <w:ind w:firstLine="576"/>
        <w:jc w:val="left"/>
        <w:sectPr w:rsidSect="00034616">
          <w:type w:val="nextPage"/>
          <w:pgSz w:w="11906" w:h="16838"/>
          <w:pgMar w:top="1440" w:right="1440" w:bottom="1440" w:left="1440" w:header="720" w:footer="720" w:gutter="0"/>
          <w:pgNumType w:start="14"/>
          <w:cols w:space="720"/>
          <w:titlePg w:val="0"/>
          <w:docGrid w:linePitch="360"/>
        </w:sectPr>
      </w:pPr>
      <w:r>
        <w:rPr>
          <w:rFonts w:ascii="宋体" w:eastAsia="宋体" w:hAnsi="宋体"/>
          <w:sz w:val="28"/>
        </w:rPr>
        <w:t>普及安全文化知识，提高人民安康水平。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为了幸福的生活，请遵守安全规章吧!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查隐患，反违章，添措施，保安全。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持久的安全意识，才能换得持久的平安幸福。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事故似虎狼，常在暗中藏，你要不小心，它就把你伤。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小洞不补，大洞难堵，隐患潜伏，事故难除。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捅马蜂窝的人，总要被马蜂蜇，违章作业的人，总要发生事故。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只知道同情事故受害者而不吸取教训，下一次事故的受害者可能就是你自己。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病树的医生是啄木鸟。隐患的医生是安全员。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下棋不走马后炮，防患且于未然时。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若因小懒出了大事故，到时后悔来不及。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生产不注意安全，迟早遭殃。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僵蛇没咬人不是本性和善，隐患未伤身绝非已经安全。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放任不管不如剪枝除蔓，严厉制止胜过甜言敷衍。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事故的血流进智者心里，流在愚者的嘴上。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潮水没过礁石终究要暴露，麻痹掩盖隐患早晚得伤人。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预防预防，关键是防；防字当头，祸不临头。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防患宜早，除险宜了；不除隐患，必有后患。</w:t>
      </w:r>
    </w:p>
    <w:p>
      <w:pPr>
        <w:spacing w:before="100" w:after="200" w:line="360" w:lineRule="auto"/>
        <w:ind w:firstLine="576"/>
        <w:jc w:val="left"/>
        <w:sectPr w:rsidSect="00034616">
          <w:type w:val="nextPage"/>
          <w:pgSz w:w="11906" w:h="16838"/>
          <w:pgMar w:top="1440" w:right="1440" w:bottom="1440" w:left="1440" w:header="720" w:footer="720" w:gutter="0"/>
          <w:pgNumType w:start="15"/>
          <w:cols w:space="720"/>
          <w:titlePg w:val="0"/>
          <w:docGrid w:linePitch="360"/>
        </w:sectPr>
      </w:pPr>
      <w:r>
        <w:rPr>
          <w:rFonts w:ascii="宋体" w:eastAsia="宋体" w:hAnsi="宋体"/>
          <w:sz w:val="28"/>
        </w:rPr>
        <w:t>薄处先漏，细处先断；思想麻痹，事故来临。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小洞不堵，大洞叫苦；火险不除，大火常有。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侥幸一次，麻痹百回；麻痹百回，悔恨终生。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一时疏忽，一世痛苦；一朝不慎，终生遗恨。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行车千里，安全第一；任务再重，安全不忘。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安全中求高产一顺百顺，隐患里冒进一挫再挫。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1、宁可停工停产，决不违章冒险。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2、十次事故九图快，麻痹大意是祸害。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3、安全情系你我他，预防事故靠大家。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4、安全生产勿侥幸，违章蛮干要人命。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5、事故猛于虎，安全贵如金。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6、质量是企业生存的关键，安全是提升效益的前提。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7、事故就在一瞬间，时刻精心保安全。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8、责任落实是根本，按章操作是关键。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9、违章蛮干铸成终身遗憾，遵章守纪伴你一生平安。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10、一秒钟的事故，一辈子的痛苦。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11、生命至高无上，安全责任为天。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12、事故不难防，重在守规章。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13、安全警钟鸣耳畔，规章制度记心间。</w:t>
      </w:r>
    </w:p>
    <w:p>
      <w:pPr>
        <w:spacing w:before="100" w:after="200" w:line="360" w:lineRule="auto"/>
        <w:ind w:firstLine="576"/>
        <w:jc w:val="left"/>
        <w:sectPr w:rsidSect="00034616">
          <w:type w:val="nextPage"/>
          <w:pgSz w:w="11906" w:h="16838"/>
          <w:pgMar w:top="1440" w:right="1440" w:bottom="1440" w:left="1440" w:header="720" w:footer="720" w:gutter="0"/>
          <w:pgNumType w:start="16"/>
          <w:cols w:space="720"/>
          <w:titlePg w:val="0"/>
          <w:docGrid w:linePitch="360"/>
        </w:sectPr>
      </w:pPr>
      <w:r>
        <w:rPr>
          <w:rFonts w:ascii="宋体" w:eastAsia="宋体" w:hAnsi="宋体"/>
          <w:sz w:val="28"/>
        </w:rPr>
        <w:t>14、健康是幸福之源，安全是生产之本。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15、生命珍贵安全至上，创造幸福安全必行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16、居安思危，警钟长鸣；防微杜渐，安如泰山。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17、抓质量如同与对手挑战，抓安全如同对敌作战。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18、严格要求安全在，松松垮垮事故来。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19、手与手拉起安全的防线，心与心筑起生命的港湾。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20、事故不长眼，你严他就远。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21、工作多一分小心，家人多十分安心。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22、多看一眼，安全保险；多防一步，少出事故。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23、宁愿事前检查，绝不事后返工。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24、预防保养按时做，生产顺畅不会错。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25、时时刻刻想安全，幸福和你紧相连。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26、放松安全一时，悔恨人生一世。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27、安全与遵章同在，事故与违章相随。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28、安全是最大的节约，事故是最大的浪费。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29、绊人的桩不在高，违章的事不在小。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30、精力集中最安全，粗心大意最危险。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31、健全安全规章制度，落实安全生产责任。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32、一人疏忽百人忙，人人细心更顺畅。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33、我为安全作贡献，安全为我保平安。</w:t>
      </w:r>
      <w:r>
        <w:br/>
      </w:r>
      <w:r>
        <w:br/>
      </w:r>
    </w:p>
    <w:p>
      <w:pPr>
        <w:spacing w:after="0" w:line="240" w:lineRule="auto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https://d.book118.com/465342113020011110</w:t>
        </w:r>
      </w:hyperlink>
    </w:p>
    <w:p>
      <w:pPr>
        <w:spacing w:before="100" w:after="200" w:line="360" w:lineRule="auto"/>
        <w:ind w:firstLine="576"/>
        <w:jc w:val="left"/>
      </w:pPr>
    </w:p>
    <w:sectPr w:rsidSect="00034616">
      <w:type w:val="nextPage"/>
      <w:pgSz w:w="11906" w:h="16838"/>
      <w:pgMar w:top="1440" w:right="1440" w:bottom="1440" w:left="1440" w:header="720" w:footer="720" w:gutter="0"/>
      <w:pgNumType w:start="17"/>
      <w:cols w:space="720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efaultImageDpi w14:val="300"/>
  <w14:docId w14:val="240620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d.book118.com/465342113020011110" TargetMode="Externa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revision>1</cp:revision>
  <dcterms:created xsi:type="dcterms:W3CDTF">2013-12-23T23:15:00Z</dcterms:created>
  <dcterms:modified xsi:type="dcterms:W3CDTF">2013-12-23T23:15:00Z</dcterms:modified>
</cp:coreProperties>
</file>