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银行柜员年终总结（20篇）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银行柜员年终总结 1 </w:t>
      </w:r>
      <w:r>
        <w:rPr>
          <w:lang w:eastAsia="zh-CN"/>
        </w:rPr>
        <w:br/>
      </w:r>
      <w:r>
        <w:rPr>
          <w:lang w:eastAsia="zh-CN"/>
        </w:rPr>
        <w:t>　　年终总结虽然觉得比较土气，但是还是要感叹一句，时间真的过得好快。去年写年终总结的情况还历历在目，转眼又到20__年的年终总结了。20__年我在平安银行满三年，合同都已重新签订，真快啊，我也变成平安银行的老员工了。20__年，我主要是在储蓄柜做工作。现在将一年工作总结如下。在工作方面，20__年初，我怀孕了，这一年，我深深感受到了银行同事之情，他们一直照顾帮助着我，尽量能够减轻我的负担。我感激他们。储蓄柜员是直接面对客户的群体，柜台是展示银行形象的窗口，储蓄柜员的日常工作也许是繁忙而单调的，然而面对各类客户，柜员要熟练操作、热忱服务，日复一日，用点点滴滴的周到服务让客户真正体会到平安人的真诚，感受到在平安办业务的温馨，这样的工作就是不平凡的，我为自己的岗位而自豪！为此，我要求自己做到：</w:t>
      </w:r>
      <w:r>
        <w:rPr>
          <w:lang w:eastAsia="zh-CN"/>
        </w:rPr>
        <w:br/>
      </w:r>
      <w:r>
        <w:rPr>
          <w:lang w:eastAsia="zh-CN"/>
        </w:rPr>
        <w:t>　　一是掌握过硬的业务本领、时刻不放松业务学习；</w:t>
      </w:r>
      <w:r>
        <w:rPr>
          <w:lang w:eastAsia="zh-CN"/>
        </w:rPr>
        <w:br/>
      </w:r>
      <w:r>
        <w:rPr>
          <w:lang w:eastAsia="zh-CN"/>
        </w:rPr>
        <w:t>　　二是保持良好的'职业操守，遵守国家的法律、法规；</w:t>
      </w:r>
      <w:r>
        <w:rPr>
          <w:lang w:eastAsia="zh-CN"/>
        </w:rPr>
        <w:br/>
      </w:r>
      <w:r>
        <w:rPr>
          <w:lang w:eastAsia="zh-CN"/>
        </w:rPr>
        <w:t>　　三是培养和谐的人际关系，与同事之间和睦相处；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四是清醒的认识自我、胜不骄、败不馁。在为客户服务的过程中，我始终坚持“想客户之所求，急客户之所需，排客户之所忧”，为客户提供全方位、周到、便捷、高效的服务，做到操作标准、服务规范、用语礼貌、举止得体，给客户留下了良好的印象，也赢得了客户的信任。实际办理业务时，在保证遵守我行各项规章制度的前提下，灵活掌握营销方式，为客户提供一定的方便，灵活、适度地为客户提供个性化、快捷的服务。完美源于认真。在做好柜面优质服务的基础上，我们想方设法为客户提供更加周到的服务。</w:t>
      </w:r>
      <w:r>
        <w:rPr>
          <w:lang w:eastAsia="zh-CN"/>
        </w:rPr>
        <w:br/>
      </w:r>
      <w:r>
        <w:rPr>
          <w:lang w:eastAsia="zh-CN"/>
        </w:rPr>
        <w:t>　　因为，没有挑剔的客户，只有不完美的服务。在日常工作中，我积极刻苦钻研新知识，新业务，理论结合实践，熟练掌握各项服务技能。我从点滴小事做起，在办理业务时，尽量做到快捷、准确、高效，让客户少等、少跑、少问，给客户提供及时、准时、定时、随时的服务。在学习方面。我发现在这个岗位上以我现在的能力与知识还勉强应付的来，但是想要干好干精，想要有所突破现在的我还是远远不够的。所以我努力了解与学习与银行金融行业有关的资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青年时期是人生最宝贵的时光，因为踌躇满志，精力充沛，因为敢闯敢干，活力四射，因为有太多的梦想和希望！但在我看来，青年的宝贵还在包括不懈的追求与团队的融合，崇高的道德修养，以及坚强的意志，更要耐得住平凡，立足于平凡,淡泊名利，勇于奉献！在生活方面，今年也是我人生中的一个里程碑的一年，怀孕生子，使我对人生有了更深刻的感受，要说以前的我是浅薄的，那么现在稍微深刻一点了。9月份开始在家请产假，我一直在家好好的照顾孩子，也许以前我会觉得让我这样活泼好动的人是没办法几个月呆在家里的。但是后来我发现，有了儿子，看着他的喜怒哀乐，看着他的成长，我是幸福的。是他净化了我，原先的我是很浮躁，有很多的躁动，但是现在我安稳很多，也许真的像书上说的，孩子是一种修行，这一年，我成长了！20__年，也许我会很辛苦，有孩子要照顾，有工作要做。但是我充满信心，充满勇气，我能够做好，我相信我可以好</w:t>
      </w:r>
      <w:r>
        <w:rPr>
          <w:lang w:eastAsia="zh-CN"/>
        </w:rPr>
        <w:br/>
      </w:r>
      <w:r>
        <w:rPr>
          <w:lang w:eastAsia="zh-CN"/>
        </w:rPr>
        <w:t>　　银行柜员年终总结 2</w:t>
      </w:r>
      <w:r>
        <w:rPr>
          <w:lang w:eastAsia="zh-CN"/>
        </w:rPr>
        <w:br/>
      </w:r>
      <w:r>
        <w:rPr>
          <w:lang w:eastAsia="zh-CN"/>
        </w:rPr>
        <w:t>　　在过去的一年中，我的人生经历了很大的变化，无论是工作上，学习上，还是思想上都逐渐成熟起来。我从事着一份最平凡的工作——柜员。我热爱这份工作，把它作为我事业的一个起点。</w:t>
      </w:r>
      <w:r>
        <w:rPr>
          <w:lang w:eastAsia="zh-CN"/>
        </w:rPr>
        <w:br/>
      </w:r>
      <w:r>
        <w:rPr>
          <w:lang w:eastAsia="zh-CN"/>
        </w:rPr>
        <w:t>　　作为一名员工，特别是一线员工，我深切感受到自己肩负的重任。所以我每天都以饱满的热情，用心服务，真诚服务，以自己积极的工作态度羸得顾客的信任。柜台是展示工行形象的窗口，面对各类客户，柜员要熟练操作、热忱服务，日复一日，用点点滴滴的周到服务让客户真正体会到工行人的真诚，感受到在工行办业务的温馨。为此，我要求自己做到：</w:t>
      </w:r>
      <w:r>
        <w:rPr>
          <w:lang w:eastAsia="zh-CN"/>
        </w:rPr>
        <w:br/>
      </w:r>
      <w:r>
        <w:rPr>
          <w:lang w:eastAsia="zh-CN"/>
        </w:rPr>
        <w:t>　　一是掌握过硬的业务本领、时刻不放松业务学习；</w:t>
      </w:r>
      <w:r>
        <w:rPr>
          <w:lang w:eastAsia="zh-CN"/>
        </w:rPr>
        <w:br/>
      </w:r>
      <w:r>
        <w:rPr>
          <w:lang w:eastAsia="zh-CN"/>
        </w:rPr>
        <w:t>　　二是保持良好的职业操守，遵守国家的法律、法规；</w:t>
      </w:r>
      <w:r>
        <w:rPr>
          <w:lang w:eastAsia="zh-CN"/>
        </w:rPr>
        <w:br/>
      </w:r>
      <w:r>
        <w:rPr>
          <w:lang w:eastAsia="zh-CN"/>
        </w:rPr>
        <w:t>　　三是培养和谐的人际关系，与同事之间和睦相处；</w:t>
      </w:r>
      <w:r>
        <w:rPr>
          <w:lang w:eastAsia="zh-CN"/>
        </w:rPr>
        <w:br/>
      </w:r>
      <w:r>
        <w:rPr>
          <w:lang w:eastAsia="zh-CN"/>
        </w:rPr>
        <w:t>　　四是清醒的认识自我、胜不骄、败不馁。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年来，我立足本职岗位，在日常工作中，我积极刻苦钻研新知识，新业务，理论结合实践，熟练掌握各项服务技能。向有经验的同事请教，减少工作中的差错。在为客户服务的过程中，我始终坚持为客户提供全方位、周到、便捷、高效的服务，做到操作标准、服务规范、用语礼貌、举止得体，给客户留下了良好的印象，也赢得了客户的信任。实际办理业务时，在保证遵守我行各项规章制度的前提下，灵活掌握营销方式，为客户提供一定的方便，灵活、适度地为客户提供个性化、快捷的服务。我从点滴小事做起，在办理业务时，尽量做到快捷、准确、高效，让客户少等、少跑、少问，给客户提供及时、准时、定时、随时的服务。富兰克林有句名言：“推动你的'事业，不要让你的事业来推动你”。今天我正是为推动我的事业而来，这源于我对人生价值的追求，对金融事业的一份热情。</w:t>
      </w:r>
      <w:r>
        <w:rPr>
          <w:lang w:eastAsia="zh-CN"/>
        </w:rPr>
        <w:br/>
      </w:r>
      <w:r>
        <w:rPr>
          <w:lang w:eastAsia="zh-CN"/>
        </w:rPr>
        <w:t>　　这一年里，我始终保持着良好的工作状态，以一名合格的合作银行员工的标准严格的要求自己。立足本职工作，潜心钻研业务技能，使自己能在平凡的岗位上默默的奉献着，为合作银行事业发出一份光，一份热。严格按总行和支行制定的各项规章制度来进行实际操作。在我做好自己工作的同时，还用我多年来在会计工作中的经验来帮助其他的同志，同志们有了什么样的问题，只要问我，我都会细心的予以解答。当我也有问题的时候，我会十分虚心的向其他同志请教。对待业务技能，千方百计的把自己不会的学会。想在工作中帮助其他人，就要使自己的业务素质提高。</w:t>
      </w:r>
      <w:r>
        <w:rPr>
          <w:lang w:eastAsia="zh-CN"/>
        </w:rPr>
        <w:br/>
      </w:r>
      <w:r>
        <w:rPr>
          <w:lang w:eastAsia="zh-CN"/>
        </w:rPr>
        <w:t>　　回顾过去一年检查自身存在的问题，我认为：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一是学习不够。当前，新知识新科学不断问世。面对严峻的挑战，缺乏学习的紧迫感和自觉性。理论基础、专业知识、文化水平、工作方法等不能适应新的要求。</w:t>
      </w:r>
      <w:r>
        <w:rPr>
          <w:lang w:eastAsia="zh-CN"/>
        </w:rPr>
        <w:br/>
      </w:r>
      <w:r>
        <w:rPr>
          <w:lang w:eastAsia="zh-CN"/>
        </w:rPr>
        <w:t>　　二是在工作较累的时候，有过松弛思想，这是自己政治素质不高，也是世界观、人生观、价值观解决不好的表现。</w:t>
      </w:r>
      <w:r>
        <w:rPr>
          <w:lang w:eastAsia="zh-CN"/>
        </w:rPr>
        <w:br/>
      </w:r>
      <w:r>
        <w:rPr>
          <w:lang w:eastAsia="zh-CN"/>
        </w:rPr>
        <w:t>　　针对以上问题，今后的努力方向是：加强理论学习，进一步提高自身素质。转变工作作风，努力克服自己的消极情绪，提高工作质量和效率，积极配合领导和同事们把工作做得更好。</w:t>
      </w:r>
      <w:r>
        <w:rPr>
          <w:lang w:eastAsia="zh-CN"/>
        </w:rPr>
        <w:br/>
      </w:r>
      <w:r>
        <w:rPr>
          <w:lang w:eastAsia="zh-CN"/>
        </w:rPr>
        <w:t>　　新的一年里我应加紧学习，更好的充实自己，以饱满的精神状态来迎接新时期的挑战。</w:t>
      </w:r>
      <w:r>
        <w:rPr>
          <w:lang w:eastAsia="zh-CN"/>
        </w:rPr>
        <w:br/>
      </w:r>
      <w:r>
        <w:rPr>
          <w:lang w:eastAsia="zh-CN"/>
        </w:rPr>
        <w:t>　　银行柜员年终总结 3</w:t>
      </w:r>
      <w:r>
        <w:rPr>
          <w:lang w:eastAsia="zh-CN"/>
        </w:rPr>
        <w:br/>
      </w:r>
      <w:r>
        <w:rPr>
          <w:lang w:eastAsia="zh-CN"/>
        </w:rPr>
        <w:t>　　岁末将至，辞旧迎新。过去的一年各项工作开展得扎实有效，为了给明年的工作打下良好的基础，我将20__年全年的工作进行总结：</w:t>
      </w:r>
      <w:r>
        <w:rPr>
          <w:lang w:eastAsia="zh-CN"/>
        </w:rPr>
        <w:br/>
      </w:r>
      <w:r>
        <w:rPr>
          <w:lang w:eastAsia="zh-CN"/>
        </w:rPr>
        <w:t>　　作为基层的一线柜员，首先在勤奋敬业方面，我认真贯彻执行民主集中制，顾全大局，服从分工，思想作风端正，工作作风踏实，敢于坚持原则，求精务实，开拓进取，切实履行岗位职责。我热爱本职工作，能够正确，认真的去对待每一项工作任务，把党和国家的金融政策及精神灵活的体现在工作中，在工作中能够采取积极主动，能够积极参加单位组织的各项业务培训，认真遵守区行的规章制度，保证出勤，有效的利用工作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业务知识方面，我刻苦钻研业务技能，在熟练掌握了原业务流程的基础上，认真主动地学习新业务，尤其钻研个金业务。在工作中他总能想客户之所想，急客户之所急，给客户最满意的服务。在今年的工作里，我得到了实质性的学习和进步，在业务操作上更加严密。建立客户信息；开立个人结算账户；大额现金支取，我都严格按照上级及人民银行的要求，请客户提供相关手续和收集所需要的资料。熟悉和掌握国家的金融方针政策、金融法律法规，能较好地结合实际情况加以贯彻执行；有较强的文字表达能力，写作水平较高，口头表达能力较强；文化知识水平较高，专业理论水平较强，具有本职工作所需的基本技能；能通过调研发现问题，总结经验，提出建议，具有独立处理和解决问题的能力；工作经验较丰富，知识面较宽。时代在变、环境在变，银行的工作也时时变化着，每天都有新的东西出现、新的情况发生，这都需要我跟着形势而改变。学习新的知识，掌握新的技巧，适应周围环境的变化，提高自己的履岗能力，把自己培养成为一个业务全面的建行员工，更好地规划自己的职业生涯是我所努力的目标。</w:t>
      </w:r>
      <w:r>
        <w:rPr>
          <w:lang w:eastAsia="zh-CN"/>
        </w:rPr>
        <w:t xml:space="preserve"> 工作态度方面，本人事业心、责任心强，奋发进取，一心扑在工作上；工作认真，态度积极，不计较个人得失；工作勤勉，兢兢业业，任劳任怨；无故不迟到、不早退。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始终坚持“工作第一”的原则，认真执行行里的`各项规章制度，工作上兢兢业业、任劳任怨，时刻以“客户至上”的服务理念鞭策、完善自已，以用户满意为宗旨，努力为客户提供规范化和优质的服务。我除保证每天提前做好班前准备工作，做到准点开门、满点服务之外，还时常利用个人休息时间主动向客户营销我行产品，如基金，国债，保险，信用卡等；并做到解释简明扼要，浅显易懂，让客户在最短的时间内了解我行产品，接受我行产品。对优质客户，我基本使用的是微笑服务，且做到“来有迎声，去有送声”。此外，我还耐心细致地向客户讲解个人储蓄业务、个人电子银行等个金业务，受到客户好评。能够不断的去学习，积累经验，经过自己的努力，具备了较强的工作能力，能够从容的接待客户的咨询。在今年分行举行的转签考试中，我临近生产，仍然认真复习理论知识，抓紧练习点钞，终于顺利通过了考试。我自觉在业务技能、组织管理、综合分析能力、协调办事能力、文字语言表达能力等方面，都有了很大的提高，在工作中，按照储蓄业务的操作规程，把最方便最可行的方法运用在业务操作上，以客户需要为主。</w:t>
      </w:r>
      <w:r>
        <w:rPr>
          <w:lang w:eastAsia="zh-CN"/>
        </w:rPr>
        <w:br/>
      </w:r>
      <w:r>
        <w:rPr>
          <w:lang w:eastAsia="zh-CN"/>
        </w:rPr>
        <w:t>　　银行柜员年终总结 4</w:t>
      </w:r>
      <w:r>
        <w:rPr>
          <w:lang w:eastAsia="zh-CN"/>
        </w:rPr>
        <w:br/>
      </w:r>
      <w:r>
        <w:rPr>
          <w:lang w:eastAsia="zh-CN"/>
        </w:rPr>
        <w:t>　　一、在思想和学习上</w:t>
      </w:r>
      <w:r>
        <w:rPr>
          <w:lang w:eastAsia="zh-CN"/>
        </w:rPr>
        <w:br/>
      </w:r>
      <w:r>
        <w:rPr>
          <w:lang w:eastAsia="zh-CN"/>
        </w:rPr>
        <w:t>　　在工作中，我始终认为要适应工作和形式发展的需要，就要不断地学习。只有这样，才能把工作做得更好，也只有这样，才能真正做到与时俱进。因此，结合工作实践，本人能抽一些时间学习政治和业务知识，特别是党的十六届三中全会精神，也看了一些有关经济、金融的书籍。同时，结合工作实际，不断地向实践学习，向同行、同事学习。通过学习，丰富了自己的知识，改善了自己的知识结构，提高了自身素质。通过对这些知识的学习和更新也将使我受益终生。</w:t>
      </w:r>
      <w:r>
        <w:rPr>
          <w:lang w:eastAsia="zh-CN"/>
        </w:rPr>
        <w:br/>
      </w:r>
      <w:r>
        <w:rPr>
          <w:lang w:eastAsia="zh-CN"/>
        </w:rPr>
        <w:t>　　二、一年来的主要工作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本社综合柜员工作中，自己严格按照会计出纳制度规章办事，严守组织纪律，提倡职业道德，力求为客户提供最优质的.服务，使每一位客户满意而归。实际工作中，上班时着装整洁得体、庄重大方，对待客户主动热情、文明用语，努力发挥好窗口作用。业务繁忙时也坚持先外后内，不以任何理由拒绝客户的合理要求。</w:t>
      </w:r>
      <w:r>
        <w:rPr>
          <w:lang w:eastAsia="zh-CN"/>
        </w:rPr>
        <w:br/>
      </w:r>
      <w:r>
        <w:rPr>
          <w:lang w:eastAsia="zh-CN"/>
        </w:rPr>
        <w:t>　　积极配合外勤人员开展中间业务代理工作，首先在思想观念上有了重要转变，认识到中间业务是银行业未来利润的重要来源，是未来竞争的焦点之一。做好电费、水费、地税、国税代扣业务，巩固原有客户群体，积极发展固定电话费以及各项保险代理业务，开拓新的市场需求，争取使中间业务发展更上一台阶。</w:t>
      </w:r>
      <w:r>
        <w:rPr>
          <w:lang w:eastAsia="zh-CN"/>
        </w:rPr>
        <w:br/>
      </w:r>
      <w:r>
        <w:rPr>
          <w:lang w:eastAsia="zh-CN"/>
        </w:rPr>
        <w:t>　　在当值主出纳期间，根据不同时期的市场需求和现金流量，及时报送和领入头寸，使库存现金控制在合理范围之内。认真学习和遵守《中国人民银行假币收缴、鉴定管理办法》，积极宣传爱护人民币和打假币、反破坏人民币的工作。票币整点做到点准、挑净、捆紧、盖章清楚等要求。针对荷叶塘零币、破币、残币较多的情况，认真做好回收工作，努力做到上述钱币在信用社只进不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__地处城郊，客户中农村老年人和外来打工者较多，他们或者年老眼花、听力较差或者文化层次较低，办理业务时，我们询问、解答都尽量放慢速度，在不违反规章制度的前提下给予方便，让他们感到家的温暖。今年我社新分配了三个新员工，作为农村信用社的老员工，在工作中我能够以身作则，做好带头示范作用，在业务中知无不答，能以自己的亲身经验和教训为他们上好培训上岗之前的第一课，在生活中也能互相关心，互相帮助。</w:t>
      </w:r>
      <w:r>
        <w:rPr>
          <w:lang w:eastAsia="zh-CN"/>
        </w:rPr>
        <w:br/>
      </w:r>
      <w:r>
        <w:rPr>
          <w:lang w:eastAsia="zh-CN"/>
        </w:rPr>
        <w:t>　　其他工作事项中，本人也严于律己、尽心尽职，保持高度的敬业精神和工作责任感。在信用社日常工作中能献计献策，出好点子，做好参谋，并产生了一定的实效。在信用社多起事项中，诸如电路损坏、固定设备维修和采购中能发挥优势主动联系有关人员办妥。在组织存款考核中，也能主动积极发动社会关系，提前超标完成任务，为信用社事业添砖加瓦。</w:t>
      </w:r>
      <w:r>
        <w:rPr>
          <w:lang w:eastAsia="zh-CN"/>
        </w:rPr>
        <w:br/>
      </w:r>
      <w:r>
        <w:rPr>
          <w:lang w:eastAsia="zh-CN"/>
        </w:rPr>
        <w:t>　　三、存在的问题和今后努力的方向</w:t>
      </w:r>
      <w:r>
        <w:rPr>
          <w:lang w:eastAsia="zh-CN"/>
        </w:rPr>
        <w:br/>
      </w:r>
      <w:r>
        <w:rPr>
          <w:lang w:eastAsia="zh-CN"/>
        </w:rPr>
        <w:t>　　金无足赤，人无完人，回顾和检查过去，我也有一些不足之处：自我要求不够高，当今社会发展日新月异，虽然平时非常注重学习，但仍然有追不上时代的紧迫感。知识面太狭窄，现今社会提倡的是一专多能的复合型人才，而我对已有知识结构的更新还不够全面。在日常工作中以老员工身份自居，不能始终保持谦虚平和的心态，容易犯经验主义的错误。</w:t>
      </w:r>
      <w:r>
        <w:rPr>
          <w:lang w:eastAsia="zh-CN"/>
        </w:rPr>
        <w:br/>
      </w:r>
      <w:r>
        <w:rPr>
          <w:lang w:eastAsia="zh-CN"/>
        </w:rPr>
        <w:t>　　新的一年即将到来，回首往事永不遗憾，展望未来充满希望。今后我将加倍努力学习和工作，以更高的标准要求自己，提高自身专业素质，以高效的、创造性的工作报答联社的培养和组织的关心，为联社更加美好的未来而奉献终身</w:t>
      </w:r>
      <w:r>
        <w:rPr>
          <w:lang w:eastAsia="zh-CN"/>
        </w:rPr>
        <w:br/>
      </w:r>
      <w:r>
        <w:rPr>
          <w:lang w:eastAsia="zh-CN"/>
        </w:rPr>
        <w:t>　　银行柜员年终总结 5</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转眼间从进入__银行那时算起已经满了第二年。两年时间说长不长，说短也不短。时间让我对于__银行有了更加深入的了解，也让我通过自身的学习、领导和同事的教育帮助，提升自己的业务技能，更加胜任自己从事过和正在从事的岗位工作。最近这一年，我作为一名__银行员工，亲身感受了__银行股改给我们的日常工作、生活带来各方面的巨大变化――如经济增加值、关键绩效考核指标等概念的引入，使经营部门的经营理念真正从过去只注重量的扩张转变为注重质的提升，以及由此带来的岗位分工和收入分配的显著变化。</w:t>
      </w:r>
      <w:r>
        <w:rPr>
          <w:lang w:eastAsia="zh-CN"/>
        </w:rPr>
        <w:br/>
      </w:r>
      <w:r>
        <w:rPr>
          <w:lang w:eastAsia="zh-CN"/>
        </w:rPr>
        <w:t>　　各种规章制度的出台，对于我们__银行“规范经营”提出了许多更为明确和细化的要求，工作中注重细节管理、精细化管理，针对违法违规行为，也有了更多的预防和惩戒措施，特别是行内开展的“违法违规行为专项整治活动”向我们再一次地敲响了警钟――工作不仅要做得“好”、“快”还要“合法”、“合规”，不仅要懂得“亡羊补牢”，重要的还在于“未雨绸缪”。_年末，我报名并经行内的择优选聘有幸被调动至_地审批组担任合规性审查岗工作。从南区支行理财中心的个贷综合岗转到原先从未接触过的以公司类信贷和个人大额信贷业务为主的审批组合规性审查岗，这个跨度不可谓不大。但领导的教育关心、同事的帮助指导和我个人的自学努力下，通过阅读相关书籍、解读文件规章，我很快渡过了起初的不适应，迅速地融入到现在的岗位角色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从_年初至_年7月末，我总计完成了109笔公司类贷款、3笔公司类授信业务的合规性审查工作，合计金额47435.2624万元;完成了67笔公司类信用等级评定的合规性审查，其中AA级29笔、A级34笔、BBB级4笔;完成332笔个人类贷款的接收、送审、下发决策意见工作，合计金额6463.475万元。较好地完成了本岗位的工作任务要求。_地审批组属于行内审批部门，面对的都是行内的经营部门，受理审批__银行信贷经营部门报送的各类信贷业务。因此，树立内部客户理念，把经营部门作为我们所服务的客户，为客户提供优质、高效、规范的服务，是我作为一名审批组合规性审查人员最基本的要求。在日常业务中，我总是尽自己的努力帮助经营部门工作，耐心解答他们对于审批中存在的各种疑问，并时常通过各种合规、有效的渠道与他们进行沟通，了解经营部门的现实情况和问题，及时向领导、专审进行汇报，尽可能帮助解决审批与经营由于信息不对称造成的矛盾，为行领导与专审的有效决策提供依据，实现__银行利益的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_地审批组是行内一个日常工作量较大、工作较为繁忙的一个部门。如何提高工作效率，更好地完成工作要求，是我经常思考的问题。我在工作中发现，大量工作时间都是消耗在一些相对机械的简单重复劳动中，如在合规性审查工作中对申报单位一些财务指标的验算，计算比较简单，但要检查多个单位的多个财务指标也要花费合规性审查人员相当多的时间和精力。我通过自学，运用我们常用的E_ECL电子表格软件中的公式与函数编制了一张表格，只需要将企业的资产负债表、现金流量表中的有关数据填入表格，相应的各年度财务指标如资产负债率、流动比、速动比、利润率、本息保障倍数、抵押率、担保率等数据就能自动计算生成，极大地方便了工作、提高了效率。我还把这张表格与周围的同事、经营部门的同事共享，力求大家都能更高效的工作。我还将部门内部许多相关的报表进行了关联共享，相互取得所需数据，消除了很多重复劳动，也使许多数据更为精确;把一些常用表单进行了优化，本着简单、易用的设计，在规定的位置录入数据，电脑就能自动生成相应的规范页面供使用了。此外，我在许多工作流程的细节上想点子、找方法，在符合有关规章制度的前提下简化流程、提高效率，更好地完成工作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审批组的工作，是一项全面而细致的工作，需要对全行的各项业务都有深入的了解。加强对各类文件和制度的学习，是我履岗最基本的要求;积极参加行内、部门内组织的各种定期不定期的专题培训和例会、学习会，则是对我业务素质的全面提高。在_地分行与_地人寿保险公司共同举办的“盈向未来”客户经理培训班上，我学到了不少营销的技巧、与人沟通的方式，明白了团队协作的至关重要;在由_地分行组织、省分行有关部门领导与相关业务人员讲解的“__银行优势产品与营销”培训班上，我对于__银行的各类信贷业务有了明确而充分的认识，知道了哪些是应该重点向客户推荐的，哪些是正在开发并着力推广的，以及如何办理，有何优势与不足;在省分行组织的由总行资深贷款审批人讲解的`全省专职贷款审批人培训班上，我对于原先工作中一直存在的一些难点、盲点都有了一些全新的理解，如对于企业集团应该在哪些地方加强关注，对于一个企业的财务报表要从多个方面进行分析解读，从一些表面的绩优或是绩差中发现企业的真实状况，合理判断，认识到自己的工作与岗位的重要性与任务的艰巨性――需要通过我们扎实有效的工作来当好“__银行资产的看门人”。</w:t>
      </w:r>
      <w:r>
        <w:rPr>
          <w:lang w:eastAsia="zh-CN"/>
        </w:rPr>
        <w:br/>
      </w:r>
      <w:r>
        <w:rPr>
          <w:lang w:eastAsia="zh-CN"/>
        </w:rPr>
        <w:t>　　除此之外，每当有新的有关行内发文，我也认真参加部门内的例会和学习会，学习文件精神，在工作中落到实处。特别是有时还请来行内相关部门人员现场讲解业务中的疑难点，更是我学习的好时机。学习制度、理解制度、在制度的要求下办事，掌握全方位的知识，了解政策变化、行业风险，才能在审批组岗位上成为一名合格的职业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做好本职工作之余，我作为_地分行系统团委的宣传委员，参加了团委组织的多项活动。将行内员工特别是广大青年团员的美文佳作、学习心得推荐给大家，是我与另几位团刊《青年风采》的们共同努力的方向。我组织搜集各类优秀的稿件，对原稿进行合适的排版、美化，套上精美的插画与底纹，最后上挂网站上与大家一同分享，得到了广大团员的好评。其中大量佳作被省分行《西湖周刊》选取上挂，为全省的__银行系统所了解。系统团委组织的“规范化阳光服务演示”，我积极参与了多份演示文稿的编写工作，提出的一些建议与意见也为领导与同事认同和采纳。时代在变、环境在变，银行的工作也时时变化着，每天都有新的东西出现、新的情况发生，这都需要我跟着形势而改变。学习新的知识，掌握新的技巧，适应周围环境的变化，提高自己的履岗能力，把自己培养成为一个业务全面的__银行员工，更好地规划自己的职业生涯，使我所努力的目标。当然，在一些细节的处理和操作上我还存在一定的欠缺，我会在今后的工作、学习中磨练自己，在领导和同事的指导帮助中提高自己，发扬长处，弥补不足。</w:t>
      </w:r>
      <w:r>
        <w:rPr>
          <w:lang w:eastAsia="zh-CN"/>
        </w:rPr>
        <w:br/>
      </w:r>
      <w:r>
        <w:rPr>
          <w:lang w:eastAsia="zh-CN"/>
        </w:rPr>
        <w:t>　　银行柜员年终总结 6</w:t>
      </w:r>
      <w:r>
        <w:rPr>
          <w:lang w:eastAsia="zh-CN"/>
        </w:rPr>
        <w:br/>
      </w:r>
      <w:r>
        <w:rPr>
          <w:lang w:eastAsia="zh-CN"/>
        </w:rPr>
        <w:t>　　回顾20__年，感谢公司给予的机会，让我有幸成为公司这个大家庭的一员；感谢公司领导的信任，让我从事我擅长的工作；感谢师父的悉心教导，让我提高实务操作能力；感谢公司同仁的支持、配合，让我的'工作顺利完成。</w:t>
      </w:r>
      <w:r>
        <w:rPr>
          <w:lang w:eastAsia="zh-CN"/>
        </w:rPr>
        <w:br/>
      </w:r>
      <w:r>
        <w:rPr>
          <w:lang w:eastAsia="zh-CN"/>
        </w:rPr>
        <w:t>　　在公司领导的带领下，我认真履行了，协助信贷部门在信贷业务调查、审查、检查三个阶段提供法律支持。现将20__年工作情况总结如下：</w:t>
      </w:r>
      <w:r>
        <w:rPr>
          <w:lang w:eastAsia="zh-CN"/>
        </w:rPr>
        <w:br/>
      </w:r>
      <w:r>
        <w:rPr>
          <w:lang w:eastAsia="zh-CN"/>
        </w:rPr>
        <w:t>　　初到公司，结合我公司实际情况，我拟定了信贷业务合同、员工聘用合同，贷前调查资料、贷中审查资料、贷后检查资料等，经过部门领导修订，公司经理层讨论通过并正式使用。同时还协助综合管理部出具公司部门职责、员工岗位职责、以及日常管理等。</w:t>
      </w:r>
      <w:r>
        <w:rPr>
          <w:lang w:eastAsia="zh-CN"/>
        </w:rPr>
        <w:br/>
      </w:r>
      <w:r>
        <w:rPr>
          <w:lang w:eastAsia="zh-CN"/>
        </w:rPr>
        <w:t>　　在日常业务中，积极参与信贷业务贷前调查，与客户沟通交流、信贷业务资料、学习贷款项目评估，通过现场测评和财务指标分析借款人的借款用途、偿还能力、资产保证等。在业务熟练后，尝试设计了信贷业务操作流程，经领导的耐心指导，在经理办公会通过，完善了信贷业务操作流程。</w:t>
      </w:r>
      <w:r>
        <w:rPr>
          <w:lang w:eastAsia="zh-CN"/>
        </w:rPr>
        <w:br/>
      </w:r>
      <w:r>
        <w:rPr>
          <w:lang w:eastAsia="zh-CN"/>
        </w:rPr>
        <w:t>　　在业务受理环节。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为客户提供信贷业务咨询，收集客户信贷资料，对客户申请进行初级评估，符合公司信贷业务条件的客户，上报公司经理层，落实经理层的决策。协助信贷部办理资产评估、与客户签订合同、办理公证、办理他项权登记，等，全程为信贷业务提供法律支持。</w:t>
      </w:r>
      <w:r>
        <w:rPr>
          <w:lang w:eastAsia="zh-CN"/>
        </w:rPr>
        <w:br/>
      </w:r>
      <w:r>
        <w:rPr>
          <w:lang w:eastAsia="zh-CN"/>
        </w:rPr>
        <w:t>　　在贷款审查环节。</w:t>
      </w:r>
      <w:r>
        <w:rPr>
          <w:lang w:eastAsia="zh-CN"/>
        </w:rPr>
        <w:br/>
      </w:r>
      <w:r>
        <w:rPr>
          <w:lang w:eastAsia="zh-CN"/>
        </w:rPr>
        <w:t>　　对信贷部提交的客户申请，按照岗位职责对客户的借款用途、还款来源、自有资产偿债能力、借款方式等进行评估，对业务潜在的风险如实上报经理层。参与贷审会讨论，为贷审会提供法律，制作贷审会记录，协助信贷部门落实贷审会。</w:t>
      </w:r>
      <w:r>
        <w:rPr>
          <w:lang w:eastAsia="zh-CN"/>
        </w:rPr>
        <w:br/>
      </w:r>
      <w:r>
        <w:rPr>
          <w:lang w:eastAsia="zh-CN"/>
        </w:rPr>
        <w:t>　　在贷后管理环节。</w:t>
      </w:r>
      <w:r>
        <w:rPr>
          <w:lang w:eastAsia="zh-CN"/>
        </w:rPr>
        <w:br/>
      </w:r>
      <w:r>
        <w:rPr>
          <w:lang w:eastAsia="zh-CN"/>
        </w:rPr>
        <w:t>　　协助信贷部进行贷后管理，主要通过现场检查客户的生产经营情况是否正常，收集客户财务资料，通过，判断其各项财务指标是否在可控风险范围之内，进而测算客户有无还本付息的能力、有无潜在违约行为，撰写贷后检查等。对涉诉案件到司法部门办理立案、报案、诉前保全，协助司法部门办理查封、扣押等。</w:t>
      </w:r>
      <w:r>
        <w:rPr>
          <w:lang w:eastAsia="zh-CN"/>
        </w:rPr>
        <w:br/>
      </w:r>
      <w:r>
        <w:rPr>
          <w:lang w:eastAsia="zh-CN"/>
        </w:rPr>
        <w:t>　　在日常工作中，在做好本职工作的同时，积极加强业务学习，通过自己购买书籍、网络、以及公司提供的各种学习培训机会，不断提高自身的业务素质与业务技能。</w:t>
      </w:r>
      <w:r>
        <w:rPr>
          <w:lang w:eastAsia="zh-CN"/>
        </w:rPr>
        <w:br/>
      </w:r>
      <w:r>
        <w:rPr>
          <w:lang w:eastAsia="zh-CN"/>
        </w:rPr>
        <w:t>　　在与其他部门的配合中，积极协助其他部门办理事务，加强了与其他部门的协作能力，增进了与其他部门的感情，赢得了公司其他同仁的认可。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20__年，我将继续认真履行岗位职责，尽心尽力的完成公司领导安排的各项工作。在20__年的基础上，我将加强与信贷部、贷后管理部同事的沟通、协调，做到部门之间信息的无缝对接，防止传递时间影响业务质量和业务数量。在业务操作中，要提高执行力度、强度，继续加强学习业务知识，提高项目评审能力、以及撰写风险评审报告的能力。</w:t>
      </w:r>
      <w:r>
        <w:rPr>
          <w:lang w:eastAsia="zh-CN"/>
        </w:rPr>
        <w:br/>
      </w:r>
      <w:r>
        <w:rPr>
          <w:lang w:eastAsia="zh-CN"/>
        </w:rPr>
        <w:t>　　最后，再次感谢公司领导对我的信任，感谢师父的悉心指导，在新的20__年里，一定不辜负领导的期望，一如既往认真完成各项工作，积极和其他部门配合，共同迎接收获的20__年。</w:t>
      </w:r>
      <w:r>
        <w:rPr>
          <w:lang w:eastAsia="zh-CN"/>
        </w:rPr>
        <w:br/>
      </w:r>
      <w:r>
        <w:rPr>
          <w:lang w:eastAsia="zh-CN"/>
        </w:rPr>
        <w:t>　　银行柜员年终总结 7</w:t>
      </w:r>
      <w:r>
        <w:rPr>
          <w:lang w:eastAsia="zh-CN"/>
        </w:rPr>
        <w:br/>
      </w:r>
      <w:r>
        <w:rPr>
          <w:lang w:eastAsia="zh-CN"/>
        </w:rPr>
        <w:t>　　时间飞逝，一转眼，今年已经接近尾声了。回顾这一年的工作，在我行领导的正确领导下，我们所有人都努力的完成了工作，加强自身的思想素质，各方面的能力，都有了很大的提高。在这期间，我自己也有了很大的进步。作为一年银行的柜员，我平时认真积累日常的工作经验，钻研所有的新的技能，为我们银行的发展做出的贡献。现将本年度个人工作情况总结如下：</w:t>
      </w:r>
      <w:r>
        <w:rPr>
          <w:lang w:eastAsia="zh-CN"/>
        </w:rPr>
        <w:br/>
      </w:r>
      <w:r>
        <w:rPr>
          <w:lang w:eastAsia="zh-CN"/>
        </w:rPr>
        <w:t>　　一、坚持学习，不断提高政治思想素质和工作能力</w:t>
      </w:r>
      <w:r>
        <w:rPr>
          <w:lang w:eastAsia="zh-CN"/>
        </w:rPr>
        <w:br/>
      </w:r>
      <w:r>
        <w:rPr>
          <w:lang w:eastAsia="zh-CN"/>
        </w:rPr>
        <w:t>　　学则进，不学则退。时代要求我们必须坚持与时俱进，刻苦学习，在学习中汲取工作能力，汲取前进的动力，汲取创新的活力。只有加强学习，才能使自己在思想上、理论上、业务上真正成熟起来，更好的搞好本职工作，保质保量的完成工作任务。我的工作准则就是“干一行、爱一行、精通一行、勤勤恳恳、踏踏实实”，这更加使我注重加强理论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通过学习，进一步增强了我的政治敏锐感，在具体事情面前能够保持清醒头脑，立场坚定，处处以集体利益为重，先集体、后个人，思想逐步走向成熟。</w:t>
      </w:r>
      <w:r>
        <w:rPr>
          <w:lang w:eastAsia="zh-CN"/>
        </w:rPr>
        <w:br/>
      </w:r>
      <w:r>
        <w:rPr>
          <w:lang w:eastAsia="zh-CN"/>
        </w:rPr>
        <w:t>　　在生活中，积极向周围领导和同事们学习，使自己的交际能力不断提高，解决、思考问题逐步走向周全。</w:t>
      </w:r>
      <w:r>
        <w:rPr>
          <w:lang w:eastAsia="zh-CN"/>
        </w:rPr>
        <w:br/>
      </w:r>
      <w:r>
        <w:rPr>
          <w:lang w:eastAsia="zh-CN"/>
        </w:rPr>
        <w:t>　　二、认真履行岗位职责，努力完成各项工作任务</w:t>
      </w:r>
      <w:r>
        <w:rPr>
          <w:lang w:eastAsia="zh-CN"/>
        </w:rPr>
        <w:br/>
      </w:r>
      <w:r>
        <w:rPr>
          <w:lang w:eastAsia="zh-CN"/>
        </w:rPr>
        <w:t>　　自工作以来，我坚决服从组织和领导的安排，克服各种困难，勤奋工作，较好地完成了各项工作任务。</w:t>
      </w:r>
      <w:r>
        <w:rPr>
          <w:lang w:eastAsia="zh-CN"/>
        </w:rPr>
        <w:br/>
      </w:r>
      <w:r>
        <w:rPr>
          <w:lang w:eastAsia="zh-CN"/>
        </w:rPr>
        <w:t>　　1.兢兢业业，恪尽职守。平时，我积极主动地承担起接送钞的任务。在本职工作上，我觉得自己有许多需要学习需要加强的方面。因此，在开始工作时，除了认真学习我行相关业务操作书籍外，我还虚心的向周围其他同事请教办理业务中遇到的问题。</w:t>
      </w:r>
      <w:r>
        <w:rPr>
          <w:lang w:eastAsia="zh-CN"/>
        </w:rPr>
        <w:br/>
      </w:r>
      <w:r>
        <w:rPr>
          <w:lang w:eastAsia="zh-CN"/>
        </w:rPr>
        <w:t>　　更利用休息时间，学习其他柜台的业务，以此使自己能尽快掌握全面的银行业务，提高自己的业务素质。通过平时的积累，我在调离原来的储蓄柜台，换做对公业务时，能很快的适应新工作，大大缩减了过渡的时间。同时我也刻苦练习操作系统等业务技能，使自己能够拥有为客户提供优质、高效、快捷服务的本领。</w:t>
      </w:r>
      <w:r>
        <w:rPr>
          <w:lang w:eastAsia="zh-CN"/>
        </w:rPr>
        <w:br/>
      </w:r>
      <w:r>
        <w:rPr>
          <w:lang w:eastAsia="zh-CN"/>
        </w:rPr>
        <w:t>　　现在以后的工作中，我一定要继续保持积极的学习态度和创新意识，同时虚心的像其他同事请教经验，使自己能尽快的适应这个岗位，不辜负领导的期望。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把握全局观念，积极支持、配合单位领导开展各项工作。认真落实支行各项工作要求，保质保量完成上级下达的各项工作任务；加强管理，搞好团结，凝聚士气；积极参与制订各项计划和规划，搞好分析和预测，合理建议，准确决策，促使我行各项业务健康、持续、快速的.发展。</w:t>
      </w:r>
      <w:r>
        <w:rPr>
          <w:lang w:eastAsia="zh-CN"/>
        </w:rPr>
        <w:br/>
      </w:r>
      <w:r>
        <w:rPr>
          <w:lang w:eastAsia="zh-CN"/>
        </w:rPr>
        <w:t>　　认真履行岗位职责，充分发挥龙头柜员的作用。首先是要合理安排临柜人员现金业务，充份调动各员工的工作积极性，建立“分工明确、权责一致”的岗位责任制和工作质量考核制。创建良好的学习氛围，组织内部员工学习业务知识、规章制度、政策法规等，开展多种形式的岗位练兵，提高内部员工的业务素质。</w:t>
      </w:r>
      <w:r>
        <w:rPr>
          <w:lang w:eastAsia="zh-CN"/>
        </w:rPr>
        <w:br/>
      </w:r>
      <w:r>
        <w:rPr>
          <w:lang w:eastAsia="zh-CN"/>
        </w:rPr>
        <w:t>　　3.突出抓好业务规范操作和各项内控管理措施的检查落实。银行结算业务是一个高风险的部位，结算业务的内控建设应该被摆在极为重要的位置。</w:t>
      </w:r>
      <w:r>
        <w:rPr>
          <w:lang w:eastAsia="zh-CN"/>
        </w:rPr>
        <w:br/>
      </w:r>
      <w:r>
        <w:rPr>
          <w:lang w:eastAsia="zh-CN"/>
        </w:rPr>
        <w:t>　　从规范结算业务的柜面操作与加强管理两方面入手，做好龙头柜员即时、定期和不定期的自查，努力消除各种风险隐患，确保将结算部位风险降到低限度。抓好重点业务、重点环节、重点时段的自律监管，发现问题立即督促纠正，并积极配合上级主管部门的监管辅导。</w:t>
      </w:r>
      <w:r>
        <w:rPr>
          <w:lang w:eastAsia="zh-CN"/>
        </w:rPr>
        <w:br/>
      </w:r>
      <w:r>
        <w:rPr>
          <w:lang w:eastAsia="zh-CN"/>
        </w:rPr>
        <w:t>　　4.提升服务理念，全面提高规范化服务水平。服务是银行的生命线。每位员工都赞同这个理念，每一位员工都认识到这一点，促进服务的深层次、高水平、全方位发展，增强我行在同业之间的竞争力。</w:t>
      </w:r>
      <w:r>
        <w:rPr>
          <w:lang w:eastAsia="zh-CN"/>
        </w:rPr>
        <w:br/>
      </w:r>
      <w:r>
        <w:rPr>
          <w:lang w:eastAsia="zh-CN"/>
        </w:rPr>
        <w:t>　　规范化服务这也是积极营销的一个表现。提高了服务质量，可以为客户提供比其它银行更加优质和更具特色的服务，由此我们就可以保持良好的客户资源。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总之，以上就是20__年个人工作总结报告。在工作中虽然取得了一定的成绩，但是我离优秀的银行柜员要求还有一定的距离。在以后的工作中，我会进一步改进和提升自己，充分发挥自身特长和自己的主观能动性和工作积极性，协调好各个方面关系，发挥自己的工作潜能。</w:t>
      </w:r>
      <w:r>
        <w:rPr>
          <w:lang w:eastAsia="zh-CN"/>
        </w:rPr>
        <w:br/>
      </w:r>
      <w:r>
        <w:rPr>
          <w:lang w:eastAsia="zh-CN"/>
        </w:rPr>
        <w:t>　　银行柜员年终总结 8</w:t>
      </w:r>
      <w:r>
        <w:rPr>
          <w:lang w:eastAsia="zh-CN"/>
        </w:rPr>
        <w:br/>
      </w:r>
      <w:r>
        <w:rPr>
          <w:lang w:eastAsia="zh-CN"/>
        </w:rPr>
        <w:t>　　时光如电，转瞬即逝，弹指一挥间，20__年过去了，在担任__支行这一年的客户经理期间，我勤奋努力，不断进取，在自身业务水平得到较大提高的同时，思想意识方面也取得了不小的进步。现将20__年作情况总结如下：</w:t>
      </w:r>
      <w:r>
        <w:rPr>
          <w:lang w:eastAsia="zh-CN"/>
        </w:rPr>
        <w:br/>
      </w:r>
      <w:r>
        <w:rPr>
          <w:lang w:eastAsia="zh-CN"/>
        </w:rPr>
        <w:t>　　一、取得的业绩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20__年，在支行行长和各位领导同时的关心指导下，我用较短的时间熟悉了新的工作环境，在工作中，认真学习各项金融法律法规，积极参加行里组织的各种学习活动，不断提高自身的理论素质和业务技能，到了新的工作环境，工作经验、营销技能等都存在一定的欠缺，加之支行为新设外地支行，要开展工作，就必须先增加客户群体。工作中我始终“勤动口、勤动手、勤动脑”去争取客户对我行业务的支持，扩大自身客户数量，在较短的时间内通过优质的服务和业务专业性，搜集信息、寻求支持，成功营销__贵族白酒交易中心、__市电力实业公司、__市中小企业服务中心等一大批优质客户和业务，虽然目前账面贡献度还不大，但为未来储存了上亿元的存款和贷款。至12月末，个人累计完成存款2200多万元，完成全年日均1800余万元，代发工资、ps商户、通知存款等业务都有新的突破。</w:t>
      </w:r>
      <w:r>
        <w:rPr>
          <w:lang w:eastAsia="zh-CN"/>
        </w:rPr>
        <w:br/>
      </w:r>
      <w:r>
        <w:rPr>
          <w:lang w:eastAsia="zh-CN"/>
        </w:rPr>
        <w:t>　　二、职责和使命</w:t>
      </w:r>
      <w:r>
        <w:rPr>
          <w:lang w:eastAsia="zh-CN"/>
        </w:rPr>
        <w:br/>
      </w:r>
      <w:r>
        <w:rPr>
          <w:lang w:eastAsia="zh-CN"/>
        </w:rPr>
        <w:t>　　担任客户经理以来，我深刻体会和感触到该岗位的职责和使命。客户经理是我行对公众服务的一张名片，是客户和我行联系的枢纽。与客户的交际风度和言谈举止，均代表着我行形象。平时不断学习沟通技巧，掌握沟通方法，以“工作就是我的事业”的态度和用跑步前进的工作方式来对待工作。从各方各面搜集优质客户信息，及时掌握客户动态，拜访客户中间桥梁，下到企业、机关，深入客户，没有公车时坐公交，天晴下雨一如既往，每天对不同的客户进行日常维护，哪怕是一条短信祝福与问候，均代表着我行对客户的一种想念。热情、耐心地为客户答疑解惑，从容地用轻松地姿态和亲切的微笑来面对客户，快速、清晰地向客户传达他们所要了解的信息，与客户良好的沟通并取得很好的.效果，赢得客户对我工作的普遍认同。在信贷业务中，认真做好贷前调查、贷后检查、跟踪调查，资料及时提交审查及归档。20__年，累计发放贷款3350余万元，按时清收贷款641万元，其中无一笔不良贷款和信用不良产生，在优质获取营业利润的同时实现个人合规工作，保证了信贷资金的安全。</w:t>
      </w:r>
      <w:r>
        <w:rPr>
          <w:lang w:eastAsia="zh-CN"/>
        </w:rPr>
        <w:br/>
      </w:r>
      <w:r>
        <w:rPr>
          <w:lang w:eastAsia="zh-CN"/>
        </w:rPr>
        <w:t>　　三、存在的问题</w:t>
      </w:r>
      <w:r>
        <w:rPr>
          <w:lang w:eastAsia="zh-CN"/>
        </w:rPr>
        <w:br/>
      </w:r>
      <w:r>
        <w:rPr>
          <w:lang w:eastAsia="zh-CN"/>
        </w:rPr>
        <w:t>　　在过去的一年，虽然我在各方面取得了一定的成绩，然而，我也清楚地看到了自身存在的不足。</w:t>
      </w:r>
      <w:r>
        <w:rPr>
          <w:lang w:eastAsia="zh-CN"/>
        </w:rPr>
        <w:br/>
      </w:r>
      <w:r>
        <w:rPr>
          <w:lang w:eastAsia="zh-CN"/>
        </w:rPr>
        <w:t>　　1、是学习不够，面对金融改革的日益深化和市场经济的多样化，如何掌握新的财经信息和我市发展动态，有时跟不上步伐。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2、是对挖掘现有客户资源，客户优中选优，提高客户数量和质量，提升客户对我行更大的贡献度和忠诚度还有待加强。</w:t>
      </w:r>
      <w:r>
        <w:rPr>
          <w:lang w:eastAsia="zh-CN"/>
        </w:rPr>
        <w:br/>
      </w:r>
      <w:r>
        <w:rPr>
          <w:lang w:eastAsia="zh-CN"/>
        </w:rPr>
        <w:t>　　3、是进一步客服年轻气躁，做到脚踏实地，提高工作主动性，多干少说，在实践中完善提高自己，以上不足我正在努力改正。</w:t>
      </w:r>
      <w:r>
        <w:rPr>
          <w:lang w:eastAsia="zh-CN"/>
        </w:rPr>
        <w:br/>
      </w:r>
      <w:r>
        <w:rPr>
          <w:lang w:eastAsia="zh-CN"/>
        </w:rPr>
        <w:t>　　在新的一年，我将再接再厉，更加注重对新的规章、新的业务、新的知识的学习专研，改进工作方式方法，积极努力工作，增强服务宗旨意识，拿出十分的勇气，拿出开拓的魄力，夯实自己的业务基础，朝着更高、更远的方向努力，用“新”的工作解决实际工作中遇到的种种困难。</w:t>
      </w:r>
      <w:r>
        <w:rPr>
          <w:lang w:eastAsia="zh-CN"/>
        </w:rPr>
        <w:br/>
      </w:r>
      <w:r>
        <w:rPr>
          <w:lang w:eastAsia="zh-CN"/>
        </w:rPr>
        <w:t>　　银行柜员年终总结 9</w:t>
      </w:r>
      <w:r>
        <w:rPr>
          <w:lang w:eastAsia="zh-CN"/>
        </w:rPr>
        <w:br/>
      </w:r>
      <w:r>
        <w:rPr>
          <w:lang w:eastAsia="zh-CN"/>
        </w:rPr>
        <w:t>　　“逝者如斯夫，不舍昼夜”，20__转瞬已逝。在这一年里，有领导的关心和指导，有同事的支持和帮助，也有攻坚克难后的喜悦和欣慰。为了给20__年的工作打下好的基础，现将全年的工作进行总结。</w:t>
      </w:r>
      <w:r>
        <w:rPr>
          <w:lang w:eastAsia="zh-CN"/>
        </w:rPr>
        <w:br/>
      </w:r>
      <w:r>
        <w:rPr>
          <w:lang w:eastAsia="zh-CN"/>
        </w:rPr>
        <w:t>　　在单位严格要求自己，顾全大局，服从分工，认真对待每一项工作，保证各项工作按时完成，切实履行岗位职责。认真学习各项规章制度，对风险做到零容忍。更多的实践让我对老业务的操作更加熟练，也有了进一步的认识，同时，认真主动学习新业务，尤其来到新网点后，有机会接触到很多不太熟悉的业务，在大家的帮助和指导下，学到了很多相关知识。对待客户以用户满意为宗旨，努力为客户提供规范化和优质的服务。经历了各种负杂情境，心理素质有所提高，遇事沉着冷静，掌握了更多好的沟通技巧。</w:t>
      </w:r>
      <w:r>
        <w:rPr>
          <w:lang w:eastAsia="zh-CN"/>
        </w:rPr>
        <w:br/>
      </w:r>
    </w:p>
    <w:p w:rsidR="001B1F19" w14:textId="27C3F48A">
      <w:pPr>
        <w:rPr>
          <w:rFonts w:hint="eastAsia"/>
          <w:lang w:eastAsia="zh-CN"/>
        </w:rPr>
      </w:pPr>
      <w:r>
        <w:rPr>
          <w:lang w:eastAsia="zh-CN"/>
        </w:rPr>
        <w:t>　　经过这一年的历练，我得到很多方面的进步，但也暴露出一些不足，有待提高，具体有以下几个方面，学习的积极主动性还不够，学习的连续性存在不足，还没有全部取得与岗位相关的资格证书；创新意识薄弱，不能有效的`结合自身专业特长和岗位实际进行业务创新；对公业务知识相对匮乏；沟通方面可以做得更好。</w:t>
      </w:r>
      <w:r>
        <w:rPr>
          <w:lang w:eastAsia="zh-CN"/>
        </w:rPr>
        <w:br/>
      </w:r>
      <w:r>
        <w:rPr>
          <w:lang w:eastAsia="zh-CN"/>
        </w:rPr>
        <w:t>　　在新的一年，我将有针对性的弥补自己的不足，取得更大的进步。继续本着主人翁的态度，不断探索、开拓创新、尽职尽责、尽心尽力，吸取他人之所长、克已之短，自己成长的同时，一如既往地为本行的发展敬献自己的一份微薄之力。</w:t>
      </w:r>
      <w:r>
        <w:rPr>
          <w:lang w:eastAsia="zh-CN"/>
        </w:rPr>
        <w:br/>
      </w:r>
      <w:r>
        <w:rPr>
          <w:lang w:eastAsia="zh-CN"/>
        </w:rPr>
        <w:t>　　20__年，在管理行、支行各位领导的关心和培养下，同事的支持和帮助下。我在思想和工作方法上都有了很大的进步，对待和处理问题也逐步趋向全面化。回首一年的工作，有艰辛，更有收获，有工作经验的锤炼，更有意志品格的磨砺。如果要用一句话来概括的话，那就是：累并快乐着，苦并收获着。现将我本年度的思想、工作总结如下：</w:t>
      </w:r>
      <w:r>
        <w:rPr>
          <w:lang w:eastAsia="zh-CN"/>
        </w:rPr>
        <w:br/>
      </w:r>
      <w:r>
        <w:rPr>
          <w:lang w:eastAsia="zh-CN"/>
        </w:rPr>
        <w:t>　　一、20__年工作情况</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https://d.book118.com/466042014020010055</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6604201402001005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