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2024年元旦文艺汇演活动方案（35篇）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2024年元旦文艺汇演活动方案（通用35篇）</w:t>
      </w:r>
      <w:r>
        <w:rPr>
          <w:lang w:eastAsia="zh-CN"/>
        </w:rPr>
        <w:br/>
      </w:r>
      <w:r>
        <w:rPr>
          <w:lang w:eastAsia="zh-CN"/>
        </w:rPr>
        <w:t xml:space="preserve">    2024年元旦文艺汇演活动方案 篇1 </w:t>
      </w:r>
      <w:r>
        <w:rPr>
          <w:lang w:eastAsia="zh-CN"/>
        </w:rPr>
        <w:br/>
      </w:r>
      <w:r>
        <w:rPr>
          <w:lang w:eastAsia="zh-CN"/>
        </w:rPr>
        <w:t>　　一、指导思想</w:t>
      </w:r>
      <w:r>
        <w:rPr>
          <w:lang w:eastAsia="zh-CN"/>
        </w:rPr>
        <w:br/>
      </w:r>
      <w:r>
        <w:rPr>
          <w:lang w:eastAsia="zh-CN"/>
        </w:rPr>
        <w:t>　　根据学校的办学目标和理念，为丰富校园文化生活，营造积极向上、格调高雅、健康向上的学校文化氛围，培养学生的艺术表演能力和欣赏能力，展示我校艺术教育的发展成果；促进家校互动。值此辞旧迎新之际，学校中学部组织庆_年元旦迎新春活动，为确保本次活动顺利开展，特制定本方案。</w:t>
      </w:r>
      <w:r>
        <w:rPr>
          <w:lang w:eastAsia="zh-CN"/>
        </w:rPr>
        <w:br/>
      </w:r>
      <w:r>
        <w:rPr>
          <w:lang w:eastAsia="zh-CN"/>
        </w:rPr>
        <w:t>　　二、主办机构：_外国语学校中学部</w:t>
      </w:r>
      <w:r>
        <w:rPr>
          <w:lang w:eastAsia="zh-CN"/>
        </w:rPr>
        <w:br/>
      </w:r>
      <w:r>
        <w:rPr>
          <w:lang w:eastAsia="zh-CN"/>
        </w:rPr>
        <w:t>　　三、活动时间：_年12月25-30日</w:t>
      </w:r>
      <w:r>
        <w:rPr>
          <w:lang w:eastAsia="zh-CN"/>
        </w:rPr>
        <w:br/>
      </w:r>
      <w:r>
        <w:rPr>
          <w:lang w:eastAsia="zh-CN"/>
        </w:rPr>
        <w:t>　　四、活动场地：学校报告厅</w:t>
      </w:r>
      <w:r>
        <w:rPr>
          <w:lang w:eastAsia="zh-CN"/>
        </w:rPr>
        <w:br/>
      </w:r>
      <w:r>
        <w:rPr>
          <w:lang w:eastAsia="zh-CN"/>
        </w:rPr>
        <w:t>　　五、节目形式：声乐、器乐、舞蹈、语言类、课本剧、武术、体操等</w:t>
      </w:r>
      <w:r>
        <w:rPr>
          <w:lang w:eastAsia="zh-CN"/>
        </w:rPr>
        <w:br/>
      </w:r>
      <w:r>
        <w:rPr>
          <w:lang w:eastAsia="zh-CN"/>
        </w:rPr>
        <w:t>　　六、组织领导和具体分工</w:t>
      </w:r>
      <w:r>
        <w:rPr>
          <w:lang w:eastAsia="zh-CN"/>
        </w:rPr>
        <w:br/>
      </w:r>
      <w:r>
        <w:rPr>
          <w:lang w:eastAsia="zh-CN"/>
        </w:rPr>
        <w:t>　　1、领导小组：</w:t>
      </w:r>
      <w:r>
        <w:rPr>
          <w:lang w:eastAsia="zh-CN"/>
        </w:rPr>
        <w:br/>
      </w:r>
      <w:r>
        <w:rPr>
          <w:lang w:eastAsia="zh-CN"/>
        </w:rPr>
        <w:t>　　组长：_</w:t>
      </w:r>
      <w:r>
        <w:rPr>
          <w:lang w:eastAsia="zh-CN"/>
        </w:rPr>
        <w:br/>
      </w:r>
      <w:r>
        <w:rPr>
          <w:lang w:eastAsia="zh-CN"/>
        </w:rPr>
        <w:t>　　副组长：、张老师</w:t>
      </w:r>
      <w:r>
        <w:rPr>
          <w:lang w:eastAsia="zh-CN"/>
        </w:rPr>
        <w:br/>
      </w:r>
      <w:r>
        <w:rPr>
          <w:lang w:eastAsia="zh-CN"/>
        </w:rPr>
        <w:t>　　组员：、各年级组长和班主任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2、工作小组</w:t>
      </w:r>
      <w:r>
        <w:rPr>
          <w:lang w:eastAsia="zh-CN"/>
        </w:rPr>
        <w:br/>
      </w:r>
      <w:r>
        <w:rPr>
          <w:lang w:eastAsia="zh-CN"/>
        </w:rPr>
        <w:t>　　组长：</w:t>
      </w:r>
      <w:r>
        <w:rPr>
          <w:lang w:eastAsia="zh-CN"/>
        </w:rPr>
        <w:br/>
      </w:r>
      <w:r>
        <w:rPr>
          <w:lang w:eastAsia="zh-CN"/>
        </w:rPr>
        <w:t>　　组员：全体行政人员、艺体、电教组老师、后勤保障部人员</w:t>
      </w:r>
      <w:r>
        <w:rPr>
          <w:lang w:eastAsia="zh-CN"/>
        </w:rPr>
        <w:br/>
      </w:r>
      <w:r>
        <w:rPr>
          <w:lang w:eastAsia="zh-CN"/>
        </w:rPr>
        <w:t>　　3、具体分工：</w:t>
      </w:r>
      <w:r>
        <w:rPr>
          <w:lang w:eastAsia="zh-CN"/>
        </w:rPr>
        <w:br/>
      </w:r>
      <w:r>
        <w:rPr>
          <w:lang w:eastAsia="zh-CN"/>
        </w:rPr>
        <w:t>　　（1）领导、家长邀请和安排：_、李老师、_</w:t>
      </w:r>
      <w:r>
        <w:rPr>
          <w:lang w:eastAsia="zh-CN"/>
        </w:rPr>
        <w:br/>
      </w:r>
      <w:r>
        <w:rPr>
          <w:lang w:eastAsia="zh-CN"/>
        </w:rPr>
        <w:t>　　负责邀请社区及单位领导，学生家长参加。</w:t>
      </w:r>
      <w:r>
        <w:rPr>
          <w:lang w:eastAsia="zh-CN"/>
        </w:rPr>
        <w:br/>
      </w:r>
      <w:r>
        <w:rPr>
          <w:lang w:eastAsia="zh-CN"/>
        </w:rPr>
        <w:t>　　（2）舞台协调及活动组织管理：_</w:t>
      </w:r>
      <w:r>
        <w:rPr>
          <w:lang w:eastAsia="zh-CN"/>
        </w:rPr>
        <w:br/>
      </w:r>
      <w:r>
        <w:rPr>
          <w:lang w:eastAsia="zh-CN"/>
        </w:rPr>
        <w:t>　　负责汇演时舞台事务、串场，保障演出正常有序开展。</w:t>
      </w:r>
      <w:r>
        <w:rPr>
          <w:lang w:eastAsia="zh-CN"/>
        </w:rPr>
        <w:br/>
      </w:r>
      <w:r>
        <w:rPr>
          <w:lang w:eastAsia="zh-CN"/>
        </w:rPr>
        <w:t>　　（3）节目协调：_</w:t>
      </w:r>
      <w:r>
        <w:rPr>
          <w:lang w:eastAsia="zh-CN"/>
        </w:rPr>
        <w:br/>
      </w:r>
      <w:r>
        <w:rPr>
          <w:lang w:eastAsia="zh-CN"/>
        </w:rPr>
        <w:t>　　负责各节目的准备和协调。</w:t>
      </w:r>
      <w:r>
        <w:rPr>
          <w:lang w:eastAsia="zh-CN"/>
        </w:rPr>
        <w:br/>
      </w:r>
      <w:r>
        <w:rPr>
          <w:lang w:eastAsia="zh-CN"/>
        </w:rPr>
        <w:t>　　（4）会场协调：_</w:t>
      </w:r>
      <w:r>
        <w:rPr>
          <w:lang w:eastAsia="zh-CN"/>
        </w:rPr>
        <w:br/>
      </w:r>
      <w:r>
        <w:rPr>
          <w:lang w:eastAsia="zh-CN"/>
        </w:rPr>
        <w:t>　　负责会场的总体秩序，协调处理突发事件。</w:t>
      </w:r>
      <w:r>
        <w:rPr>
          <w:lang w:eastAsia="zh-CN"/>
        </w:rPr>
        <w:br/>
      </w:r>
      <w:r>
        <w:rPr>
          <w:lang w:eastAsia="zh-CN"/>
        </w:rPr>
        <w:t>　　（5）活动后勤保障：_</w:t>
      </w:r>
      <w:r>
        <w:rPr>
          <w:lang w:eastAsia="zh-CN"/>
        </w:rPr>
        <w:br/>
      </w:r>
      <w:r>
        <w:rPr>
          <w:lang w:eastAsia="zh-CN"/>
        </w:rPr>
        <w:t>　　负责活动所需各种物资的采购，音响、灯光、舞台设备的准备。</w:t>
      </w:r>
      <w:r>
        <w:rPr>
          <w:lang w:eastAsia="zh-CN"/>
        </w:rPr>
        <w:br/>
      </w:r>
      <w:r>
        <w:rPr>
          <w:lang w:eastAsia="zh-CN"/>
        </w:rPr>
        <w:t>　　（6）主持稿、新闻报道：_</w:t>
      </w:r>
      <w:r>
        <w:rPr>
          <w:lang w:eastAsia="zh-CN"/>
        </w:rPr>
        <w:br/>
      </w:r>
      <w:r>
        <w:rPr>
          <w:lang w:eastAsia="zh-CN"/>
        </w:rPr>
        <w:t>　　负责主持稿的撰写，新闻稿的撰写和刊出。</w:t>
      </w:r>
      <w:r>
        <w:rPr>
          <w:lang w:eastAsia="zh-CN"/>
        </w:rPr>
        <w:br/>
      </w:r>
      <w:r>
        <w:rPr>
          <w:lang w:eastAsia="zh-CN"/>
        </w:rPr>
        <w:t>　　（7）主持人的选拔和训练：_</w:t>
      </w:r>
      <w:r>
        <w:rPr>
          <w:lang w:eastAsia="zh-CN"/>
        </w:rPr>
        <w:br/>
      </w:r>
      <w:r>
        <w:rPr>
          <w:lang w:eastAsia="zh-CN"/>
        </w:rPr>
        <w:t>　　（8）舞台氛围、背景设计和舞台主题标语的布置：_</w:t>
      </w:r>
      <w:r>
        <w:rPr>
          <w:lang w:eastAsia="zh-CN"/>
        </w:rPr>
        <w:br/>
      </w:r>
      <w:r>
        <w:rPr>
          <w:lang w:eastAsia="zh-CN"/>
        </w:rPr>
        <w:t>　　（9）迎宾学生组织：_</w:t>
      </w:r>
      <w:r>
        <w:rPr>
          <w:lang w:eastAsia="zh-CN"/>
        </w:rPr>
        <w:br/>
      </w:r>
      <w:r>
        <w:rPr>
          <w:lang w:eastAsia="zh-CN"/>
        </w:rPr>
        <w:t>　　（10）摄像、摄影：_</w:t>
      </w:r>
      <w:r>
        <w:rPr>
          <w:lang w:eastAsia="zh-CN"/>
        </w:rPr>
        <w:br/>
      </w:r>
      <w:r>
        <w:rPr>
          <w:lang w:eastAsia="zh-CN"/>
        </w:rPr>
        <w:t>　　（11）音响、灯光：_</w:t>
      </w:r>
      <w:r>
        <w:rPr>
          <w:lang w:eastAsia="zh-CN"/>
        </w:rPr>
        <w:br/>
      </w:r>
      <w:r>
        <w:rPr>
          <w:lang w:eastAsia="zh-CN"/>
        </w:rPr>
        <w:t>　　（12）会场座位安排：_</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（13）节目单的设计和制作：_</w:t>
      </w:r>
      <w:r>
        <w:rPr>
          <w:lang w:eastAsia="zh-CN"/>
        </w:rPr>
        <w:br/>
      </w:r>
      <w:r>
        <w:rPr>
          <w:lang w:eastAsia="zh-CN"/>
        </w:rPr>
        <w:t>　　（14）安全保卫，家长车辆疏导：_</w:t>
      </w:r>
      <w:r>
        <w:rPr>
          <w:lang w:eastAsia="zh-CN"/>
        </w:rPr>
        <w:br/>
      </w:r>
      <w:r>
        <w:rPr>
          <w:lang w:eastAsia="zh-CN"/>
        </w:rPr>
        <w:t>　　（15）各班主任负责班级学生节目的编排、指导和班级活动的组织。</w:t>
      </w:r>
      <w:r>
        <w:rPr>
          <w:lang w:eastAsia="zh-CN"/>
        </w:rPr>
        <w:br/>
      </w:r>
      <w:r>
        <w:rPr>
          <w:lang w:eastAsia="zh-CN"/>
        </w:rPr>
        <w:t>　　（16）大型协调会和方案落实情况研讨会组织：_</w:t>
      </w:r>
      <w:r>
        <w:rPr>
          <w:lang w:eastAsia="zh-CN"/>
        </w:rPr>
        <w:br/>
      </w:r>
      <w:r>
        <w:rPr>
          <w:lang w:eastAsia="zh-CN"/>
        </w:rPr>
        <w:t>　　六、活动议程</w:t>
      </w:r>
      <w:r>
        <w:rPr>
          <w:lang w:eastAsia="zh-CN"/>
        </w:rPr>
        <w:br/>
      </w:r>
      <w:r>
        <w:rPr>
          <w:lang w:eastAsia="zh-CN"/>
        </w:rPr>
        <w:t>　　（1）领导致辞</w:t>
      </w:r>
      <w:r>
        <w:rPr>
          <w:lang w:eastAsia="zh-CN"/>
        </w:rPr>
        <w:br/>
      </w:r>
      <w:r>
        <w:rPr>
          <w:lang w:eastAsia="zh-CN"/>
        </w:rPr>
        <w:t>　　（2）文艺演出</w:t>
      </w:r>
      <w:r>
        <w:rPr>
          <w:lang w:eastAsia="zh-CN"/>
        </w:rPr>
        <w:br/>
      </w:r>
      <w:r>
        <w:rPr>
          <w:lang w:eastAsia="zh-CN"/>
        </w:rPr>
        <w:t>　　七、文艺节目</w:t>
      </w:r>
      <w:r>
        <w:rPr>
          <w:lang w:eastAsia="zh-CN"/>
        </w:rPr>
        <w:br/>
      </w:r>
      <w:r>
        <w:rPr>
          <w:lang w:eastAsia="zh-CN"/>
        </w:rPr>
        <w:t>　　(1)学生节目：负责人：_、各班主任</w:t>
      </w:r>
      <w:r>
        <w:rPr>
          <w:lang w:eastAsia="zh-CN"/>
        </w:rPr>
        <w:br/>
      </w:r>
      <w:r>
        <w:rPr>
          <w:lang w:eastAsia="zh-CN"/>
        </w:rPr>
        <w:t>　　（2）教师节目：负责人：_</w:t>
      </w:r>
      <w:r>
        <w:rPr>
          <w:lang w:eastAsia="zh-CN"/>
        </w:rPr>
        <w:br/>
      </w:r>
      <w:r>
        <w:rPr>
          <w:lang w:eastAsia="zh-CN"/>
        </w:rPr>
        <w:t>　　八、前期准备</w:t>
      </w:r>
      <w:r>
        <w:rPr>
          <w:lang w:eastAsia="zh-CN"/>
        </w:rPr>
        <w:br/>
      </w:r>
      <w:r>
        <w:rPr>
          <w:lang w:eastAsia="zh-CN"/>
        </w:rPr>
        <w:t>　　(1)前期筹备阶段（11.1-11.7）</w:t>
      </w:r>
      <w:r>
        <w:rPr>
          <w:lang w:eastAsia="zh-CN"/>
        </w:rPr>
        <w:br/>
      </w:r>
      <w:r>
        <w:rPr>
          <w:lang w:eastAsia="zh-CN"/>
        </w:rPr>
        <w:t>　　主要负责方案的制定、领导小组的成立、工作人员的分工。</w:t>
      </w:r>
      <w:r>
        <w:rPr>
          <w:lang w:eastAsia="zh-CN"/>
        </w:rPr>
        <w:br/>
      </w:r>
      <w:r>
        <w:rPr>
          <w:lang w:eastAsia="zh-CN"/>
        </w:rPr>
        <w:t>　　（2）宣传发动阶段（11.8-11.15）</w:t>
      </w:r>
      <w:r>
        <w:rPr>
          <w:lang w:eastAsia="zh-CN"/>
        </w:rPr>
        <w:br/>
      </w:r>
      <w:r>
        <w:rPr>
          <w:lang w:eastAsia="zh-CN"/>
        </w:rPr>
        <w:t>　　各年级、班级高度重视，积极宣传，做好节目的前期编排。</w:t>
      </w:r>
      <w:r>
        <w:rPr>
          <w:lang w:eastAsia="zh-CN"/>
        </w:rPr>
        <w:br/>
      </w:r>
      <w:r>
        <w:rPr>
          <w:lang w:eastAsia="zh-CN"/>
        </w:rPr>
        <w:t>　　(3)报名选拔阶段（11.16-11.28）</w:t>
      </w:r>
      <w:r>
        <w:rPr>
          <w:lang w:eastAsia="zh-CN"/>
        </w:rPr>
        <w:br/>
      </w:r>
      <w:r>
        <w:rPr>
          <w:lang w:eastAsia="zh-CN"/>
        </w:rPr>
        <w:t>　　各班级节目单的上报，每班级至少要报两个以上的节目，两个所报节目形式不能一样；节目统一上报团委。</w:t>
      </w:r>
      <w:r>
        <w:rPr>
          <w:lang w:eastAsia="zh-CN"/>
        </w:rPr>
        <w:br/>
      </w:r>
      <w:r>
        <w:rPr>
          <w:lang w:eastAsia="zh-CN"/>
        </w:rPr>
        <w:t>　　团委组织音乐老师等进行初评，选拔筛选优秀节目参与演出。</w:t>
      </w:r>
      <w:r>
        <w:rPr>
          <w:lang w:eastAsia="zh-CN"/>
        </w:rPr>
        <w:br/>
      </w:r>
      <w:r>
        <w:rPr>
          <w:lang w:eastAsia="zh-CN"/>
        </w:rPr>
        <w:t>　　（4）训练、指导阶段（11.29-12.12）</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音乐老师和班主任对学生节目精心指导，提高节目的质量，确定最后的参演节目</w:t>
      </w:r>
      <w:r>
        <w:rPr>
          <w:lang w:eastAsia="zh-CN"/>
        </w:rPr>
        <w:br/>
      </w:r>
      <w:r>
        <w:rPr>
          <w:lang w:eastAsia="zh-CN"/>
        </w:rPr>
        <w:t>　　（5）彩排提升阶段（12.13-12.25）</w:t>
      </w:r>
      <w:r>
        <w:rPr>
          <w:lang w:eastAsia="zh-CN"/>
        </w:rPr>
        <w:br/>
      </w:r>
      <w:r>
        <w:rPr>
          <w:lang w:eastAsia="zh-CN"/>
        </w:rPr>
        <w:t>　　组织1-2次的彩排活动，提升学生演出的信心和良好的表演能力。</w:t>
      </w:r>
      <w:r>
        <w:rPr>
          <w:lang w:eastAsia="zh-CN"/>
        </w:rPr>
        <w:br/>
      </w:r>
      <w:r>
        <w:rPr>
          <w:lang w:eastAsia="zh-CN"/>
        </w:rPr>
        <w:t>　　（6）演出评比阶段（12.25-1.1）</w:t>
      </w:r>
      <w:r>
        <w:rPr>
          <w:lang w:eastAsia="zh-CN"/>
        </w:rPr>
        <w:br/>
      </w:r>
      <w:r>
        <w:rPr>
          <w:lang w:eastAsia="zh-CN"/>
        </w:rPr>
        <w:t>　　文艺汇演并评出优秀节目，纳入班级考核。</w:t>
      </w:r>
      <w:r>
        <w:rPr>
          <w:lang w:eastAsia="zh-CN"/>
        </w:rPr>
        <w:br/>
      </w:r>
      <w:r>
        <w:rPr>
          <w:lang w:eastAsia="zh-CN"/>
        </w:rPr>
        <w:t>　　附：节目筛选和演出评比评委：</w:t>
      </w:r>
      <w:r>
        <w:rPr>
          <w:lang w:eastAsia="zh-CN"/>
        </w:rPr>
        <w:br/>
      </w:r>
      <w:r>
        <w:rPr>
          <w:lang w:eastAsia="zh-CN"/>
        </w:rPr>
        <w:t>　　_等老师</w:t>
      </w:r>
      <w:r>
        <w:rPr>
          <w:lang w:eastAsia="zh-CN"/>
        </w:rPr>
        <w:br/>
      </w:r>
      <w:r>
        <w:rPr>
          <w:lang w:eastAsia="zh-CN"/>
        </w:rPr>
        <w:t xml:space="preserve">    2024年元旦文艺汇演活动方案 篇2 </w:t>
      </w:r>
      <w:r>
        <w:rPr>
          <w:lang w:eastAsia="zh-CN"/>
        </w:rPr>
        <w:br/>
      </w:r>
      <w:r>
        <w:rPr>
          <w:lang w:eastAsia="zh-CN"/>
        </w:rPr>
        <w:t>　　为丰富全体师生的文化生活，展现我校积极向上的精神风貌，充分展示我校艺术教育成果，为孩子提供自我展示的舞台，我校特举办第二届艺术节暨庆元旦文艺汇演。为了确保活动的顺利进行，特制订本方案。</w:t>
      </w:r>
      <w:r>
        <w:rPr>
          <w:lang w:eastAsia="zh-CN"/>
        </w:rPr>
        <w:br/>
      </w:r>
      <w:r>
        <w:rPr>
          <w:lang w:eastAsia="zh-CN"/>
        </w:rPr>
        <w:t>　　一、学校成立领导小组和工作小组</w:t>
      </w:r>
      <w:r>
        <w:rPr>
          <w:lang w:eastAsia="zh-CN"/>
        </w:rPr>
        <w:br/>
      </w:r>
      <w:r>
        <w:rPr>
          <w:lang w:eastAsia="zh-CN"/>
        </w:rPr>
        <w:t>　　领导小组</w:t>
      </w:r>
      <w:r>
        <w:rPr>
          <w:lang w:eastAsia="zh-CN"/>
        </w:rPr>
        <w:br/>
      </w:r>
      <w:r>
        <w:rPr>
          <w:lang w:eastAsia="zh-CN"/>
        </w:rPr>
        <w:t>　　组长：z</w:t>
      </w:r>
      <w:r>
        <w:rPr>
          <w:lang w:eastAsia="zh-CN"/>
        </w:rPr>
        <w:br/>
      </w:r>
      <w:r>
        <w:rPr>
          <w:lang w:eastAsia="zh-CN"/>
        </w:rPr>
        <w:t>　　副组长：z</w:t>
      </w:r>
      <w:r>
        <w:rPr>
          <w:lang w:eastAsia="zh-CN"/>
        </w:rPr>
        <w:br/>
      </w:r>
      <w:r>
        <w:rPr>
          <w:lang w:eastAsia="zh-CN"/>
        </w:rPr>
        <w:t>　　工作小组</w:t>
      </w:r>
      <w:r>
        <w:rPr>
          <w:lang w:eastAsia="zh-CN"/>
        </w:rPr>
        <w:br/>
      </w:r>
      <w:r>
        <w:rPr>
          <w:lang w:eastAsia="zh-CN"/>
        </w:rPr>
        <w:t>　　组长：z</w:t>
      </w:r>
      <w:r>
        <w:rPr>
          <w:lang w:eastAsia="zh-CN"/>
        </w:rPr>
        <w:br/>
      </w:r>
      <w:r>
        <w:rPr>
          <w:lang w:eastAsia="zh-CN"/>
        </w:rPr>
        <w:t>　　副组长：z</w:t>
      </w:r>
      <w:r>
        <w:rPr>
          <w:lang w:eastAsia="zh-CN"/>
        </w:rPr>
        <w:br/>
      </w:r>
      <w:r>
        <w:rPr>
          <w:lang w:eastAsia="zh-CN"/>
        </w:rPr>
        <w:t>　　成员：z</w:t>
      </w:r>
      <w:r>
        <w:rPr>
          <w:lang w:eastAsia="zh-CN"/>
        </w:rPr>
        <w:br/>
      </w:r>
      <w:r>
        <w:rPr>
          <w:lang w:eastAsia="zh-CN"/>
        </w:rPr>
        <w:t>　　各年级级部主任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二、活动计划</w:t>
      </w:r>
      <w:r>
        <w:rPr>
          <w:lang w:eastAsia="zh-CN"/>
        </w:rPr>
        <w:br/>
      </w:r>
      <w:r>
        <w:rPr>
          <w:lang w:eastAsia="zh-CN"/>
        </w:rPr>
        <w:t>　　本次活动将分三部分进行：</w:t>
      </w:r>
      <w:r>
        <w:rPr>
          <w:lang w:eastAsia="zh-CN"/>
        </w:rPr>
        <w:br/>
      </w:r>
      <w:r>
        <w:rPr>
          <w:lang w:eastAsia="zh-CN"/>
        </w:rPr>
        <w:t>　　1 古诗文诵读成果展演</w:t>
      </w:r>
      <w:r>
        <w:rPr>
          <w:lang w:eastAsia="zh-CN"/>
        </w:rPr>
        <w:br/>
      </w:r>
      <w:r>
        <w:rPr>
          <w:lang w:eastAsia="zh-CN"/>
        </w:rPr>
        <w:t>　　2 艺术节颁奖仪式</w:t>
      </w:r>
      <w:r>
        <w:rPr>
          <w:lang w:eastAsia="zh-CN"/>
        </w:rPr>
        <w:br/>
      </w:r>
      <w:r>
        <w:rPr>
          <w:lang w:eastAsia="zh-CN"/>
        </w:rPr>
        <w:t>　　3 艺术节才艺大比拼，师生共舞庆“元旦”</w:t>
      </w:r>
      <w:r>
        <w:rPr>
          <w:lang w:eastAsia="zh-CN"/>
        </w:rPr>
        <w:br/>
      </w:r>
      <w:r>
        <w:rPr>
          <w:lang w:eastAsia="zh-CN"/>
        </w:rPr>
        <w:t>　　三、活动时间及地点</w:t>
      </w:r>
      <w:r>
        <w:rPr>
          <w:lang w:eastAsia="zh-CN"/>
        </w:rPr>
        <w:br/>
      </w:r>
      <w:r>
        <w:rPr>
          <w:lang w:eastAsia="zh-CN"/>
        </w:rPr>
        <w:t>　　活动时间：2_14年12月28日晚及29日全天</w:t>
      </w:r>
      <w:r>
        <w:rPr>
          <w:lang w:eastAsia="zh-CN"/>
        </w:rPr>
        <w:br/>
      </w:r>
      <w:r>
        <w:rPr>
          <w:lang w:eastAsia="zh-CN"/>
        </w:rPr>
        <w:t>　　活动地点：学校播慧馆</w:t>
      </w:r>
      <w:r>
        <w:rPr>
          <w:lang w:eastAsia="zh-CN"/>
        </w:rPr>
        <w:br/>
      </w:r>
      <w:r>
        <w:rPr>
          <w:lang w:eastAsia="zh-CN"/>
        </w:rPr>
        <w:t>　　四、具体安排：</w:t>
      </w:r>
      <w:r>
        <w:rPr>
          <w:lang w:eastAsia="zh-CN"/>
        </w:rPr>
        <w:br/>
      </w:r>
      <w:r>
        <w:rPr>
          <w:lang w:eastAsia="zh-CN"/>
        </w:rPr>
        <w:t>　　2_14年12月28日晚18：30 第一场文艺演出，观众为八、九年级全体师生，同时邀请学校领导观看演出；</w:t>
      </w:r>
      <w:r>
        <w:rPr>
          <w:lang w:eastAsia="zh-CN"/>
        </w:rPr>
        <w:br/>
      </w:r>
      <w:r>
        <w:rPr>
          <w:lang w:eastAsia="zh-CN"/>
        </w:rPr>
        <w:t>　　2_14年12月28日上午8：30 第二场文艺演出，观众为小学部全体师生，同时邀请区教育局领导观看演出，并对活动安排进行指导；</w:t>
      </w:r>
      <w:r>
        <w:rPr>
          <w:lang w:eastAsia="zh-CN"/>
        </w:rPr>
        <w:br/>
      </w:r>
      <w:r>
        <w:rPr>
          <w:lang w:eastAsia="zh-CN"/>
        </w:rPr>
        <w:t>　　2_14年12月28日下午13：30 第三场文艺演出，观众为六、七年级全体师生，同时邀请学校领导观看演出；</w:t>
      </w:r>
      <w:r>
        <w:rPr>
          <w:lang w:eastAsia="zh-CN"/>
        </w:rPr>
        <w:br/>
      </w:r>
      <w:r>
        <w:rPr>
          <w:lang w:eastAsia="zh-CN"/>
        </w:rPr>
        <w:t>　　工作小组人员分工：</w:t>
      </w:r>
      <w:r>
        <w:rPr>
          <w:lang w:eastAsia="zh-CN"/>
        </w:rPr>
        <w:br/>
      </w:r>
      <w:r>
        <w:rPr>
          <w:lang w:eastAsia="zh-CN"/>
        </w:rPr>
        <w:t>　　学生秩序维护：z</w:t>
      </w:r>
      <w:r>
        <w:rPr>
          <w:lang w:eastAsia="zh-CN"/>
        </w:rPr>
        <w:br/>
      </w:r>
      <w:r>
        <w:rPr>
          <w:lang w:eastAsia="zh-CN"/>
        </w:rPr>
        <w:t>　　会场服务：z</w:t>
      </w:r>
      <w:r>
        <w:rPr>
          <w:lang w:eastAsia="zh-CN"/>
        </w:rPr>
        <w:br/>
      </w:r>
      <w:r>
        <w:rPr>
          <w:lang w:eastAsia="zh-CN"/>
        </w:rPr>
        <w:t>　　舞台指挥：z</w:t>
      </w:r>
      <w:r>
        <w:rPr>
          <w:lang w:eastAsia="zh-CN"/>
        </w:rPr>
        <w:br/>
      </w:r>
      <w:r>
        <w:rPr>
          <w:lang w:eastAsia="zh-CN"/>
        </w:rPr>
        <w:t>　　舞台服务：z（话筒准备、拉幕）</w:t>
      </w:r>
      <w:r>
        <w:rPr>
          <w:lang w:eastAsia="zh-CN"/>
        </w:rPr>
        <w:br/>
      </w:r>
      <w:r>
        <w:rPr>
          <w:lang w:eastAsia="zh-CN"/>
        </w:rPr>
        <w:t>　　音响：信息中心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营东区第一中学（教务处、团队、政教处）</w:t>
      </w:r>
      <w:r>
        <w:rPr>
          <w:lang w:eastAsia="zh-CN"/>
        </w:rPr>
        <w:br/>
      </w:r>
      <w:r>
        <w:rPr>
          <w:lang w:eastAsia="zh-CN"/>
        </w:rPr>
        <w:t xml:space="preserve">    2024年元旦文艺汇演活动方案 篇3 </w:t>
      </w:r>
      <w:r>
        <w:rPr>
          <w:lang w:eastAsia="zh-CN"/>
        </w:rPr>
        <w:br/>
      </w:r>
      <w:r>
        <w:rPr>
          <w:lang w:eastAsia="zh-CN"/>
        </w:rPr>
        <w:t>　　为了活跃校园文化生活，激发全体师生对美好未来的憧憬，加强我校师生之间的互动交流，创建和谐校园，全面推进素质教育，在校领导的支持下，我校决定举办__年元旦文艺汇演。为确保活动的顺利举行，现将有关事宜如下：</w:t>
      </w:r>
      <w:r>
        <w:rPr>
          <w:lang w:eastAsia="zh-CN"/>
        </w:rPr>
        <w:br/>
      </w:r>
      <w:r>
        <w:rPr>
          <w:lang w:eastAsia="zh-CN"/>
        </w:rPr>
        <w:t>　　一、主题：本次文艺汇演紧紧围绕团结喜庆和谐创新的主题，突出主旋律，烘托元旦的喜庆，反映中学生热爱祖国、自强不息的精神风貌，表现师生高雅、健康的审美追求。</w:t>
      </w:r>
      <w:r>
        <w:rPr>
          <w:lang w:eastAsia="zh-CN"/>
        </w:rPr>
        <w:br/>
      </w:r>
      <w:r>
        <w:rPr>
          <w:lang w:eastAsia="zh-CN"/>
        </w:rPr>
        <w:t>　　二、参演节目：</w:t>
      </w:r>
      <w:r>
        <w:rPr>
          <w:lang w:eastAsia="zh-CN"/>
        </w:rPr>
        <w:br/>
      </w:r>
      <w:r>
        <w:rPr>
          <w:lang w:eastAsia="zh-CN"/>
        </w:rPr>
        <w:t>　　1、要求：节目内容要健康，要具有鲜明的时代特征、校园特色和学生特点，鼓励师生创作各类具有特色的节目。</w:t>
      </w:r>
      <w:r>
        <w:rPr>
          <w:lang w:eastAsia="zh-CN"/>
        </w:rPr>
        <w:br/>
      </w:r>
      <w:r>
        <w:rPr>
          <w:lang w:eastAsia="zh-CN"/>
        </w:rPr>
        <w:t>　　2、节目形式：共分四大类：</w:t>
      </w:r>
      <w:r>
        <w:rPr>
          <w:lang w:eastAsia="zh-CN"/>
        </w:rPr>
        <w:br/>
      </w:r>
      <w:r>
        <w:rPr>
          <w:lang w:eastAsia="zh-CN"/>
        </w:rPr>
        <w:t>　　歌唱类：独唱、歌伴舞、小合唱等。</w:t>
      </w:r>
      <w:r>
        <w:rPr>
          <w:lang w:eastAsia="zh-CN"/>
        </w:rPr>
        <w:br/>
      </w:r>
      <w:r>
        <w:rPr>
          <w:lang w:eastAsia="zh-CN"/>
        </w:rPr>
        <w:t>　　语言文字类：相声、小品等。</w:t>
      </w:r>
      <w:r>
        <w:rPr>
          <w:lang w:eastAsia="zh-CN"/>
        </w:rPr>
        <w:br/>
      </w:r>
      <w:r>
        <w:rPr>
          <w:lang w:eastAsia="zh-CN"/>
        </w:rPr>
        <w:t>　　表演类：舞蹈、武术、器乐演奏等。</w:t>
      </w:r>
      <w:r>
        <w:rPr>
          <w:lang w:eastAsia="zh-CN"/>
        </w:rPr>
        <w:br/>
      </w:r>
      <w:r>
        <w:rPr>
          <w:lang w:eastAsia="zh-CN"/>
        </w:rPr>
        <w:t>　　原创类：如：课本剧、英语短剧等。</w:t>
      </w:r>
      <w:r>
        <w:rPr>
          <w:lang w:eastAsia="zh-CN"/>
        </w:rPr>
        <w:br/>
      </w:r>
      <w:r>
        <w:rPr>
          <w:lang w:eastAsia="zh-CN"/>
        </w:rPr>
        <w:t>　　3、节目报送：每班限报3个节目，同时各级部教师按照级部要求准备好节目，务必于11月7日前所有报名节目以级部为单位报音体美办公室张明老师。</w:t>
      </w:r>
      <w:r>
        <w:rPr>
          <w:lang w:eastAsia="zh-CN"/>
        </w:rPr>
        <w:br/>
      </w:r>
      <w:r>
        <w:rPr>
          <w:lang w:eastAsia="zh-CN"/>
        </w:rPr>
        <w:t>　　4、为营造快乐的元旦气氛，教师可自愿报节目参加演出。希望教师们积极参与。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三、参加人员：全体师生。</w:t>
      </w:r>
      <w:r>
        <w:rPr>
          <w:lang w:eastAsia="zh-CN"/>
        </w:rPr>
        <w:br/>
      </w:r>
      <w:r>
        <w:rPr>
          <w:lang w:eastAsia="zh-CN"/>
        </w:rPr>
        <w:t>　　四、演出时间：12月30日下午举行。</w:t>
      </w:r>
      <w:r>
        <w:rPr>
          <w:lang w:eastAsia="zh-CN"/>
        </w:rPr>
        <w:br/>
      </w:r>
      <w:r>
        <w:rPr>
          <w:lang w:eastAsia="zh-CN"/>
        </w:rPr>
        <w:t>　　五、演出地点：餐厅二楼</w:t>
      </w:r>
      <w:r>
        <w:rPr>
          <w:lang w:eastAsia="zh-CN"/>
        </w:rPr>
        <w:br/>
      </w:r>
      <w:r>
        <w:rPr>
          <w:lang w:eastAsia="zh-CN"/>
        </w:rPr>
        <w:t>　　六、组织工作及要求：</w:t>
      </w:r>
      <w:r>
        <w:rPr>
          <w:lang w:eastAsia="zh-CN"/>
        </w:rPr>
        <w:br/>
      </w:r>
      <w:r>
        <w:rPr>
          <w:lang w:eastAsia="zh-CN"/>
        </w:rPr>
        <w:t>　　1、各班级要确定专人负责参演节目的准备和排练工作，敬请各班主任务必亲自过问。</w:t>
      </w:r>
      <w:r>
        <w:rPr>
          <w:lang w:eastAsia="zh-CN"/>
        </w:rPr>
        <w:br/>
      </w:r>
      <w:r>
        <w:rPr>
          <w:lang w:eastAsia="zh-CN"/>
        </w:rPr>
        <w:t>　　2、节目统筹实行负责制。各级部相关领导具体负责组织并协调好本部门节目的内容和排练时间，确定并督促节目的准备，并及时上报。</w:t>
      </w:r>
      <w:r>
        <w:rPr>
          <w:lang w:eastAsia="zh-CN"/>
        </w:rPr>
        <w:br/>
      </w:r>
      <w:r>
        <w:rPr>
          <w:lang w:eastAsia="zh-CN"/>
        </w:rPr>
        <w:t>　　望全体师生积极准备，按通知要求，及时部署，精心组织排练，选拔出具有一定文艺水准的节目参演，真实反映我校校园文化建设所取得的`成绩，以出色的工作和优异的成绩，推进我校学风及校园文化建设的健康发展，确保本次文艺汇演圆满成功，并以崭新的精神面貌，迎接新年的到来！</w:t>
      </w:r>
      <w:r>
        <w:rPr>
          <w:lang w:eastAsia="zh-CN"/>
        </w:rPr>
        <w:br/>
      </w:r>
      <w:r>
        <w:rPr>
          <w:lang w:eastAsia="zh-CN"/>
        </w:rPr>
        <w:t xml:space="preserve">    2024年元旦文艺汇演活动方案 篇4 </w:t>
      </w:r>
      <w:r>
        <w:rPr>
          <w:lang w:eastAsia="zh-CN"/>
        </w:rPr>
        <w:br/>
      </w:r>
      <w:r>
        <w:rPr>
          <w:lang w:eastAsia="zh-CN"/>
        </w:rPr>
        <w:t>　　一、指导思想</w:t>
      </w:r>
      <w:r>
        <w:rPr>
          <w:lang w:eastAsia="zh-CN"/>
        </w:rPr>
        <w:br/>
      </w:r>
      <w:r>
        <w:rPr>
          <w:lang w:eastAsia="zh-CN"/>
        </w:rPr>
        <w:t>　　为丰富校园文化生活、活跃校园文化氛围，值此辞旧迎新之际，学校工会组织庆20__元旦迎新春活动，以愉悦身心，增进交流，营造学校和谐共进的良好氛围。</w:t>
      </w:r>
      <w:r>
        <w:rPr>
          <w:lang w:eastAsia="zh-CN"/>
        </w:rPr>
        <w:br/>
      </w:r>
      <w:r>
        <w:rPr>
          <w:lang w:eastAsia="zh-CN"/>
        </w:rPr>
        <w:t>　　二、活动时间：</w:t>
      </w:r>
      <w:r>
        <w:rPr>
          <w:lang w:eastAsia="zh-CN"/>
        </w:rPr>
        <w:br/>
      </w:r>
      <w:r>
        <w:rPr>
          <w:lang w:eastAsia="zh-CN"/>
        </w:rPr>
        <w:t>　　20__年12月29日上午九点</w:t>
      </w:r>
      <w:r>
        <w:rPr>
          <w:lang w:eastAsia="zh-CN"/>
        </w:rPr>
        <w:br/>
      </w:r>
      <w:r>
        <w:rPr>
          <w:lang w:eastAsia="zh-CN"/>
        </w:rPr>
        <w:t>　　三、活动地点：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食堂</w:t>
      </w:r>
      <w:r>
        <w:rPr>
          <w:lang w:eastAsia="zh-CN"/>
        </w:rPr>
        <w:br/>
      </w:r>
      <w:r>
        <w:rPr>
          <w:lang w:eastAsia="zh-CN"/>
        </w:rPr>
        <w:t>　　四、组织领导及具体分工：</w:t>
      </w:r>
      <w:r>
        <w:rPr>
          <w:lang w:eastAsia="zh-CN"/>
        </w:rPr>
        <w:br/>
      </w:r>
      <w:r>
        <w:rPr>
          <w:lang w:eastAsia="zh-CN"/>
        </w:rPr>
        <w:t>　　（一）、领导小组：组长：</w:t>
      </w:r>
      <w:r>
        <w:rPr>
          <w:lang w:eastAsia="zh-CN"/>
        </w:rPr>
        <w:br/>
      </w:r>
      <w:r>
        <w:rPr>
          <w:lang w:eastAsia="zh-CN"/>
        </w:rPr>
        <w:t>　　副组长：</w:t>
      </w:r>
      <w:r>
        <w:rPr>
          <w:lang w:eastAsia="zh-CN"/>
        </w:rPr>
        <w:br/>
      </w:r>
      <w:r>
        <w:rPr>
          <w:lang w:eastAsia="zh-CN"/>
        </w:rPr>
        <w:t>　　（二）、工作小组：组长：</w:t>
      </w:r>
      <w:r>
        <w:rPr>
          <w:lang w:eastAsia="zh-CN"/>
        </w:rPr>
        <w:br/>
      </w:r>
      <w:r>
        <w:rPr>
          <w:lang w:eastAsia="zh-CN"/>
        </w:rPr>
        <w:t>　　（三）、具体分工：</w:t>
      </w:r>
      <w:r>
        <w:rPr>
          <w:lang w:eastAsia="zh-CN"/>
        </w:rPr>
        <w:br/>
      </w:r>
      <w:r>
        <w:rPr>
          <w:lang w:eastAsia="zh-CN"/>
        </w:rPr>
        <w:t>　　1、来宾接待：</w:t>
      </w:r>
      <w:r>
        <w:rPr>
          <w:lang w:eastAsia="zh-CN"/>
        </w:rPr>
        <w:br/>
      </w:r>
      <w:r>
        <w:rPr>
          <w:lang w:eastAsia="zh-CN"/>
        </w:rPr>
        <w:t>　　2、活动安全：</w:t>
      </w:r>
      <w:r>
        <w:rPr>
          <w:lang w:eastAsia="zh-CN"/>
        </w:rPr>
        <w:br/>
      </w:r>
      <w:r>
        <w:rPr>
          <w:lang w:eastAsia="zh-CN"/>
        </w:rPr>
        <w:t>　　3、会餐安排：田</w:t>
      </w:r>
      <w:r>
        <w:rPr>
          <w:lang w:eastAsia="zh-CN"/>
        </w:rPr>
        <w:br/>
      </w:r>
      <w:r>
        <w:rPr>
          <w:lang w:eastAsia="zh-CN"/>
        </w:rPr>
        <w:t>　　3、文艺节目训练：各组组长</w:t>
      </w:r>
      <w:r>
        <w:rPr>
          <w:lang w:eastAsia="zh-CN"/>
        </w:rPr>
        <w:br/>
      </w:r>
      <w:r>
        <w:rPr>
          <w:lang w:eastAsia="zh-CN"/>
        </w:rPr>
        <w:t>　　4、主持人：</w:t>
      </w:r>
      <w:r>
        <w:rPr>
          <w:lang w:eastAsia="zh-CN"/>
        </w:rPr>
        <w:br/>
      </w:r>
      <w:r>
        <w:rPr>
          <w:lang w:eastAsia="zh-CN"/>
        </w:rPr>
        <w:t>　　5、音响：</w:t>
      </w:r>
      <w:r>
        <w:rPr>
          <w:lang w:eastAsia="zh-CN"/>
        </w:rPr>
        <w:br/>
      </w:r>
      <w:r>
        <w:rPr>
          <w:lang w:eastAsia="zh-CN"/>
        </w:rPr>
        <w:t>　　6、照相：</w:t>
      </w:r>
      <w:r>
        <w:rPr>
          <w:lang w:eastAsia="zh-CN"/>
        </w:rPr>
        <w:br/>
      </w:r>
      <w:r>
        <w:rPr>
          <w:lang w:eastAsia="zh-CN"/>
        </w:rPr>
        <w:t>　　7、录像：</w:t>
      </w:r>
      <w:r>
        <w:rPr>
          <w:lang w:eastAsia="zh-CN"/>
        </w:rPr>
        <w:br/>
      </w:r>
      <w:r>
        <w:rPr>
          <w:lang w:eastAsia="zh-CN"/>
        </w:rPr>
        <w:t>　　8、会标设计、书写、粘贴：写字教研组组负责</w:t>
      </w:r>
      <w:r>
        <w:rPr>
          <w:lang w:eastAsia="zh-CN"/>
        </w:rPr>
        <w:br/>
      </w:r>
      <w:r>
        <w:rPr>
          <w:lang w:eastAsia="zh-CN"/>
        </w:rPr>
        <w:t>　　9、会场布置、桌凳摆放：</w:t>
      </w:r>
      <w:r>
        <w:rPr>
          <w:lang w:eastAsia="zh-CN"/>
        </w:rPr>
        <w:br/>
      </w:r>
      <w:r>
        <w:rPr>
          <w:lang w:eastAsia="zh-CN"/>
        </w:rPr>
        <w:t>　　组员组长：</w:t>
      </w:r>
      <w:r>
        <w:rPr>
          <w:lang w:eastAsia="zh-CN"/>
        </w:rPr>
        <w:br/>
      </w:r>
      <w:r>
        <w:rPr>
          <w:lang w:eastAsia="zh-CN"/>
        </w:rPr>
        <w:t>　　组员以上这些组长所在教研室所有教师</w:t>
      </w:r>
      <w:r>
        <w:rPr>
          <w:lang w:eastAsia="zh-CN"/>
        </w:rPr>
        <w:br/>
      </w:r>
      <w:r>
        <w:rPr>
          <w:lang w:eastAsia="zh-CN"/>
        </w:rPr>
        <w:t>　　10、后勤保障：</w:t>
      </w:r>
      <w:r>
        <w:rPr>
          <w:lang w:eastAsia="zh-CN"/>
        </w:rPr>
        <w:br/>
      </w:r>
      <w:r>
        <w:rPr>
          <w:lang w:eastAsia="zh-CN"/>
        </w:rPr>
        <w:t>　　11、八五七元演员接待：</w:t>
      </w:r>
      <w:r>
        <w:rPr>
          <w:lang w:eastAsia="zh-CN"/>
        </w:rPr>
        <w:br/>
      </w:r>
      <w:r>
        <w:rPr>
          <w:lang w:eastAsia="zh-CN"/>
        </w:rPr>
        <w:t>　　组长：</w:t>
      </w:r>
      <w:r>
        <w:rPr>
          <w:lang w:eastAsia="zh-CN"/>
        </w:rPr>
        <w:br/>
      </w:r>
      <w:r>
        <w:rPr>
          <w:lang w:eastAsia="zh-CN"/>
        </w:rPr>
        <w:t>　　组员以上这些组长所在教研室所有教师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五、文艺节目：</w:t>
      </w:r>
      <w:r>
        <w:rPr>
          <w:lang w:eastAsia="zh-CN"/>
        </w:rPr>
        <w:br/>
      </w:r>
      <w:r>
        <w:rPr>
          <w:lang w:eastAsia="zh-CN"/>
        </w:rPr>
        <w:t>　　每个教研组规定节目一个，内容要新颖，质量要高。如有特别优秀的节目也可以增加。</w:t>
      </w:r>
      <w:r>
        <w:rPr>
          <w:lang w:eastAsia="zh-CN"/>
        </w:rPr>
        <w:br/>
      </w:r>
      <w:r>
        <w:rPr>
          <w:lang w:eastAsia="zh-CN"/>
        </w:rPr>
        <w:t>　　六、学生节目：</w:t>
      </w:r>
      <w:r>
        <w:rPr>
          <w:lang w:eastAsia="zh-CN"/>
        </w:rPr>
        <w:br/>
      </w:r>
      <w:r>
        <w:rPr>
          <w:lang w:eastAsia="zh-CN"/>
        </w:rPr>
        <w:t>　　各班主任负责</w:t>
      </w:r>
      <w:r>
        <w:rPr>
          <w:lang w:eastAsia="zh-CN"/>
        </w:rPr>
        <w:br/>
      </w:r>
      <w:r>
        <w:rPr>
          <w:lang w:eastAsia="zh-CN"/>
        </w:rPr>
        <w:t>　　七、庆祝活动议程：</w:t>
      </w:r>
      <w:r>
        <w:rPr>
          <w:lang w:eastAsia="zh-CN"/>
        </w:rPr>
        <w:br/>
      </w:r>
      <w:r>
        <w:rPr>
          <w:lang w:eastAsia="zh-CN"/>
        </w:rPr>
        <w:t>　　1、解校长作新年致辞</w:t>
      </w:r>
      <w:r>
        <w:rPr>
          <w:lang w:eastAsia="zh-CN"/>
        </w:rPr>
        <w:br/>
      </w:r>
      <w:r>
        <w:rPr>
          <w:lang w:eastAsia="zh-CN"/>
        </w:rPr>
        <w:t>　　2、来宾讲话</w:t>
      </w:r>
      <w:r>
        <w:rPr>
          <w:lang w:eastAsia="zh-CN"/>
        </w:rPr>
        <w:br/>
      </w:r>
      <w:r>
        <w:rPr>
          <w:lang w:eastAsia="zh-CN"/>
        </w:rPr>
        <w:t>　　3、文艺节目表演</w:t>
      </w:r>
      <w:r>
        <w:rPr>
          <w:lang w:eastAsia="zh-CN"/>
        </w:rPr>
        <w:br/>
      </w:r>
      <w:r>
        <w:rPr>
          <w:lang w:eastAsia="zh-CN"/>
        </w:rPr>
        <w:t>　　4、就餐</w:t>
      </w:r>
      <w:r>
        <w:rPr>
          <w:lang w:eastAsia="zh-CN"/>
        </w:rPr>
        <w:br/>
      </w:r>
      <w:r>
        <w:rPr>
          <w:lang w:eastAsia="zh-CN"/>
        </w:rPr>
        <w:t xml:space="preserve">    2024年元旦文艺汇演活动方案 篇5 </w:t>
      </w:r>
      <w:r>
        <w:rPr>
          <w:lang w:eastAsia="zh-CN"/>
        </w:rPr>
        <w:br/>
      </w:r>
      <w:r>
        <w:rPr>
          <w:lang w:eastAsia="zh-CN"/>
        </w:rPr>
        <w:t>　　一、活动主题：</w:t>
      </w:r>
      <w:r>
        <w:rPr>
          <w:lang w:eastAsia="zh-CN"/>
        </w:rPr>
        <w:br/>
      </w:r>
      <w:r>
        <w:rPr>
          <w:lang w:eastAsia="zh-CN"/>
        </w:rPr>
        <w:t>　　“和谐奋进、共筑梦想”——20__年元旦文艺汇演</w:t>
      </w:r>
      <w:r>
        <w:rPr>
          <w:lang w:eastAsia="zh-CN"/>
        </w:rPr>
        <w:br/>
      </w:r>
      <w:r>
        <w:rPr>
          <w:lang w:eastAsia="zh-CN"/>
        </w:rPr>
        <w:t>　　二、汇演时间：</w:t>
      </w:r>
      <w:r>
        <w:rPr>
          <w:lang w:eastAsia="zh-CN"/>
        </w:rPr>
        <w:br/>
      </w:r>
      <w:r>
        <w:rPr>
          <w:lang w:eastAsia="zh-CN"/>
        </w:rPr>
        <w:t>　　20__年12月31日（初定）</w:t>
      </w:r>
      <w:r>
        <w:rPr>
          <w:lang w:eastAsia="zh-CN"/>
        </w:rPr>
        <w:br/>
      </w:r>
      <w:r>
        <w:rPr>
          <w:lang w:eastAsia="zh-CN"/>
        </w:rPr>
        <w:t>　　三、汇演地点：</w:t>
      </w:r>
      <w:r>
        <w:rPr>
          <w:lang w:eastAsia="zh-CN"/>
        </w:rPr>
        <w:br/>
      </w:r>
      <w:r>
        <w:rPr>
          <w:lang w:eastAsia="zh-CN"/>
        </w:rPr>
        <w:t>　　学校大礼堂</w:t>
      </w:r>
      <w:r>
        <w:rPr>
          <w:lang w:eastAsia="zh-CN"/>
        </w:rPr>
        <w:br/>
      </w:r>
      <w:r>
        <w:rPr>
          <w:lang w:eastAsia="zh-CN"/>
        </w:rPr>
        <w:t>　　四、活动参与：</w:t>
      </w:r>
      <w:r>
        <w:rPr>
          <w:lang w:eastAsia="zh-CN"/>
        </w:rPr>
        <w:br/>
      </w:r>
      <w:r>
        <w:rPr>
          <w:lang w:eastAsia="zh-CN"/>
        </w:rPr>
        <w:t>　　小学部全校师生</w:t>
      </w:r>
      <w:r>
        <w:rPr>
          <w:lang w:eastAsia="zh-CN"/>
        </w:rPr>
        <w:br/>
      </w:r>
      <w:r>
        <w:rPr>
          <w:lang w:eastAsia="zh-CN"/>
        </w:rPr>
        <w:t>　　五、元旦汇演组委会：</w:t>
      </w:r>
      <w:r>
        <w:rPr>
          <w:lang w:eastAsia="zh-CN"/>
        </w:rPr>
        <w:br/>
      </w:r>
      <w:r>
        <w:rPr>
          <w:lang w:eastAsia="zh-CN"/>
        </w:rPr>
        <w:t>　　组长：</w:t>
      </w:r>
      <w:r>
        <w:rPr>
          <w:lang w:eastAsia="zh-CN"/>
        </w:rPr>
        <w:br/>
      </w:r>
      <w:r>
        <w:rPr>
          <w:lang w:eastAsia="zh-CN"/>
        </w:rPr>
        <w:t>　　副组长：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成员：各班班主任</w:t>
      </w:r>
      <w:r>
        <w:rPr>
          <w:lang w:eastAsia="zh-CN"/>
        </w:rPr>
        <w:br/>
      </w:r>
      <w:r>
        <w:rPr>
          <w:lang w:eastAsia="zh-CN"/>
        </w:rPr>
        <w:t>　　六、活动要求：</w:t>
      </w:r>
      <w:r>
        <w:rPr>
          <w:lang w:eastAsia="zh-CN"/>
        </w:rPr>
        <w:br/>
      </w:r>
      <w:r>
        <w:rPr>
          <w:lang w:eastAsia="zh-CN"/>
        </w:rPr>
        <w:t>　　1、各岗位协同一致，尽心尽力。</w:t>
      </w:r>
      <w:r>
        <w:rPr>
          <w:lang w:eastAsia="zh-CN"/>
        </w:rPr>
        <w:br/>
      </w:r>
      <w:r>
        <w:rPr>
          <w:lang w:eastAsia="zh-CN"/>
        </w:rPr>
        <w:t>　　2、各班主任要高度重视、精心组织、准备、全程给予指导，统筹收集节目，进行策划及再加工。各科任教师要积极予以配合。</w:t>
      </w:r>
      <w:r>
        <w:rPr>
          <w:lang w:eastAsia="zh-CN"/>
        </w:rPr>
        <w:br/>
      </w:r>
      <w:r>
        <w:rPr>
          <w:lang w:eastAsia="zh-CN"/>
        </w:rPr>
        <w:t>　　3、节目要求主题鲜明，内容健康向上，具有一定的教育意义，能展示新时期少年儿童的青春朝气和聪明才智。</w:t>
      </w:r>
      <w:r>
        <w:rPr>
          <w:lang w:eastAsia="zh-CN"/>
        </w:rPr>
        <w:br/>
      </w:r>
      <w:r>
        <w:rPr>
          <w:lang w:eastAsia="zh-CN"/>
        </w:rPr>
        <w:t>　　七、参赛内容、形式及说明：</w:t>
      </w:r>
      <w:r>
        <w:rPr>
          <w:lang w:eastAsia="zh-CN"/>
        </w:rPr>
        <w:br/>
      </w:r>
      <w:r>
        <w:rPr>
          <w:lang w:eastAsia="zh-CN"/>
        </w:rPr>
        <w:t>　　1、节目内容健康向上、具有时代性和校园特点，健康性、思想性与艺术性统一；节目要体现集体力量，尽可能让更多的学生参与，不提倡“个人秀”。</w:t>
      </w:r>
      <w:r>
        <w:rPr>
          <w:lang w:eastAsia="zh-CN"/>
        </w:rPr>
        <w:br/>
      </w:r>
      <w:r>
        <w:rPr>
          <w:lang w:eastAsia="zh-CN"/>
        </w:rPr>
        <w:t>　　2、节目形式：</w:t>
      </w:r>
      <w:r>
        <w:rPr>
          <w:lang w:eastAsia="zh-CN"/>
        </w:rPr>
        <w:br/>
      </w:r>
      <w:r>
        <w:rPr>
          <w:lang w:eastAsia="zh-CN"/>
        </w:rPr>
        <w:t>　　（1）舞蹈：群体舞（10人以上）</w:t>
      </w:r>
      <w:r>
        <w:rPr>
          <w:lang w:eastAsia="zh-CN"/>
        </w:rPr>
        <w:br/>
      </w:r>
      <w:r>
        <w:rPr>
          <w:lang w:eastAsia="zh-CN"/>
        </w:rPr>
        <w:t>　　（2）歌曲：独唱、对唱、小合唱、大合唱、歌伴舞。</w:t>
      </w:r>
      <w:r>
        <w:rPr>
          <w:lang w:eastAsia="zh-CN"/>
        </w:rPr>
        <w:br/>
      </w:r>
      <w:r>
        <w:rPr>
          <w:lang w:eastAsia="zh-CN"/>
        </w:rPr>
        <w:t>　　3、各班自备音乐背景，MP3或DVD光盘请于12月20日交曹主任处。</w:t>
      </w:r>
      <w:r>
        <w:rPr>
          <w:lang w:eastAsia="zh-CN"/>
        </w:rPr>
        <w:br/>
      </w:r>
      <w:r>
        <w:rPr>
          <w:lang w:eastAsia="zh-CN"/>
        </w:rPr>
        <w:t>　　4、各班化妆用品由学校统一发放，所需的服装及道具请自备。</w:t>
      </w:r>
      <w:r>
        <w:rPr>
          <w:lang w:eastAsia="zh-CN"/>
        </w:rPr>
        <w:br/>
      </w:r>
      <w:r>
        <w:rPr>
          <w:lang w:eastAsia="zh-CN"/>
        </w:rPr>
        <w:t>　　5、根据各班节目质量和学生观演纪律评选出3个最佳组织奖并颁发奖状</w:t>
      </w:r>
      <w:r>
        <w:rPr>
          <w:lang w:eastAsia="zh-CN"/>
        </w:rPr>
        <w:br/>
      </w:r>
      <w:r>
        <w:rPr>
          <w:lang w:eastAsia="zh-CN"/>
        </w:rPr>
        <w:t>　　八、活动筹备</w:t>
      </w:r>
      <w:r>
        <w:rPr>
          <w:lang w:eastAsia="zh-CN"/>
        </w:rPr>
        <w:br/>
      </w:r>
      <w:r>
        <w:rPr>
          <w:lang w:eastAsia="zh-CN"/>
        </w:rPr>
        <w:t>　　（一）第一阶段（20__年12月3日）：下发节目征集通知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1、各班接到通知后应高度重视，落实参赛节目并组织排练，做好汇演准备工作。</w:t>
      </w:r>
      <w:r>
        <w:rPr>
          <w:lang w:eastAsia="zh-CN"/>
        </w:rPr>
        <w:br/>
      </w:r>
      <w:r>
        <w:rPr>
          <w:lang w:eastAsia="zh-CN"/>
        </w:rPr>
        <w:t>　　2、各班在12月5日前将参加汇演的节目及形式报大队部周老师处（填报元旦文艺汇演节目报名表）。</w:t>
      </w:r>
      <w:r>
        <w:rPr>
          <w:lang w:eastAsia="zh-CN"/>
        </w:rPr>
        <w:br/>
      </w:r>
      <w:r>
        <w:rPr>
          <w:lang w:eastAsia="zh-CN"/>
        </w:rPr>
        <w:t>　　3、选拔、确定节目小主持人并进行培训。</w:t>
      </w:r>
      <w:r>
        <w:rPr>
          <w:lang w:eastAsia="zh-CN"/>
        </w:rPr>
        <w:br/>
      </w:r>
      <w:r>
        <w:rPr>
          <w:lang w:eastAsia="zh-CN"/>
        </w:rPr>
        <w:t>　　（三）第二阶段（20__年12月17日—12月25日）：</w:t>
      </w:r>
      <w:r>
        <w:rPr>
          <w:lang w:eastAsia="zh-CN"/>
        </w:rPr>
        <w:br/>
      </w:r>
      <w:r>
        <w:rPr>
          <w:lang w:eastAsia="zh-CN"/>
        </w:rPr>
        <w:t>　　1、各班班主任组织学生加紧进行节目的彩排</w:t>
      </w:r>
      <w:r>
        <w:rPr>
          <w:lang w:eastAsia="zh-CN"/>
        </w:rPr>
        <w:br/>
      </w:r>
      <w:r>
        <w:rPr>
          <w:lang w:eastAsia="zh-CN"/>
        </w:rPr>
        <w:t>　　2、各相关部门作好相应的筹备工作。</w:t>
      </w:r>
      <w:r>
        <w:rPr>
          <w:lang w:eastAsia="zh-CN"/>
        </w:rPr>
        <w:br/>
      </w:r>
      <w:r>
        <w:rPr>
          <w:lang w:eastAsia="zh-CN"/>
        </w:rPr>
        <w:t>　　3、政教处督促制作节目单、横幅、背景等。</w:t>
      </w:r>
      <w:r>
        <w:rPr>
          <w:lang w:eastAsia="zh-CN"/>
        </w:rPr>
        <w:br/>
      </w:r>
      <w:r>
        <w:rPr>
          <w:lang w:eastAsia="zh-CN"/>
        </w:rPr>
        <w:t>　　（四）第三阶段（20__年12月26日—28日）：汇演场地的准备</w:t>
      </w:r>
      <w:r>
        <w:rPr>
          <w:lang w:eastAsia="zh-CN"/>
        </w:rPr>
        <w:br/>
      </w:r>
      <w:r>
        <w:rPr>
          <w:lang w:eastAsia="zh-CN"/>
        </w:rPr>
        <w:t>　　1、各项工作进入倒计时，舞台布置、场地安排、节目组织等全部落实到位。</w:t>
      </w:r>
      <w:r>
        <w:rPr>
          <w:lang w:eastAsia="zh-CN"/>
        </w:rPr>
        <w:br/>
      </w:r>
      <w:r>
        <w:rPr>
          <w:lang w:eastAsia="zh-CN"/>
        </w:rPr>
        <w:t>　　2、组织召开工作人员大会，具体部署相关工作。</w:t>
      </w:r>
      <w:r>
        <w:rPr>
          <w:lang w:eastAsia="zh-CN"/>
        </w:rPr>
        <w:br/>
      </w:r>
      <w:r>
        <w:rPr>
          <w:lang w:eastAsia="zh-CN"/>
        </w:rPr>
        <w:t>　　3、12月27下午举行最后一轮彩排。</w:t>
      </w:r>
      <w:r>
        <w:rPr>
          <w:lang w:eastAsia="zh-CN"/>
        </w:rPr>
        <w:br/>
      </w:r>
      <w:r>
        <w:rPr>
          <w:lang w:eastAsia="zh-CN"/>
        </w:rPr>
        <w:t>　　九、评奖办法：</w:t>
      </w:r>
      <w:r>
        <w:rPr>
          <w:lang w:eastAsia="zh-CN"/>
        </w:rPr>
        <w:br/>
      </w:r>
      <w:r>
        <w:rPr>
          <w:lang w:eastAsia="zh-CN"/>
        </w:rPr>
        <w:t>　　1、去掉一个最高分和一个最低分取平均分作为每个节目的最后得分。</w:t>
      </w:r>
      <w:r>
        <w:rPr>
          <w:lang w:eastAsia="zh-CN"/>
        </w:rPr>
        <w:br/>
      </w:r>
      <w:r>
        <w:rPr>
          <w:lang w:eastAsia="zh-CN"/>
        </w:rPr>
        <w:t>　　2、按低级组（一、二年级）中级组（三、四年级）和高级组（五、六年级）分开评奖，各设一等奖2个，二等奖2个，三等奖3个（低级组为4个）。</w:t>
      </w:r>
      <w:r>
        <w:rPr>
          <w:lang w:eastAsia="zh-CN"/>
        </w:rPr>
        <w:br/>
      </w:r>
      <w:r>
        <w:rPr>
          <w:lang w:eastAsia="zh-CN"/>
        </w:rPr>
        <w:t>　　3、一、二、三等奖奖金分别为100，80，60，并颁发奖状。</w:t>
      </w:r>
      <w:r>
        <w:rPr>
          <w:lang w:eastAsia="zh-CN"/>
        </w:rPr>
        <w:br/>
      </w:r>
      <w:r>
        <w:rPr>
          <w:lang w:eastAsia="zh-CN"/>
        </w:rPr>
        <w:t>　　十、人员安排：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评委：</w:t>
      </w:r>
      <w:r>
        <w:rPr>
          <w:lang w:eastAsia="zh-CN"/>
        </w:rPr>
        <w:br/>
      </w:r>
      <w:r>
        <w:rPr>
          <w:lang w:eastAsia="zh-CN"/>
        </w:rPr>
        <w:t>　　班级节目汇总：</w:t>
      </w:r>
      <w:r>
        <w:rPr>
          <w:lang w:eastAsia="zh-CN"/>
        </w:rPr>
        <w:br/>
      </w:r>
      <w:r>
        <w:rPr>
          <w:lang w:eastAsia="zh-CN"/>
        </w:rPr>
        <w:t>　　节目统筹：政教处</w:t>
      </w:r>
      <w:r>
        <w:rPr>
          <w:lang w:eastAsia="zh-CN"/>
        </w:rPr>
        <w:br/>
      </w:r>
      <w:r>
        <w:rPr>
          <w:lang w:eastAsia="zh-CN"/>
        </w:rPr>
        <w:t>　　小主持人：</w:t>
      </w:r>
      <w:r>
        <w:rPr>
          <w:lang w:eastAsia="zh-CN"/>
        </w:rPr>
        <w:br/>
      </w:r>
      <w:r>
        <w:rPr>
          <w:lang w:eastAsia="zh-CN"/>
        </w:rPr>
        <w:t>　　小主持人培训：</w:t>
      </w:r>
      <w:r>
        <w:rPr>
          <w:lang w:eastAsia="zh-CN"/>
        </w:rPr>
        <w:br/>
      </w:r>
      <w:r>
        <w:rPr>
          <w:lang w:eastAsia="zh-CN"/>
        </w:rPr>
        <w:t>　　照相摄像：</w:t>
      </w:r>
      <w:r>
        <w:rPr>
          <w:lang w:eastAsia="zh-CN"/>
        </w:rPr>
        <w:br/>
      </w:r>
      <w:r>
        <w:rPr>
          <w:lang w:eastAsia="zh-CN"/>
        </w:rPr>
        <w:t>　　舞美音响：</w:t>
      </w:r>
      <w:r>
        <w:rPr>
          <w:lang w:eastAsia="zh-CN"/>
        </w:rPr>
        <w:br/>
      </w:r>
      <w:r>
        <w:rPr>
          <w:lang w:eastAsia="zh-CN"/>
        </w:rPr>
        <w:t>　　横幅、舞台背景布置：</w:t>
      </w:r>
      <w:r>
        <w:rPr>
          <w:lang w:eastAsia="zh-CN"/>
        </w:rPr>
        <w:br/>
      </w:r>
      <w:r>
        <w:rPr>
          <w:lang w:eastAsia="zh-CN"/>
        </w:rPr>
        <w:t>　　演出后台：</w:t>
      </w:r>
      <w:r>
        <w:rPr>
          <w:lang w:eastAsia="zh-CN"/>
        </w:rPr>
        <w:br/>
      </w:r>
      <w:r>
        <w:rPr>
          <w:lang w:eastAsia="zh-CN"/>
        </w:rPr>
        <w:t>　　奖状书写：</w:t>
      </w:r>
      <w:r>
        <w:rPr>
          <w:lang w:eastAsia="zh-CN"/>
        </w:rPr>
        <w:br/>
      </w:r>
      <w:r>
        <w:rPr>
          <w:lang w:eastAsia="zh-CN"/>
        </w:rPr>
        <w:t>　　场地划分：体育组</w:t>
      </w:r>
      <w:r>
        <w:rPr>
          <w:lang w:eastAsia="zh-CN"/>
        </w:rPr>
        <w:br/>
      </w:r>
      <w:r>
        <w:rPr>
          <w:lang w:eastAsia="zh-CN"/>
        </w:rPr>
        <w:t>　　现场总调度：</w:t>
      </w:r>
      <w:r>
        <w:rPr>
          <w:lang w:eastAsia="zh-CN"/>
        </w:rPr>
        <w:br/>
      </w:r>
      <w:r>
        <w:rPr>
          <w:lang w:eastAsia="zh-CN"/>
        </w:rPr>
        <w:t>　　安全保卫：教导处</w:t>
      </w:r>
      <w:r>
        <w:rPr>
          <w:lang w:eastAsia="zh-CN"/>
        </w:rPr>
        <w:br/>
      </w:r>
      <w:r>
        <w:rPr>
          <w:lang w:eastAsia="zh-CN"/>
        </w:rPr>
        <w:t>　　后勤保障：</w:t>
      </w:r>
      <w:r>
        <w:rPr>
          <w:lang w:eastAsia="zh-CN"/>
        </w:rPr>
        <w:br/>
      </w:r>
      <w:r>
        <w:rPr>
          <w:lang w:eastAsia="zh-CN"/>
        </w:rPr>
        <w:t>　　电力保障：班纪检查：</w:t>
      </w:r>
      <w:r>
        <w:rPr>
          <w:lang w:eastAsia="zh-CN"/>
        </w:rPr>
        <w:br/>
      </w:r>
      <w:r>
        <w:rPr>
          <w:lang w:eastAsia="zh-CN"/>
        </w:rPr>
        <w:t>　　十一、未尽事宜，另行通知。</w:t>
      </w:r>
      <w:r>
        <w:rPr>
          <w:lang w:eastAsia="zh-CN"/>
        </w:rPr>
        <w:br/>
      </w:r>
      <w:r>
        <w:rPr>
          <w:lang w:eastAsia="zh-CN"/>
        </w:rPr>
        <w:t xml:space="preserve">    2024年元旦文艺汇演活动方案 篇6 </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贯彻党的教育方针，落实我校“以人为本、全面发展、张扬个性、追求卓越”的办学理念，通过开展丰富多彩的艺术活动，培养学生健康的审美情趣和良好的艺术修养，展现我校向真、向善、向美、向上的生动活泼的校园文化特质，展示我校素质教育的丰硕成果。</w:t>
      </w:r>
      <w:r>
        <w:rPr>
          <w:lang w:eastAsia="zh-CN"/>
        </w:rPr>
        <w:br/>
      </w:r>
      <w:r>
        <w:rPr>
          <w:lang w:eastAsia="zh-CN"/>
        </w:rPr>
        <w:t>　　二、主题和内容</w:t>
      </w:r>
      <w:r>
        <w:rPr>
          <w:lang w:eastAsia="zh-CN"/>
        </w:rPr>
        <w:br/>
      </w:r>
      <w:r>
        <w:rPr>
          <w:lang w:eastAsia="zh-CN"/>
        </w:rPr>
        <w:t>　　主题：魅力一中·信心与梦想。</w:t>
      </w:r>
      <w:r>
        <w:rPr>
          <w:lang w:eastAsia="zh-CN"/>
        </w:rPr>
        <w:br/>
      </w:r>
      <w:r>
        <w:rPr>
          <w:lang w:eastAsia="zh-CN"/>
        </w:rPr>
        <w:t>　　本次活动通过主持人选拔演讲赛、文艺汇演、师生联欢等形式，营造团结、和谐、喜庆的元旦气氛，展现我校师生朝气蓬勃、奋发有为的精神风貌。</w:t>
      </w:r>
      <w:r>
        <w:rPr>
          <w:lang w:eastAsia="zh-CN"/>
        </w:rPr>
        <w:br/>
      </w:r>
      <w:r>
        <w:rPr>
          <w:lang w:eastAsia="zh-CN"/>
        </w:rPr>
        <w:t>　　三、文艺汇演节目类型和要求</w:t>
      </w:r>
      <w:r>
        <w:rPr>
          <w:lang w:eastAsia="zh-CN"/>
        </w:rPr>
        <w:br/>
      </w:r>
      <w:r>
        <w:rPr>
          <w:lang w:eastAsia="zh-CN"/>
        </w:rPr>
        <w:t>　　1、声乐节目</w:t>
      </w:r>
      <w:r>
        <w:rPr>
          <w:lang w:eastAsia="zh-CN"/>
        </w:rPr>
        <w:br/>
      </w:r>
      <w:r>
        <w:rPr>
          <w:lang w:eastAsia="zh-CN"/>
        </w:rPr>
        <w:t>　　（1）大合唱：以班为单位组织，人数在30人以上，钢琴伴奏1人，指挥1人，演出时间不超过8分钟。专业生和学校工会必须各报一个合唱节目。</w:t>
      </w:r>
      <w:r>
        <w:rPr>
          <w:lang w:eastAsia="zh-CN"/>
        </w:rPr>
        <w:br/>
      </w:r>
      <w:r>
        <w:rPr>
          <w:lang w:eastAsia="zh-CN"/>
        </w:rPr>
        <w:t>　　（2）组合唱：分班组织报名，可有伴奏、伴舞，演出时间不超过6分钟。</w:t>
      </w:r>
      <w:r>
        <w:rPr>
          <w:lang w:eastAsia="zh-CN"/>
        </w:rPr>
        <w:br/>
      </w:r>
      <w:r>
        <w:rPr>
          <w:lang w:eastAsia="zh-CN"/>
        </w:rPr>
        <w:t>　　（3）独唱：班级报名，可有伴奏1人，可有伴舞，演出时间不超过6分钟。</w:t>
      </w:r>
      <w:r>
        <w:rPr>
          <w:lang w:eastAsia="zh-CN"/>
        </w:rPr>
        <w:br/>
      </w:r>
      <w:r>
        <w:rPr>
          <w:lang w:eastAsia="zh-CN"/>
        </w:rPr>
        <w:t>　　2、器乐节目</w:t>
      </w:r>
      <w:r>
        <w:rPr>
          <w:lang w:eastAsia="zh-CN"/>
        </w:rPr>
        <w:br/>
      </w:r>
      <w:r>
        <w:rPr>
          <w:lang w:eastAsia="zh-CN"/>
        </w:rPr>
        <w:t>　　（4）独奏：班级报名，可有伴奏1人，演出时间不超过6分钟。</w:t>
      </w:r>
      <w:r>
        <w:rPr>
          <w:lang w:eastAsia="zh-CN"/>
        </w:rPr>
        <w:br/>
      </w:r>
      <w:r>
        <w:rPr>
          <w:lang w:eastAsia="zh-CN"/>
        </w:rPr>
        <w:t>　　（5）合奏：班级组织报名，可有伴舞1至2人，演出时间不超过7分钟。</w:t>
      </w:r>
      <w:r>
        <w:rPr>
          <w:lang w:eastAsia="zh-CN"/>
        </w:rPr>
        <w:br/>
      </w:r>
      <w:r>
        <w:rPr>
          <w:lang w:eastAsia="zh-CN"/>
        </w:rPr>
        <w:t>　　3、舞蹈节目</w:t>
      </w:r>
      <w:r>
        <w:rPr>
          <w:lang w:eastAsia="zh-CN"/>
        </w:rPr>
        <w:br/>
      </w:r>
      <w:r>
        <w:rPr>
          <w:lang w:eastAsia="zh-CN"/>
        </w:rPr>
        <w:t>　　（6）独舞：班级报名，演出时间不超过6分钟。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（7）群舞：分班组织报名，人数不超过36人，演出时间不超过7分钟。</w:t>
      </w:r>
      <w:r>
        <w:rPr>
          <w:lang w:eastAsia="zh-CN"/>
        </w:rPr>
        <w:br/>
      </w:r>
      <w:r>
        <w:rPr>
          <w:lang w:eastAsia="zh-CN"/>
        </w:rPr>
        <w:t>　　4、曲艺节目</w:t>
      </w:r>
      <w:r>
        <w:rPr>
          <w:lang w:eastAsia="zh-CN"/>
        </w:rPr>
        <w:br/>
      </w:r>
      <w:r>
        <w:rPr>
          <w:lang w:eastAsia="zh-CN"/>
        </w:rPr>
        <w:t>　　（8）相声：班级报名，群口相声必须是同一个班的学生，演出时间不超过8分钟。</w:t>
      </w:r>
      <w:r>
        <w:rPr>
          <w:lang w:eastAsia="zh-CN"/>
        </w:rPr>
        <w:br/>
      </w:r>
      <w:r>
        <w:rPr>
          <w:lang w:eastAsia="zh-CN"/>
        </w:rPr>
        <w:t>　　（9）小品：班级报名，必须是同一个班的学生，演出时间不超过12分钟。</w:t>
      </w:r>
      <w:r>
        <w:rPr>
          <w:lang w:eastAsia="zh-CN"/>
        </w:rPr>
        <w:br/>
      </w:r>
      <w:r>
        <w:rPr>
          <w:lang w:eastAsia="zh-CN"/>
        </w:rPr>
        <w:t>　　（10）课本剧：剧种形式不限，人数不超过8人，演出时间不超过12分钟。</w:t>
      </w:r>
      <w:r>
        <w:rPr>
          <w:lang w:eastAsia="zh-CN"/>
        </w:rPr>
        <w:br/>
      </w:r>
      <w:r>
        <w:rPr>
          <w:lang w:eastAsia="zh-CN"/>
        </w:rPr>
        <w:t>　　（11）其他舞台曲艺节目均可报名参加，人数和时间参照确定。</w:t>
      </w:r>
      <w:r>
        <w:rPr>
          <w:lang w:eastAsia="zh-CN"/>
        </w:rPr>
        <w:br/>
      </w:r>
      <w:r>
        <w:rPr>
          <w:lang w:eastAsia="zh-CN"/>
        </w:rPr>
        <w:t>　　参加文艺汇演学生只能是高一高二学生，各班根据本班特点选报节目，原则上一个班只能报1个节目。</w:t>
      </w:r>
      <w:r>
        <w:rPr>
          <w:lang w:eastAsia="zh-CN"/>
        </w:rPr>
        <w:br/>
      </w:r>
      <w:r>
        <w:rPr>
          <w:lang w:eastAsia="zh-CN"/>
        </w:rPr>
        <w:t>　　全校教职员工均可以年级为单位或以个人身份自由报名参加。</w:t>
      </w:r>
      <w:r>
        <w:rPr>
          <w:lang w:eastAsia="zh-CN"/>
        </w:rPr>
        <w:br/>
      </w:r>
      <w:r>
        <w:rPr>
          <w:lang w:eastAsia="zh-CN"/>
        </w:rPr>
        <w:t>　　四、时间安排</w:t>
      </w:r>
      <w:r>
        <w:rPr>
          <w:lang w:eastAsia="zh-CN"/>
        </w:rPr>
        <w:br/>
      </w:r>
      <w:r>
        <w:rPr>
          <w:lang w:eastAsia="zh-CN"/>
        </w:rPr>
        <w:t>　　本次活动分两个阶段进行。</w:t>
      </w:r>
      <w:r>
        <w:rPr>
          <w:lang w:eastAsia="zh-CN"/>
        </w:rPr>
        <w:br/>
      </w:r>
      <w:r>
        <w:rPr>
          <w:lang w:eastAsia="zh-CN"/>
        </w:rPr>
        <w:t>　　（一）第一阶段：组织报名及初选阶段</w:t>
      </w:r>
      <w:r>
        <w:rPr>
          <w:lang w:eastAsia="zh-CN"/>
        </w:rPr>
        <w:br/>
      </w:r>
      <w:r>
        <w:rPr>
          <w:lang w:eastAsia="zh-CN"/>
        </w:rPr>
        <w:t>　　1、时间：20__年11月23日至12月22日</w:t>
      </w:r>
      <w:r>
        <w:rPr>
          <w:lang w:eastAsia="zh-CN"/>
        </w:rPr>
        <w:br/>
      </w:r>
      <w:r>
        <w:rPr>
          <w:lang w:eastAsia="zh-CN"/>
        </w:rPr>
        <w:t>　　2、主要事项</w:t>
      </w:r>
      <w:r>
        <w:rPr>
          <w:lang w:eastAsia="zh-CN"/>
        </w:rPr>
        <w:br/>
      </w:r>
      <w:r>
        <w:rPr>
          <w:lang w:eastAsia="zh-CN"/>
        </w:rPr>
        <w:t>　　（1）制订活动方案，召开筹备会议，做好宣传发动。</w:t>
      </w:r>
      <w:r>
        <w:rPr>
          <w:lang w:eastAsia="zh-CN"/>
        </w:rPr>
        <w:br/>
      </w:r>
      <w:r>
        <w:rPr>
          <w:lang w:eastAsia="zh-CN"/>
        </w:rPr>
        <w:t>　　（2）各班准备文艺汇演节目。</w:t>
      </w:r>
      <w:r>
        <w:rPr>
          <w:lang w:eastAsia="zh-CN"/>
        </w:rPr>
        <w:br/>
      </w:r>
      <w:r>
        <w:rPr>
          <w:lang w:eastAsia="zh-CN"/>
        </w:rPr>
        <w:t>　　（3）组委会下发报名表，各班上报文艺汇演节目，在12月10日前上报到学校团委舒接柏老师处。教师节目在12月16日前上报给舒接柏老师。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（4）主持人选拔演讲赛。演讲赛主题是“信心成就梦想”，高一高二学生均可报名参加，在12月8日前到高二7班zz、高一3班zz、高一10班zz处报名，比赛时间为12月17日18点半，地点为教学楼六楼会议室。评委：zz。</w:t>
      </w:r>
      <w:r>
        <w:rPr>
          <w:lang w:eastAsia="zh-CN"/>
        </w:rPr>
        <w:br/>
      </w:r>
      <w:r>
        <w:rPr>
          <w:lang w:eastAsia="zh-CN"/>
        </w:rPr>
        <w:t>　　（5）文艺汇演节目初选赛：地点在图书馆四楼排练厅，12月21日下午和晚上声乐和舞蹈节目，12月22日下午和晚上器乐和曲艺节目。12月23日上午，教师节目初赛评委：zz。</w:t>
      </w:r>
      <w:r>
        <w:rPr>
          <w:lang w:eastAsia="zh-CN"/>
        </w:rPr>
        <w:br/>
      </w:r>
      <w:r>
        <w:rPr>
          <w:lang w:eastAsia="zh-CN"/>
        </w:rPr>
        <w:t>　　（6）公布文艺汇演决赛节目，做好文艺汇演相关准备工作。</w:t>
      </w:r>
      <w:r>
        <w:rPr>
          <w:lang w:eastAsia="zh-CN"/>
        </w:rPr>
        <w:br/>
      </w:r>
      <w:r>
        <w:rPr>
          <w:lang w:eastAsia="zh-CN"/>
        </w:rPr>
        <w:t>　　（7）团委和学生会干部争取社会赞助，在12月20日前完成任务，欢迎学校领导、老师热心联络赞助商，活动赞助协议书另行制定。</w:t>
      </w:r>
      <w:r>
        <w:rPr>
          <w:lang w:eastAsia="zh-CN"/>
        </w:rPr>
        <w:br/>
      </w:r>
      <w:r>
        <w:rPr>
          <w:lang w:eastAsia="zh-CN"/>
        </w:rPr>
        <w:t>　　（8）后勤组联系正式演出场地，音响灯光等器道具准备。</w:t>
      </w:r>
      <w:r>
        <w:rPr>
          <w:lang w:eastAsia="zh-CN"/>
        </w:rPr>
        <w:br/>
      </w:r>
      <w:r>
        <w:rPr>
          <w:lang w:eastAsia="zh-CN"/>
        </w:rPr>
        <w:t>　　（二）第二阶段：文艺汇演</w:t>
      </w:r>
      <w:r>
        <w:rPr>
          <w:lang w:eastAsia="zh-CN"/>
        </w:rPr>
        <w:br/>
      </w:r>
      <w:r>
        <w:rPr>
          <w:lang w:eastAsia="zh-CN"/>
        </w:rPr>
        <w:t>　　1、时间：12月23日至12月30日</w:t>
      </w:r>
      <w:r>
        <w:rPr>
          <w:lang w:eastAsia="zh-CN"/>
        </w:rPr>
        <w:br/>
      </w:r>
      <w:r>
        <w:rPr>
          <w:lang w:eastAsia="zh-CN"/>
        </w:rPr>
        <w:t>　　2、活动安排</w:t>
      </w:r>
      <w:r>
        <w:rPr>
          <w:lang w:eastAsia="zh-CN"/>
        </w:rPr>
        <w:br/>
      </w:r>
      <w:r>
        <w:rPr>
          <w:lang w:eastAsia="zh-CN"/>
        </w:rPr>
        <w:t>　　（1）12月23日，初选评委会议，确定进入决赛节目。</w:t>
      </w:r>
      <w:r>
        <w:rPr>
          <w:lang w:eastAsia="zh-CN"/>
        </w:rPr>
        <w:br/>
      </w:r>
      <w:r>
        <w:rPr>
          <w:lang w:eastAsia="zh-CN"/>
        </w:rPr>
        <w:t>　　（2）12月24是公布文艺汇演节目决赛名单和顺序。</w:t>
      </w:r>
      <w:r>
        <w:rPr>
          <w:lang w:eastAsia="zh-CN"/>
        </w:rPr>
        <w:br/>
      </w:r>
      <w:r>
        <w:rPr>
          <w:lang w:eastAsia="zh-CN"/>
        </w:rPr>
        <w:t>　　（3）12月24—28日，节目指导。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4）宣传组在27日前完成文艺汇演主持人台词的撰写，在28日前完成舞台设计制作、节目单、入场券制作和晚会程序、领导嘉宾邀请及有关讲话稿撰写，导演组负责邀请专家评委及安排后台工作人员，保卫组负责确定观众人员、入场券发放和正式演出的观众入场组织。</w:t>
      </w:r>
      <w:r>
        <w:rPr>
          <w:lang w:eastAsia="zh-CN"/>
        </w:rPr>
        <w:br/>
      </w:r>
      <w:r>
        <w:rPr>
          <w:lang w:eastAsia="zh-CN"/>
        </w:rPr>
        <w:t>　　（5）12月29日下午，节目合练，地点：图书馆四楼排练厅。</w:t>
      </w:r>
      <w:r>
        <w:rPr>
          <w:lang w:eastAsia="zh-CN"/>
        </w:rPr>
        <w:br/>
      </w:r>
      <w:r>
        <w:rPr>
          <w:lang w:eastAsia="zh-CN"/>
        </w:rPr>
        <w:t>　　（6）12月30日下午，彩排，地点：县人民会场。</w:t>
      </w:r>
      <w:r>
        <w:rPr>
          <w:lang w:eastAsia="zh-CN"/>
        </w:rPr>
        <w:br/>
      </w:r>
      <w:r>
        <w:rPr>
          <w:lang w:eastAsia="zh-CN"/>
        </w:rPr>
        <w:t>　　（7）12月30日晚七点，文艺汇演，地点：县人民会场。</w:t>
      </w:r>
      <w:r>
        <w:rPr>
          <w:lang w:eastAsia="zh-CN"/>
        </w:rPr>
        <w:br/>
      </w:r>
      <w:r>
        <w:rPr>
          <w:lang w:eastAsia="zh-CN"/>
        </w:rPr>
        <w:t>　　五、奖励</w:t>
      </w:r>
      <w:r>
        <w:rPr>
          <w:lang w:eastAsia="zh-CN"/>
        </w:rPr>
        <w:br/>
      </w:r>
      <w:r>
        <w:rPr>
          <w:lang w:eastAsia="zh-CN"/>
        </w:rPr>
        <w:t>　　文艺汇演设一、二、三等奖和优胜奖，并设组织奖4名。</w:t>
      </w:r>
      <w:r>
        <w:rPr>
          <w:lang w:eastAsia="zh-CN"/>
        </w:rPr>
        <w:br/>
      </w:r>
      <w:r>
        <w:rPr>
          <w:lang w:eastAsia="zh-CN"/>
        </w:rPr>
        <w:t>　　六、组织工作</w:t>
      </w:r>
      <w:r>
        <w:rPr>
          <w:lang w:eastAsia="zh-CN"/>
        </w:rPr>
        <w:br/>
      </w:r>
      <w:r>
        <w:rPr>
          <w:lang w:eastAsia="zh-CN"/>
        </w:rPr>
        <w:t>　　学校成立20__元旦文艺汇演活动组委会。组委会下设各功能组。</w:t>
      </w:r>
      <w:r>
        <w:rPr>
          <w:lang w:eastAsia="zh-CN"/>
        </w:rPr>
        <w:br/>
      </w:r>
      <w:r>
        <w:rPr>
          <w:lang w:eastAsia="zh-CN"/>
        </w:rPr>
        <w:t>　　（一）组委会</w:t>
      </w:r>
      <w:r>
        <w:rPr>
          <w:lang w:eastAsia="zh-CN"/>
        </w:rPr>
        <w:br/>
      </w:r>
      <w:r>
        <w:rPr>
          <w:lang w:eastAsia="zh-CN"/>
        </w:rPr>
        <w:t>　　1、主任：zz</w:t>
      </w:r>
      <w:r>
        <w:rPr>
          <w:lang w:eastAsia="zh-CN"/>
        </w:rPr>
        <w:br/>
      </w:r>
      <w:r>
        <w:rPr>
          <w:lang w:eastAsia="zh-CN"/>
        </w:rPr>
        <w:t>　　2、副主任：zz</w:t>
      </w:r>
      <w:r>
        <w:rPr>
          <w:lang w:eastAsia="zh-CN"/>
        </w:rPr>
        <w:br/>
      </w:r>
      <w:r>
        <w:rPr>
          <w:lang w:eastAsia="zh-CN"/>
        </w:rPr>
        <w:t>　　3、委员：zz</w:t>
      </w:r>
      <w:r>
        <w:rPr>
          <w:lang w:eastAsia="zh-CN"/>
        </w:rPr>
        <w:br/>
      </w:r>
      <w:r>
        <w:rPr>
          <w:lang w:eastAsia="zh-CN"/>
        </w:rPr>
        <w:t>　　（二）工作小组及相应职责</w:t>
      </w:r>
      <w:r>
        <w:rPr>
          <w:lang w:eastAsia="zh-CN"/>
        </w:rPr>
        <w:br/>
      </w:r>
      <w:r>
        <w:rPr>
          <w:lang w:eastAsia="zh-CN"/>
        </w:rPr>
        <w:t>　　1、策划组</w:t>
      </w:r>
      <w:r>
        <w:rPr>
          <w:lang w:eastAsia="zh-CN"/>
        </w:rPr>
        <w:br/>
      </w:r>
      <w:r>
        <w:rPr>
          <w:lang w:eastAsia="zh-CN"/>
        </w:rPr>
        <w:t>　　组长：zz</w:t>
      </w:r>
      <w:r>
        <w:rPr>
          <w:lang w:eastAsia="zh-CN"/>
        </w:rPr>
        <w:br/>
      </w:r>
      <w:r>
        <w:rPr>
          <w:lang w:eastAsia="zh-CN"/>
        </w:rPr>
        <w:t>　　副组长：zz</w:t>
      </w:r>
      <w:r>
        <w:rPr>
          <w:lang w:eastAsia="zh-CN"/>
        </w:rPr>
        <w:br/>
      </w:r>
      <w:r>
        <w:rPr>
          <w:lang w:eastAsia="zh-CN"/>
        </w:rPr>
        <w:t>　　成员：zz</w:t>
      </w:r>
      <w:r>
        <w:rPr>
          <w:lang w:eastAsia="zh-CN"/>
        </w:rPr>
        <w:br/>
      </w:r>
      <w:r>
        <w:rPr>
          <w:lang w:eastAsia="zh-CN"/>
        </w:rPr>
        <w:t>　　相关职责：</w:t>
      </w:r>
      <w:r>
        <w:rPr>
          <w:lang w:eastAsia="zh-CN"/>
        </w:rPr>
        <w:br/>
      </w:r>
      <w:r>
        <w:rPr>
          <w:lang w:eastAsia="zh-CN"/>
        </w:rPr>
        <w:t>　　（1）活动的策划和相关筹备工作。</w:t>
      </w:r>
      <w:r>
        <w:rPr>
          <w:lang w:eastAsia="zh-CN"/>
        </w:rPr>
        <w:br/>
      </w:r>
      <w:r>
        <w:rPr>
          <w:lang w:eastAsia="zh-CN"/>
        </w:rPr>
        <w:t>　　（2）文艺汇演主持人的选拔确定指导。</w:t>
      </w:r>
      <w:r>
        <w:rPr>
          <w:lang w:eastAsia="zh-CN"/>
        </w:rPr>
        <w:br/>
      </w:r>
      <w:r>
        <w:rPr>
          <w:lang w:eastAsia="zh-CN"/>
        </w:rPr>
        <w:t>　　（3）节目甄选、指导、彩排。</w:t>
      </w:r>
      <w:r>
        <w:rPr>
          <w:lang w:eastAsia="zh-CN"/>
        </w:rPr>
        <w:br/>
      </w:r>
      <w:r>
        <w:rPr>
          <w:lang w:eastAsia="zh-CN"/>
        </w:rPr>
        <w:t>　　（4）晚会程序确定。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（5）决赛工作人员安排及相关工作。</w:t>
      </w:r>
      <w:r>
        <w:rPr>
          <w:lang w:eastAsia="zh-CN"/>
        </w:rPr>
        <w:br/>
      </w:r>
      <w:r>
        <w:rPr>
          <w:lang w:eastAsia="zh-CN"/>
        </w:rPr>
        <w:t>　　（6）活动设奖、评奖，有关数据统计及与后勤组衔接购置奖品。</w:t>
      </w:r>
      <w:r>
        <w:rPr>
          <w:lang w:eastAsia="zh-CN"/>
        </w:rPr>
        <w:br/>
      </w:r>
      <w:r>
        <w:rPr>
          <w:lang w:eastAsia="zh-CN"/>
        </w:rPr>
        <w:t>　　（7）奖状填写、奖品发放、颁奖组织。</w:t>
      </w:r>
      <w:r>
        <w:rPr>
          <w:lang w:eastAsia="zh-CN"/>
        </w:rPr>
        <w:br/>
      </w:r>
      <w:r>
        <w:rPr>
          <w:lang w:eastAsia="zh-CN"/>
        </w:rPr>
        <w:t>　　（8）整个活动的协调工作。</w:t>
      </w:r>
      <w:r>
        <w:rPr>
          <w:lang w:eastAsia="zh-CN"/>
        </w:rPr>
        <w:br/>
      </w:r>
      <w:r>
        <w:rPr>
          <w:lang w:eastAsia="zh-CN"/>
        </w:rPr>
        <w:t>　　（9）活动资料收集、整理、归档。</w:t>
      </w:r>
      <w:r>
        <w:rPr>
          <w:lang w:eastAsia="zh-CN"/>
        </w:rPr>
        <w:br/>
      </w:r>
      <w:r>
        <w:rPr>
          <w:lang w:eastAsia="zh-CN"/>
        </w:rPr>
        <w:t>　　2、宣传组</w:t>
      </w:r>
      <w:r>
        <w:rPr>
          <w:lang w:eastAsia="zh-CN"/>
        </w:rPr>
        <w:br/>
      </w:r>
      <w:r>
        <w:rPr>
          <w:lang w:eastAsia="zh-CN"/>
        </w:rPr>
        <w:t>　　组长：zz</w:t>
      </w:r>
      <w:r>
        <w:rPr>
          <w:lang w:eastAsia="zh-CN"/>
        </w:rPr>
        <w:br/>
      </w:r>
      <w:r>
        <w:rPr>
          <w:lang w:eastAsia="zh-CN"/>
        </w:rPr>
        <w:t>　　副组长：zz</w:t>
      </w:r>
      <w:r>
        <w:rPr>
          <w:lang w:eastAsia="zh-CN"/>
        </w:rPr>
        <w:br/>
      </w:r>
      <w:r>
        <w:rPr>
          <w:lang w:eastAsia="zh-CN"/>
        </w:rPr>
        <w:t>　　成员：zz</w:t>
      </w:r>
      <w:r>
        <w:rPr>
          <w:lang w:eastAsia="zh-CN"/>
        </w:rPr>
        <w:br/>
      </w:r>
      <w:r>
        <w:rPr>
          <w:lang w:eastAsia="zh-CN"/>
        </w:rPr>
        <w:t>　　相关职责：</w:t>
      </w:r>
      <w:r>
        <w:rPr>
          <w:lang w:eastAsia="zh-CN"/>
        </w:rPr>
        <w:br/>
      </w:r>
      <w:r>
        <w:rPr>
          <w:lang w:eastAsia="zh-CN"/>
        </w:rPr>
        <w:t>　　（1）整个活动的宣传工作。</w:t>
      </w:r>
      <w:r>
        <w:rPr>
          <w:lang w:eastAsia="zh-CN"/>
        </w:rPr>
        <w:br/>
      </w:r>
      <w:r>
        <w:rPr>
          <w:lang w:eastAsia="zh-CN"/>
        </w:rPr>
        <w:t>　　（2）拟定制作舞台横幅、对联、标语等。</w:t>
      </w:r>
      <w:r>
        <w:rPr>
          <w:lang w:eastAsia="zh-CN"/>
        </w:rPr>
        <w:br/>
      </w:r>
      <w:r>
        <w:rPr>
          <w:lang w:eastAsia="zh-CN"/>
        </w:rPr>
        <w:t>　　（3）撰写决赛主持人台词。</w:t>
      </w:r>
      <w:r>
        <w:rPr>
          <w:lang w:eastAsia="zh-CN"/>
        </w:rPr>
        <w:br/>
      </w:r>
      <w:r>
        <w:rPr>
          <w:lang w:eastAsia="zh-CN"/>
        </w:rPr>
        <w:t>　　（4）撰写领导讲话稿及其他发言稿的审稿工作。</w:t>
      </w:r>
      <w:r>
        <w:rPr>
          <w:lang w:eastAsia="zh-CN"/>
        </w:rPr>
        <w:br/>
      </w:r>
      <w:r>
        <w:rPr>
          <w:lang w:eastAsia="zh-CN"/>
        </w:rPr>
        <w:t>　　（5）设计制作决赛门票、节目单。</w:t>
      </w:r>
      <w:r>
        <w:rPr>
          <w:lang w:eastAsia="zh-CN"/>
        </w:rPr>
        <w:br/>
      </w:r>
      <w:r>
        <w:rPr>
          <w:lang w:eastAsia="zh-CN"/>
        </w:rPr>
        <w:t>　　（6）舞台设计和布置。</w:t>
      </w:r>
      <w:r>
        <w:rPr>
          <w:lang w:eastAsia="zh-CN"/>
        </w:rPr>
        <w:br/>
      </w:r>
      <w:r>
        <w:rPr>
          <w:lang w:eastAsia="zh-CN"/>
        </w:rPr>
        <w:t>　　（7）活动的摄影、摄像，联系新闻媒体做相关宣传报道。</w:t>
      </w:r>
      <w:r>
        <w:rPr>
          <w:lang w:eastAsia="zh-CN"/>
        </w:rPr>
        <w:br/>
      </w:r>
      <w:r>
        <w:rPr>
          <w:lang w:eastAsia="zh-CN"/>
        </w:rPr>
        <w:t>　　3、后勤组</w:t>
      </w:r>
      <w:r>
        <w:rPr>
          <w:lang w:eastAsia="zh-CN"/>
        </w:rPr>
        <w:br/>
      </w:r>
      <w:r>
        <w:rPr>
          <w:lang w:eastAsia="zh-CN"/>
        </w:rPr>
        <w:t>　　组长：zz</w:t>
      </w:r>
      <w:r>
        <w:rPr>
          <w:lang w:eastAsia="zh-CN"/>
        </w:rPr>
        <w:br/>
      </w:r>
      <w:r>
        <w:rPr>
          <w:lang w:eastAsia="zh-CN"/>
        </w:rPr>
        <w:t xml:space="preserve">    2024年元旦文艺汇演活动方案 篇7 </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为丰富全校教职工课余文化生活，展示教职工的精神风貌，以崭新的姿态迎接新的一年。同时为答谢全体教职工这一年来对学校所做的贡献，由校工会，校团委共同牵头举办“__年庆元旦教职工文艺汇演”系列活动。本次活动以“快乐”为主题，以放松心情，增进感情，鼓舞士气，营造团结和谐的精神氛围为宗旨，从而丰富教职工的校园文化生活，激励教职工以更加饱满的激情投入到新一年的教育教学工作中去，为我校的教育教学开创更加灿烂、辉煌的明天!</w:t>
      </w:r>
      <w:r>
        <w:rPr>
          <w:lang w:eastAsia="zh-CN"/>
        </w:rPr>
        <w:br/>
      </w:r>
      <w:r>
        <w:rPr>
          <w:lang w:eastAsia="zh-CN"/>
        </w:rPr>
        <w:t>　　二、活动时间：__年12月31日上午三、四节课</w:t>
      </w:r>
      <w:r>
        <w:rPr>
          <w:lang w:eastAsia="zh-CN"/>
        </w:rPr>
        <w:br/>
      </w:r>
      <w:r>
        <w:rPr>
          <w:lang w:eastAsia="zh-CN"/>
        </w:rPr>
        <w:t>　　三、活动地点：五楼会议室</w:t>
      </w:r>
      <w:r>
        <w:rPr>
          <w:lang w:eastAsia="zh-CN"/>
        </w:rPr>
        <w:br/>
      </w:r>
      <w:r>
        <w:rPr>
          <w:lang w:eastAsia="zh-CN"/>
        </w:rPr>
        <w:t>　　四、参加对象：全体教职工</w:t>
      </w:r>
      <w:r>
        <w:rPr>
          <w:lang w:eastAsia="zh-CN"/>
        </w:rPr>
        <w:br/>
      </w:r>
      <w:r>
        <w:rPr>
          <w:lang w:eastAsia="zh-CN"/>
        </w:rPr>
        <w:t>　　五、文艺汇演组委会：</w:t>
      </w:r>
      <w:r>
        <w:rPr>
          <w:lang w:eastAsia="zh-CN"/>
        </w:rPr>
        <w:br/>
      </w:r>
      <w:r>
        <w:rPr>
          <w:lang w:eastAsia="zh-CN"/>
        </w:rPr>
        <w:t>　　总策划：万承东</w:t>
      </w:r>
      <w:r>
        <w:rPr>
          <w:lang w:eastAsia="zh-CN"/>
        </w:rPr>
        <w:br/>
      </w:r>
      <w:r>
        <w:rPr>
          <w:lang w:eastAsia="zh-CN"/>
        </w:rPr>
        <w:t>　　负责人：肖云龙</w:t>
      </w:r>
      <w:r>
        <w:rPr>
          <w:lang w:eastAsia="zh-CN"/>
        </w:rPr>
        <w:br/>
      </w:r>
      <w:r>
        <w:rPr>
          <w:lang w:eastAsia="zh-CN"/>
        </w:rPr>
        <w:t>　　评委：万承东涂德乐郝有德肖云龙</w:t>
      </w:r>
      <w:r>
        <w:rPr>
          <w:lang w:eastAsia="zh-CN"/>
        </w:rPr>
        <w:br/>
      </w:r>
      <w:r>
        <w:rPr>
          <w:lang w:eastAsia="zh-CN"/>
        </w:rPr>
        <w:t>　　组员：刘东波何辉陈治国刘俊勇武东燕代新玲周战胜</w:t>
      </w:r>
      <w:r>
        <w:rPr>
          <w:lang w:eastAsia="zh-CN"/>
        </w:rPr>
        <w:br/>
      </w:r>
      <w:r>
        <w:rPr>
          <w:lang w:eastAsia="zh-CN"/>
        </w:rPr>
        <w:t>　　六、活动形式：</w:t>
      </w:r>
      <w:r>
        <w:rPr>
          <w:lang w:eastAsia="zh-CN"/>
        </w:rPr>
        <w:br/>
      </w:r>
      <w:r>
        <w:rPr>
          <w:lang w:eastAsia="zh-CN"/>
        </w:rPr>
        <w:t>　　本次汇演以竞赛方式进行，共分为四个部门，分别为高一年级、高二年级、高三年级、后勤行管部门。本着全员参与的指导思想，每个部门必须拿出三个节目进行评选，节目形式不限，内容积极健康，突出“快乐”的主题，形式活泼，各部门至少有一个全员参与的节目。</w:t>
      </w:r>
      <w:r>
        <w:rPr>
          <w:lang w:eastAsia="zh-CN"/>
        </w:rPr>
        <w:br/>
      </w:r>
      <w:r>
        <w:rPr>
          <w:lang w:eastAsia="zh-CN"/>
        </w:rPr>
        <w:t>　　七、评分办法：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组委会共设4名评委，对每个节目进行打分并取平均分，每个部门取三个节目累加分进行排序。另外，4名评委各代表分管部门参加表演节目的另行加分，详见评分标准。</w:t>
      </w:r>
      <w:r>
        <w:rPr>
          <w:lang w:eastAsia="zh-CN"/>
        </w:rPr>
        <w:br/>
      </w:r>
      <w:r>
        <w:rPr>
          <w:lang w:eastAsia="zh-CN"/>
        </w:rPr>
        <w:t>　　八、奖励办法：</w:t>
      </w:r>
      <w:r>
        <w:rPr>
          <w:lang w:eastAsia="zh-CN"/>
        </w:rPr>
        <w:br/>
      </w:r>
      <w:r>
        <w:rPr>
          <w:lang w:eastAsia="zh-CN"/>
        </w:rPr>
        <w:t>　　本次活动根据总分设一、二、三等奖，学校给予一定奖励。</w:t>
      </w:r>
      <w:r>
        <w:rPr>
          <w:lang w:eastAsia="zh-CN"/>
        </w:rPr>
        <w:br/>
      </w:r>
      <w:r>
        <w:rPr>
          <w:lang w:eastAsia="zh-CN"/>
        </w:rPr>
        <w:t>　　元旦文艺汇演评分标准</w:t>
      </w:r>
      <w:r>
        <w:rPr>
          <w:lang w:eastAsia="zh-CN"/>
        </w:rPr>
        <w:br/>
      </w:r>
      <w:r>
        <w:rPr>
          <w:lang w:eastAsia="zh-CN"/>
        </w:rPr>
        <w:t>　　节目内容(20分)：</w:t>
      </w:r>
      <w:r>
        <w:rPr>
          <w:lang w:eastAsia="zh-CN"/>
        </w:rPr>
        <w:br/>
      </w:r>
      <w:r>
        <w:rPr>
          <w:lang w:eastAsia="zh-CN"/>
        </w:rPr>
        <w:t>　　具有特色、主题鲜明、内容健康、富有创意</w:t>
      </w:r>
      <w:r>
        <w:rPr>
          <w:lang w:eastAsia="zh-CN"/>
        </w:rPr>
        <w:br/>
      </w:r>
      <w:r>
        <w:rPr>
          <w:lang w:eastAsia="zh-CN"/>
        </w:rPr>
        <w:t>　　服饰道具(20分)：</w:t>
      </w:r>
      <w:r>
        <w:rPr>
          <w:lang w:eastAsia="zh-CN"/>
        </w:rPr>
        <w:br/>
      </w:r>
      <w:r>
        <w:rPr>
          <w:lang w:eastAsia="zh-CN"/>
        </w:rPr>
        <w:t>　　整齐统一、鲜明有特色、化妆得体</w:t>
      </w:r>
      <w:r>
        <w:rPr>
          <w:lang w:eastAsia="zh-CN"/>
        </w:rPr>
        <w:br/>
      </w:r>
      <w:r>
        <w:rPr>
          <w:lang w:eastAsia="zh-CN"/>
        </w:rPr>
        <w:t>　　精神面貌(20分)：</w:t>
      </w:r>
      <w:r>
        <w:rPr>
          <w:lang w:eastAsia="zh-CN"/>
        </w:rPr>
        <w:br/>
      </w:r>
      <w:r>
        <w:rPr>
          <w:lang w:eastAsia="zh-CN"/>
        </w:rPr>
        <w:t>　　精神饱满、朝气蓬勃、仪表大方、上下场不做作</w:t>
      </w:r>
      <w:r>
        <w:rPr>
          <w:lang w:eastAsia="zh-CN"/>
        </w:rPr>
        <w:br/>
      </w:r>
      <w:r>
        <w:rPr>
          <w:lang w:eastAsia="zh-CN"/>
        </w:rPr>
        <w:t>　　整体效果(20分)：</w:t>
      </w:r>
      <w:r>
        <w:rPr>
          <w:lang w:eastAsia="zh-CN"/>
        </w:rPr>
        <w:br/>
      </w:r>
      <w:r>
        <w:rPr>
          <w:lang w:eastAsia="zh-CN"/>
        </w:rPr>
        <w:t>　　节目质量较高，整体效果较好。</w:t>
      </w:r>
      <w:r>
        <w:rPr>
          <w:lang w:eastAsia="zh-CN"/>
        </w:rPr>
        <w:br/>
      </w:r>
      <w:r>
        <w:rPr>
          <w:lang w:eastAsia="zh-CN"/>
        </w:rPr>
        <w:t>　　表演技巧(20分)：</w:t>
      </w:r>
      <w:r>
        <w:rPr>
          <w:lang w:eastAsia="zh-CN"/>
        </w:rPr>
        <w:br/>
      </w:r>
      <w:r>
        <w:rPr>
          <w:lang w:eastAsia="zh-CN"/>
        </w:rPr>
        <w:t>　　(1)舞蹈类：动作整齐优美、舒展大方、节奏感强;表情符合音乐要求;服饰与所表达艺术形象相协调;有创造性和一定难度</w:t>
      </w:r>
      <w:r>
        <w:rPr>
          <w:lang w:eastAsia="zh-CN"/>
        </w:rPr>
        <w:br/>
      </w:r>
      <w:r>
        <w:rPr>
          <w:lang w:eastAsia="zh-CN"/>
        </w:rPr>
        <w:t>　　(2)语言歌曲类：歌声优美、字正腔圆、吐音清晰、节奏恰当、音乐感强</w:t>
      </w:r>
      <w:r>
        <w:rPr>
          <w:lang w:eastAsia="zh-CN"/>
        </w:rPr>
        <w:br/>
      </w:r>
      <w:r>
        <w:rPr>
          <w:lang w:eastAsia="zh-CN"/>
        </w:rPr>
        <w:t>　　(3)创新类：语言诙谐幽默、通俗易懂，表情生动、动作恰到好处，多人配合默契，整体效果好。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(4)加分减分项目：四个部门中所有中层干部必须全员参与该部门节目表演，未参加的一人次扣1分(届时会将各部门所有中层干部人员名单上交评委处，请评委对照给分)。各部门年级校长，单独表演节目的加2分。</w:t>
      </w:r>
      <w:r>
        <w:rPr>
          <w:lang w:eastAsia="zh-CN"/>
        </w:rPr>
        <w:br/>
      </w:r>
      <w:r>
        <w:rPr>
          <w:lang w:eastAsia="zh-CN"/>
        </w:rPr>
        <w:t>　　备注：评委打分时最高分不能超过90分，最低不能低于80分，精确小数点后一位。统分员在统分时取4位评委的平均分，精确到小数点后一位。</w:t>
      </w:r>
      <w:r>
        <w:rPr>
          <w:lang w:eastAsia="zh-CN"/>
        </w:rPr>
        <w:br/>
      </w:r>
      <w:r>
        <w:rPr>
          <w:lang w:eastAsia="zh-CN"/>
        </w:rPr>
        <w:t xml:space="preserve">    2024年元旦文艺汇演活动方案 篇8 </w:t>
      </w:r>
      <w:r>
        <w:rPr>
          <w:lang w:eastAsia="zh-CN"/>
        </w:rPr>
        <w:br/>
      </w:r>
      <w:r>
        <w:rPr>
          <w:lang w:eastAsia="zh-CN"/>
        </w:rPr>
        <w:t>　　一、指导思想：</w:t>
      </w:r>
      <w:r>
        <w:rPr>
          <w:lang w:eastAsia="zh-CN"/>
        </w:rPr>
        <w:br/>
      </w:r>
      <w:r>
        <w:rPr>
          <w:lang w:eastAsia="zh-CN"/>
        </w:rPr>
        <w:t>　　为活跃校园文化，让有才艺特长的学生得到展现，让有个性的学生得到张扬，让学校充满艺术教育氛围，营造团结、活泼、勤奋、进取的校风，以崭新的精神面貌迎接新年。学校决定于20__年12月底举办20__年元旦文艺汇演。</w:t>
      </w:r>
      <w:r>
        <w:rPr>
          <w:lang w:eastAsia="zh-CN"/>
        </w:rPr>
        <w:br/>
      </w:r>
      <w:r>
        <w:rPr>
          <w:lang w:eastAsia="zh-CN"/>
        </w:rPr>
        <w:t>　　二、活动主题：团结奋进、走向明天</w:t>
      </w:r>
      <w:r>
        <w:rPr>
          <w:lang w:eastAsia="zh-CN"/>
        </w:rPr>
        <w:br/>
      </w:r>
      <w:r>
        <w:rPr>
          <w:lang w:eastAsia="zh-CN"/>
        </w:rPr>
        <w:t>　　三、参加对象：全体师生</w:t>
      </w:r>
      <w:r>
        <w:rPr>
          <w:lang w:eastAsia="zh-CN"/>
        </w:rPr>
        <w:br/>
      </w:r>
      <w:r>
        <w:rPr>
          <w:lang w:eastAsia="zh-CN"/>
        </w:rPr>
        <w:t>　　四、汇演时间：20__年12月31上午(待定)</w:t>
      </w:r>
      <w:r>
        <w:rPr>
          <w:lang w:eastAsia="zh-CN"/>
        </w:rPr>
        <w:br/>
      </w:r>
      <w:r>
        <w:rPr>
          <w:lang w:eastAsia="zh-CN"/>
        </w:rPr>
        <w:t>　　五、汇演地点：王庄镇中心小学操场主席台前(待定)</w:t>
      </w:r>
      <w:r>
        <w:rPr>
          <w:lang w:eastAsia="zh-CN"/>
        </w:rPr>
        <w:br/>
      </w:r>
      <w:r>
        <w:rPr>
          <w:lang w:eastAsia="zh-CN"/>
        </w:rPr>
        <w:t>　　六、节目类别</w:t>
      </w:r>
      <w:r>
        <w:rPr>
          <w:lang w:eastAsia="zh-CN"/>
        </w:rPr>
        <w:br/>
      </w:r>
      <w:r>
        <w:rPr>
          <w:lang w:eastAsia="zh-CN"/>
        </w:rPr>
        <w:t>　　1.合唱：</w:t>
      </w:r>
      <w:r>
        <w:rPr>
          <w:lang w:eastAsia="zh-CN"/>
        </w:rPr>
        <w:br/>
      </w:r>
      <w:r>
        <w:rPr>
          <w:lang w:eastAsia="zh-CN"/>
        </w:rPr>
        <w:t>　　2.综合表演类：舞蹈、音乐剧等</w:t>
      </w:r>
      <w:r>
        <w:rPr>
          <w:lang w:eastAsia="zh-CN"/>
        </w:rPr>
        <w:br/>
      </w:r>
      <w:r>
        <w:rPr>
          <w:lang w:eastAsia="zh-CN"/>
        </w:rPr>
        <w:t>　　3.其它： 声乐(独唱 重唱)、器乐(独奏 合奏)、相声、小品、诗歌朗诵等</w:t>
      </w:r>
      <w:r>
        <w:rPr>
          <w:lang w:eastAsia="zh-CN"/>
        </w:rPr>
        <w:br/>
      </w:r>
      <w:r>
        <w:rPr>
          <w:lang w:eastAsia="zh-CN"/>
        </w:rPr>
        <w:t>　　七、节目要求及上报时间：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1.原则上每班级申报1个节目(有困难的班级可以平行班合作推出一个节目)，内容自定(可以选择一些少数民族歌舞)，形式不限。务求丰富多采，内容健康且有新意。</w:t>
      </w:r>
      <w:r>
        <w:rPr>
          <w:lang w:eastAsia="zh-CN"/>
        </w:rPr>
        <w:br/>
      </w:r>
      <w:r>
        <w:rPr>
          <w:lang w:eastAsia="zh-CN"/>
        </w:rPr>
        <w:t>　　2.12月9日至20日各班积极准备节目，班主任和相应音乐教师要全程给予指导，统筹收集节目，进行策划及再加工。</w:t>
      </w:r>
      <w:r>
        <w:rPr>
          <w:lang w:eastAsia="zh-CN"/>
        </w:rPr>
        <w:br/>
      </w:r>
      <w:r>
        <w:rPr>
          <w:lang w:eastAsia="zh-CN"/>
        </w:rPr>
        <w:t>　　3. 12月19日上报节目单、学生名单。24日下午节目筛选,择优录用。</w:t>
      </w:r>
      <w:r>
        <w:rPr>
          <w:lang w:eastAsia="zh-CN"/>
        </w:rPr>
        <w:br/>
      </w:r>
      <w:r>
        <w:rPr>
          <w:lang w:eastAsia="zh-CN"/>
        </w:rPr>
        <w:t>　　八、评委：王宝迎 李恒国 刘相庆 于汝玲 孔春兰 李家宝 王春红 董 坤 杨吉秀 吴昌岭等</w:t>
      </w:r>
      <w:r>
        <w:rPr>
          <w:lang w:eastAsia="zh-CN"/>
        </w:rPr>
        <w:br/>
      </w:r>
      <w:r>
        <w:rPr>
          <w:lang w:eastAsia="zh-CN"/>
        </w:rPr>
        <w:t>　　九、奖励办法及评分</w:t>
      </w:r>
      <w:r>
        <w:rPr>
          <w:lang w:eastAsia="zh-CN"/>
        </w:rPr>
        <w:br/>
      </w:r>
      <w:r>
        <w:rPr>
          <w:lang w:eastAsia="zh-CN"/>
        </w:rPr>
        <w:t>　　(一)不分节目类别，评委根据评分细则打分。</w:t>
      </w:r>
      <w:r>
        <w:rPr>
          <w:lang w:eastAsia="zh-CN"/>
        </w:rPr>
        <w:br/>
      </w:r>
      <w:r>
        <w:rPr>
          <w:lang w:eastAsia="zh-CN"/>
        </w:rPr>
        <w:t>　　(二)本次文艺汇演比赛总评分为10分，评分标准如下：</w:t>
      </w:r>
      <w:r>
        <w:rPr>
          <w:lang w:eastAsia="zh-CN"/>
        </w:rPr>
        <w:br/>
      </w:r>
      <w:r>
        <w:rPr>
          <w:lang w:eastAsia="zh-CN"/>
        </w:rPr>
        <w:t>　　一、出场迅速，不拖沓。(0.5分)</w:t>
      </w:r>
      <w:r>
        <w:rPr>
          <w:lang w:eastAsia="zh-CN"/>
        </w:rPr>
        <w:br/>
      </w:r>
      <w:r>
        <w:rPr>
          <w:lang w:eastAsia="zh-CN"/>
        </w:rPr>
        <w:t>　　二、服装整齐，化妆得体，与节目内容协调。(1分)</w:t>
      </w:r>
      <w:r>
        <w:rPr>
          <w:lang w:eastAsia="zh-CN"/>
        </w:rPr>
        <w:br/>
      </w:r>
      <w:r>
        <w:rPr>
          <w:lang w:eastAsia="zh-CN"/>
        </w:rPr>
        <w:t>　　三、内容健康，积极向上，具有时代特征、校园特色、学生特点，体现思想性、艺术性和教育性的统一。(3分)</w:t>
      </w:r>
      <w:r>
        <w:rPr>
          <w:lang w:eastAsia="zh-CN"/>
        </w:rPr>
        <w:br/>
      </w:r>
      <w:r>
        <w:rPr>
          <w:lang w:eastAsia="zh-CN"/>
        </w:rPr>
        <w:t>　　四、表演大方，技巧性强，能充分反映当代小学生奋发向上的精神风貌，具有一定的艺术水平。(5分)</w:t>
      </w:r>
      <w:r>
        <w:rPr>
          <w:lang w:eastAsia="zh-CN"/>
        </w:rPr>
        <w:br/>
      </w:r>
      <w:r>
        <w:rPr>
          <w:lang w:eastAsia="zh-CN"/>
        </w:rPr>
        <w:t>　　五、收场不草率，落落大方。(0.5分)</w:t>
      </w:r>
      <w:r>
        <w:rPr>
          <w:lang w:eastAsia="zh-CN"/>
        </w:rPr>
        <w:br/>
      </w:r>
      <w:r>
        <w:rPr>
          <w:lang w:eastAsia="zh-CN"/>
        </w:rPr>
        <w:t>　　(三)计分办法：评委所给分数中，去掉一个分和一个最低分，取平均分为最后得分。</w:t>
      </w:r>
      <w:r>
        <w:rPr>
          <w:lang w:eastAsia="zh-CN"/>
        </w:rPr>
        <w:br/>
      </w:r>
      <w:r>
        <w:rPr>
          <w:lang w:eastAsia="zh-CN"/>
        </w:rPr>
        <w:t>　　(四)设奖等次：一、二、三等奖及优秀奖若干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十、主要工作及人员分工</w:t>
      </w:r>
      <w:r>
        <w:rPr>
          <w:lang w:eastAsia="zh-CN"/>
        </w:rPr>
        <w:br/>
      </w:r>
      <w:r>
        <w:rPr>
          <w:lang w:eastAsia="zh-CN"/>
        </w:rPr>
        <w:t>　　1. 领导小组：</w:t>
      </w:r>
      <w:r>
        <w:rPr>
          <w:lang w:eastAsia="zh-CN"/>
        </w:rPr>
        <w:br/>
      </w:r>
      <w:r>
        <w:rPr>
          <w:lang w:eastAsia="zh-CN"/>
        </w:rPr>
        <w:t>　　组 长：王宝迎</w:t>
      </w:r>
      <w:r>
        <w:rPr>
          <w:lang w:eastAsia="zh-CN"/>
        </w:rPr>
        <w:br/>
      </w:r>
      <w:r>
        <w:rPr>
          <w:lang w:eastAsia="zh-CN"/>
        </w:rPr>
        <w:t>　　副组长：刘相庆 于汝玲 李恒国</w:t>
      </w:r>
      <w:r>
        <w:rPr>
          <w:lang w:eastAsia="zh-CN"/>
        </w:rPr>
        <w:br/>
      </w:r>
      <w:r>
        <w:rPr>
          <w:lang w:eastAsia="zh-CN"/>
        </w:rPr>
        <w:t>　　成 员：胡长勇 郭玉国 刘再彬 李家宝 孔令磊 各班主任</w:t>
      </w:r>
      <w:r>
        <w:rPr>
          <w:lang w:eastAsia="zh-CN"/>
        </w:rPr>
        <w:br/>
      </w:r>
      <w:r>
        <w:rPr>
          <w:lang w:eastAsia="zh-CN"/>
        </w:rPr>
        <w:t>　　2.节目总编导：郭玉国</w:t>
      </w:r>
      <w:r>
        <w:rPr>
          <w:lang w:eastAsia="zh-CN"/>
        </w:rPr>
        <w:br/>
      </w:r>
      <w:r>
        <w:rPr>
          <w:lang w:eastAsia="zh-CN"/>
        </w:rPr>
        <w:t>　　3.活动指导老师：刘再彬 各班主任(负责文艺节目的组织协调)</w:t>
      </w:r>
      <w:r>
        <w:rPr>
          <w:lang w:eastAsia="zh-CN"/>
        </w:rPr>
        <w:br/>
      </w:r>
      <w:r>
        <w:rPr>
          <w:lang w:eastAsia="zh-CN"/>
        </w:rPr>
        <w:t>　　4.宣传报道：李家宝 刘 兴(负责摄影、照相)</w:t>
      </w:r>
      <w:r>
        <w:rPr>
          <w:lang w:eastAsia="zh-CN"/>
        </w:rPr>
        <w:br/>
      </w:r>
      <w:r>
        <w:rPr>
          <w:lang w:eastAsia="zh-CN"/>
        </w:rPr>
        <w:t>　　5.后勤保障组：陈 明 孔令磊等(负责场地布置等)</w:t>
      </w:r>
      <w:r>
        <w:rPr>
          <w:lang w:eastAsia="zh-CN"/>
        </w:rPr>
        <w:br/>
      </w:r>
      <w:r>
        <w:rPr>
          <w:lang w:eastAsia="zh-CN"/>
        </w:rPr>
        <w:t>　　6.安全保卫组 ：王友民、体育组教师及班主任(维持演出秩序、学生纪律和安全)</w:t>
      </w:r>
      <w:r>
        <w:rPr>
          <w:lang w:eastAsia="zh-CN"/>
        </w:rPr>
        <w:br/>
      </w:r>
      <w:r>
        <w:rPr>
          <w:lang w:eastAsia="zh-CN"/>
        </w:rPr>
        <w:t>　　7.主持人培训及串词：胡长勇 郭玉国 刘再彬</w:t>
      </w:r>
      <w:r>
        <w:rPr>
          <w:lang w:eastAsia="zh-CN"/>
        </w:rPr>
        <w:br/>
      </w:r>
      <w:r>
        <w:rPr>
          <w:lang w:eastAsia="zh-CN"/>
        </w:rPr>
        <w:t>　　本次活动为同学们提供了展示特长才艺的大舞台。希望各班同学踊跃参加，精心准备，为我校文化艺术发展增添光彩!</w:t>
      </w:r>
      <w:r>
        <w:rPr>
          <w:lang w:eastAsia="zh-CN"/>
        </w:rPr>
        <w:br/>
      </w:r>
      <w:r>
        <w:rPr>
          <w:lang w:eastAsia="zh-CN"/>
        </w:rPr>
        <w:t xml:space="preserve">    2024年元旦文艺汇演活动方案 篇9 </w:t>
      </w:r>
      <w:r>
        <w:rPr>
          <w:lang w:eastAsia="zh-CN"/>
        </w:rPr>
        <w:br/>
      </w:r>
      <w:r>
        <w:rPr>
          <w:lang w:eastAsia="zh-CN"/>
        </w:rPr>
        <w:t>　　活动主办：__学院校团委</w:t>
      </w:r>
      <w:r>
        <w:rPr>
          <w:lang w:eastAsia="zh-CN"/>
        </w:rPr>
        <w:br/>
      </w:r>
      <w:r>
        <w:rPr>
          <w:lang w:eastAsia="zh-CN"/>
        </w:rPr>
        <w:t>　　承办单位：繁星英语社</w:t>
      </w:r>
      <w:r>
        <w:rPr>
          <w:lang w:eastAsia="zh-CN"/>
        </w:rPr>
        <w:br/>
      </w:r>
      <w:r>
        <w:rPr>
          <w:lang w:eastAsia="zh-CN"/>
        </w:rPr>
        <w:t>　　活动时间：20__年12月7日</w:t>
      </w:r>
      <w:r>
        <w:rPr>
          <w:lang w:eastAsia="zh-CN"/>
        </w:rPr>
        <w:br/>
      </w:r>
      <w:r>
        <w:rPr>
          <w:lang w:eastAsia="zh-CN"/>
        </w:rPr>
        <w:t>　　一、活动目的</w:t>
      </w:r>
      <w:r>
        <w:rPr>
          <w:lang w:eastAsia="zh-CN"/>
        </w:rPr>
        <w:br/>
      </w:r>
      <w:r>
        <w:rPr>
          <w:lang w:eastAsia="zh-CN"/>
        </w:rPr>
        <w:t>　　增加社团和师院贴吧的凝聚力</w:t>
      </w:r>
      <w:r>
        <w:rPr>
          <w:lang w:eastAsia="zh-CN"/>
        </w:rPr>
        <w:br/>
      </w:r>
      <w:r>
        <w:rPr>
          <w:lang w:eastAsia="zh-CN"/>
        </w:rPr>
        <w:t>　　二、活动主题：</w:t>
      </w:r>
      <w:r>
        <w:rPr>
          <w:lang w:eastAsia="zh-CN"/>
        </w:rPr>
        <w:br/>
      </w:r>
      <w:r>
        <w:rPr>
          <w:lang w:eastAsia="zh-CN"/>
        </w:rPr>
        <w:t>　　展现青春活力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三、活动时间</w:t>
      </w:r>
      <w:r>
        <w:rPr>
          <w:lang w:eastAsia="zh-CN"/>
        </w:rPr>
        <w:br/>
      </w:r>
      <w:r>
        <w:rPr>
          <w:lang w:eastAsia="zh-CN"/>
        </w:rPr>
        <w:t>　　20__年12月7日</w:t>
      </w:r>
      <w:r>
        <w:rPr>
          <w:lang w:eastAsia="zh-CN"/>
        </w:rPr>
        <w:br/>
      </w:r>
      <w:r>
        <w:rPr>
          <w:lang w:eastAsia="zh-CN"/>
        </w:rPr>
        <w:t>　　周五晚6:30——8:30</w:t>
      </w:r>
      <w:r>
        <w:rPr>
          <w:lang w:eastAsia="zh-CN"/>
        </w:rPr>
        <w:br/>
      </w:r>
      <w:r>
        <w:rPr>
          <w:lang w:eastAsia="zh-CN"/>
        </w:rPr>
        <w:t>　　四、活动地点：</w:t>
      </w:r>
      <w:r>
        <w:rPr>
          <w:lang w:eastAsia="zh-CN"/>
        </w:rPr>
        <w:br/>
      </w:r>
      <w:r>
        <w:rPr>
          <w:lang w:eastAsia="zh-CN"/>
        </w:rPr>
        <w:t>　　逸夫楼演播厅</w:t>
      </w:r>
      <w:r>
        <w:rPr>
          <w:lang w:eastAsia="zh-CN"/>
        </w:rPr>
        <w:br/>
      </w:r>
      <w:r>
        <w:rPr>
          <w:lang w:eastAsia="zh-CN"/>
        </w:rPr>
        <w:t>　　五、活动流程策划：</w:t>
      </w:r>
      <w:r>
        <w:rPr>
          <w:lang w:eastAsia="zh-CN"/>
        </w:rPr>
        <w:br/>
      </w:r>
      <w:r>
        <w:rPr>
          <w:lang w:eastAsia="zh-CN"/>
        </w:rPr>
        <w:t>　　前期工作</w:t>
      </w:r>
      <w:r>
        <w:rPr>
          <w:lang w:eastAsia="zh-CN"/>
        </w:rPr>
        <w:br/>
      </w:r>
      <w:r>
        <w:rPr>
          <w:lang w:eastAsia="zh-CN"/>
        </w:rPr>
        <w:t>　　1、宣传</w:t>
      </w:r>
      <w:r>
        <w:rPr>
          <w:lang w:eastAsia="zh-CN"/>
        </w:rPr>
        <w:br/>
      </w:r>
      <w:r>
        <w:rPr>
          <w:lang w:eastAsia="zh-CN"/>
        </w:rPr>
        <w:t>　　2、节目准备</w:t>
      </w:r>
      <w:r>
        <w:rPr>
          <w:lang w:eastAsia="zh-CN"/>
        </w:rPr>
        <w:br/>
      </w:r>
      <w:r>
        <w:rPr>
          <w:lang w:eastAsia="zh-CN"/>
        </w:rPr>
        <w:t>　　主要由文艺部的同学负责节目的报名及排练指导。</w:t>
      </w:r>
      <w:r>
        <w:rPr>
          <w:lang w:eastAsia="zh-CN"/>
        </w:rPr>
        <w:br/>
      </w:r>
      <w:r>
        <w:rPr>
          <w:lang w:eastAsia="zh-CN"/>
        </w:rPr>
        <w:t>　　第一次彩排于12月2号</w:t>
      </w:r>
      <w:r>
        <w:rPr>
          <w:lang w:eastAsia="zh-CN"/>
        </w:rPr>
        <w:br/>
      </w:r>
      <w:r>
        <w:rPr>
          <w:lang w:eastAsia="zh-CN"/>
        </w:rPr>
        <w:t>　　第二次彩排于12月7号</w:t>
      </w:r>
      <w:r>
        <w:rPr>
          <w:lang w:eastAsia="zh-CN"/>
        </w:rPr>
        <w:br/>
      </w:r>
      <w:r>
        <w:rPr>
          <w:lang w:eastAsia="zh-CN"/>
        </w:rPr>
        <w:t>　　预演于12月7号日左右。</w:t>
      </w:r>
      <w:r>
        <w:rPr>
          <w:lang w:eastAsia="zh-CN"/>
        </w:rPr>
        <w:br/>
      </w:r>
      <w:r>
        <w:rPr>
          <w:lang w:eastAsia="zh-CN"/>
        </w:rPr>
        <w:t>　　3、活动所需物资：</w:t>
      </w:r>
      <w:r>
        <w:rPr>
          <w:lang w:eastAsia="zh-CN"/>
        </w:rPr>
        <w:br/>
      </w:r>
      <w:r>
        <w:rPr>
          <w:lang w:eastAsia="zh-CN"/>
        </w:rPr>
        <w:t>　　1、舞台装饰：气球、彩带、地毯</w:t>
      </w:r>
      <w:r>
        <w:rPr>
          <w:lang w:eastAsia="zh-CN"/>
        </w:rPr>
        <w:br/>
      </w:r>
      <w:r>
        <w:rPr>
          <w:lang w:eastAsia="zh-CN"/>
        </w:rPr>
        <w:t>　　2、舞台效果：激光机、泡泡机、烟雾机</w:t>
      </w:r>
      <w:r>
        <w:rPr>
          <w:lang w:eastAsia="zh-CN"/>
        </w:rPr>
        <w:br/>
      </w:r>
      <w:r>
        <w:rPr>
          <w:lang w:eastAsia="zh-CN"/>
        </w:rPr>
        <w:t>　　3、后台设备：灯光设备:彩灯、频闪灯、筒灯</w:t>
      </w:r>
      <w:r>
        <w:rPr>
          <w:lang w:eastAsia="zh-CN"/>
        </w:rPr>
        <w:br/>
      </w:r>
      <w:r>
        <w:rPr>
          <w:lang w:eastAsia="zh-CN"/>
        </w:rPr>
        <w:t>　　4、嘉宾席：节目单</w:t>
      </w:r>
      <w:r>
        <w:rPr>
          <w:lang w:eastAsia="zh-CN"/>
        </w:rPr>
        <w:br/>
      </w:r>
      <w:r>
        <w:rPr>
          <w:lang w:eastAsia="zh-CN"/>
        </w:rPr>
        <w:t>　　六、活动时间安排：</w:t>
      </w:r>
      <w:r>
        <w:rPr>
          <w:lang w:eastAsia="zh-CN"/>
        </w:rPr>
        <w:br/>
      </w:r>
      <w:r>
        <w:rPr>
          <w:lang w:eastAsia="zh-CN"/>
        </w:rPr>
        <w:t>　　本次活动时间为20__年11月29日至12月7日。</w:t>
      </w:r>
      <w:r>
        <w:rPr>
          <w:lang w:eastAsia="zh-CN"/>
        </w:rPr>
        <w:br/>
      </w:r>
      <w:r>
        <w:rPr>
          <w:lang w:eastAsia="zh-CN"/>
        </w:rPr>
        <w:t>　　七、晚会活动安排：</w:t>
      </w:r>
      <w:r>
        <w:rPr>
          <w:lang w:eastAsia="zh-CN"/>
        </w:rPr>
        <w:br/>
      </w:r>
      <w:r>
        <w:rPr>
          <w:lang w:eastAsia="zh-CN"/>
        </w:rPr>
        <w:t>　　晚会准备：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1、与组织部及时做好沟通和人员安排协调；</w:t>
      </w:r>
      <w:r>
        <w:rPr>
          <w:lang w:eastAsia="zh-CN"/>
        </w:rPr>
        <w:br/>
      </w:r>
      <w:r>
        <w:rPr>
          <w:lang w:eastAsia="zh-CN"/>
        </w:rPr>
        <w:t>　　2、秘书部、社会公益部及时做好工作的沟通；</w:t>
      </w:r>
      <w:r>
        <w:rPr>
          <w:lang w:eastAsia="zh-CN"/>
        </w:rPr>
        <w:br/>
      </w:r>
      <w:r>
        <w:rPr>
          <w:lang w:eastAsia="zh-CN"/>
        </w:rPr>
        <w:t>　　3、12月2日确定主持人四名及主持稿；</w:t>
      </w:r>
      <w:r>
        <w:rPr>
          <w:lang w:eastAsia="zh-CN"/>
        </w:rPr>
        <w:br/>
      </w:r>
      <w:r>
        <w:rPr>
          <w:lang w:eastAsia="zh-CN"/>
        </w:rPr>
        <w:t>　　4、与各节目负责人商定节目细节并商讨流程。</w:t>
      </w:r>
      <w:r>
        <w:rPr>
          <w:lang w:eastAsia="zh-CN"/>
        </w:rPr>
        <w:br/>
      </w:r>
      <w:r>
        <w:rPr>
          <w:lang w:eastAsia="zh-CN"/>
        </w:rPr>
        <w:t>　　晚会后期安排：</w:t>
      </w:r>
      <w:r>
        <w:rPr>
          <w:lang w:eastAsia="zh-CN"/>
        </w:rPr>
        <w:br/>
      </w:r>
      <w:r>
        <w:rPr>
          <w:lang w:eastAsia="zh-CN"/>
        </w:rPr>
        <w:t>　　1、活动结束，所有演员代表及工作人员上台合影留念；</w:t>
      </w:r>
      <w:r>
        <w:rPr>
          <w:lang w:eastAsia="zh-CN"/>
        </w:rPr>
        <w:br/>
      </w:r>
      <w:r>
        <w:rPr>
          <w:lang w:eastAsia="zh-CN"/>
        </w:rPr>
        <w:t>　　2、组织部、外联部成员组织观众保持秩序离场</w:t>
      </w:r>
      <w:r>
        <w:rPr>
          <w:lang w:eastAsia="zh-CN"/>
        </w:rPr>
        <w:br/>
      </w:r>
      <w:r>
        <w:rPr>
          <w:lang w:eastAsia="zh-CN"/>
        </w:rPr>
        <w:t>　　3、各个部组织所有同学收拾会场；</w:t>
      </w:r>
      <w:r>
        <w:rPr>
          <w:lang w:eastAsia="zh-CN"/>
        </w:rPr>
        <w:br/>
      </w:r>
      <w:r>
        <w:rPr>
          <w:lang w:eastAsia="zh-CN"/>
        </w:rPr>
        <w:t>　　4、活动结束后一周之内各部门上交活动总结；</w:t>
      </w:r>
      <w:r>
        <w:rPr>
          <w:lang w:eastAsia="zh-CN"/>
        </w:rPr>
        <w:br/>
      </w:r>
      <w:r>
        <w:rPr>
          <w:lang w:eastAsia="zh-CN"/>
        </w:rPr>
        <w:t>　　5、宣传部，传媒部负责对晚会的记录并上传影音资料至学校网站。</w:t>
      </w:r>
      <w:r>
        <w:rPr>
          <w:lang w:eastAsia="zh-CN"/>
        </w:rPr>
        <w:br/>
      </w:r>
      <w:r>
        <w:rPr>
          <w:lang w:eastAsia="zh-CN"/>
        </w:rPr>
        <w:t xml:space="preserve">    2024年元旦文艺汇演活动方案 篇10 </w:t>
      </w:r>
      <w:r>
        <w:rPr>
          <w:lang w:eastAsia="zh-CN"/>
        </w:rPr>
        <w:br/>
      </w:r>
      <w:r>
        <w:rPr>
          <w:lang w:eastAsia="zh-CN"/>
        </w:rPr>
        <w:t>　　一、活动目的：</w:t>
      </w:r>
      <w:r>
        <w:rPr>
          <w:lang w:eastAsia="zh-CN"/>
        </w:rPr>
        <w:br/>
      </w:r>
      <w:r>
        <w:rPr>
          <w:lang w:eastAsia="zh-CN"/>
        </w:rPr>
        <w:t>　　“元旦”是新一年的开始，是人人都满怀着希望的日子，为了能让师生们过一个快乐的节日，并培养学生的能力，给予每个学生展示自己才能的机会，学校特举行庆祝“元旦”文艺演出活动，为全体师生铺设一个大展身手的平台，从而全面地推进素质教育的实施。</w:t>
      </w:r>
      <w:r>
        <w:rPr>
          <w:lang w:eastAsia="zh-CN"/>
        </w:rPr>
        <w:br/>
      </w:r>
      <w:r>
        <w:rPr>
          <w:lang w:eastAsia="zh-CN"/>
        </w:rPr>
        <w:t>　　二、活动地点：</w:t>
      </w:r>
      <w:r>
        <w:rPr>
          <w:lang w:eastAsia="zh-CN"/>
        </w:rPr>
        <w:br/>
      </w:r>
      <w:r>
        <w:rPr>
          <w:lang w:eastAsia="zh-CN"/>
        </w:rPr>
        <w:t>　　理答小学。</w:t>
      </w:r>
      <w:r>
        <w:rPr>
          <w:lang w:eastAsia="zh-CN"/>
        </w:rPr>
        <w:br/>
      </w:r>
      <w:r>
        <w:rPr>
          <w:lang w:eastAsia="zh-CN"/>
        </w:rPr>
        <w:t>　　三、活动时间：</w:t>
      </w:r>
      <w:r>
        <w:rPr>
          <w:lang w:eastAsia="zh-CN"/>
        </w:rPr>
        <w:br/>
      </w:r>
      <w:r>
        <w:rPr>
          <w:lang w:eastAsia="zh-CN"/>
        </w:rPr>
        <w:t>　　20__年12月31日.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四、活动主题：</w:t>
      </w:r>
      <w:r>
        <w:rPr>
          <w:lang w:eastAsia="zh-CN"/>
        </w:rPr>
        <w:br/>
      </w:r>
      <w:r>
        <w:rPr>
          <w:lang w:eastAsia="zh-CN"/>
        </w:rPr>
        <w:t>　　“青春扬帆，温暖前行”----理答小学20__年元旦文艺汇演</w:t>
      </w:r>
      <w:r>
        <w:rPr>
          <w:lang w:eastAsia="zh-CN"/>
        </w:rPr>
        <w:br/>
      </w:r>
      <w:r>
        <w:rPr>
          <w:lang w:eastAsia="zh-CN"/>
        </w:rPr>
        <w:t>　　五、本次活动节目类型：</w:t>
      </w:r>
      <w:r>
        <w:rPr>
          <w:lang w:eastAsia="zh-CN"/>
        </w:rPr>
        <w:br/>
      </w:r>
      <w:r>
        <w:rPr>
          <w:lang w:eastAsia="zh-CN"/>
        </w:rPr>
        <w:t>　　主要以舞蹈、独唱、小组唱、相声小品或器乐演奏以及文章朗诵为主，（要求节目内容要积极、健康、向上）请各班学生积极参与。</w:t>
      </w:r>
      <w:r>
        <w:rPr>
          <w:lang w:eastAsia="zh-CN"/>
        </w:rPr>
        <w:br/>
      </w:r>
      <w:r>
        <w:rPr>
          <w:lang w:eastAsia="zh-CN"/>
        </w:rPr>
        <w:t>　　六、要求：</w:t>
      </w:r>
      <w:r>
        <w:rPr>
          <w:lang w:eastAsia="zh-CN"/>
        </w:rPr>
        <w:br/>
      </w:r>
      <w:r>
        <w:rPr>
          <w:lang w:eastAsia="zh-CN"/>
        </w:rPr>
        <w:t>　　1.全校同学都要踊跃参与本次活动，注意：各班在12月15日前把节目报到学校大队部处，12月31日各班一定要拿出两个以上的节目参加学校的庆祝“元旦"文艺演出活动。</w:t>
      </w:r>
      <w:r>
        <w:rPr>
          <w:lang w:eastAsia="zh-CN"/>
        </w:rPr>
        <w:br/>
      </w:r>
      <w:r>
        <w:rPr>
          <w:lang w:eastAsia="zh-CN"/>
        </w:rPr>
        <w:t>　　2.各班必须在12月26日前出一期以庆“元旦”为主题的墙报，并且每班交15份手抄报到大队部。</w:t>
      </w:r>
      <w:r>
        <w:rPr>
          <w:lang w:eastAsia="zh-CN"/>
        </w:rPr>
        <w:br/>
      </w:r>
      <w:r>
        <w:rPr>
          <w:lang w:eastAsia="zh-CN"/>
        </w:rPr>
        <w:t>　　七、评分细则：（总分：10分）</w:t>
      </w:r>
      <w:r>
        <w:rPr>
          <w:lang w:eastAsia="zh-CN"/>
        </w:rPr>
        <w:br/>
      </w:r>
      <w:r>
        <w:rPr>
          <w:lang w:eastAsia="zh-CN"/>
        </w:rPr>
        <w:t>　　节目内容：思想健康、主题鲜明,能展现小学生的精神风貌（2分）。气氛：能充分调动现场气氛（2分）。</w:t>
      </w:r>
      <w:r>
        <w:rPr>
          <w:lang w:eastAsia="zh-CN"/>
        </w:rPr>
        <w:br/>
      </w:r>
      <w:r>
        <w:rPr>
          <w:lang w:eastAsia="zh-CN"/>
        </w:rPr>
        <w:t>　　舞蹈类：动作整齐优美、舒展大方（3分）；舞蹈音乐选用得当，能较好地烘托、渲染舞蹈氛围（2分)；服饰与所表达的艺术形象相协调（1分）。</w:t>
      </w:r>
      <w:r>
        <w:rPr>
          <w:lang w:eastAsia="zh-CN"/>
        </w:rPr>
        <w:br/>
      </w:r>
      <w:r>
        <w:rPr>
          <w:lang w:eastAsia="zh-CN"/>
        </w:rPr>
        <w:t>　　歌曲类：演唱节奏准确，乐感好（2分），音色优美，声音圆润（2分），情感表达恰到好处，有感染力；（2分）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课本剧、校园剧（小品相声、朗诵类）：整体配合默契，表演连贯,肢体动作自然、得体、有表现力（3分）；语言清晰、有感染力（2分）；感情到位、现场发挥的效果好（1分）。</w:t>
      </w:r>
      <w:r>
        <w:rPr>
          <w:lang w:eastAsia="zh-CN"/>
        </w:rPr>
        <w:br/>
      </w:r>
      <w:r>
        <w:rPr>
          <w:lang w:eastAsia="zh-CN"/>
        </w:rPr>
        <w:t>　　八、工作人员分工：</w:t>
      </w:r>
      <w:r>
        <w:rPr>
          <w:lang w:eastAsia="zh-CN"/>
        </w:rPr>
        <w:br/>
      </w:r>
      <w:r>
        <w:rPr>
          <w:lang w:eastAsia="zh-CN"/>
        </w:rPr>
        <w:t>　　总指挥：李蔚玲</w:t>
      </w:r>
      <w:r>
        <w:rPr>
          <w:lang w:eastAsia="zh-CN"/>
        </w:rPr>
        <w:br/>
      </w:r>
      <w:r>
        <w:rPr>
          <w:lang w:eastAsia="zh-CN"/>
        </w:rPr>
        <w:t>　　副指挥：陆盛湖、黄健、黄雪霞评委：李水云、陈业健、林银丽、黄砚婷、黄汉清音响：放音乐：黄健纪律负责：郭伟娟、李蔚玲、黄雪霞、黄兴品、郭超海</w:t>
      </w:r>
      <w:r>
        <w:rPr>
          <w:lang w:eastAsia="zh-CN"/>
        </w:rPr>
        <w:br/>
      </w:r>
      <w:r>
        <w:rPr>
          <w:lang w:eastAsia="zh-CN"/>
        </w:rPr>
        <w:t>　　摄影：陆云源</w:t>
      </w:r>
      <w:r>
        <w:rPr>
          <w:lang w:eastAsia="zh-CN"/>
        </w:rPr>
        <w:br/>
      </w:r>
      <w:r>
        <w:rPr>
          <w:lang w:eastAsia="zh-CN"/>
        </w:rPr>
        <w:t>　　汇演会主持人：郭杰瓦、（待定）</w:t>
      </w:r>
      <w:r>
        <w:rPr>
          <w:lang w:eastAsia="zh-CN"/>
        </w:rPr>
        <w:br/>
      </w:r>
      <w:r>
        <w:rPr>
          <w:lang w:eastAsia="zh-CN"/>
        </w:rPr>
        <w:t>　　九、奖励办法：</w:t>
      </w:r>
      <w:r>
        <w:rPr>
          <w:lang w:eastAsia="zh-CN"/>
        </w:rPr>
        <w:br/>
      </w:r>
      <w:r>
        <w:rPr>
          <w:lang w:eastAsia="zh-CN"/>
        </w:rPr>
        <w:t>　　按节目得分高低设立一、二、三等奖若干名</w:t>
      </w:r>
      <w:r>
        <w:rPr>
          <w:lang w:eastAsia="zh-CN"/>
        </w:rPr>
        <w:br/>
      </w:r>
      <w:r>
        <w:rPr>
          <w:lang w:eastAsia="zh-CN"/>
        </w:rPr>
        <w:t>　　十、活动注意事项：</w:t>
      </w:r>
      <w:r>
        <w:rPr>
          <w:lang w:eastAsia="zh-CN"/>
        </w:rPr>
        <w:br/>
      </w:r>
      <w:r>
        <w:rPr>
          <w:lang w:eastAsia="zh-CN"/>
        </w:rPr>
        <w:t>　　各班主任教师在活动前对学生进行活动纪律的教育：</w:t>
      </w:r>
      <w:r>
        <w:rPr>
          <w:lang w:eastAsia="zh-CN"/>
        </w:rPr>
        <w:br/>
      </w:r>
      <w:r>
        <w:rPr>
          <w:lang w:eastAsia="zh-CN"/>
        </w:rPr>
        <w:t>　　1、安全：服从负责老师的安排，按要求活动。</w:t>
      </w:r>
      <w:r>
        <w:rPr>
          <w:lang w:eastAsia="zh-CN"/>
        </w:rPr>
        <w:br/>
      </w:r>
      <w:r>
        <w:rPr>
          <w:lang w:eastAsia="zh-CN"/>
        </w:rPr>
        <w:t>　　2、文明：自觉排队，不乱挤，礼貌谦让。</w:t>
      </w:r>
      <w:r>
        <w:rPr>
          <w:lang w:eastAsia="zh-CN"/>
        </w:rPr>
        <w:br/>
      </w:r>
      <w:r>
        <w:rPr>
          <w:lang w:eastAsia="zh-CN"/>
        </w:rPr>
        <w:t>　　3、卫生：搞好个人卫生，不乱丢果壳、纸屑、包装袋等废弃物，并能主动收拾身边垃圾。活动结束后，打扫干净活动场所。</w:t>
      </w:r>
      <w:r>
        <w:rPr>
          <w:lang w:eastAsia="zh-CN"/>
        </w:rPr>
        <w:br/>
      </w:r>
      <w:r>
        <w:rPr>
          <w:lang w:eastAsia="zh-CN"/>
        </w:rPr>
        <w:t>　　4、纪律：佩戴红领巾，遵守各项规定，有事向班主任请假。</w:t>
      </w:r>
      <w:r>
        <w:rPr>
          <w:lang w:eastAsia="zh-CN"/>
        </w:rPr>
        <w:br/>
      </w:r>
      <w:r>
        <w:rPr>
          <w:lang w:eastAsia="zh-CN"/>
        </w:rPr>
        <w:t>　　5、班主任和搭班老师加强责任心，随班就座，确保无事故。</w:t>
      </w:r>
      <w:r>
        <w:rPr>
          <w:lang w:eastAsia="zh-CN"/>
        </w:rPr>
        <w:br/>
      </w:r>
      <w:r>
        <w:rPr>
          <w:lang w:eastAsia="zh-CN"/>
        </w:rPr>
        <w:t>　　6、活动后，要对本次活动进行总结，并要求本班的学生对教室及包干区的卫生进行清扫。</w:t>
      </w:r>
      <w:r>
        <w:rPr>
          <w:lang w:eastAsia="zh-CN"/>
        </w:rPr>
        <w:br/>
      </w:r>
      <w:r>
        <w:rPr>
          <w:lang w:eastAsia="zh-CN"/>
        </w:rPr>
        <w:t>　　7、三至六年级每人写一篇以“元旦”为主题的作文。</w:t>
      </w:r>
      <w:r>
        <w:rPr>
          <w:lang w:eastAsia="zh-CN"/>
        </w:rPr>
        <w:br/>
      </w:r>
      <w:r>
        <w:rPr>
          <w:lang w:eastAsia="zh-CN"/>
        </w:rPr>
        <w:t>　　十一、其他事项：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1、各班认真组织排练，节目负责人：班主任或任课老师。演出按时到场，服从工作人员指挥。</w:t>
      </w:r>
      <w:r>
        <w:rPr>
          <w:lang w:eastAsia="zh-CN"/>
        </w:rPr>
        <w:br/>
      </w:r>
      <w:r>
        <w:rPr>
          <w:lang w:eastAsia="zh-CN"/>
        </w:rPr>
        <w:t>　　2、各节目在演出时提前两个节目做好准备（在舞台后列队候等侯）。</w:t>
      </w:r>
      <w:r>
        <w:rPr>
          <w:lang w:eastAsia="zh-CN"/>
        </w:rPr>
        <w:br/>
      </w:r>
      <w:r>
        <w:rPr>
          <w:lang w:eastAsia="zh-CN"/>
        </w:rPr>
        <w:t>　　3、各节目所需光碟、道具、服装、化妆品等一律自备；音响设备由学校负责。</w:t>
      </w:r>
      <w:r>
        <w:rPr>
          <w:lang w:eastAsia="zh-CN"/>
        </w:rPr>
        <w:br/>
      </w:r>
      <w:r>
        <w:rPr>
          <w:lang w:eastAsia="zh-CN"/>
        </w:rPr>
        <w:t>　　4、未尽事宜，另行通知。</w:t>
      </w:r>
      <w:r>
        <w:rPr>
          <w:lang w:eastAsia="zh-CN"/>
        </w:rPr>
        <w:br/>
      </w:r>
      <w:r>
        <w:rPr>
          <w:lang w:eastAsia="zh-CN"/>
        </w:rPr>
        <w:t>　　十二、活动项目安排：</w:t>
      </w:r>
      <w:r>
        <w:rPr>
          <w:lang w:eastAsia="zh-CN"/>
        </w:rPr>
        <w:br/>
      </w:r>
      <w:r>
        <w:rPr>
          <w:lang w:eastAsia="zh-CN"/>
        </w:rPr>
        <w:t>　　第一项：升国旗。第二项：校长献词第三项：文艺演出开始。第四项：颁奖。第五项：宣布文艺活动结束。</w:t>
      </w:r>
      <w:r>
        <w:rPr>
          <w:lang w:eastAsia="zh-CN"/>
        </w:rPr>
        <w:br/>
      </w:r>
      <w:r>
        <w:rPr>
          <w:lang w:eastAsia="zh-CN"/>
        </w:rPr>
        <w:t xml:space="preserve">    2024年元旦文艺汇演活动方案 篇11 </w:t>
      </w:r>
      <w:r>
        <w:rPr>
          <w:lang w:eastAsia="zh-CN"/>
        </w:rPr>
        <w:br/>
      </w:r>
      <w:r>
        <w:rPr>
          <w:lang w:eastAsia="zh-CN"/>
        </w:rPr>
        <w:t>　　一、主办：</w:t>
      </w:r>
      <w:r>
        <w:rPr>
          <w:lang w:eastAsia="zh-CN"/>
        </w:rPr>
        <w:br/>
      </w:r>
      <w:r>
        <w:rPr>
          <w:lang w:eastAsia="zh-CN"/>
        </w:rPr>
        <w:t>　　烟集中小学团总支</w:t>
      </w:r>
      <w:r>
        <w:rPr>
          <w:lang w:eastAsia="zh-CN"/>
        </w:rPr>
        <w:br/>
      </w:r>
      <w:r>
        <w:rPr>
          <w:lang w:eastAsia="zh-CN"/>
        </w:rPr>
        <w:t>　　二、庆祝时间：</w:t>
      </w:r>
      <w:r>
        <w:rPr>
          <w:lang w:eastAsia="zh-CN"/>
        </w:rPr>
        <w:br/>
      </w:r>
      <w:r>
        <w:rPr>
          <w:lang w:eastAsia="zh-CN"/>
        </w:rPr>
        <w:t>　　20__年12月31日（周五）</w:t>
      </w:r>
      <w:r>
        <w:rPr>
          <w:lang w:eastAsia="zh-CN"/>
        </w:rPr>
        <w:br/>
      </w:r>
      <w:r>
        <w:rPr>
          <w:lang w:eastAsia="zh-CN"/>
        </w:rPr>
        <w:t>　　三、庆祝地点：</w:t>
      </w:r>
      <w:r>
        <w:rPr>
          <w:lang w:eastAsia="zh-CN"/>
        </w:rPr>
        <w:br/>
      </w:r>
      <w:r>
        <w:rPr>
          <w:lang w:eastAsia="zh-CN"/>
        </w:rPr>
        <w:t>　　烟中礼堂</w:t>
      </w:r>
      <w:r>
        <w:rPr>
          <w:lang w:eastAsia="zh-CN"/>
        </w:rPr>
        <w:br/>
      </w:r>
      <w:r>
        <w:rPr>
          <w:lang w:eastAsia="zh-CN"/>
        </w:rPr>
        <w:t>　　四、节目形式：</w:t>
      </w:r>
      <w:r>
        <w:rPr>
          <w:lang w:eastAsia="zh-CN"/>
        </w:rPr>
        <w:br/>
      </w:r>
      <w:r>
        <w:rPr>
          <w:lang w:eastAsia="zh-CN"/>
        </w:rPr>
        <w:t>　　舞蹈、小组唱、独唱（伴舞）、小品、相声、乐器演奏、诗歌朗诵、教师节目等；</w:t>
      </w:r>
      <w:r>
        <w:rPr>
          <w:lang w:eastAsia="zh-CN"/>
        </w:rPr>
        <w:br/>
      </w:r>
      <w:r>
        <w:rPr>
          <w:lang w:eastAsia="zh-CN"/>
        </w:rPr>
        <w:t>　　五、大会组委会：</w:t>
      </w:r>
      <w:r>
        <w:rPr>
          <w:lang w:eastAsia="zh-CN"/>
        </w:rPr>
        <w:br/>
      </w:r>
      <w:r>
        <w:rPr>
          <w:lang w:eastAsia="zh-CN"/>
        </w:rPr>
        <w:t>　　主任委员：涂传群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副主任委员：张万斌 、卢文禹</w:t>
      </w:r>
      <w:r>
        <w:rPr>
          <w:lang w:eastAsia="zh-CN"/>
        </w:rPr>
        <w:br/>
      </w:r>
      <w:r>
        <w:rPr>
          <w:lang w:eastAsia="zh-CN"/>
        </w:rPr>
        <w:t>　　负责人： 卢文新 、李子化 、杨宜 、黄飞、 向立亚 、佟建林</w:t>
      </w:r>
      <w:r>
        <w:rPr>
          <w:lang w:eastAsia="zh-CN"/>
        </w:rPr>
        <w:br/>
      </w:r>
      <w:r>
        <w:rPr>
          <w:lang w:eastAsia="zh-CN"/>
        </w:rPr>
        <w:t>　　组员：班主任及各辅导老师</w:t>
      </w:r>
      <w:r>
        <w:rPr>
          <w:lang w:eastAsia="zh-CN"/>
        </w:rPr>
        <w:br/>
      </w:r>
      <w:r>
        <w:rPr>
          <w:lang w:eastAsia="zh-CN"/>
        </w:rPr>
        <w:t>　　六、具体筹备工作安排如下：</w:t>
      </w:r>
      <w:r>
        <w:rPr>
          <w:lang w:eastAsia="zh-CN"/>
        </w:rPr>
        <w:br/>
      </w:r>
      <w:r>
        <w:rPr>
          <w:lang w:eastAsia="zh-CN"/>
        </w:rPr>
        <w:t>　　1、大会组织安排、筹划：王负责汇演方案的拟定及会议的全盘安排。</w:t>
      </w:r>
      <w:r>
        <w:rPr>
          <w:lang w:eastAsia="zh-CN"/>
        </w:rPr>
        <w:br/>
      </w:r>
      <w:r>
        <w:rPr>
          <w:lang w:eastAsia="zh-CN"/>
        </w:rPr>
        <w:t>　　2、节目总监：朱心亮（中学部）、朱敏（小学部），负责指导、检查、落实各班节目质量，12月21日前收集、编写节目单，保证文艺汇演效果好。</w:t>
      </w:r>
      <w:r>
        <w:rPr>
          <w:lang w:eastAsia="zh-CN"/>
        </w:rPr>
        <w:br/>
      </w:r>
      <w:r>
        <w:rPr>
          <w:lang w:eastAsia="zh-CN"/>
        </w:rPr>
        <w:t>　　3、文艺汇演纪律、安全负责人：佟建林及当天值日老师，负责整个文艺汇演过程中的学生纪律、安全，保证文艺演出的顺利、圆满完成。</w:t>
      </w:r>
      <w:r>
        <w:rPr>
          <w:lang w:eastAsia="zh-CN"/>
        </w:rPr>
        <w:br/>
      </w:r>
      <w:r>
        <w:rPr>
          <w:lang w:eastAsia="zh-CN"/>
        </w:rPr>
        <w:t>　　4、音乐老师负责教会学生校歌。</w:t>
      </w:r>
      <w:r>
        <w:rPr>
          <w:lang w:eastAsia="zh-CN"/>
        </w:rPr>
        <w:br/>
      </w:r>
      <w:r>
        <w:rPr>
          <w:lang w:eastAsia="zh-CN"/>
        </w:rPr>
        <w:t>　　5、班主任亲自过问并协助本班辅导老师准备好本班文艺节目，每班1个以上节目，节目形式自选。班级节目效果与班主任考评挂钩。</w:t>
      </w:r>
      <w:r>
        <w:rPr>
          <w:lang w:eastAsia="zh-CN"/>
        </w:rPr>
        <w:br/>
      </w:r>
      <w:r>
        <w:rPr>
          <w:lang w:eastAsia="zh-CN"/>
        </w:rPr>
        <w:t>　　6、舞台、评委席及会标：李子化 李刘路 鲍传忠。大会会标：烟集中小学“欢天喜地庆元旦”</w:t>
      </w:r>
      <w:r>
        <w:rPr>
          <w:lang w:eastAsia="zh-CN"/>
        </w:rPr>
        <w:br/>
      </w:r>
      <w:r>
        <w:rPr>
          <w:lang w:eastAsia="zh-CN"/>
        </w:rPr>
        <w:t>　　7、 主持人训练负责人：周维维。</w:t>
      </w:r>
      <w:r>
        <w:rPr>
          <w:lang w:eastAsia="zh-CN"/>
        </w:rPr>
        <w:br/>
      </w:r>
      <w:r>
        <w:rPr>
          <w:lang w:eastAsia="zh-CN"/>
        </w:rPr>
        <w:t>　　8、年级负责人负责推荐本年级教师节目（1个以上）。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9、奖状书写：卢文新。奖状：优胜班级奖（各年级1个班）。优秀个人节目：一等奖2个，二等奖4个，三等奖8个。</w:t>
      </w:r>
      <w:r>
        <w:rPr>
          <w:lang w:eastAsia="zh-CN"/>
        </w:rPr>
        <w:br/>
      </w:r>
      <w:r>
        <w:rPr>
          <w:lang w:eastAsia="zh-CN"/>
        </w:rPr>
        <w:t>　　10、会场统筹：杨宜</w:t>
      </w:r>
      <w:r>
        <w:rPr>
          <w:lang w:eastAsia="zh-CN"/>
        </w:rPr>
        <w:br/>
      </w:r>
      <w:r>
        <w:rPr>
          <w:lang w:eastAsia="zh-CN"/>
        </w:rPr>
        <w:t>　　11、音响：王春江</w:t>
      </w:r>
      <w:r>
        <w:rPr>
          <w:lang w:eastAsia="zh-CN"/>
        </w:rPr>
        <w:br/>
      </w:r>
      <w:r>
        <w:rPr>
          <w:lang w:eastAsia="zh-CN"/>
        </w:rPr>
        <w:t>　　12、评委负责人：李红清</w:t>
      </w:r>
      <w:r>
        <w:rPr>
          <w:lang w:eastAsia="zh-CN"/>
        </w:rPr>
        <w:br/>
      </w:r>
      <w:r>
        <w:rPr>
          <w:lang w:eastAsia="zh-CN"/>
        </w:rPr>
        <w:t>　　七、评委：</w:t>
      </w:r>
      <w:r>
        <w:rPr>
          <w:lang w:eastAsia="zh-CN"/>
        </w:rPr>
        <w:br/>
      </w:r>
      <w:r>
        <w:rPr>
          <w:lang w:eastAsia="zh-CN"/>
        </w:rPr>
        <w:t>　　李红清 张平 卢志良 高万平 谈朝萍 朱大海 朱华军</w:t>
      </w:r>
      <w:r>
        <w:rPr>
          <w:lang w:eastAsia="zh-CN"/>
        </w:rPr>
        <w:br/>
      </w:r>
      <w:r>
        <w:rPr>
          <w:lang w:eastAsia="zh-CN"/>
        </w:rPr>
        <w:t>　　八、文艺汇演议程：</w:t>
      </w:r>
      <w:r>
        <w:rPr>
          <w:lang w:eastAsia="zh-CN"/>
        </w:rPr>
        <w:br/>
      </w:r>
      <w:r>
        <w:rPr>
          <w:lang w:eastAsia="zh-CN"/>
        </w:rPr>
        <w:t>　　1、全体起立，鸣礼炮、奏中华人民共和国国歌（王春江）</w:t>
      </w:r>
      <w:r>
        <w:rPr>
          <w:lang w:eastAsia="zh-CN"/>
        </w:rPr>
        <w:br/>
      </w:r>
      <w:r>
        <w:rPr>
          <w:lang w:eastAsia="zh-CN"/>
        </w:rPr>
        <w:t>　　2开幕词（朱心亮）。</w:t>
      </w:r>
      <w:r>
        <w:rPr>
          <w:lang w:eastAsia="zh-CN"/>
        </w:rPr>
        <w:br/>
      </w:r>
      <w:r>
        <w:rPr>
          <w:lang w:eastAsia="zh-CN"/>
        </w:rPr>
        <w:t>　　3涂校长祝新年贺词。</w:t>
      </w:r>
      <w:r>
        <w:rPr>
          <w:lang w:eastAsia="zh-CN"/>
        </w:rPr>
        <w:br/>
      </w:r>
      <w:r>
        <w:rPr>
          <w:lang w:eastAsia="zh-CN"/>
        </w:rPr>
        <w:t>　　4、文艺节目汇演。</w:t>
      </w:r>
      <w:r>
        <w:rPr>
          <w:lang w:eastAsia="zh-CN"/>
        </w:rPr>
        <w:br/>
      </w:r>
      <w:r>
        <w:rPr>
          <w:lang w:eastAsia="zh-CN"/>
        </w:rPr>
        <w:t>　　5、教师才艺展示</w:t>
      </w:r>
      <w:r>
        <w:rPr>
          <w:lang w:eastAsia="zh-CN"/>
        </w:rPr>
        <w:br/>
      </w:r>
      <w:r>
        <w:rPr>
          <w:lang w:eastAsia="zh-CN"/>
        </w:rPr>
        <w:t>　　6学生齐唱校歌。 指挥（朱心亮）</w:t>
      </w:r>
      <w:r>
        <w:rPr>
          <w:lang w:eastAsia="zh-CN"/>
        </w:rPr>
        <w:br/>
      </w:r>
      <w:r>
        <w:rPr>
          <w:lang w:eastAsia="zh-CN"/>
        </w:rPr>
        <w:t>　　7、统分（朱华军）</w:t>
      </w:r>
      <w:r>
        <w:rPr>
          <w:lang w:eastAsia="zh-CN"/>
        </w:rPr>
        <w:br/>
      </w:r>
      <w:r>
        <w:rPr>
          <w:lang w:eastAsia="zh-CN"/>
        </w:rPr>
        <w:t>　　8.颁奖。</w:t>
      </w:r>
      <w:r>
        <w:rPr>
          <w:lang w:eastAsia="zh-CN"/>
        </w:rPr>
        <w:br/>
      </w:r>
      <w:r>
        <w:rPr>
          <w:lang w:eastAsia="zh-CN"/>
        </w:rPr>
        <w:t>　　九、大会总结</w:t>
      </w:r>
      <w:r>
        <w:rPr>
          <w:lang w:eastAsia="zh-CN"/>
        </w:rPr>
        <w:br/>
      </w:r>
      <w:r>
        <w:rPr>
          <w:lang w:eastAsia="zh-CN"/>
        </w:rPr>
        <w:t>　　十、评分标准。</w:t>
      </w:r>
      <w:r>
        <w:rPr>
          <w:lang w:eastAsia="zh-CN"/>
        </w:rPr>
        <w:br/>
      </w:r>
      <w:r>
        <w:rPr>
          <w:lang w:eastAsia="zh-CN"/>
        </w:rPr>
        <w:t>　　盐池中学“欢天喜地庆元旦”文艺汇演节目评分标准</w:t>
      </w:r>
      <w:r>
        <w:rPr>
          <w:lang w:eastAsia="zh-CN"/>
        </w:rPr>
        <w:br/>
      </w:r>
      <w:r>
        <w:rPr>
          <w:lang w:eastAsia="zh-CN"/>
        </w:rPr>
        <w:t>　　本着公平、公正的原则，为了更客观地做好本次活动的的评分工作，特制本标准。</w:t>
      </w:r>
      <w:r>
        <w:rPr>
          <w:lang w:eastAsia="zh-CN"/>
        </w:rPr>
        <w:br/>
      </w:r>
      <w:r>
        <w:rPr>
          <w:lang w:eastAsia="zh-CN"/>
        </w:rPr>
        <w:t xml:space="preserve">    2024年元旦文艺汇演活动方案 篇12 </w:t>
      </w:r>
      <w:r>
        <w:rPr>
          <w:lang w:eastAsia="zh-CN"/>
        </w:rPr>
        <w:br/>
      </w:r>
      <w:r>
        <w:rPr>
          <w:lang w:eastAsia="zh-CN"/>
        </w:rPr>
        <w:t>　　活动目标：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1、乐意与同伴一起参加表演活动和游戏活动。</w:t>
      </w:r>
      <w:r>
        <w:rPr>
          <w:lang w:eastAsia="zh-CN"/>
        </w:rPr>
        <w:br/>
      </w:r>
      <w:r>
        <w:rPr>
          <w:lang w:eastAsia="zh-CN"/>
        </w:rPr>
        <w:t>　　2、与家长一起体验迎新年的快乐。</w:t>
      </w:r>
      <w:r>
        <w:rPr>
          <w:lang w:eastAsia="zh-CN"/>
        </w:rPr>
        <w:br/>
      </w:r>
      <w:r>
        <w:rPr>
          <w:lang w:eastAsia="zh-CN"/>
        </w:rPr>
        <w:t>　　3、通过活动让幼儿了解12月25日是圣诞节。</w:t>
      </w:r>
      <w:r>
        <w:rPr>
          <w:lang w:eastAsia="zh-CN"/>
        </w:rPr>
        <w:br/>
      </w:r>
      <w:r>
        <w:rPr>
          <w:lang w:eastAsia="zh-CN"/>
        </w:rPr>
        <w:t>　　活动准备：</w:t>
      </w:r>
      <w:r>
        <w:rPr>
          <w:lang w:eastAsia="zh-CN"/>
        </w:rPr>
        <w:br/>
      </w:r>
      <w:r>
        <w:rPr>
          <w:lang w:eastAsia="zh-CN"/>
        </w:rPr>
        <w:t>　　1、布置场地</w:t>
      </w:r>
      <w:r>
        <w:rPr>
          <w:lang w:eastAsia="zh-CN"/>
        </w:rPr>
        <w:br/>
      </w:r>
      <w:r>
        <w:rPr>
          <w:lang w:eastAsia="zh-CN"/>
        </w:rPr>
        <w:t>　　2、联欢会食品</w:t>
      </w:r>
      <w:r>
        <w:rPr>
          <w:lang w:eastAsia="zh-CN"/>
        </w:rPr>
        <w:br/>
      </w:r>
      <w:r>
        <w:rPr>
          <w:lang w:eastAsia="zh-CN"/>
        </w:rPr>
        <w:t>　　3、磁带</w:t>
      </w:r>
      <w:r>
        <w:rPr>
          <w:lang w:eastAsia="zh-CN"/>
        </w:rPr>
        <w:br/>
      </w:r>
      <w:r>
        <w:rPr>
          <w:lang w:eastAsia="zh-CN"/>
        </w:rPr>
        <w:t>　　4、气球</w:t>
      </w:r>
      <w:r>
        <w:rPr>
          <w:lang w:eastAsia="zh-CN"/>
        </w:rPr>
        <w:br/>
      </w:r>
      <w:r>
        <w:rPr>
          <w:lang w:eastAsia="zh-CN"/>
        </w:rPr>
        <w:t>　　5、塑料筐、纸球、小棒、蒙眼布</w:t>
      </w:r>
      <w:r>
        <w:rPr>
          <w:lang w:eastAsia="zh-CN"/>
        </w:rPr>
        <w:br/>
      </w:r>
      <w:r>
        <w:rPr>
          <w:lang w:eastAsia="zh-CN"/>
        </w:rPr>
        <w:t>　　6、新年礼物</w:t>
      </w:r>
      <w:r>
        <w:rPr>
          <w:lang w:eastAsia="zh-CN"/>
        </w:rPr>
        <w:br/>
      </w:r>
      <w:r>
        <w:rPr>
          <w:lang w:eastAsia="zh-CN"/>
        </w:rPr>
        <w:t>　　活动过程：</w:t>
      </w:r>
      <w:r>
        <w:rPr>
          <w:lang w:eastAsia="zh-CN"/>
        </w:rPr>
        <w:br/>
      </w:r>
      <w:r>
        <w:rPr>
          <w:lang w:eastAsia="zh-CN"/>
        </w:rPr>
        <w:t>　　1、集体表演</w:t>
      </w:r>
      <w:r>
        <w:rPr>
          <w:lang w:eastAsia="zh-CN"/>
        </w:rPr>
        <w:br/>
      </w:r>
      <w:r>
        <w:rPr>
          <w:lang w:eastAsia="zh-CN"/>
        </w:rPr>
        <w:t>　　我们班的小朋友虽然到幼儿园的时间还不到半年，但已学会了不少本领，请欣赏儿歌朗诵《比大小》、《大树和小鸟》、《小老鼠和大花猫》……歌表演《洗脚》、《我自己会走》、《大猫小猫》</w:t>
      </w:r>
      <w:r>
        <w:rPr>
          <w:lang w:eastAsia="zh-CN"/>
        </w:rPr>
        <w:br/>
      </w:r>
      <w:r>
        <w:rPr>
          <w:lang w:eastAsia="zh-CN"/>
        </w:rPr>
        <w:t>　　2、亲子游戏</w:t>
      </w:r>
      <w:r>
        <w:rPr>
          <w:lang w:eastAsia="zh-CN"/>
        </w:rPr>
        <w:br/>
      </w:r>
      <w:r>
        <w:rPr>
          <w:lang w:eastAsia="zh-CN"/>
        </w:rPr>
        <w:t>　　3、我为爸妈剥桔子每名幼儿到篮子里拿一个桔子，自己动手剥橘子给爸爸妈妈吃</w:t>
      </w:r>
      <w:r>
        <w:rPr>
          <w:lang w:eastAsia="zh-CN"/>
        </w:rPr>
        <w:br/>
      </w:r>
      <w:r>
        <w:rPr>
          <w:lang w:eastAsia="zh-CN"/>
        </w:rPr>
        <w:t>　　4、运皮球家长与宝宝一起面对面，宝宝站在家长脚上，将皮球放在两人中间遇到终点的大筐里</w:t>
      </w:r>
      <w:r>
        <w:rPr>
          <w:lang w:eastAsia="zh-CN"/>
        </w:rPr>
        <w:br/>
      </w:r>
      <w:r>
        <w:rPr>
          <w:lang w:eastAsia="zh-CN"/>
        </w:rPr>
        <w:t>　　5、勺子搬豆子宝宝用勺子舀花生，运到父母那儿，点数运了几粒花生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6、赶小猪宝宝和妈妈手拿小棒，将地上的彩球赶到门洞处(小猪的家)</w:t>
      </w:r>
      <w:r>
        <w:rPr>
          <w:lang w:eastAsia="zh-CN"/>
        </w:rPr>
        <w:br/>
      </w:r>
      <w:r>
        <w:rPr>
          <w:lang w:eastAsia="zh-CN"/>
        </w:rPr>
        <w:t>　　7、救小动物回家幼儿双脚跳呼啦圈，到中点拿一只小动物，原路返回将它送回家</w:t>
      </w:r>
      <w:r>
        <w:rPr>
          <w:lang w:eastAsia="zh-CN"/>
        </w:rPr>
        <w:br/>
      </w:r>
      <w:r>
        <w:rPr>
          <w:lang w:eastAsia="zh-CN"/>
        </w:rPr>
        <w:t>　　8、蒙眼摸宝贝同时请出十位家长和孩子，分成两排站好(间隔3米)。先把家长的眼睛蒙上，原地转三圈后，凭感觉去摸自己的孩子。最后请家长一起摘掉蒙眼的毛巾，看自己摸到的是不是自己的孩子。摸对的奖励奖品，摸不对的以后还有机会。</w:t>
      </w:r>
      <w:r>
        <w:rPr>
          <w:lang w:eastAsia="zh-CN"/>
        </w:rPr>
        <w:br/>
      </w:r>
      <w:r>
        <w:rPr>
          <w:lang w:eastAsia="zh-CN"/>
        </w:rPr>
        <w:t>　　9、吹气球比赛家长吹气球，看谁吹得快h宝宝碰碰球家长手拿气球，高度随时调节，让宝宝伸手跳起来拍球</w:t>
      </w:r>
      <w:r>
        <w:rPr>
          <w:lang w:eastAsia="zh-CN"/>
        </w:rPr>
        <w:br/>
      </w:r>
      <w:r>
        <w:rPr>
          <w:lang w:eastAsia="zh-CN"/>
        </w:rPr>
        <w:t>　　10、幼儿邀请家长表演唱《新年好》</w:t>
      </w:r>
      <w:r>
        <w:rPr>
          <w:lang w:eastAsia="zh-CN"/>
        </w:rPr>
        <w:br/>
      </w:r>
      <w:r>
        <w:rPr>
          <w:lang w:eastAsia="zh-CN"/>
        </w:rPr>
        <w:t>　　11、活动介绍</w:t>
      </w:r>
      <w:r>
        <w:rPr>
          <w:lang w:eastAsia="zh-CN"/>
        </w:rPr>
        <w:br/>
      </w:r>
      <w:r>
        <w:rPr>
          <w:lang w:eastAsia="zh-CN"/>
        </w:rPr>
        <w:t xml:space="preserve">    2024年元旦文艺汇演活动方案 篇13 </w:t>
      </w:r>
      <w:r>
        <w:rPr>
          <w:lang w:eastAsia="zh-CN"/>
        </w:rPr>
        <w:br/>
      </w:r>
      <w:r>
        <w:rPr>
          <w:lang w:eastAsia="zh-CN"/>
        </w:rPr>
        <w:t>　　一、活动主题：</w:t>
      </w:r>
      <w:r>
        <w:rPr>
          <w:lang w:eastAsia="zh-CN"/>
        </w:rPr>
        <w:br/>
      </w:r>
      <w:r>
        <w:rPr>
          <w:lang w:eastAsia="zh-CN"/>
        </w:rPr>
        <w:t>　　文明诚信、感恩快乐、祝福20__</w:t>
      </w:r>
      <w:r>
        <w:rPr>
          <w:lang w:eastAsia="zh-CN"/>
        </w:rPr>
        <w:br/>
      </w:r>
      <w:r>
        <w:rPr>
          <w:lang w:eastAsia="zh-CN"/>
        </w:rPr>
        <w:t>　　二、活动时间：</w:t>
      </w:r>
      <w:r>
        <w:rPr>
          <w:lang w:eastAsia="zh-CN"/>
        </w:rPr>
        <w:br/>
      </w:r>
      <w:r>
        <w:rPr>
          <w:lang w:eastAsia="zh-CN"/>
        </w:rPr>
        <w:t>　　20__年12月31日下午1:30——2:45</w:t>
      </w:r>
      <w:r>
        <w:rPr>
          <w:lang w:eastAsia="zh-CN"/>
        </w:rPr>
        <w:br/>
      </w:r>
      <w:r>
        <w:rPr>
          <w:lang w:eastAsia="zh-CN"/>
        </w:rPr>
        <w:t>　　三、活动形式：</w:t>
      </w:r>
      <w:r>
        <w:rPr>
          <w:lang w:eastAsia="zh-CN"/>
        </w:rPr>
        <w:br/>
      </w:r>
      <w:r>
        <w:rPr>
          <w:lang w:eastAsia="zh-CN"/>
        </w:rPr>
        <w:t>　　以班级为单位，班主任组织实施</w:t>
      </w:r>
      <w:r>
        <w:rPr>
          <w:lang w:eastAsia="zh-CN"/>
        </w:rPr>
        <w:br/>
      </w:r>
      <w:r>
        <w:rPr>
          <w:lang w:eastAsia="zh-CN"/>
        </w:rPr>
        <w:t>　　四、组织实施</w:t>
      </w:r>
      <w:r>
        <w:rPr>
          <w:lang w:eastAsia="zh-CN"/>
        </w:rPr>
        <w:br/>
      </w:r>
      <w:r>
        <w:rPr>
          <w:lang w:eastAsia="zh-CN"/>
        </w:rPr>
        <w:t>　　12月26日活动宣传</w:t>
      </w:r>
      <w:r>
        <w:rPr>
          <w:lang w:eastAsia="zh-CN"/>
        </w:rPr>
        <w:br/>
      </w:r>
      <w:r>
        <w:rPr>
          <w:lang w:eastAsia="zh-CN"/>
        </w:rPr>
        <w:t>　　12月27日-12月31日各班节目筹备、彩排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12月31日班级联欢</w:t>
      </w:r>
      <w:r>
        <w:rPr>
          <w:lang w:eastAsia="zh-CN"/>
        </w:rPr>
        <w:br/>
      </w:r>
      <w:r>
        <w:rPr>
          <w:lang w:eastAsia="zh-CN"/>
        </w:rPr>
        <w:t>　　五、注意事项</w:t>
      </w:r>
      <w:r>
        <w:rPr>
          <w:lang w:eastAsia="zh-CN"/>
        </w:rPr>
        <w:br/>
      </w:r>
      <w:r>
        <w:rPr>
          <w:lang w:eastAsia="zh-CN"/>
        </w:rPr>
        <w:t>　　1.坚持文明、节约的原则，让健康、积极的内容成为联欢会的主旋律。使学生感受新年的快乐气氛，放飞心情，展望美好的未来。并教育学生懂得给亲人带去温馨的祝福，给朋友送去诚挚的寄语，给老师奉上发自内心的问候。</w:t>
      </w:r>
      <w:r>
        <w:rPr>
          <w:lang w:eastAsia="zh-CN"/>
        </w:rPr>
        <w:br/>
      </w:r>
      <w:r>
        <w:rPr>
          <w:lang w:eastAsia="zh-CN"/>
        </w:rPr>
        <w:t>　　2.布置教室，可以吊彩带或其他的小饰物营造一种热烈欢快的气氛，注意节约和爱护公物。欢迎有条件的家长抽出时间帮孩子布置一个充满节日气氛的教室，并参与班级联欢。</w:t>
      </w:r>
      <w:r>
        <w:rPr>
          <w:lang w:eastAsia="zh-CN"/>
        </w:rPr>
        <w:br/>
      </w:r>
      <w:r>
        <w:rPr>
          <w:lang w:eastAsia="zh-CN"/>
        </w:rPr>
        <w:t>　　3.让全体学生都有参与节目的机会，提倡班级之间交流优秀节目。</w:t>
      </w:r>
      <w:r>
        <w:rPr>
          <w:lang w:eastAsia="zh-CN"/>
        </w:rPr>
        <w:br/>
      </w:r>
      <w:r>
        <w:rPr>
          <w:lang w:eastAsia="zh-CN"/>
        </w:rPr>
        <w:t>　　4.级部主任将级部教师安排到班级，教师准备节目与学生一起联欢。</w:t>
      </w:r>
      <w:r>
        <w:rPr>
          <w:lang w:eastAsia="zh-CN"/>
        </w:rPr>
        <w:br/>
      </w:r>
      <w:r>
        <w:rPr>
          <w:lang w:eastAsia="zh-CN"/>
        </w:rPr>
        <w:t>　　5.杜绝一切威胁师生安全的节目和活动。注意用电安全，没有老师在场，不得乱接电器。联欢会期间，不得在楼道、教室内追逐打闹，不准在室内做有危险的游戏，以免受伤；不准在校园内燃放烟花鞭炮；不准在教室内使用明火；教育学生购买食品注意食品卫生。</w:t>
      </w:r>
      <w:r>
        <w:rPr>
          <w:lang w:eastAsia="zh-CN"/>
        </w:rPr>
        <w:br/>
      </w:r>
      <w:r>
        <w:rPr>
          <w:lang w:eastAsia="zh-CN"/>
        </w:rPr>
        <w:t>　　6.下午2:45前必须结束，打扫好教室和卫生区卫生，关好门窗，关好电源，政教处检查计入班级积分。</w:t>
      </w:r>
      <w:r>
        <w:rPr>
          <w:lang w:eastAsia="zh-CN"/>
        </w:rPr>
        <w:br/>
      </w:r>
      <w:r>
        <w:rPr>
          <w:lang w:eastAsia="zh-CN"/>
        </w:rPr>
        <w:t>　　7.20__年元月4日上午，将各班的活动方案（主持词、串台词、节目单等）、活动照片上交政教处，量化计入班级积分。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xml:space="preserve">    2024年元旦文艺汇演活动方案 篇14 </w:t>
      </w:r>
      <w:r>
        <w:rPr>
          <w:lang w:eastAsia="zh-CN"/>
        </w:rPr>
        <w:br/>
      </w:r>
      <w:r>
        <w:rPr>
          <w:lang w:eastAsia="zh-CN"/>
        </w:rPr>
        <w:t>　　为迎接元旦节的到来，丰富同学们的'课余生活，发掘文艺人才，营造创先争优的校园文化氛围,同时给同学们创造一个锻炼自我展现自我的舞台。特举办20__年“快乐元旦，梦想无限”联欢晚会，从而提高同学们的艺术欣赏水平，陶冶情操，展示协会的魅力，让同学们感受到大学生活的快乐与充实现将相关事宜安排如下：</w:t>
      </w:r>
      <w:r>
        <w:rPr>
          <w:lang w:eastAsia="zh-CN"/>
        </w:rPr>
        <w:br/>
      </w:r>
      <w:r>
        <w:rPr>
          <w:lang w:eastAsia="zh-CN"/>
        </w:rPr>
        <w:t>　　一、主办单位：</w:t>
      </w:r>
      <w:r>
        <w:rPr>
          <w:lang w:eastAsia="zh-CN"/>
        </w:rPr>
        <w:br/>
      </w:r>
      <w:r>
        <w:rPr>
          <w:lang w:eastAsia="zh-CN"/>
        </w:rPr>
        <w:t>　　_学院学生社团联合会</w:t>
      </w:r>
      <w:r>
        <w:rPr>
          <w:lang w:eastAsia="zh-CN"/>
        </w:rPr>
        <w:br/>
      </w:r>
      <w:r>
        <w:rPr>
          <w:lang w:eastAsia="zh-CN"/>
        </w:rPr>
        <w:t>　　二、协办单位：</w:t>
      </w:r>
      <w:r>
        <w:rPr>
          <w:lang w:eastAsia="zh-CN"/>
        </w:rPr>
        <w:br/>
      </w:r>
      <w:r>
        <w:rPr>
          <w:lang w:eastAsia="zh-CN"/>
        </w:rPr>
        <w:t>　　_学院各系社团部</w:t>
      </w:r>
      <w:r>
        <w:rPr>
          <w:lang w:eastAsia="zh-CN"/>
        </w:rPr>
        <w:br/>
      </w:r>
      <w:r>
        <w:rPr>
          <w:lang w:eastAsia="zh-CN"/>
        </w:rPr>
        <w:t>　　_学院48个协会</w:t>
      </w:r>
      <w:r>
        <w:rPr>
          <w:lang w:eastAsia="zh-CN"/>
        </w:rPr>
        <w:br/>
      </w:r>
      <w:r>
        <w:rPr>
          <w:lang w:eastAsia="zh-CN"/>
        </w:rPr>
        <w:t>　　三、大赛主题：</w:t>
      </w:r>
      <w:r>
        <w:rPr>
          <w:lang w:eastAsia="zh-CN"/>
        </w:rPr>
        <w:br/>
      </w:r>
      <w:r>
        <w:rPr>
          <w:lang w:eastAsia="zh-CN"/>
        </w:rPr>
        <w:t>　　“快乐元旦，梦想无限”</w:t>
      </w:r>
      <w:r>
        <w:rPr>
          <w:lang w:eastAsia="zh-CN"/>
        </w:rPr>
        <w:br/>
      </w:r>
      <w:r>
        <w:rPr>
          <w:lang w:eastAsia="zh-CN"/>
        </w:rPr>
        <w:t>　　四、大赛时间：</w:t>
      </w:r>
      <w:r>
        <w:rPr>
          <w:lang w:eastAsia="zh-CN"/>
        </w:rPr>
        <w:br/>
      </w:r>
      <w:r>
        <w:rPr>
          <w:lang w:eastAsia="zh-CN"/>
        </w:rPr>
        <w:t>　　20__年_月_日至20__年_月_日</w:t>
      </w:r>
      <w:r>
        <w:rPr>
          <w:lang w:eastAsia="zh-CN"/>
        </w:rPr>
        <w:br/>
      </w:r>
      <w:r>
        <w:rPr>
          <w:lang w:eastAsia="zh-CN"/>
        </w:rPr>
        <w:t>　　初赛时</w:t>
      </w:r>
      <w:r>
        <w:rPr>
          <w:lang w:eastAsia="zh-CN"/>
        </w:rPr>
        <w:br/>
      </w:r>
      <w:r>
        <w:rPr>
          <w:lang w:eastAsia="zh-CN"/>
        </w:rPr>
        <w:t xml:space="preserve">    2024年元旦文艺汇演活动方案 篇15 </w:t>
      </w:r>
      <w:r>
        <w:rPr>
          <w:lang w:eastAsia="zh-CN"/>
        </w:rPr>
        <w:br/>
      </w:r>
      <w:r>
        <w:rPr>
          <w:lang w:eastAsia="zh-CN"/>
        </w:rPr>
        <w:t>　　为了很好地落实戏曲进校园的素质培养方针，激发学生尊重历史、敬畏文化的核心价值情感，加强师生之间的沟通，增强学校凝聚力，活跃校园气氛。根据学校期初工作安排，将于20__年元旦举办以“和谐、自豪、快乐、腾飞”为主题的“首届文艺节暨新年文艺汇演”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通过演出体现师生热爱学校，努力向上，奋力拼搏、追求发展的精神，为我校师生施展才华提供一个广阔的舞台，为校际间的联宜互通搭建一个文化平台，使之成为展示我校各项工作蒸蒸日上的一个窗口。</w:t>
      </w:r>
      <w:r>
        <w:rPr>
          <w:lang w:eastAsia="zh-CN"/>
        </w:rPr>
        <w:br/>
      </w:r>
      <w:r>
        <w:rPr>
          <w:lang w:eastAsia="zh-CN"/>
        </w:rPr>
        <w:t>　　一、指导思想</w:t>
      </w:r>
      <w:r>
        <w:rPr>
          <w:lang w:eastAsia="zh-CN"/>
        </w:rPr>
        <w:br/>
      </w:r>
      <w:r>
        <w:rPr>
          <w:lang w:eastAsia="zh-CN"/>
        </w:rPr>
        <w:t>　　进一步丰富我校师生的业余生活，加强师生间的情感交流，开阔师生视野，深化校园文化生活的品位。</w:t>
      </w:r>
      <w:r>
        <w:rPr>
          <w:lang w:eastAsia="zh-CN"/>
        </w:rPr>
        <w:br/>
      </w:r>
      <w:r>
        <w:rPr>
          <w:lang w:eastAsia="zh-CN"/>
        </w:rPr>
        <w:t>　　二、活动主旨</w:t>
      </w:r>
      <w:r>
        <w:rPr>
          <w:lang w:eastAsia="zh-CN"/>
        </w:rPr>
        <w:br/>
      </w:r>
      <w:r>
        <w:rPr>
          <w:lang w:eastAsia="zh-CN"/>
        </w:rPr>
        <w:t>　　放松心情，全员参与，过一个祥和、快乐的元旦。</w:t>
      </w:r>
      <w:r>
        <w:rPr>
          <w:lang w:eastAsia="zh-CN"/>
        </w:rPr>
        <w:br/>
      </w:r>
      <w:r>
        <w:rPr>
          <w:lang w:eastAsia="zh-CN"/>
        </w:rPr>
        <w:t>　　三、活动对象</w:t>
      </w:r>
      <w:r>
        <w:rPr>
          <w:lang w:eastAsia="zh-CN"/>
        </w:rPr>
        <w:br/>
      </w:r>
      <w:r>
        <w:rPr>
          <w:lang w:eastAsia="zh-CN"/>
        </w:rPr>
        <w:t>　　全体师生及友团嘉宾。</w:t>
      </w:r>
      <w:r>
        <w:rPr>
          <w:lang w:eastAsia="zh-CN"/>
        </w:rPr>
        <w:br/>
      </w:r>
      <w:r>
        <w:rPr>
          <w:lang w:eastAsia="zh-CN"/>
        </w:rPr>
        <w:t>　　四、主办单位</w:t>
      </w:r>
      <w:r>
        <w:rPr>
          <w:lang w:eastAsia="zh-CN"/>
        </w:rPr>
        <w:br/>
      </w:r>
      <w:r>
        <w:rPr>
          <w:lang w:eastAsia="zh-CN"/>
        </w:rPr>
        <w:t>　　__初中。</w:t>
      </w:r>
      <w:r>
        <w:rPr>
          <w:lang w:eastAsia="zh-CN"/>
        </w:rPr>
        <w:br/>
      </w:r>
      <w:r>
        <w:rPr>
          <w:lang w:eastAsia="zh-CN"/>
        </w:rPr>
        <w:t>　　五、演出地点</w:t>
      </w:r>
      <w:r>
        <w:rPr>
          <w:lang w:eastAsia="zh-CN"/>
        </w:rPr>
        <w:br/>
      </w:r>
      <w:r>
        <w:rPr>
          <w:lang w:eastAsia="zh-CN"/>
        </w:rPr>
        <w:t>　　学校礼膳堂。</w:t>
      </w:r>
      <w:r>
        <w:rPr>
          <w:lang w:eastAsia="zh-CN"/>
        </w:rPr>
        <w:br/>
      </w:r>
      <w:r>
        <w:rPr>
          <w:lang w:eastAsia="zh-CN"/>
        </w:rPr>
        <w:t>　　六、演出时间</w:t>
      </w:r>
      <w:r>
        <w:rPr>
          <w:lang w:eastAsia="zh-CN"/>
        </w:rPr>
        <w:br/>
      </w:r>
      <w:r>
        <w:rPr>
          <w:lang w:eastAsia="zh-CN"/>
        </w:rPr>
        <w:t>　　20__年__月__日(星期_)</w:t>
      </w:r>
      <w:r>
        <w:rPr>
          <w:lang w:eastAsia="zh-CN"/>
        </w:rPr>
        <w:br/>
      </w:r>
      <w:r>
        <w:rPr>
          <w:lang w:eastAsia="zh-CN"/>
        </w:rPr>
        <w:t>　　七、活动内容和形式</w:t>
      </w:r>
      <w:r>
        <w:rPr>
          <w:lang w:eastAsia="zh-CN"/>
        </w:rPr>
        <w:br/>
      </w:r>
      <w:r>
        <w:rPr>
          <w:lang w:eastAsia="zh-CN"/>
        </w:rPr>
        <w:t>　　(一)汇演节目要求</w:t>
      </w:r>
      <w:r>
        <w:rPr>
          <w:lang w:eastAsia="zh-CN"/>
        </w:rPr>
        <w:br/>
      </w:r>
      <w:r>
        <w:rPr>
          <w:lang w:eastAsia="zh-CN"/>
        </w:rPr>
        <w:t>　　1、节目内容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文明健康、积极向上，用艺术的.形式弘扬民族优秀文化和传统美德，彰显社会主义核心价值观，唱响时代主旋律，展现校园新风尚，贴近学生生活，反映我校师生良好的精神风貌。力求体现新颖、活泼、生动、感人、搞笑、优美、意义深刻、发人深思等不同风格。提倡高雅、原创节目，拒绝低俗、危险性强、过于强调视觉和心理刺激的节目。</w:t>
      </w:r>
      <w:r>
        <w:rPr>
          <w:lang w:eastAsia="zh-CN"/>
        </w:rPr>
        <w:br/>
      </w:r>
      <w:r>
        <w:rPr>
          <w:lang w:eastAsia="zh-CN"/>
        </w:rPr>
        <w:t>　　2、节目形式建议</w:t>
      </w:r>
      <w:r>
        <w:rPr>
          <w:lang w:eastAsia="zh-CN"/>
        </w:rPr>
        <w:br/>
      </w:r>
      <w:r>
        <w:rPr>
          <w:lang w:eastAsia="zh-CN"/>
        </w:rPr>
        <w:t>　　(1)歌舞类(大合唱、小合唱、重唱、独唱、对唱、歌曲串烧、歌伴舞、集体舞、独舞、民族舞、现代舞、武术等);</w:t>
      </w:r>
      <w:r>
        <w:rPr>
          <w:lang w:eastAsia="zh-CN"/>
        </w:rPr>
        <w:br/>
      </w:r>
      <w:r>
        <w:rPr>
          <w:lang w:eastAsia="zh-CN"/>
        </w:rPr>
        <w:t>　　(2)乐器类(钢琴、古筝、吉他、小提琴、笛子等);</w:t>
      </w:r>
      <w:r>
        <w:rPr>
          <w:lang w:eastAsia="zh-CN"/>
        </w:rPr>
        <w:br/>
      </w:r>
      <w:r>
        <w:rPr>
          <w:lang w:eastAsia="zh-CN"/>
        </w:rPr>
        <w:t>　　(3)语言类(朗诵、小品、相声、快板、口技、魔术表演、校园剧、情景剧等)。</w:t>
      </w:r>
      <w:r>
        <w:rPr>
          <w:lang w:eastAsia="zh-CN"/>
        </w:rPr>
        <w:br/>
      </w:r>
      <w:r>
        <w:rPr>
          <w:lang w:eastAsia="zh-CN"/>
        </w:rPr>
        <w:t>　　3、单个节目时长控制在6分钟内。</w:t>
      </w:r>
      <w:r>
        <w:rPr>
          <w:lang w:eastAsia="zh-CN"/>
        </w:rPr>
        <w:br/>
      </w:r>
      <w:r>
        <w:rPr>
          <w:lang w:eastAsia="zh-CN"/>
        </w:rPr>
        <w:t>　　(二)节目来源与编排</w:t>
      </w:r>
      <w:r>
        <w:rPr>
          <w:lang w:eastAsia="zh-CN"/>
        </w:rPr>
        <w:br/>
      </w:r>
      <w:r>
        <w:rPr>
          <w:lang w:eastAsia="zh-CN"/>
        </w:rPr>
        <w:t>　　各年级以班级为单位，由班主任负责，每个班报送(12月1日前报至团总支书记钱军处)节目不少于两个(不得是同一艺术形式)并且负责节目的排练(多班联合演练的节目将由节目编排组派员统一集中指导)。所有节目需提前彩排，经过学校审查之后，合格的节目方可在活动中表演。</w:t>
      </w:r>
      <w:r>
        <w:rPr>
          <w:lang w:eastAsia="zh-CN"/>
        </w:rPr>
        <w:br/>
      </w:r>
      <w:r>
        <w:rPr>
          <w:lang w:eastAsia="zh-CN"/>
        </w:rPr>
        <w:t>　　八、组委会</w:t>
      </w:r>
      <w:r>
        <w:rPr>
          <w:lang w:eastAsia="zh-CN"/>
        </w:rPr>
        <w:br/>
      </w:r>
      <w:r>
        <w:rPr>
          <w:lang w:eastAsia="zh-CN"/>
        </w:rPr>
        <w:t>　　主任：</w:t>
      </w:r>
      <w:r>
        <w:rPr>
          <w:lang w:eastAsia="zh-CN"/>
        </w:rPr>
        <w:br/>
      </w:r>
      <w:r>
        <w:rPr>
          <w:lang w:eastAsia="zh-CN"/>
        </w:rPr>
        <w:t>　　成员：</w:t>
      </w:r>
      <w:r>
        <w:rPr>
          <w:lang w:eastAsia="zh-CN"/>
        </w:rPr>
        <w:br/>
      </w:r>
      <w:r>
        <w:rPr>
          <w:lang w:eastAsia="zh-CN"/>
        </w:rPr>
        <w:t>　　九、项目组</w:t>
      </w:r>
      <w:r>
        <w:rPr>
          <w:lang w:eastAsia="zh-CN"/>
        </w:rPr>
        <w:br/>
      </w:r>
      <w:r>
        <w:rPr>
          <w:lang w:eastAsia="zh-CN"/>
        </w:rPr>
        <w:t>　　第一项目组：节目编排组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组长：</w:t>
      </w:r>
      <w:r>
        <w:rPr>
          <w:lang w:eastAsia="zh-CN"/>
        </w:rPr>
        <w:br/>
      </w:r>
      <w:r>
        <w:rPr>
          <w:lang w:eastAsia="zh-CN"/>
        </w:rPr>
        <w:t>　　组员：</w:t>
      </w:r>
      <w:r>
        <w:rPr>
          <w:lang w:eastAsia="zh-CN"/>
        </w:rPr>
        <w:br/>
      </w:r>
      <w:r>
        <w:rPr>
          <w:lang w:eastAsia="zh-CN"/>
        </w:rPr>
        <w:t>　　任务：</w:t>
      </w:r>
      <w:r>
        <w:rPr>
          <w:lang w:eastAsia="zh-CN"/>
        </w:rPr>
        <w:br/>
      </w:r>
      <w:r>
        <w:rPr>
          <w:lang w:eastAsia="zh-CN"/>
        </w:rPr>
        <w:t>　　1、负责落实各年级节目安排、督促排练、检查协调工作。</w:t>
      </w:r>
      <w:r>
        <w:rPr>
          <w:lang w:eastAsia="zh-CN"/>
        </w:rPr>
        <w:br/>
      </w:r>
      <w:r>
        <w:rPr>
          <w:lang w:eastAsia="zh-CN"/>
        </w:rPr>
        <w:t>　　2、负责完成节目收集、筛选、综合编排及后期的彩排、活动流程的衔接、节目单的制作等工作。</w:t>
      </w:r>
      <w:r>
        <w:rPr>
          <w:lang w:eastAsia="zh-CN"/>
        </w:rPr>
        <w:br/>
      </w:r>
      <w:r>
        <w:rPr>
          <w:lang w:eastAsia="zh-CN"/>
        </w:rPr>
        <w:t>　　3.负责多班合作的武术表演的协调训练。</w:t>
      </w:r>
      <w:r>
        <w:rPr>
          <w:lang w:eastAsia="zh-CN"/>
        </w:rPr>
        <w:br/>
      </w:r>
      <w:r>
        <w:rPr>
          <w:lang w:eastAsia="zh-CN"/>
        </w:rPr>
        <w:t>　　3.负责多班联合的各类舞蹈的编排和训练。</w:t>
      </w:r>
      <w:r>
        <w:rPr>
          <w:lang w:eastAsia="zh-CN"/>
        </w:rPr>
        <w:br/>
      </w:r>
      <w:r>
        <w:rPr>
          <w:lang w:eastAsia="zh-CN"/>
        </w:rPr>
        <w:t>　　4.负责多班参与的大、小合唱的组织和训练。</w:t>
      </w:r>
      <w:r>
        <w:rPr>
          <w:lang w:eastAsia="zh-CN"/>
        </w:rPr>
        <w:br/>
      </w:r>
      <w:r>
        <w:rPr>
          <w:lang w:eastAsia="zh-CN"/>
        </w:rPr>
        <w:t>　　第二项目组：舞台及背景设计组</w:t>
      </w:r>
      <w:r>
        <w:rPr>
          <w:lang w:eastAsia="zh-CN"/>
        </w:rPr>
        <w:br/>
      </w:r>
      <w:r>
        <w:rPr>
          <w:lang w:eastAsia="zh-CN"/>
        </w:rPr>
        <w:t>　　组长：</w:t>
      </w:r>
      <w:r>
        <w:rPr>
          <w:lang w:eastAsia="zh-CN"/>
        </w:rPr>
        <w:br/>
      </w:r>
      <w:r>
        <w:rPr>
          <w:lang w:eastAsia="zh-CN"/>
        </w:rPr>
        <w:t>　　组员：</w:t>
      </w:r>
      <w:r>
        <w:rPr>
          <w:lang w:eastAsia="zh-CN"/>
        </w:rPr>
        <w:br/>
      </w:r>
      <w:r>
        <w:rPr>
          <w:lang w:eastAsia="zh-CN"/>
        </w:rPr>
        <w:t>　　任务：</w:t>
      </w:r>
      <w:r>
        <w:rPr>
          <w:lang w:eastAsia="zh-CN"/>
        </w:rPr>
        <w:br/>
      </w:r>
      <w:r>
        <w:rPr>
          <w:lang w:eastAsia="zh-CN"/>
        </w:rPr>
        <w:t>　　1、负责拟定舞台整体设计(包括背景设计、舞台装饰设计)方案。</w:t>
      </w:r>
      <w:r>
        <w:rPr>
          <w:lang w:eastAsia="zh-CN"/>
        </w:rPr>
        <w:br/>
      </w:r>
      <w:r>
        <w:rPr>
          <w:lang w:eastAsia="zh-CN"/>
        </w:rPr>
        <w:t>　　2、准备舞台及背景装饰所需物品。</w:t>
      </w:r>
      <w:r>
        <w:rPr>
          <w:lang w:eastAsia="zh-CN"/>
        </w:rPr>
        <w:br/>
      </w:r>
      <w:r>
        <w:rPr>
          <w:lang w:eastAsia="zh-CN"/>
        </w:rPr>
        <w:t>　　第三项目组：灯光音响及宣传组</w:t>
      </w:r>
      <w:r>
        <w:rPr>
          <w:lang w:eastAsia="zh-CN"/>
        </w:rPr>
        <w:br/>
      </w:r>
      <w:r>
        <w:rPr>
          <w:lang w:eastAsia="zh-CN"/>
        </w:rPr>
        <w:t>　　组长：</w:t>
      </w:r>
      <w:r>
        <w:rPr>
          <w:lang w:eastAsia="zh-CN"/>
        </w:rPr>
        <w:br/>
      </w:r>
      <w:r>
        <w:rPr>
          <w:lang w:eastAsia="zh-CN"/>
        </w:rPr>
        <w:t>　　组员：</w:t>
      </w:r>
      <w:r>
        <w:rPr>
          <w:lang w:eastAsia="zh-CN"/>
        </w:rPr>
        <w:br/>
      </w:r>
      <w:r>
        <w:rPr>
          <w:lang w:eastAsia="zh-CN"/>
        </w:rPr>
        <w:t>　　任务：</w:t>
      </w:r>
      <w:r>
        <w:rPr>
          <w:lang w:eastAsia="zh-CN"/>
        </w:rPr>
        <w:br/>
      </w:r>
      <w:r>
        <w:rPr>
          <w:lang w:eastAsia="zh-CN"/>
        </w:rPr>
        <w:t>　　1、负责活动期间舞台灯光设备、音箱设备的安装调试。</w:t>
      </w:r>
      <w:r>
        <w:rPr>
          <w:lang w:eastAsia="zh-CN"/>
        </w:rPr>
        <w:br/>
      </w:r>
      <w:r>
        <w:rPr>
          <w:lang w:eastAsia="zh-CN"/>
        </w:rPr>
        <w:t>　　2、现场摄影、摄像与宣传报道。</w:t>
      </w:r>
      <w:r>
        <w:rPr>
          <w:lang w:eastAsia="zh-CN"/>
        </w:rPr>
        <w:br/>
      </w:r>
      <w:r>
        <w:rPr>
          <w:lang w:eastAsia="zh-CN"/>
        </w:rPr>
        <w:t>　　3、领导致辞准备。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第四项目组：后勤保障组</w:t>
      </w:r>
      <w:r>
        <w:rPr>
          <w:lang w:eastAsia="zh-CN"/>
        </w:rPr>
        <w:br/>
      </w:r>
      <w:r>
        <w:rPr>
          <w:lang w:eastAsia="zh-CN"/>
        </w:rPr>
        <w:t>　　组长：</w:t>
      </w:r>
      <w:r>
        <w:rPr>
          <w:lang w:eastAsia="zh-CN"/>
        </w:rPr>
        <w:br/>
      </w:r>
      <w:r>
        <w:rPr>
          <w:lang w:eastAsia="zh-CN"/>
        </w:rPr>
        <w:t>　　组员：</w:t>
      </w:r>
      <w:r>
        <w:rPr>
          <w:lang w:eastAsia="zh-CN"/>
        </w:rPr>
        <w:br/>
      </w:r>
      <w:r>
        <w:rPr>
          <w:lang w:eastAsia="zh-CN"/>
        </w:rPr>
        <w:t>　　任务：</w:t>
      </w:r>
      <w:r>
        <w:rPr>
          <w:lang w:eastAsia="zh-CN"/>
        </w:rPr>
        <w:br/>
      </w:r>
      <w:r>
        <w:rPr>
          <w:lang w:eastAsia="zh-CN"/>
        </w:rPr>
        <w:t>　　1、舞台的搭建布置，包括背景悬挂、合唱台摆放、装饰物摆放等。</w:t>
      </w:r>
      <w:r>
        <w:rPr>
          <w:lang w:eastAsia="zh-CN"/>
        </w:rPr>
        <w:br/>
      </w:r>
      <w:r>
        <w:rPr>
          <w:lang w:eastAsia="zh-CN"/>
        </w:rPr>
        <w:t>　　2、活动所需物品的购买。</w:t>
      </w:r>
      <w:r>
        <w:rPr>
          <w:lang w:eastAsia="zh-CN"/>
        </w:rPr>
        <w:br/>
      </w:r>
      <w:r>
        <w:rPr>
          <w:lang w:eastAsia="zh-CN"/>
        </w:rPr>
        <w:t>　　3、活动产生的各种费用的收集、报销。</w:t>
      </w:r>
      <w:r>
        <w:rPr>
          <w:lang w:eastAsia="zh-CN"/>
        </w:rPr>
        <w:br/>
      </w:r>
      <w:r>
        <w:rPr>
          <w:lang w:eastAsia="zh-CN"/>
        </w:rPr>
        <w:t>　　第五项目组：安全及场地组</w:t>
      </w:r>
      <w:r>
        <w:rPr>
          <w:lang w:eastAsia="zh-CN"/>
        </w:rPr>
        <w:br/>
      </w:r>
      <w:r>
        <w:rPr>
          <w:lang w:eastAsia="zh-CN"/>
        </w:rPr>
        <w:t>　　组长：</w:t>
      </w:r>
      <w:r>
        <w:rPr>
          <w:lang w:eastAsia="zh-CN"/>
        </w:rPr>
        <w:br/>
      </w:r>
      <w:r>
        <w:rPr>
          <w:lang w:eastAsia="zh-CN"/>
        </w:rPr>
        <w:t>　　组员：</w:t>
      </w:r>
      <w:r>
        <w:rPr>
          <w:lang w:eastAsia="zh-CN"/>
        </w:rPr>
        <w:br/>
      </w:r>
      <w:r>
        <w:rPr>
          <w:lang w:eastAsia="zh-CN"/>
        </w:rPr>
        <w:t>　　任务：</w:t>
      </w:r>
      <w:r>
        <w:rPr>
          <w:lang w:eastAsia="zh-CN"/>
        </w:rPr>
        <w:br/>
      </w:r>
      <w:r>
        <w:rPr>
          <w:lang w:eastAsia="zh-CN"/>
        </w:rPr>
        <w:t>　　1、活动场地划分(含教工、来宾席安排)。</w:t>
      </w:r>
      <w:r>
        <w:rPr>
          <w:lang w:eastAsia="zh-CN"/>
        </w:rPr>
        <w:br/>
      </w:r>
      <w:r>
        <w:rPr>
          <w:lang w:eastAsia="zh-CN"/>
        </w:rPr>
        <w:t>　　2、活动期间会场纪律维持。</w:t>
      </w:r>
      <w:r>
        <w:rPr>
          <w:lang w:eastAsia="zh-CN"/>
        </w:rPr>
        <w:br/>
      </w:r>
      <w:r>
        <w:rPr>
          <w:lang w:eastAsia="zh-CN"/>
        </w:rPr>
        <w:t>　　3、校园内及会场安全保卫与紧急情况处理。</w:t>
      </w:r>
      <w:r>
        <w:rPr>
          <w:lang w:eastAsia="zh-CN"/>
        </w:rPr>
        <w:br/>
      </w:r>
      <w:r>
        <w:rPr>
          <w:lang w:eastAsia="zh-CN"/>
        </w:rPr>
        <w:t>　　第六项目组：节目主持组</w:t>
      </w:r>
      <w:r>
        <w:rPr>
          <w:lang w:eastAsia="zh-CN"/>
        </w:rPr>
        <w:br/>
      </w:r>
      <w:r>
        <w:rPr>
          <w:lang w:eastAsia="zh-CN"/>
        </w:rPr>
        <w:t>　　组长：</w:t>
      </w:r>
      <w:r>
        <w:rPr>
          <w:lang w:eastAsia="zh-CN"/>
        </w:rPr>
        <w:br/>
      </w:r>
      <w:r>
        <w:rPr>
          <w:lang w:eastAsia="zh-CN"/>
        </w:rPr>
        <w:t>　　组员：</w:t>
      </w:r>
      <w:r>
        <w:rPr>
          <w:lang w:eastAsia="zh-CN"/>
        </w:rPr>
        <w:br/>
      </w:r>
      <w:r>
        <w:rPr>
          <w:lang w:eastAsia="zh-CN"/>
        </w:rPr>
        <w:t>　　任务：</w:t>
      </w:r>
      <w:r>
        <w:rPr>
          <w:lang w:eastAsia="zh-CN"/>
        </w:rPr>
        <w:br/>
      </w:r>
      <w:r>
        <w:rPr>
          <w:lang w:eastAsia="zh-CN"/>
        </w:rPr>
        <w:t>　　1、主持人的选拔、培训。</w:t>
      </w:r>
      <w:r>
        <w:rPr>
          <w:lang w:eastAsia="zh-CN"/>
        </w:rPr>
        <w:br/>
      </w:r>
      <w:r>
        <w:rPr>
          <w:lang w:eastAsia="zh-CN"/>
        </w:rPr>
        <w:t>　　2、节目主持词串联及互动游戏设计。</w:t>
      </w:r>
      <w:r>
        <w:rPr>
          <w:lang w:eastAsia="zh-CN"/>
        </w:rPr>
        <w:br/>
      </w:r>
      <w:r>
        <w:rPr>
          <w:lang w:eastAsia="zh-CN"/>
        </w:rPr>
        <w:t>　　3、主持人形象设计。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第七项目组：舞台运行组</w:t>
      </w:r>
      <w:r>
        <w:rPr>
          <w:lang w:eastAsia="zh-CN"/>
        </w:rPr>
        <w:br/>
      </w:r>
      <w:r>
        <w:rPr>
          <w:lang w:eastAsia="zh-CN"/>
        </w:rPr>
        <w:t>　　组长：</w:t>
      </w:r>
      <w:r>
        <w:rPr>
          <w:lang w:eastAsia="zh-CN"/>
        </w:rPr>
        <w:br/>
      </w:r>
      <w:r>
        <w:rPr>
          <w:lang w:eastAsia="zh-CN"/>
        </w:rPr>
        <w:t>　　组员：</w:t>
      </w:r>
      <w:r>
        <w:rPr>
          <w:lang w:eastAsia="zh-CN"/>
        </w:rPr>
        <w:br/>
      </w:r>
      <w:r>
        <w:rPr>
          <w:lang w:eastAsia="zh-CN"/>
        </w:rPr>
        <w:t>　　任务：</w:t>
      </w:r>
      <w:r>
        <w:rPr>
          <w:lang w:eastAsia="zh-CN"/>
        </w:rPr>
        <w:br/>
      </w:r>
      <w:r>
        <w:rPr>
          <w:lang w:eastAsia="zh-CN"/>
        </w:rPr>
        <w:t>　　1、负责节目的催场，保证节目的连贯性。</w:t>
      </w:r>
      <w:r>
        <w:rPr>
          <w:lang w:eastAsia="zh-CN"/>
        </w:rPr>
        <w:br/>
      </w:r>
      <w:r>
        <w:rPr>
          <w:lang w:eastAsia="zh-CN"/>
        </w:rPr>
        <w:t>　　2、负责节目演员上下台及道具的上下，维持上下场秩序。</w:t>
      </w:r>
      <w:r>
        <w:rPr>
          <w:lang w:eastAsia="zh-CN"/>
        </w:rPr>
        <w:br/>
      </w:r>
      <w:r>
        <w:rPr>
          <w:lang w:eastAsia="zh-CN"/>
        </w:rPr>
        <w:t>　　3、负责收齐所有节目的伴奏音乐并进行U盘存储或刻录成套盘，行使音响师职能。</w:t>
      </w:r>
      <w:r>
        <w:rPr>
          <w:lang w:eastAsia="zh-CN"/>
        </w:rPr>
        <w:br/>
      </w:r>
      <w:r>
        <w:rPr>
          <w:lang w:eastAsia="zh-CN"/>
        </w:rPr>
        <w:t>　　十、各阶段任务及工作分配</w:t>
      </w:r>
      <w:r>
        <w:rPr>
          <w:lang w:eastAsia="zh-CN"/>
        </w:rPr>
        <w:br/>
      </w:r>
      <w:r>
        <w:rPr>
          <w:lang w:eastAsia="zh-CN"/>
        </w:rPr>
        <w:t>　　1、活动准备期(__月__日--__月_日)：</w:t>
      </w:r>
      <w:r>
        <w:rPr>
          <w:lang w:eastAsia="zh-CN"/>
        </w:rPr>
        <w:br/>
      </w:r>
      <w:r>
        <w:rPr>
          <w:lang w:eastAsia="zh-CN"/>
        </w:rPr>
        <w:t>　　任务：</w:t>
      </w:r>
      <w:r>
        <w:rPr>
          <w:lang w:eastAsia="zh-CN"/>
        </w:rPr>
        <w:br/>
      </w:r>
      <w:r>
        <w:rPr>
          <w:lang w:eastAsia="zh-CN"/>
        </w:rPr>
        <w:t>　　(1)节目收集：钱军及各班主任负责班级参演节目的收集，刘文生负责教师参演节目的约演与收集，并于12月1日前报校团总支钱军书记处。</w:t>
      </w:r>
      <w:r>
        <w:rPr>
          <w:lang w:eastAsia="zh-CN"/>
        </w:rPr>
        <w:br/>
      </w:r>
      <w:r>
        <w:rPr>
          <w:lang w:eastAsia="zh-CN"/>
        </w:rPr>
        <w:t>　　(2)节目编排组负责对节目进行初步筛选与组合，基本确定参演节目并于12月4日前通知被选节目所在班级开始组织排练。</w:t>
      </w:r>
      <w:r>
        <w:rPr>
          <w:lang w:eastAsia="zh-CN"/>
        </w:rPr>
        <w:br/>
      </w:r>
      <w:r>
        <w:rPr>
          <w:lang w:eastAsia="zh-CN"/>
        </w:rPr>
        <w:t>　　(3)节目主持组选定主持人并进行相应训练和准备。</w:t>
      </w:r>
      <w:r>
        <w:rPr>
          <w:lang w:eastAsia="zh-CN"/>
        </w:rPr>
        <w:br/>
      </w:r>
      <w:r>
        <w:rPr>
          <w:lang w:eastAsia="zh-CN"/>
        </w:rPr>
        <w:t>　　2、活动协调与进展期(__月_日--__月__日)</w:t>
      </w:r>
      <w:r>
        <w:rPr>
          <w:lang w:eastAsia="zh-CN"/>
        </w:rPr>
        <w:br/>
      </w:r>
      <w:r>
        <w:rPr>
          <w:lang w:eastAsia="zh-CN"/>
        </w:rPr>
        <w:t>　　任务：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(1)各班级抓紧时间排练，节目编排组相应人员适时检查，学校于__月__日下午组织相关人员对演练的节目进行第一次彩排，初步确定参演节目;于12月25日下午再次组织相关人员对参演节目进行第二次彩排，最终确定参演节目并基本确定节目演出顺序。</w:t>
      </w:r>
      <w:r>
        <w:rPr>
          <w:lang w:eastAsia="zh-CN"/>
        </w:rPr>
        <w:br/>
      </w:r>
      <w:r>
        <w:rPr>
          <w:lang w:eastAsia="zh-CN"/>
        </w:rPr>
        <w:t>　　(2)舞台及背景设计组拿出设计方案，制作好背景，并做相应的物品准备。</w:t>
      </w:r>
      <w:r>
        <w:rPr>
          <w:lang w:eastAsia="zh-CN"/>
        </w:rPr>
        <w:br/>
      </w:r>
      <w:r>
        <w:rPr>
          <w:lang w:eastAsia="zh-CN"/>
        </w:rPr>
        <w:t>　　(3)灯光音响及宣传组落实音响系统、用电供给检查。</w:t>
      </w:r>
      <w:r>
        <w:rPr>
          <w:lang w:eastAsia="zh-CN"/>
        </w:rPr>
        <w:br/>
      </w:r>
      <w:r>
        <w:rPr>
          <w:lang w:eastAsia="zh-CN"/>
        </w:rPr>
        <w:t>　　(4)节目主持组完成主持稿及互动游戏设计。</w:t>
      </w:r>
      <w:r>
        <w:rPr>
          <w:lang w:eastAsia="zh-CN"/>
        </w:rPr>
        <w:br/>
      </w:r>
      <w:r>
        <w:rPr>
          <w:lang w:eastAsia="zh-CN"/>
        </w:rPr>
        <w:t>　　3、活动倒计时期(__月_日--__月__日)</w:t>
      </w:r>
      <w:r>
        <w:rPr>
          <w:lang w:eastAsia="zh-CN"/>
        </w:rPr>
        <w:br/>
      </w:r>
      <w:r>
        <w:rPr>
          <w:lang w:eastAsia="zh-CN"/>
        </w:rPr>
        <w:t>　　任务：</w:t>
      </w:r>
      <w:r>
        <w:rPr>
          <w:lang w:eastAsia="zh-CN"/>
        </w:rPr>
        <w:br/>
      </w:r>
      <w:r>
        <w:rPr>
          <w:lang w:eastAsia="zh-CN"/>
        </w:rPr>
        <w:t>　　(1)各项目组补缺补差，进一步完善各工作环节。</w:t>
      </w:r>
      <w:r>
        <w:rPr>
          <w:lang w:eastAsia="zh-CN"/>
        </w:rPr>
        <w:br/>
      </w:r>
      <w:r>
        <w:rPr>
          <w:lang w:eastAsia="zh-CN"/>
        </w:rPr>
        <w:t>　　(2)__月__日下午正式组织演出。</w:t>
      </w:r>
      <w:r>
        <w:rPr>
          <w:lang w:eastAsia="zh-CN"/>
        </w:rPr>
        <w:br/>
      </w:r>
      <w:r>
        <w:rPr>
          <w:lang w:eastAsia="zh-CN"/>
        </w:rPr>
        <w:t>　　十一、纪律要求</w:t>
      </w:r>
      <w:r>
        <w:rPr>
          <w:lang w:eastAsia="zh-CN"/>
        </w:rPr>
        <w:br/>
      </w:r>
      <w:r>
        <w:rPr>
          <w:lang w:eastAsia="zh-CN"/>
        </w:rPr>
        <w:t>　　1、各班级必须听从组委会的统一安排，按时保质完成工作任务。</w:t>
      </w:r>
      <w:r>
        <w:rPr>
          <w:lang w:eastAsia="zh-CN"/>
        </w:rPr>
        <w:br/>
      </w:r>
      <w:r>
        <w:rPr>
          <w:lang w:eastAsia="zh-CN"/>
        </w:rPr>
        <w:t>　　2、演出期间，保持场内安静。</w:t>
      </w:r>
      <w:r>
        <w:rPr>
          <w:lang w:eastAsia="zh-CN"/>
        </w:rPr>
        <w:br/>
      </w:r>
      <w:r>
        <w:rPr>
          <w:lang w:eastAsia="zh-CN"/>
        </w:rPr>
        <w:t xml:space="preserve">    2024年元旦文艺汇演活动方案 篇16 </w:t>
      </w:r>
      <w:r>
        <w:rPr>
          <w:lang w:eastAsia="zh-CN"/>
        </w:rPr>
        <w:br/>
      </w:r>
      <w:r>
        <w:rPr>
          <w:lang w:eastAsia="zh-CN"/>
        </w:rPr>
        <w:t>　　一、活动主题：</w:t>
      </w:r>
      <w:r>
        <w:rPr>
          <w:lang w:eastAsia="zh-CN"/>
        </w:rPr>
        <w:br/>
      </w:r>
      <w:r>
        <w:rPr>
          <w:lang w:eastAsia="zh-CN"/>
        </w:rPr>
        <w:t>　　开拓进取，展望新年</w:t>
      </w:r>
      <w:r>
        <w:rPr>
          <w:lang w:eastAsia="zh-CN"/>
        </w:rPr>
        <w:br/>
      </w:r>
      <w:r>
        <w:rPr>
          <w:lang w:eastAsia="zh-CN"/>
        </w:rPr>
        <w:t>　　二、活动时间：</w:t>
      </w:r>
      <w:r>
        <w:rPr>
          <w:lang w:eastAsia="zh-CN"/>
        </w:rPr>
        <w:br/>
      </w:r>
      <w:r>
        <w:rPr>
          <w:lang w:eastAsia="zh-CN"/>
        </w:rPr>
        <w:t>　　12月底（看天气待定）</w:t>
      </w:r>
      <w:r>
        <w:rPr>
          <w:lang w:eastAsia="zh-CN"/>
        </w:rPr>
        <w:br/>
      </w:r>
      <w:r>
        <w:rPr>
          <w:lang w:eastAsia="zh-CN"/>
        </w:rPr>
        <w:t>　　三、活动地点：</w:t>
      </w:r>
      <w:r>
        <w:rPr>
          <w:lang w:eastAsia="zh-CN"/>
        </w:rPr>
        <w:br/>
      </w:r>
      <w:r>
        <w:rPr>
          <w:lang w:eastAsia="zh-CN"/>
        </w:rPr>
        <w:t>　　操场</w:t>
      </w:r>
      <w:r>
        <w:rPr>
          <w:lang w:eastAsia="zh-CN"/>
        </w:rPr>
        <w:br/>
      </w:r>
      <w:r>
        <w:rPr>
          <w:lang w:eastAsia="zh-CN"/>
        </w:rPr>
        <w:t>　　四、活动参与：</w:t>
      </w:r>
      <w:r>
        <w:rPr>
          <w:lang w:eastAsia="zh-CN"/>
        </w:rPr>
        <w:br/>
      </w:r>
      <w:r>
        <w:rPr>
          <w:lang w:eastAsia="zh-CN"/>
        </w:rPr>
        <w:t>　　全校师生</w:t>
      </w:r>
      <w:r>
        <w:rPr>
          <w:lang w:eastAsia="zh-CN"/>
        </w:rPr>
        <w:br/>
      </w:r>
      <w:r>
        <w:rPr>
          <w:lang w:eastAsia="zh-CN"/>
        </w:rPr>
        <w:t>　　五、活动总指挥：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（全程负责此次文艺汇演）</w:t>
      </w:r>
      <w:r>
        <w:rPr>
          <w:lang w:eastAsia="zh-CN"/>
        </w:rPr>
        <w:br/>
      </w:r>
      <w:r>
        <w:rPr>
          <w:lang w:eastAsia="zh-CN"/>
        </w:rPr>
        <w:t>　　六、后勤保障：</w:t>
      </w:r>
      <w:r>
        <w:rPr>
          <w:lang w:eastAsia="zh-CN"/>
        </w:rPr>
        <w:br/>
      </w:r>
      <w:r>
        <w:rPr>
          <w:lang w:eastAsia="zh-CN"/>
        </w:rPr>
        <w:t>　　（负责节目汇演前期工作准备，奖品礼品的购置及少量道具的`准备等）</w:t>
      </w:r>
      <w:r>
        <w:rPr>
          <w:lang w:eastAsia="zh-CN"/>
        </w:rPr>
        <w:br/>
      </w:r>
      <w:r>
        <w:rPr>
          <w:lang w:eastAsia="zh-CN"/>
        </w:rPr>
        <w:t>　　七、节目组织：</w:t>
      </w:r>
      <w:r>
        <w:rPr>
          <w:lang w:eastAsia="zh-CN"/>
        </w:rPr>
        <w:br/>
      </w:r>
      <w:r>
        <w:rPr>
          <w:lang w:eastAsia="zh-CN"/>
        </w:rPr>
        <w:t>　　（指导节目的策划、编排、筛选、彩排和演出等）</w:t>
      </w:r>
      <w:r>
        <w:rPr>
          <w:lang w:eastAsia="zh-CN"/>
        </w:rPr>
        <w:br/>
      </w:r>
      <w:r>
        <w:rPr>
          <w:lang w:eastAsia="zh-CN"/>
        </w:rPr>
        <w:t>　　、（负责完成节目收集、筛选、主持人指导及后期的彩排工作）</w:t>
      </w:r>
      <w:r>
        <w:rPr>
          <w:lang w:eastAsia="zh-CN"/>
        </w:rPr>
        <w:br/>
      </w:r>
      <w:r>
        <w:rPr>
          <w:lang w:eastAsia="zh-CN"/>
        </w:rPr>
        <w:t>　　八、顾问：</w:t>
      </w:r>
      <w:r>
        <w:rPr>
          <w:lang w:eastAsia="zh-CN"/>
        </w:rPr>
        <w:br/>
      </w:r>
      <w:r>
        <w:rPr>
          <w:lang w:eastAsia="zh-CN"/>
        </w:rPr>
        <w:t>　　（负责总节目的审核及演出准备）</w:t>
      </w:r>
      <w:r>
        <w:rPr>
          <w:lang w:eastAsia="zh-CN"/>
        </w:rPr>
        <w:br/>
      </w:r>
      <w:r>
        <w:rPr>
          <w:lang w:eastAsia="zh-CN"/>
        </w:rPr>
        <w:t>　　九、舞台设置：</w:t>
      </w:r>
      <w:r>
        <w:rPr>
          <w:lang w:eastAsia="zh-CN"/>
        </w:rPr>
        <w:br/>
      </w:r>
      <w:r>
        <w:rPr>
          <w:lang w:eastAsia="zh-CN"/>
        </w:rPr>
        <w:t>　　、（负责节目汇演前期工作准备，包括活动场地的安排、布置及活动结束后现场的清理工作等。）</w:t>
      </w:r>
      <w:r>
        <w:rPr>
          <w:lang w:eastAsia="zh-CN"/>
        </w:rPr>
        <w:br/>
      </w:r>
      <w:r>
        <w:rPr>
          <w:lang w:eastAsia="zh-CN"/>
        </w:rPr>
        <w:t>　　十、音响设备：</w:t>
      </w:r>
      <w:r>
        <w:rPr>
          <w:lang w:eastAsia="zh-CN"/>
        </w:rPr>
        <w:br/>
      </w:r>
      <w:r>
        <w:rPr>
          <w:lang w:eastAsia="zh-CN"/>
        </w:rPr>
        <w:t>　　、</w:t>
      </w:r>
      <w:r>
        <w:rPr>
          <w:lang w:eastAsia="zh-CN"/>
        </w:rPr>
        <w:br/>
      </w:r>
      <w:r>
        <w:rPr>
          <w:lang w:eastAsia="zh-CN"/>
        </w:rPr>
        <w:t>　　十一、节目评委：</w:t>
      </w:r>
      <w:r>
        <w:rPr>
          <w:lang w:eastAsia="zh-CN"/>
        </w:rPr>
        <w:br/>
      </w:r>
      <w:r>
        <w:rPr>
          <w:lang w:eastAsia="zh-CN"/>
        </w:rPr>
        <w:t>　　、</w:t>
      </w:r>
      <w:r>
        <w:rPr>
          <w:lang w:eastAsia="zh-CN"/>
        </w:rPr>
        <w:br/>
      </w:r>
      <w:r>
        <w:rPr>
          <w:lang w:eastAsia="zh-CN"/>
        </w:rPr>
        <w:t>　　十二、成绩统计：</w:t>
      </w:r>
      <w:r>
        <w:rPr>
          <w:lang w:eastAsia="zh-CN"/>
        </w:rPr>
        <w:br/>
      </w:r>
      <w:r>
        <w:rPr>
          <w:lang w:eastAsia="zh-CN"/>
        </w:rPr>
        <w:t>　　、</w:t>
      </w:r>
      <w:r>
        <w:rPr>
          <w:lang w:eastAsia="zh-CN"/>
        </w:rPr>
        <w:br/>
      </w:r>
      <w:r>
        <w:rPr>
          <w:lang w:eastAsia="zh-CN"/>
        </w:rPr>
        <w:t>　　十四、学生纪律及安保：</w:t>
      </w:r>
      <w:r>
        <w:rPr>
          <w:lang w:eastAsia="zh-CN"/>
        </w:rPr>
        <w:br/>
      </w:r>
      <w:r>
        <w:rPr>
          <w:lang w:eastAsia="zh-CN"/>
        </w:rPr>
        <w:t>　　、（负责文艺汇演活动现场的安全、护理及维护秩序等，各班班主任负责维持各班班级秩序和安排各班学生自带凳子按规定位置就坐。）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十五、活动程序：</w:t>
      </w:r>
      <w:r>
        <w:rPr>
          <w:lang w:eastAsia="zh-CN"/>
        </w:rPr>
        <w:br/>
      </w:r>
      <w:r>
        <w:rPr>
          <w:lang w:eastAsia="zh-CN"/>
        </w:rPr>
        <w:t>　　1、播放音乐、班主任组织学生入场</w:t>
      </w:r>
      <w:r>
        <w:rPr>
          <w:lang w:eastAsia="zh-CN"/>
        </w:rPr>
        <w:br/>
      </w:r>
      <w:r>
        <w:rPr>
          <w:lang w:eastAsia="zh-CN"/>
        </w:rPr>
        <w:t>　　2、主持人开场白</w:t>
      </w:r>
      <w:r>
        <w:rPr>
          <w:lang w:eastAsia="zh-CN"/>
        </w:rPr>
        <w:br/>
      </w:r>
      <w:r>
        <w:rPr>
          <w:lang w:eastAsia="zh-CN"/>
        </w:rPr>
        <w:t>　　3、学校领导_校长讲话</w:t>
      </w:r>
      <w:r>
        <w:rPr>
          <w:lang w:eastAsia="zh-CN"/>
        </w:rPr>
        <w:br/>
      </w:r>
      <w:r>
        <w:rPr>
          <w:lang w:eastAsia="zh-CN"/>
        </w:rPr>
        <w:t>　　4、节目表演</w:t>
      </w:r>
      <w:r>
        <w:rPr>
          <w:lang w:eastAsia="zh-CN"/>
        </w:rPr>
        <w:br/>
      </w:r>
      <w:r>
        <w:rPr>
          <w:lang w:eastAsia="zh-CN"/>
        </w:rPr>
        <w:t>　　5、宣布成绩、颁奖</w:t>
      </w:r>
      <w:r>
        <w:rPr>
          <w:lang w:eastAsia="zh-CN"/>
        </w:rPr>
        <w:br/>
      </w:r>
      <w:r>
        <w:rPr>
          <w:lang w:eastAsia="zh-CN"/>
        </w:rPr>
        <w:t>　　6、主持人谢幕</w:t>
      </w:r>
      <w:r>
        <w:rPr>
          <w:lang w:eastAsia="zh-CN"/>
        </w:rPr>
        <w:br/>
      </w:r>
      <w:r>
        <w:rPr>
          <w:lang w:eastAsia="zh-CN"/>
        </w:rPr>
        <w:t>　　十六、文艺汇演节目设置：</w:t>
      </w:r>
      <w:r>
        <w:rPr>
          <w:lang w:eastAsia="zh-CN"/>
        </w:rPr>
        <w:br/>
      </w:r>
      <w:r>
        <w:rPr>
          <w:lang w:eastAsia="zh-CN"/>
        </w:rPr>
        <w:t>　　1、舞蹈：现代舞、民族舞等。</w:t>
      </w:r>
      <w:r>
        <w:rPr>
          <w:lang w:eastAsia="zh-CN"/>
        </w:rPr>
        <w:br/>
      </w:r>
      <w:r>
        <w:rPr>
          <w:lang w:eastAsia="zh-CN"/>
        </w:rPr>
        <w:t>　　2、歌曲：独唱、合唱、乐队等。</w:t>
      </w:r>
      <w:r>
        <w:rPr>
          <w:lang w:eastAsia="zh-CN"/>
        </w:rPr>
        <w:br/>
      </w:r>
      <w:r>
        <w:rPr>
          <w:lang w:eastAsia="zh-CN"/>
        </w:rPr>
        <w:t>　　3、相声、小品。（贴近学生生活，具有一定的教育意义）</w:t>
      </w:r>
      <w:r>
        <w:rPr>
          <w:lang w:eastAsia="zh-CN"/>
        </w:rPr>
        <w:br/>
      </w:r>
      <w:r>
        <w:rPr>
          <w:lang w:eastAsia="zh-CN"/>
        </w:rPr>
        <w:t>　　4、乐器演奏</w:t>
      </w:r>
      <w:r>
        <w:rPr>
          <w:lang w:eastAsia="zh-CN"/>
        </w:rPr>
        <w:br/>
      </w:r>
      <w:r>
        <w:rPr>
          <w:lang w:eastAsia="zh-CN"/>
        </w:rPr>
        <w:t>　　5、配乐诗朗诵</w:t>
      </w:r>
      <w:r>
        <w:rPr>
          <w:lang w:eastAsia="zh-CN"/>
        </w:rPr>
        <w:br/>
      </w:r>
      <w:r>
        <w:rPr>
          <w:lang w:eastAsia="zh-CN"/>
        </w:rPr>
        <w:t>　　6、其他形式</w:t>
      </w:r>
      <w:r>
        <w:rPr>
          <w:lang w:eastAsia="zh-CN"/>
        </w:rPr>
        <w:br/>
      </w:r>
      <w:r>
        <w:rPr>
          <w:lang w:eastAsia="zh-CN"/>
        </w:rPr>
        <w:t>　　十七、活动要求</w:t>
      </w:r>
      <w:r>
        <w:rPr>
          <w:lang w:eastAsia="zh-CN"/>
        </w:rPr>
        <w:br/>
      </w:r>
      <w:r>
        <w:rPr>
          <w:lang w:eastAsia="zh-CN"/>
        </w:rPr>
        <w:t>　　1、提高认识，全员参与。各位教职工、学生要高度重视，积极参与，充分调动一切积极因素，形成合力，促进元旦活动顺利开展。</w:t>
      </w:r>
      <w:r>
        <w:rPr>
          <w:lang w:eastAsia="zh-CN"/>
        </w:rPr>
        <w:br/>
      </w:r>
      <w:r>
        <w:rPr>
          <w:lang w:eastAsia="zh-CN"/>
        </w:rPr>
        <w:t>　　2、强化责任，落实任务。各班班主任为班级节目负责人，各节目负责人和工作组成员要认真完成工作任务，确保活动取得圆满成功。</w:t>
      </w:r>
      <w:r>
        <w:rPr>
          <w:lang w:eastAsia="zh-CN"/>
        </w:rPr>
        <w:br/>
      </w:r>
      <w:r>
        <w:rPr>
          <w:lang w:eastAsia="zh-CN"/>
        </w:rPr>
        <w:t>　　3、所有节目要求内容健康、丰富多采、有新意、生动活泼、积极向上。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2"/>
          <w:cols w:space="425"/>
          <w:titlePg w:val="0"/>
          <w:docGrid w:type="lines" w:linePitch="312"/>
        </w:sectPr>
      </w:pPr>
      <w:r>
        <w:rPr>
          <w:lang w:eastAsia="zh-CN"/>
        </w:rPr>
        <w:t>　　4、节目要求自筹服装及相应道具。</w:t>
      </w:r>
      <w:r>
        <w:rPr>
          <w:lang w:eastAsia="zh-CN"/>
        </w:rPr>
        <w:br/>
      </w:r>
      <w:r>
        <w:rPr>
          <w:lang w:eastAsia="zh-CN"/>
        </w:rPr>
        <w:t>　　5、各班节目上报后利用音乐课和课余时间组织排练。</w:t>
      </w:r>
      <w:r>
        <w:rPr>
          <w:lang w:eastAsia="zh-CN"/>
        </w:rPr>
        <w:br/>
      </w:r>
      <w:r>
        <w:rPr>
          <w:lang w:eastAsia="zh-CN"/>
        </w:rPr>
        <w:t>　　6、各班必须在__月号之前将节目上报宣传部，学校进行审核</w:t>
      </w:r>
      <w:r>
        <w:rPr>
          <w:lang w:eastAsia="zh-CN"/>
        </w:rPr>
        <w:br/>
      </w:r>
      <w:r>
        <w:rPr>
          <w:lang w:eastAsia="zh-CN"/>
        </w:rPr>
        <w:t>　　8、__月__日按文艺汇演流程进行第一次节目彩排。（具体情况另行通知）</w:t>
      </w:r>
      <w:r>
        <w:rPr>
          <w:lang w:eastAsia="zh-CN"/>
        </w:rPr>
        <w:br/>
      </w:r>
      <w:r>
        <w:rPr>
          <w:lang w:eastAsia="zh-CN"/>
        </w:rPr>
        <w:t>　　十八、奖励办法</w:t>
      </w:r>
      <w:r>
        <w:rPr>
          <w:lang w:eastAsia="zh-CN"/>
        </w:rPr>
        <w:br/>
      </w:r>
      <w:r>
        <w:rPr>
          <w:lang w:eastAsia="zh-CN"/>
        </w:rPr>
        <w:t>　　文艺汇演节目进行现场评奖，评出特等奖1名、一等奖2名、二等奖5名，分别给予物质奖励。</w:t>
      </w:r>
      <w:r>
        <w:rPr>
          <w:lang w:eastAsia="zh-CN"/>
        </w:rPr>
        <w:br/>
      </w:r>
      <w:r>
        <w:rPr>
          <w:lang w:eastAsia="zh-CN"/>
        </w:rPr>
        <w:t xml:space="preserve">    2024年元旦文艺汇演活动方案 篇17 </w:t>
      </w:r>
      <w:r>
        <w:rPr>
          <w:lang w:eastAsia="zh-CN"/>
        </w:rPr>
        <w:br/>
      </w:r>
      <w:r>
        <w:rPr>
          <w:lang w:eastAsia="zh-CN"/>
        </w:rPr>
        <w:t>　　一、活动意义：</w:t>
      </w:r>
      <w:r>
        <w:rPr>
          <w:lang w:eastAsia="zh-CN"/>
        </w:rPr>
        <w:br/>
      </w:r>
      <w:r>
        <w:rPr>
          <w:lang w:eastAsia="zh-CN"/>
        </w:rPr>
        <w:t>　　通过举办元旦晚会，主要意义在于提高同学之间的友谊，发现同学现场主持能力更好的挖掘文艺才人。</w:t>
      </w:r>
      <w:r>
        <w:rPr>
          <w:lang w:eastAsia="zh-CN"/>
        </w:rPr>
        <w:br/>
      </w:r>
      <w:r>
        <w:rPr>
          <w:lang w:eastAsia="zh-CN"/>
        </w:rPr>
        <w:t>　　二、活动目的：</w:t>
      </w:r>
      <w:r>
        <w:rPr>
          <w:lang w:eastAsia="zh-CN"/>
        </w:rPr>
        <w:br/>
      </w:r>
      <w:r>
        <w:rPr>
          <w:lang w:eastAsia="zh-CN"/>
        </w:rPr>
        <w:t>　　元旦文艺晚会这是一个能给我们快乐的晚会，举办这次晚会能更好的挖掘我们班文艺才人，同时也能提高班同学的团结，增进同学之间的友谊。</w:t>
      </w:r>
      <w:r>
        <w:rPr>
          <w:lang w:eastAsia="zh-CN"/>
        </w:rPr>
        <w:br/>
      </w:r>
      <w:r>
        <w:rPr>
          <w:lang w:eastAsia="zh-CN"/>
        </w:rPr>
        <w:t>　　三、活动资源需要：</w:t>
      </w:r>
      <w:r>
        <w:rPr>
          <w:lang w:eastAsia="zh-CN"/>
        </w:rPr>
        <w:br/>
      </w:r>
      <w:r>
        <w:rPr>
          <w:lang w:eastAsia="zh-CN"/>
        </w:rPr>
        <w:t>　　教室、音乐设备、丝带、彩带、剪刀、气球、彩喷、喷漆、圣诞图象、双面胶、细红绳、邀请涵、礼物、瓜子、糖、饼干、枯子、水、花生。</w:t>
      </w:r>
      <w:r>
        <w:rPr>
          <w:lang w:eastAsia="zh-CN"/>
        </w:rPr>
        <w:br/>
      </w:r>
      <w:r>
        <w:rPr>
          <w:lang w:eastAsia="zh-CN"/>
        </w:rPr>
        <w:t>　　四、活动总负责人：</w:t>
      </w:r>
      <w:r>
        <w:rPr>
          <w:lang w:eastAsia="zh-CN"/>
        </w:rPr>
        <w:br/>
      </w:r>
      <w:r>
        <w:rPr>
          <w:lang w:eastAsia="zh-CN"/>
        </w:rPr>
        <w:t>　　五、活动开展：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3"/>
          <w:cols w:space="425"/>
          <w:titlePg w:val="0"/>
          <w:docGrid w:type="lines" w:linePitch="312"/>
        </w:sectPr>
      </w:pPr>
      <w:r>
        <w:rPr>
          <w:lang w:eastAsia="zh-CN"/>
        </w:rPr>
        <w:t>　　1、活动主办单位：现代职业技术学校机械分院</w:t>
      </w:r>
      <w:r>
        <w:rPr>
          <w:lang w:eastAsia="zh-CN"/>
        </w:rPr>
        <w:br/>
      </w:r>
      <w:r>
        <w:rPr>
          <w:lang w:eastAsia="zh-CN"/>
        </w:rPr>
        <w:t>　　2、活动时间：20__年12月25日晚7：00</w:t>
      </w:r>
      <w:r>
        <w:rPr>
          <w:lang w:eastAsia="zh-CN"/>
        </w:rPr>
        <w:br/>
      </w:r>
      <w:r>
        <w:rPr>
          <w:lang w:eastAsia="zh-CN"/>
        </w:rPr>
        <w:t>　　3、活动地点：现代职业技术学校机械楼304教室</w:t>
      </w:r>
      <w:r>
        <w:rPr>
          <w:lang w:eastAsia="zh-CN"/>
        </w:rPr>
        <w:br/>
      </w:r>
      <w:r>
        <w:rPr>
          <w:lang w:eastAsia="zh-CN"/>
        </w:rPr>
        <w:t>　　六、经费预算：</w:t>
      </w:r>
      <w:r>
        <w:rPr>
          <w:lang w:eastAsia="zh-CN"/>
        </w:rPr>
        <w:br/>
      </w:r>
      <w:r>
        <w:rPr>
          <w:lang w:eastAsia="zh-CN"/>
        </w:rPr>
        <w:t>　　总计活动所需的经费总共要：704元</w:t>
      </w:r>
      <w:r>
        <w:rPr>
          <w:lang w:eastAsia="zh-CN"/>
        </w:rPr>
        <w:br/>
      </w:r>
      <w:r>
        <w:rPr>
          <w:lang w:eastAsia="zh-CN"/>
        </w:rPr>
        <w:t>　　七、活动流程：</w:t>
      </w:r>
      <w:r>
        <w:rPr>
          <w:lang w:eastAsia="zh-CN"/>
        </w:rPr>
        <w:br/>
      </w:r>
      <w:r>
        <w:rPr>
          <w:lang w:eastAsia="zh-CN"/>
        </w:rPr>
        <w:t>　　(一)活动前期：</w:t>
      </w:r>
      <w:r>
        <w:rPr>
          <w:lang w:eastAsia="zh-CN"/>
        </w:rPr>
        <w:br/>
      </w:r>
      <w:r>
        <w:rPr>
          <w:lang w:eastAsia="zh-CN"/>
        </w:rPr>
        <w:t>　　1、向学校申请活动所需要的教室。</w:t>
      </w:r>
      <w:r>
        <w:rPr>
          <w:lang w:eastAsia="zh-CN"/>
        </w:rPr>
        <w:br/>
      </w:r>
      <w:r>
        <w:rPr>
          <w:lang w:eastAsia="zh-CN"/>
        </w:rPr>
        <w:t>　　2、准备活动当天所需的设备、用品、吃的。</w:t>
      </w:r>
      <w:r>
        <w:rPr>
          <w:lang w:eastAsia="zh-CN"/>
        </w:rPr>
        <w:br/>
      </w:r>
      <w:r>
        <w:rPr>
          <w:lang w:eastAsia="zh-CN"/>
        </w:rPr>
        <w:t>　　3、提前把活动地点布置好晚会的装饰。</w:t>
      </w:r>
      <w:r>
        <w:rPr>
          <w:lang w:eastAsia="zh-CN"/>
        </w:rPr>
        <w:br/>
      </w:r>
      <w:r>
        <w:rPr>
          <w:lang w:eastAsia="zh-CN"/>
        </w:rPr>
        <w:t>　　4、登记好同学所报的节目，并策划好节目的安排。</w:t>
      </w:r>
      <w:r>
        <w:rPr>
          <w:lang w:eastAsia="zh-CN"/>
        </w:rPr>
        <w:br/>
      </w:r>
      <w:r>
        <w:rPr>
          <w:lang w:eastAsia="zh-CN"/>
        </w:rPr>
        <w:t>　　5、写好邀请涵邀请嘉宾来参加我们班举办的文艺晚会。</w:t>
      </w:r>
      <w:r>
        <w:rPr>
          <w:lang w:eastAsia="zh-CN"/>
        </w:rPr>
        <w:br/>
      </w:r>
      <w:r>
        <w:rPr>
          <w:lang w:eastAsia="zh-CN"/>
        </w:rPr>
        <w:t>　　6、选好活动当天晚会的主持人主持当天晚会。</w:t>
      </w:r>
      <w:r>
        <w:rPr>
          <w:lang w:eastAsia="zh-CN"/>
        </w:rPr>
        <w:br/>
      </w:r>
      <w:r>
        <w:rPr>
          <w:lang w:eastAsia="zh-CN"/>
        </w:rPr>
        <w:t>　　(二)活动当天：</w:t>
      </w:r>
      <w:r>
        <w:rPr>
          <w:lang w:eastAsia="zh-CN"/>
        </w:rPr>
        <w:br/>
      </w:r>
      <w:r>
        <w:rPr>
          <w:lang w:eastAsia="zh-CN"/>
        </w:rPr>
        <w:t>　　1、主持好晚会的开展。</w:t>
      </w:r>
      <w:r>
        <w:rPr>
          <w:lang w:eastAsia="zh-CN"/>
        </w:rPr>
        <w:br/>
      </w:r>
      <w:r>
        <w:rPr>
          <w:lang w:eastAsia="zh-CN"/>
        </w:rPr>
        <w:t>　　2、维持现次序不要影响同学大案表演。</w:t>
      </w:r>
      <w:r>
        <w:rPr>
          <w:lang w:eastAsia="zh-CN"/>
        </w:rPr>
        <w:br/>
      </w:r>
      <w:r>
        <w:rPr>
          <w:lang w:eastAsia="zh-CN"/>
        </w:rPr>
        <w:t>　　3、观看同学的表演，积极鼓掌。</w:t>
      </w:r>
      <w:r>
        <w:rPr>
          <w:lang w:eastAsia="zh-CN"/>
        </w:rPr>
        <w:br/>
      </w:r>
      <w:r>
        <w:rPr>
          <w:lang w:eastAsia="zh-CN"/>
        </w:rPr>
        <w:t>　　(三)活动后期：</w:t>
      </w:r>
      <w:r>
        <w:rPr>
          <w:lang w:eastAsia="zh-CN"/>
        </w:rPr>
        <w:br/>
      </w:r>
      <w:r>
        <w:rPr>
          <w:lang w:eastAsia="zh-CN"/>
        </w:rPr>
        <w:t>　　1、打扫教室的卫生。</w:t>
      </w:r>
      <w:r>
        <w:rPr>
          <w:lang w:eastAsia="zh-CN"/>
        </w:rPr>
        <w:br/>
      </w:r>
      <w:r>
        <w:rPr>
          <w:lang w:eastAsia="zh-CN"/>
        </w:rPr>
        <w:t>　　2、晚会结束后将桌登摆放为原样。</w:t>
      </w:r>
      <w:r>
        <w:rPr>
          <w:lang w:eastAsia="zh-CN"/>
        </w:rPr>
        <w:br/>
      </w:r>
      <w:r>
        <w:rPr>
          <w:lang w:eastAsia="zh-CN"/>
        </w:rPr>
        <w:t>　　八、活动应注意的细节：</w:t>
      </w:r>
      <w:r>
        <w:rPr>
          <w:lang w:eastAsia="zh-CN"/>
        </w:rPr>
        <w:br/>
      </w:r>
      <w:r>
        <w:rPr>
          <w:lang w:eastAsia="zh-CN"/>
        </w:rPr>
        <w:t>　　1、活动当天不要瞎起哄影响同学表演，注意班级形象。</w:t>
      </w:r>
      <w:r>
        <w:rPr>
          <w:lang w:eastAsia="zh-CN"/>
        </w:rPr>
        <w:br/>
      </w:r>
    </w:p>
    <w:p w:rsidR="001B1F19" w14:textId="27C3F48A">
      <w:pPr>
        <w:rPr>
          <w:rFonts w:hint="eastAsia"/>
          <w:lang w:eastAsia="zh-CN"/>
        </w:rPr>
      </w:pPr>
      <w:r>
        <w:rPr>
          <w:lang w:eastAsia="zh-CN"/>
        </w:rPr>
        <w:t>　　2、活动当天的安全。</w:t>
      </w:r>
      <w:r>
        <w:rPr>
          <w:lang w:eastAsia="zh-CN"/>
        </w:rPr>
        <w:br/>
      </w:r>
      <w:r>
        <w:rPr>
          <w:lang w:eastAsia="zh-CN"/>
        </w:rPr>
        <w:t>　　3、活动当天的次序。</w:t>
      </w:r>
      <w:r>
        <w:rPr>
          <w:lang w:eastAsia="zh-CN"/>
        </w:rPr>
        <w:br/>
      </w:r>
      <w:r>
        <w:rPr>
          <w:lang w:eastAsia="zh-CN"/>
        </w:rPr>
        <w:t>　　这次元旦晚会我们一定会办的更加的好，会有更多的表演嘉宾和节目出来，我们会推陈出新，我们会办出和之前不一样的感觉来，我们会做到的。希望大家能够积极的来参加我们的元旦晚会，给我们的选手加油鼓劲，给他们精神上的支持，我们也欢迎大家来积极参加我们的元旦晚会表演节目，我们会欢迎你的到来！</w:t>
      </w:r>
      <w:r>
        <w:rPr>
          <w:lang w:eastAsia="zh-CN"/>
        </w:rPr>
        <w:br/>
      </w:r>
      <w:r>
        <w:rPr>
          <w:lang w:eastAsia="zh-CN"/>
        </w:rPr>
        <w:t>　　相信我们的学校明天会更好，我们学校的知名度和办学能力一定会更加的成功，我们期盼母校的明天建设的更加的美好！</w:t>
      </w:r>
      <w:r>
        <w:rPr>
          <w:lang w:eastAsia="zh-CN"/>
        </w:rPr>
        <w:br/>
      </w:r>
      <w:r>
        <w:rPr>
          <w:lang w:eastAsia="zh-CN"/>
        </w:rPr>
        <w:t>　　九、后期活动工作：</w:t>
      </w:r>
      <w:r>
        <w:rPr>
          <w:lang w:eastAsia="zh-CN"/>
        </w:rPr>
        <w:br/>
      </w:r>
      <w:r>
        <w:rPr>
          <w:lang w:eastAsia="zh-CN"/>
        </w:rPr>
        <w:t>　　1、为演员分发小礼品</w:t>
      </w:r>
      <w:r>
        <w:rPr>
          <w:lang w:eastAsia="zh-CN"/>
        </w:rPr>
        <w:br/>
      </w:r>
      <w:r>
        <w:rPr>
          <w:lang w:eastAsia="zh-CN"/>
        </w:rPr>
        <w:t>　　2、费用处理</w:t>
      </w:r>
      <w:r>
        <w:rPr>
          <w:lang w:eastAsia="zh-CN"/>
        </w:rPr>
        <w:br/>
      </w:r>
      <w:r>
        <w:rPr>
          <w:lang w:eastAsia="zh-CN"/>
        </w:rPr>
        <w:t>　　3、书面总结</w:t>
      </w:r>
      <w:r>
        <w:rPr>
          <w:lang w:eastAsia="zh-CN"/>
        </w:rPr>
        <w:br/>
      </w:r>
      <w:r>
        <w:rPr>
          <w:lang w:eastAsia="zh-CN"/>
        </w:rPr>
        <w:t>　　4、vcd制作</w:t>
      </w:r>
      <w:r>
        <w:rPr>
          <w:lang w:eastAsia="zh-CN"/>
        </w:rPr>
        <w:br/>
      </w:r>
      <w:r>
        <w:rPr>
          <w:lang w:eastAsia="zh-CN"/>
        </w:rPr>
        <w:t>　　5、网络宣传</w:t>
      </w:r>
      <w:r>
        <w:rPr>
          <w:lang w:eastAsia="zh-CN"/>
        </w:rPr>
        <w:br/>
      </w:r>
      <w:r>
        <w:rPr>
          <w:lang w:eastAsia="zh-CN"/>
        </w:rPr>
        <w:t>　　6、上传晚会录象、照片等置院网站，便于未参加晚会同学观看</w:t>
      </w:r>
      <w:r>
        <w:rPr>
          <w:lang w:eastAsia="zh-CN"/>
        </w:rPr>
        <w:br/>
      </w:r>
      <w:r>
        <w:rPr>
          <w:lang w:eastAsia="zh-CN"/>
        </w:rPr>
        <w:t>　　第三部分、工作人员和项目组</w:t>
      </w:r>
      <w:r>
        <w:rPr>
          <w:lang w:eastAsia="zh-CN"/>
        </w:rPr>
        <w:br/>
      </w:r>
      <w:r>
        <w:rPr>
          <w:lang w:eastAsia="zh-CN"/>
        </w:rPr>
        <w:t>　　一、工作人员</w:t>
      </w:r>
      <w:r>
        <w:rPr>
          <w:lang w:eastAsia="zh-CN"/>
        </w:rPr>
        <w:br/>
      </w:r>
      <w:r>
        <w:rPr>
          <w:lang w:eastAsia="zh-CN"/>
        </w:rPr>
        <w:t>　　顾问：待定</w:t>
      </w:r>
      <w:r>
        <w:rPr>
          <w:lang w:eastAsia="zh-CN"/>
        </w:rPr>
        <w:br/>
      </w:r>
      <w:r>
        <w:rPr>
          <w:lang w:eastAsia="zh-CN"/>
        </w:rPr>
        <w:t>　　统筹组：交通职业学院团委策划部</w:t>
      </w:r>
      <w:r>
        <w:rPr>
          <w:lang w:eastAsia="zh-CN"/>
        </w:rPr>
        <w:br/>
      </w:r>
      <w:r>
        <w:rPr>
          <w:lang w:eastAsia="zh-CN"/>
        </w:rPr>
        <w:t>　　二、项目组：</w:t>
      </w:r>
      <w:r>
        <w:rPr>
          <w:lang w:eastAsia="zh-CN"/>
        </w:rPr>
        <w:br/>
      </w:r>
      <w:r>
        <w:rPr>
          <w:lang w:eastAsia="zh-CN"/>
        </w:rPr>
        <w:t>　　1、第一项目组：节目组</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https://d.book118.com/466045155031010043</w:t>
        </w:r>
      </w:hyperlink>
    </w:p>
    <w:p w:rsidR="001B1F19">
      <w:pPr>
        <w:rPr>
          <w:rFonts w:hint="eastAsia"/>
          <w:lang w:eastAsia="zh-CN"/>
        </w:rPr>
      </w:pPr>
    </w:p>
    <w:sectPr>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66045155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