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初中英语教师工作总结</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t>初中英语教师工作总结1</w:t>
      </w:r>
      <w:r>
        <w:rPr>
          <w:lang w:eastAsia="zh-CN"/>
        </w:rPr>
        <w:br/>
      </w:r>
      <w:r>
        <w:rPr>
          <w:lang w:eastAsia="zh-CN"/>
        </w:rPr>
        <w:t xml:space="preserve">    回顾这学期的工作，使我感到既繁忙又充实，特别是在区教研员和校领导的指导下，我的教学思想和教学水平都得到了很大的提高，并取得了一些成绩。但也存在不足，为了使我在今后的教育教学工作中取得更大的进步。下面我将这一学期的工作总结如下： </w:t>
      </w:r>
      <w:r>
        <w:rPr>
          <w:lang w:eastAsia="zh-CN"/>
        </w:rPr>
        <w:br/>
      </w:r>
      <w:r>
        <w:rPr>
          <w:lang w:eastAsia="zh-CN"/>
        </w:rPr>
        <w:t>　　一、思想政治方面</w:t>
      </w:r>
      <w:r>
        <w:rPr>
          <w:lang w:eastAsia="zh-CN"/>
        </w:rPr>
        <w:br/>
      </w:r>
      <w:r>
        <w:rPr>
          <w:lang w:eastAsia="zh-CN"/>
        </w:rPr>
        <w:t>　　在这学期的教学工作中，我自始至终以认真、严谨的工作态度，勤恳、坚持不懈的工作精神从事英语教学。我积极响应学校的各项号召，积极参加政治学习，认真领会学习内容，以教师职业道德规范为准绳，严格要自己。在教学中，能够做到为人师表，关爱学生，帮助学生对英语学习充满学习热情和信心。初中英语教学工作总结</w:t>
      </w:r>
      <w:r>
        <w:rPr>
          <w:lang w:eastAsia="zh-CN"/>
        </w:rPr>
        <w:br/>
      </w:r>
      <w:r>
        <w:rPr>
          <w:lang w:eastAsia="zh-CN"/>
        </w:rPr>
        <w:t>　　二、业务素质方面</w:t>
      </w:r>
      <w:r>
        <w:rPr>
          <w:lang w:eastAsia="zh-CN"/>
        </w:rPr>
        <w:br/>
      </w:r>
      <w:r>
        <w:rPr>
          <w:lang w:eastAsia="zh-CN"/>
        </w:rPr>
        <w:t>　　为了适应课改的需要，我不断地钻研新的`教学理念，探索新的教学方法，不断将自己的所学运用到课堂教学之中，并积极与我校的其他英语教师研究教材、教法。</w:t>
      </w:r>
      <w:r>
        <w:rPr>
          <w:lang w:eastAsia="zh-CN"/>
        </w:rPr>
        <w:br/>
      </w:r>
      <w:r>
        <w:rPr>
          <w:lang w:eastAsia="zh-CN"/>
        </w:rPr>
        <w:t>　　三、教育教学工作方面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认真搞好备课，特别是集体备课。教学中，备课是一个必不可少，十分重要的环节，既要备教材、备学生，又要备教法。备课充分，能调动学生的积极性，上课效果就好。因此，了解和分析学生情况，有针对地教对教学成功与否至关重要至关重要。这个班在小学的英语学习基础差，远远不足，而且本班中等生占较大多数，尖子生相对较少。因此，讲得太深，就照顾不到整体，时间长了，学生的学习积极性就会欠佳。因此教学时针对不同情况，在授课时采取了不同的方法。效果就比较理想。</w:t>
      </w:r>
      <w:r>
        <w:rPr>
          <w:lang w:eastAsia="zh-CN"/>
        </w:rPr>
        <w:br/>
      </w:r>
      <w:r>
        <w:rPr>
          <w:lang w:eastAsia="zh-CN"/>
        </w:rPr>
        <w:t>　　因为英语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 第二组是肯学，但由于能力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r>
        <w:rPr>
          <w:lang w:eastAsia="zh-CN"/>
        </w:rPr>
        <w:br/>
      </w:r>
      <w:r>
        <w:rPr>
          <w:lang w:eastAsia="zh-CN"/>
        </w:rPr>
        <w:t>　　学生在学习中会不可避免的出现两极分化现象，差生面扩大，会严重影响班内的学习风气。在日常的教学中我没有忽视这一现象。为此，我制定了具体的计划和目标，利用业余时间对这部分同学进行有计划的辅导。</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在早读时，我坚持下班了解早读情况，发现问题及时纠正，课后发现学生作业问题也及时解决，及时讲清楚，让学生即时消化。另外，对部分不自觉的同学还采取背诵等方式，提高他们的语言表达能力。</w:t>
      </w:r>
      <w:r>
        <w:rPr>
          <w:lang w:eastAsia="zh-CN"/>
        </w:rPr>
        <w:br/>
      </w:r>
      <w:r>
        <w:rPr>
          <w:lang w:eastAsia="zh-CN"/>
        </w:rPr>
        <w:t>　　期中考和期末考是考察每位同学在本学期的学习成果，因此应该予以重视。考试前我带领学生进行系统的复习，考试后进行成绩的总结和分析。另外，还发现学生的语言运用能力不够强，所以以后的教学中我要加强对学生`在这方面的训练，力争让学生轻松学习，熟练掌握。而考试结果证明，适当辅导差生对班的整体发展有很大帮助。</w:t>
      </w:r>
      <w:r>
        <w:rPr>
          <w:lang w:eastAsia="zh-CN"/>
        </w:rPr>
        <w:br/>
      </w:r>
      <w:r>
        <w:rPr>
          <w:lang w:eastAsia="zh-CN"/>
        </w:rPr>
        <w:t>　　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初中英语教学工作总结</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我明白到这学期我所取得的教学成果并不是最重要的，重要的是在本学期后如何自我提高，如何提高两班学生的英语运用能力。因此，无论怎样辛苦，我都会继续努力，多问、多想，多与其他教师交流工作经验。初中英语教师工作总结2</w:t>
      </w:r>
      <w:r>
        <w:rPr>
          <w:lang w:eastAsia="zh-CN"/>
        </w:rPr>
        <w:br/>
      </w:r>
      <w:r>
        <w:rPr>
          <w:lang w:eastAsia="zh-CN"/>
        </w:rPr>
        <w:t xml:space="preserve">    本学期我担任初三两个班级的英语课，面对两个毕业班的教学情况，本人感到责任的重大，因此做了大量的工作，使部分学生的成绩有所进步。后来通过和上海共康中学及常州民族中学的老师交流中，又得知今年中考的教材与我们所教的教材不一致，本人也曾经由于压力太大而失去信心，但是看到学生们被进步起来的学习积极性和指导对我的信任，深深感到肩上责任的重大，于是工作上更加尽心尽力，首先想方设法托学生家长从河北买来河北专供的教材，认真分析，比照了和原来教材的不同之处，作好知识的归纳总结，除了课堂时间外，有时还利用中午、晚上、以及星期天的时间和学生一起作好词汇及知识点的过关工作。总之，本学期主要做了以下工作。 </w:t>
      </w:r>
      <w:r>
        <w:rPr>
          <w:lang w:eastAsia="zh-CN"/>
        </w:rPr>
        <w:br/>
      </w:r>
      <w:r>
        <w:rPr>
          <w:lang w:eastAsia="zh-CN"/>
        </w:rPr>
        <w:t>　　1、创设各种情景，鼓励学生大胆地使用英语，对他们在学习过程中的失误和错误采取宽容的态度。</w:t>
      </w:r>
      <w:r>
        <w:rPr>
          <w:lang w:eastAsia="zh-CN"/>
        </w:rPr>
        <w:br/>
      </w:r>
      <w:r>
        <w:rPr>
          <w:lang w:eastAsia="zh-CN"/>
        </w:rPr>
        <w:t>　　2、为学生提供自主学习和直接交流的时机，为学生创造了学生充分表现自我的条件。</w:t>
      </w:r>
      <w:r>
        <w:rPr>
          <w:lang w:eastAsia="zh-CN"/>
        </w:rPr>
        <w:br/>
      </w:r>
      <w:r>
        <w:rPr>
          <w:lang w:eastAsia="zh-CN"/>
        </w:rPr>
        <w:t>　　3、鼓励学生通过体验、理论、合作、探究等方式，开展听、说、读、写的综合才能。</w:t>
      </w:r>
      <w:r>
        <w:rPr>
          <w:lang w:eastAsia="zh-CN"/>
        </w:rPr>
        <w:br/>
      </w:r>
      <w:r>
        <w:rPr>
          <w:lang w:eastAsia="zh-CN"/>
        </w:rPr>
        <w:t>　　4、创造条件让学生可以探究他们自己的一些问题，并自主解决问题。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学生只有对自己、对英语及其文化有积极的情态，才能保持英语学习的动力并获得成绩，刻板的情态，不仅会影响英语学习的效果，还会影响其它开展，情态是学好英语的重要因素，因此我努力创造宽松民主、和谐的教学空间，做到：</w:t>
      </w:r>
      <w:r>
        <w:rPr>
          <w:lang w:eastAsia="zh-CN"/>
        </w:rPr>
        <w:br/>
      </w:r>
      <w:r>
        <w:rPr>
          <w:lang w:eastAsia="zh-CN"/>
        </w:rPr>
        <w:t>　　1、尊重每个学生，积极鼓励他们在学习中的尝试，保护他们的自尊心和积极性。</w:t>
      </w:r>
      <w:r>
        <w:rPr>
          <w:lang w:eastAsia="zh-CN"/>
        </w:rPr>
        <w:br/>
      </w:r>
      <w:r>
        <w:rPr>
          <w:lang w:eastAsia="zh-CN"/>
        </w:rPr>
        <w:t>　　2、把英语教学与情态有机地结合起来，创造各种合作学习的活动，促进学生互相学习，互相帮助，体验成就感，开展合作精神。</w:t>
      </w:r>
      <w:r>
        <w:rPr>
          <w:lang w:eastAsia="zh-CN"/>
        </w:rPr>
        <w:br/>
      </w:r>
      <w:r>
        <w:rPr>
          <w:lang w:eastAsia="zh-CN"/>
        </w:rPr>
        <w:t>　　3、关注学习有困难的或性格内向的学习，尽可能地为他们创造语言的时机。</w:t>
      </w:r>
      <w:r>
        <w:rPr>
          <w:lang w:eastAsia="zh-CN"/>
        </w:rPr>
        <w:br/>
      </w:r>
      <w:r>
        <w:rPr>
          <w:lang w:eastAsia="zh-CN"/>
        </w:rPr>
        <w:t>　　4、建立融洽、民主的师生交流渠道，经常和学生一起反思学习过程和学习效果，互相鼓励和帮助，做到教学相关。</w:t>
      </w:r>
      <w:r>
        <w:rPr>
          <w:lang w:eastAsia="zh-CN"/>
        </w:rPr>
        <w:br/>
      </w:r>
      <w:r>
        <w:rPr>
          <w:lang w:eastAsia="zh-CN"/>
        </w:rPr>
        <w:t>　　1、积极创造条件，让学生参与到阶段性学习目的，以及实现目的的方法。</w:t>
      </w:r>
      <w:r>
        <w:rPr>
          <w:lang w:eastAsia="zh-CN"/>
        </w:rPr>
        <w:br/>
      </w:r>
      <w:r>
        <w:rPr>
          <w:lang w:eastAsia="zh-CN"/>
        </w:rPr>
        <w:t>　　2、引导学生结合语境，采用推测、查阅和协调的方法进展学习。</w:t>
      </w:r>
      <w:r>
        <w:rPr>
          <w:lang w:eastAsia="zh-CN"/>
        </w:rPr>
        <w:br/>
      </w:r>
      <w:r>
        <w:rPr>
          <w:lang w:eastAsia="zh-CN"/>
        </w:rPr>
        <w:t>　　3、引导学生在学习过程中，进展自我评价，并根据需要调整自己的学习目的和学习策略。</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评价可以使学生认识自我，树立自信，有助于反思及调整自己的学习过程，评价或采用测验及非测验形式，平时重视形成性评价，对学生答复学习过程中的表现所改进的诚绩，及反映的情感、态度、策略某方面进展及时的评价，如有口头评价、等级评价、学生和获取信息，才能减少客观题，增加主观题，通过评价学生学会分析自己的成绩和缺乏，明确努力方向。</w:t>
      </w:r>
      <w:r>
        <w:rPr>
          <w:lang w:eastAsia="zh-CN"/>
        </w:rPr>
        <w:br/>
      </w:r>
      <w:r>
        <w:rPr>
          <w:lang w:eastAsia="zh-CN"/>
        </w:rPr>
        <w:t>　　在这学期我继续担任七年级五班，六班的英语教学。虽然自己的教龄不算短，但是教学从来不敢怠慢，认真学习英语教学理论，深化研究教法，同本组其他老师互相合作和交流，顺利完成了本学期的各项教学工作。以下是我在本学期的个人工作情况总结。 七年级是小学到初中的转型期，教学方式和教学内容都开场发生转变，所以我时刻注意学生对这种转变的适应情况，及时解决出现的问题。我努力把学习内容归类，用尽量简洁却有趣的方式教课，让学生在不知不觉中承受知识，以免学生对英语的学习产生厌烦的情绪。两个班的人数都在50人左右，要想对所有学生进展细致的辅导，这几乎是不可能的，所以我每周都会制定目的针对广泛出现的问题进展有针对性的辅导。经过一年的学习，学生们已经逐渐的适应了初中的教学形式，知识上也有了一定的进步，而且知识的运用也较好。</w:t>
      </w:r>
      <w:r>
        <w:rPr>
          <w:lang w:eastAsia="zh-CN"/>
        </w:rPr>
        <w:br/>
      </w:r>
      <w:r>
        <w:rPr>
          <w:lang w:eastAsia="zh-CN"/>
        </w:rPr>
        <w:t>　　在这一年的学习中大部分的学生都可以掌握初一应该掌握的英语知识，而且可以较为纯熟的运用，这对他们今后的`学习非常有帮助。另外，除了课本知识的学习我还注意学生良好习惯的培养，希望他们逐渐增强自制力，为学生从老师教的学习形式向自学型学习形式转换打好根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虽然学生根本上都能把所学的知识掌握，但是在知识的灵敏应用方面却仍旧存在困难。另外，部分学生对学习失去了兴趣，注意力投放在其他的地方，这不仅不利于老师的教学而且严重影响学生以后的开展，从而对学生人格的塑造产生很坏的影响，一些学生还没有完全把注意力放在自己的学习上，部分学生甚至总是游离在课堂之外，这是非常可怕的，表如今早自修，学生没有在读书，而是做一些与课堂无关的事情，课前三分钟也非常吵，安静不下来，在六班表现尤其突出。</w:t>
      </w:r>
      <w:r>
        <w:rPr>
          <w:lang w:eastAsia="zh-CN"/>
        </w:rPr>
        <w:br/>
      </w:r>
      <w:r>
        <w:rPr>
          <w:lang w:eastAsia="zh-CN"/>
        </w:rPr>
        <w:t>　　只有掌握了这一学期教学和工作中存在的问题，才能更好的进展改进，所以我常常对自己的工作进展反思，以期有更好的教学方式呈如今学生面前。经过考虑，我发现还有以下需要改进的地方：首先，对该年级教学重点不明确，从而导致有时候教学思路不明确，教学内容过多。其次，在掌握课堂方面有欠缺，不能时刻从总体上注意到学生的学习状况。最后，在教学过程中，对知识的延伸拓展做的不是很好。鉴于以上几点，在接下来的工作中我要多从学生的角度想问题真正理解学生学习的困难，帮学生解决学习中遇到的问题并让学生逐渐建立起自信，在轻松快中进一步进步学习成绩。</w:t>
      </w:r>
      <w:r>
        <w:rPr>
          <w:lang w:eastAsia="zh-CN"/>
        </w:rPr>
        <w:br/>
      </w:r>
      <w:r>
        <w:rPr>
          <w:lang w:eastAsia="zh-CN"/>
        </w:rPr>
        <w:t>　　以上就是我对本学期教学工作的总结，在这一年中我遇到了很多的困难同时也学到了很多，体验了很多的快乐，在以后的教学中我一定多学多考虑并且努力进步自己的教学程度和才能。初中英语教师工作总结3</w:t>
      </w:r>
      <w:r>
        <w:rPr>
          <w:lang w:eastAsia="zh-CN"/>
        </w:rPr>
        <w:br/>
      </w:r>
      <w:r>
        <w:rPr>
          <w:lang w:eastAsia="zh-CN"/>
        </w:rPr>
        <w:t xml:space="preserve">  </w:t>
      </w:r>
      <w:r>
        <w:rPr>
          <w:lang w:eastAsia="zh-CN"/>
        </w:rPr>
        <w:t xml:space="preserve"> </w:t>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xml:space="preserve"> 本人自年被评为中学高级教师以来，一如既往地担任英语毕业班的教学工作，有高度的责任感和积极进取精神。为人师表，按照教育教学规律培养学生，积极引导学生关心时事，关心社会，自觉实施素质教育，取得了很好的成绩。任现职以来，我始终把教学工作放在第一位，把成为一名品优的学者型教师作为自己的奋斗目标，不断鞭策自己勤奋学习，努力提高自己的理论水平，把握英语学科的最新改革趋势，了解国家基础课程改革的方向。</w:t>
      </w:r>
      <w:r>
        <w:rPr>
          <w:lang w:eastAsia="zh-CN"/>
        </w:rPr>
        <w:t xml:space="preserve"> </w:t>
      </w:r>
      <w:r>
        <w:rPr>
          <w:lang w:eastAsia="zh-CN"/>
        </w:rPr>
        <w:br/>
      </w:r>
      <w:r>
        <w:rPr>
          <w:lang w:eastAsia="zh-CN"/>
        </w:rPr>
        <w:t>　　在教育教学工作中，我力求务实、高效、创新，团结全体学生，同心同德，齐心协力，扎实基础，坚持因材施教的原则，始终把学生的“学”放在教学核心位置上，注重对学生学习方法的指导。课堂中采用加强英语基础知识训练的方法，精讲多练、训练归纳每一个语言点，使知识系统化，注意指导解题方法与技巧，抓好常规，注重兴趣和习惯的培养，采用激励机制，注重学法指导，典型事例，个别辅导，适时激励，跟踪对等方法，成功地激发和保持了学生学习英语的热情，取得了英语教学的优异成绩，在每次考试中，我班的英语成绩都名列前茅。</w:t>
      </w:r>
      <w:r>
        <w:rPr>
          <w:lang w:eastAsia="zh-CN"/>
        </w:rPr>
        <w:br/>
      </w:r>
      <w:r>
        <w:rPr>
          <w:lang w:eastAsia="zh-CN"/>
        </w:rPr>
        <w:t>　　一直以来严格要求学生，积极听课、虚心求教的同时，比较注重德育渗透和文化的灌输，比较关注时尚、热点，在学生中引发讨论，与学生探讨人文现象，尽可能了解他们的思想动态，并及时和他们沟通，动之以情，晓之以理，注重培养学生的思想品德，进行综合了解，全面分析，以身作则，树立老师的人格魅力，注重与学生家长的联系，提高社会与家长的教育功效，因此，在建设班风学风，转化差生上，取得了较好的'成绩，我还积极关心培养青年教师，和他们一起研究，交流教学的相关问题，收到极好的效果，受到了科组老师们的好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回首这一年，有风有雨有阳光，有汗有泪有欢笑，随着学校的不断进步和成长，我也在进步和成长着，我庆幸置身于了一个极利于人成长的工作环境，并得到很多领导和同事的关爱和帮助。当然，还有很多工作，我认为我自己可以做得更好，但我没有把它做到尽善尽美，常叹时间不够、精力有限，没有最好，只有更好，但求以后有更多进步和收获，今后的我将更加努力，不负这美好青春!</w:t>
      </w:r>
      <w:r>
        <w:rPr>
          <w:lang w:eastAsia="zh-CN"/>
        </w:rPr>
        <w:t xml:space="preserve"> 初中英语教师期末工作总结篇3</w:t>
      </w:r>
      <w:r>
        <w:rPr>
          <w:lang w:eastAsia="zh-CN"/>
        </w:rPr>
        <w:br/>
      </w:r>
      <w:r>
        <w:rPr>
          <w:lang w:eastAsia="zh-CN"/>
        </w:rPr>
        <w:t>　　本学期我任教七(1)、七(3)两个班级的英语教学。临近年末，我圆满地完成了本学期的工作，回顾这学期的工作，使我感到既繁忙又充实，我的教学思想和教学水平都得到了很大的提高。但也存在不足之处，现总结如下：</w:t>
      </w:r>
      <w:r>
        <w:rPr>
          <w:lang w:eastAsia="zh-CN"/>
        </w:rPr>
        <w:br/>
      </w:r>
      <w:r>
        <w:rPr>
          <w:lang w:eastAsia="zh-CN"/>
        </w:rPr>
        <w:t>　　一、思想政治方面</w:t>
      </w:r>
      <w:r>
        <w:rPr>
          <w:lang w:eastAsia="zh-CN"/>
        </w:rPr>
        <w:br/>
      </w:r>
      <w:r>
        <w:rPr>
          <w:lang w:eastAsia="zh-CN"/>
        </w:rPr>
        <w:t>　　在这学期的教学工作中，我自始至终以认真、严谨的工作态度，勤恳、坚持不懈的工作精神从事英语教学。我积极响应学校的各项号召，积极参加政治学习，认真领会学习内容，以教师职业道德规范为准绳，严格要求自己。思想积极向上，要求进步。在教学中，能够做到为人师表，关爱学生，帮助学生对英语学习充满学习热情和信心，以健康文明的形象言传身教。</w:t>
      </w:r>
      <w:r>
        <w:rPr>
          <w:lang w:eastAsia="zh-CN"/>
        </w:rPr>
        <w:br/>
      </w:r>
      <w:r>
        <w:rPr>
          <w:lang w:eastAsia="zh-CN"/>
        </w:rPr>
        <w:t>　　二、业务素质方面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我不断地钻研新的教学理念，探索新的教学方法，不断将自己的所学运用到课堂教学之中，并取得了很好的教学效果，多次在市、校做英语教学设计课，受到了一致的好评。我积极参加学校组织的业务学习和市里组织的各项英语培训，认真学习，领会其精神实质，学习先进的教学理念、教学方法。并积极与我校的其他英语教师研究教材、教法，同时，对她们在教学中感到疑惑不解的地方，我也能毫不保留地发表自己的见解，以此来共同提高业务水平。</w:t>
      </w:r>
      <w:r>
        <w:rPr>
          <w:lang w:eastAsia="zh-CN"/>
        </w:rPr>
        <w:br/>
      </w:r>
      <w:r>
        <w:rPr>
          <w:lang w:eastAsia="zh-CN"/>
        </w:rPr>
        <w:t>　　三、教育教学工作方面</w:t>
      </w:r>
      <w:r>
        <w:rPr>
          <w:lang w:eastAsia="zh-CN"/>
        </w:rPr>
        <w:br/>
      </w:r>
      <w:r>
        <w:rPr>
          <w:lang w:eastAsia="zh-CN"/>
        </w:rPr>
        <w:t>　　我认真学习，勤于专研，注重在实践中积极探索新的教学方式，潜心研究英语课堂教学，深刻领会新课改的理念，注重激发和培养学生学习英语的兴趣，自制教具，开展英语特长活动等，使学生在轻松、愉快的氛围中学习和运用语言，树立学习英语的自信心，注重形成性评价在英语教学中的运用，并能够及时总结经验，提高自己的科研水平。由于课堂教学扎实有效，形成了独特的教学风格，在开展教研活动时，我积极出课，毫不保留，由于自己不懈地努力，加之校领导的支持与帮助上。这学期，我教的学生英语学习成绩很好，在今后的工作中，我会更加努力学习，提高自身素质，严格要求自己，完善自我，以百倍的信心与努力去迎接未来的挑战。初中英语教师工作总结4</w:t>
      </w:r>
      <w:r>
        <w:rPr>
          <w:lang w:eastAsia="zh-CN"/>
        </w:rPr>
        <w:br/>
      </w:r>
      <w:r>
        <w:rPr>
          <w:lang w:eastAsia="zh-CN"/>
        </w:rPr>
        <w:t xml:space="preserve">    参加工作十二年了，今年是第一次承担毕业班的英语教学这个艰巨的任务，工作起来我可谓是小心翼翼，如履薄冰。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我之前在初一、初二、初三的教学工作中曾担负过多个版本的教学任务，包括最老的人教版，新目标和现在的仁爱版的教学，虽然之前没有教到毕业班，但是我在备课和自学的过程中我都将教材内容完整地、系统地了解和掌握。因此在工作中我积累了大量的经验和教训，这也成为了现在担任初四英语教学的重要组成部分。可以说我之前的工作是“厚积”的话，那在这一学期中我要把我所学到的内容通过我的教学反映在学生的成绩上，达到“薄发”的目的。让我很我感想的就是过去走过的路，会成为我们将来的必要准备。比如，最简单的一点，学生的笔记和单词听写的部分自从我接手，我就每个学期给学生打印出来最精准的笔记内容，在讲完课后发给学生，督促学生自学和背诵，这样的做法最大的限度减少了学生自己记笔记带来的错误和缺少，现在这样的积累显出了效果，我把知识点进行了相关的归纳，更有利于学生在短时间内提高自学。</w:t>
      </w:r>
      <w:r>
        <w:rPr>
          <w:lang w:eastAsia="zh-CN"/>
        </w:rPr>
        <w:br/>
      </w:r>
      <w:r>
        <w:rPr>
          <w:lang w:eastAsia="zh-CN"/>
        </w:rPr>
        <w:t>　　在教到初四后我统计了一下，我们仁爱课本中所有的单词数量达到了2700个，笔记中知识点的条目在1520个左右。在开学之初，我就和学生算过一笔账，当时距离中考还有300天左右。这样看起来，这些单词和知识点的背诵速度应该达到每天多少，自己要结合自己的能力掌握相关的速度，但是无论如何也不应该在中考前几天还在背这些相关内容，要有提前量。这样的话，学生在我的指导下，自行制订学习计划，调整自己的学习进度。由于某些学生的学习自主性还不够强，需要我及时的监督和检查。</w:t>
      </w:r>
      <w:r>
        <w:rPr>
          <w:lang w:eastAsia="zh-CN"/>
        </w:rPr>
        <w:br/>
      </w:r>
      <w:r>
        <w:rPr>
          <w:lang w:eastAsia="zh-CN"/>
        </w:rPr>
        <w:t>　　一、备课的准备，备课时我投入的时间较以往更多了，为了一个知识点的准确讲解我有时得上网，看各种参考书，和同事交流，这虽然付出了大量的时间，但是觉得现在这一切的付出是值得的和有必要的。但是，由于参考书的数量有限，有时我发现有时网上和书上的内容会有冲突的现象，我只好以较为准确的书上的知识为准，这其实是对我的教学水平的极大考验。相信中考中不能出这些有争议的题目，但是我们讲解时要尽心尽力。</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二、讲课的过程，我主要从中等学生入手，讲的课通俗易懂，同时我注重提示和检查英语学习较为突出的学生要结合自己的能力完成额外的练习，以提高这部分学生的答题能力。对于学困生，我做了这样的工作，学困生们当中的其它科目很好的同学不是头脑不够，而是他们没有掌握对正确的方法或某一时期学习行为上出现了偏差，为此我找到这样的同学，与他们做了耐心的沟通，讲清了英语提高成绩的可能性和要付出相当多的努力的现实，在日常</w:t>
      </w:r>
      <w:r>
        <w:rPr>
          <w:lang w:eastAsia="zh-CN"/>
        </w:rPr>
        <w:br/>
      </w:r>
      <w:r>
        <w:rPr>
          <w:lang w:eastAsia="zh-CN"/>
        </w:rPr>
        <w:t>　　教学中对他们多鼓励，少批评，让他们提验到英语成绩提高对总体名次的影响，进而更加努力地投入到英语学习当中。</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三、复习的作法，现在讲课中的内容是复习活动的第一轮，我借鉴了以往的优秀老师的复习经验，以及这届学生我是从初二接手的现实，我把初一的课文复习的速度降到很低，以好在这个过程中贯彻我的教学思想，让学生把学习内容连系起来，就像高博同学所说的，现在的知识渐渐连起来了，系统了。另外，我在讲这部分知识时，并不是只讲这一部分，我已经把中考所能涉及到的语法联系起来，为学生的今后模拟和参加中考打下基础。比如在讲到初一的数词这部分内容时，我觉得我不能只讲基数词的变化，这样做的话只有讲到初三的内容时才能将数词所涉及到的内容全部讲完，因此我把所有的有关数词的内容，如基数词，序数词，分数词，时间的表达，加减法的运算，中考知识点等内容，利用了恰当的课时讲解清楚，练习到位。对于其余的语法项目我也是用这样的方法讲解的。这样做的好处是，学习的知识点不分散，易于背诵和学生自我查找不足之处。今后复习中我的这个思路会一直坚持下来。</w:t>
      </w:r>
      <w:r>
        <w:rPr>
          <w:lang w:eastAsia="zh-CN"/>
        </w:rPr>
        <w:br/>
      </w:r>
      <w:r>
        <w:rPr>
          <w:lang w:eastAsia="zh-CN"/>
        </w:rPr>
        <w:t>　　四、练习的.容量，现在的练习内容是大概在每天一张卷子，各种类型题，学生起初接受不了，现在学生已经适应了，学生每天大概花三十分钟以内的时间就能完成相关的练习卷子。对于选择，情景交际，完形填空，阅读的恰当形式填空和判断题目我们都做了相应的复习准备，较从前的状态有了大幅度的好转，其余的几个大的考试项目我得等到寒假中或下学期再来讲解和引导学生练习提高。另外，我现在比以前做的好的一点在于头一天做完的卷子，第二天一定会讲完或核对完答案，避免核对答案晚了之后的学生遗忘现象，还给了学生必要的思考时间。这样做，学生体验到了学习的压力的同时，也体验到了学习的乐趣。因为练习中的内容是最近讲解的重点知识，学生练习就是巩固的过程和检验哪里学习不到位的过程，学生的学习信心大幅增加，产生了良性的循环。我也对学生们说，做练习遇到不会的不用怕，要从正确的角度去理解，做题不是要总做对的和会的，要从做题中找到自己不会的，把不会的统统变成会的和熟练的，自己就进步了，成长了。</w:t>
      </w:r>
      <w:r>
        <w:rPr>
          <w:lang w:eastAsia="zh-CN"/>
        </w:rPr>
        <w:br/>
      </w:r>
      <w:r>
        <w:rPr>
          <w:lang w:eastAsia="zh-CN"/>
        </w:rPr>
        <w:t>　　五、学困生培养，初四应当有不同于其它年级的学困生定义，此时的学困生就应当是其它科目很好，而唯独在英语方面不突出的学生，依据这样的思路，我在班级中选定了吴春生，魏成言，安颖三名同学来培养，他们各有不同的特点。</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吴春生一直以来就是英语不好，学习不够认真，目标不明确，进入初四后，在理科方面进步很大，但是英语仍有很大不足。现在的讲课的慢速度正好是适应他的状态的，但是他听课的认真程度远远不及他人，我必须要求他认真听讲，扎实记忆，讲清楚对他的单独的要求</w:t>
      </w:r>
      <w:r>
        <w:rPr>
          <w:lang w:eastAsia="zh-CN"/>
        </w:rPr>
        <w:br/>
      </w:r>
      <w:r>
        <w:rPr>
          <w:lang w:eastAsia="zh-CN"/>
        </w:rPr>
        <w:t>　　和他自己能做到的自我提高的方法，否则老师再用功，他不认真听课也是不能在英语方面取得提高和进步的。</w:t>
      </w:r>
      <w:r>
        <w:rPr>
          <w:lang w:eastAsia="zh-CN"/>
        </w:rPr>
        <w:br/>
      </w:r>
      <w:r>
        <w:rPr>
          <w:lang w:eastAsia="zh-CN"/>
        </w:rPr>
        <w:t>　　魏成言则是初一和初二的基础不错，对于复习相关的初一和初二英语知识很得心应手，但是初三的学习不够认真，导致落后很大。现在主要要做的是提高学习的信心，发挥聪明的头脑，加强对基础知识的提问，让他先把基础知识掌握到手，得到考试中的基础分，针对初三的内容学习不好，到时要加强这部分知识的辅导。</w:t>
      </w:r>
      <w:r>
        <w:rPr>
          <w:lang w:eastAsia="zh-CN"/>
        </w:rPr>
        <w:br/>
      </w:r>
      <w:r>
        <w:rPr>
          <w:lang w:eastAsia="zh-CN"/>
        </w:rPr>
        <w:t>　　安颖由于初三的第一个关键学期由于生病没有上学，加上之前的基础不是很好，英语方面有所脱节，但是他是这三个人中学习最认真的。只需要将初三的内容细致讲解，并加强提问，只要她能及时补上来，我相信她的成绩一定会有一个较大的突破的。</w:t>
      </w:r>
      <w:r>
        <w:rPr>
          <w:lang w:eastAsia="zh-CN"/>
        </w:rPr>
        <w:br/>
      </w:r>
      <w:r>
        <w:rPr>
          <w:lang w:eastAsia="zh-CN"/>
        </w:rPr>
        <w:t>　　针对以上三人的分析，我有的放矢地采取措施，多次举过某些学生在初四英语不好失败的例子，但也有原来在初四英语仍不好，但经过一个时期努力而英语提高后考上高中的例子，通过多种办法鼓励学生的学习信心，让他们体验到学习提高带来的快乐，从简单易懂的地方入手，逐步解决他们学习中的疑难之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六、体育特长生方面，他们中有些人曾是班级中英语特别不好的学生，但是由于身体素质和考上高中的愿望，选择了考体育特长的这条路，我主要从这样的几个方面做了一些工作，加强和他们的关系，让他们认识到英语老师并没有因为他们考体育特长而瞧不起他们，在进行体育锻炼的那些天的每个周二我上晚课的时候，我第二天早上都按时叫他们起床参加身体锻炼，并积极地陪他们跑步，我在每次陪他们跑步时都体验到他们的辛苦，这也更激发了我对他们更加投入耐心的想法，也增加了他们对我的信任。从单词和笔记方面加强提问，并采用少量多次的办法，让他们体验到背下来的快乐，现在王瑶瑶，韩婷婷的英语大幅提高，很多时候王瑶瑶的英语成绩在所有的同学当中都能占到中上等的水平，这也是她之前的实力的展现，杨洋和田甜的英语单词背诵不成问题，其他同学也都有进步。</w:t>
      </w:r>
      <w:r>
        <w:rPr>
          <w:lang w:eastAsia="zh-CN"/>
        </w:rPr>
        <w:br/>
      </w:r>
      <w:r>
        <w:rPr>
          <w:lang w:eastAsia="zh-CN"/>
        </w:rPr>
        <w:t>　　七、今后的打算，在最后的这段中考前的日子，我还要不断加强学习，要以更积极和饱满的热情投入到工作中去，反思自己教学中的不足之处，多向他人学习，提高自己的业务能力，然后沟通学生和老师之间的感情，做到让学生亲师信道，最终提高学生的中考英语成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学生的表现还不尽如人意，当中认真学习的有很多，但也有一部分同学学习不是很认真，其中有原来成绩较好的，自以为成绩还可以，基础还行，不努力的，也有看到希望不大的，觉得前途渺茫不学习的。对这样的同学，现阶段我的作法是严格要求，必须要完成相应工作，只能牵着走了，否则现阶段的基础复习结束后，进入到后期的综合复习当中这部分学生就有被别人远远落下的可能。本着对他们负责的态度加强对他们的要求，但我觉得只有自觉主动的学习了，才是他们成功的关键。所以，在这个过程中我严格要求的同时，也让他们树立起</w:t>
      </w:r>
      <w:r>
        <w:rPr>
          <w:lang w:eastAsia="zh-CN"/>
        </w:rPr>
        <w:br/>
      </w:r>
      <w:r>
        <w:rPr>
          <w:lang w:eastAsia="zh-CN"/>
        </w:rPr>
        <w:t>　　学习的信心。</w:t>
      </w:r>
      <w:r>
        <w:rPr>
          <w:lang w:eastAsia="zh-CN"/>
        </w:rPr>
        <w:br/>
      </w:r>
      <w:r>
        <w:rPr>
          <w:lang w:eastAsia="zh-CN"/>
        </w:rPr>
        <w:t>　　学生的学习方法在现阶段转变的也不是很理想，有很多人还在用初二，初三的学习方式来学习现在的英语，主要表现是还在等和靠，等老师提问，靠老师施压，老师要是没有提问到，哪怕是再重要，再简单的也不去背诵。这是十分不对的。这样的状态要是延续到高中的学习当中，对他们的学习的影响是特别大的，因为在讲课过程中我常常正反面的例子都举，鼓励他们主动地自主地开展学习。</w:t>
      </w:r>
      <w:r>
        <w:rPr>
          <w:lang w:eastAsia="zh-CN"/>
        </w:rPr>
        <w:br/>
      </w:r>
      <w:r>
        <w:rPr>
          <w:lang w:eastAsia="zh-CN"/>
        </w:rPr>
        <w:t>　　平时还担负了一些别的工作，比如，为绥棱英语国培担任辅导教师，这个事是由于进修校选中的我，他们当时参加省里国培任务的老师缺席，进修校的领导考虑到我的实际能力，与我沟通利用我的业余时间组织大家参与到国培当中，并承诺在期末时会给学校加分，我在得到校长的认可后，答应了这一份临时工作。校长对我的嘱咐我还记忆犹新，我认真地对待他的叮嘱。现在回顾我这近两个月的工作，我是完全在完成了初四教学的备课，上课，辅导和批改工作后的业余时间做的这份工作。在和其他学校的老师接触过程中体会到了他们的认真学习和积极参与学习的态度，让我体会到许多值得我学习的东西。好在这个培训即将结束，在培训中学到的知识也将成为我未来成功的基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今后，要对得起领导的信任，家长的期待，同学的前途，自己的付出，我就要努力的工作，不能误人子弟。借鉴一句老话“台上一分钟，台下十年功”，我觉得“中考虽两天，功夫练十年。”这话其实不仅是对于学生是现实的反映，对我来说我不仅是在期待成功，也在为成功一直做着必要的努力。初中英语教师工作总结5</w:t>
      </w:r>
      <w:r>
        <w:rPr>
          <w:lang w:eastAsia="zh-CN"/>
        </w:rPr>
        <w:br/>
      </w:r>
      <w:r>
        <w:rPr>
          <w:lang w:eastAsia="zh-CN"/>
        </w:rPr>
        <w:t xml:space="preserve">    本学期我担当时一(17)班和初二(16)班的英语教学。由于今年第一次跨班级带课，阅历少，时间紧，课时多，刚开头有些手忙脚乱，经过一个学期的适应和学习，如今有了很大的改观。在这过程中既有收获，也有需要改良的地方。这个学期我通过对永威中学教学的方法的学习对自己的工作也经行了转变，学习，下面我就本学期的状况经行一下总结。 </w:t>
      </w:r>
      <w:r>
        <w:rPr>
          <w:lang w:eastAsia="zh-CN"/>
        </w:rPr>
        <w:br/>
      </w:r>
      <w:r>
        <w:rPr>
          <w:lang w:eastAsia="zh-CN"/>
        </w:rPr>
        <w:t>　　一、培育英语学习爱好</w:t>
      </w:r>
      <w:r>
        <w:rPr>
          <w:lang w:eastAsia="zh-CN"/>
        </w:rPr>
        <w:br/>
      </w:r>
      <w:r>
        <w:rPr>
          <w:lang w:eastAsia="zh-CN"/>
        </w:rPr>
        <w:t>　　英语作为一门外语，对大多数同学而言，既生疏又困难。在这样一种大环境之下，要教好英语，就要让同学宠爱英语，让他们对英语产生爱好。为此，我实行了一些方法，如尽多使用多媒体设备进行教学;开展形式多样、生动活泼的课堂语言实践活动;介绍英美国家的文化，生活故事;关怀班上的同学改英文名等等。使他们了解英语、宠爱英语，从而培育了同学学习英语的爱好。鼓舞同学大胆质疑，提问，搜集自己宠爱的英语内容。目前，初一的同学对应于学习的爱好始终稳定在较高水平。而初二的同学学会了钻研，提问。</w:t>
      </w:r>
      <w:r>
        <w:rPr>
          <w:lang w:eastAsia="zh-CN"/>
        </w:rPr>
        <w:br/>
      </w:r>
      <w:r>
        <w:rPr>
          <w:lang w:eastAsia="zh-CN"/>
        </w:rPr>
        <w:t>　　二、认真备课、上课，改良教学方式、留意辅导学法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在课前认真备课，不仅要备好教材的内容，而且要备好同学，初二的同学课堂特殊爱提问题，有时侯会提出很多出乎意料的问题，那么在这种状况下，确定把课备好备认真，才会做到心中有数。教案也变成了新教案，中心重点落在学问结构框架上面，在后面还附有了一些针对性强的习题。而且还留意课堂上对同学经行德育教育。</w:t>
      </w:r>
      <w:r>
        <w:rPr>
          <w:lang w:eastAsia="zh-CN"/>
        </w:rPr>
        <w:br/>
      </w:r>
      <w:r>
        <w:rPr>
          <w:lang w:eastAsia="zh-CN"/>
        </w:rPr>
        <w:t>　　教态自然、讲课生动、难易适中、照看全部，课堂就能够吸引住同学。我每天都有主动的精神状态，让同学感受到一种主动的学习气氛。我能遵循听说领先、读写跟上的教学要求，努力加大课堂训练量，加快课堂节奏，切实提高课堂教学效率。除保证课堂效果之外，还需要让同学课外多读，多讲，多练。为此，在早读，课外活动时间，我坚持到班辅导，发觉问题准时订正。课后坚持认真批改同学作业，发觉问题准时解决。对初一部分不自觉的同学还实行强硬背诵等方式，以打好他们的初一基础。初二的同学对阅读理解有了确定的要求，那么我就利用课外活动时间搞了一个阅读理解讲解小竞赛。每天有让同学作一篇阅读理解，其次天指派一位同学对其进行讲解，然后又同学评分，排队。以此带动同学的学习爱好。</w:t>
      </w:r>
      <w:r>
        <w:rPr>
          <w:lang w:eastAsia="zh-CN"/>
        </w:rPr>
        <w:br/>
      </w:r>
      <w:r>
        <w:rPr>
          <w:lang w:eastAsia="zh-CN"/>
        </w:rPr>
        <w:t>　　课堂上在讲题的过程中，学习借鉴李素兰的合作学习的方法，让同学互助学习，同时确定要让同学明白每一题的缘由，让每一个同学能说出为什么这样选，缘由什么。像如今初一的同学也能生疏的说出动宾，介宾结构的正确用法，而且平常也能很好的得意运用。</w:t>
      </w:r>
      <w:r>
        <w:rPr>
          <w:lang w:eastAsia="zh-CN"/>
        </w:rPr>
        <w:br/>
      </w:r>
      <w:r>
        <w:rPr>
          <w:lang w:eastAsia="zh-CN"/>
        </w:rPr>
        <w:t>　　作业布置也进行分层布置，使每个层次的同学都能尝到甜头。同时使同学很好的使用纠错本，提高同学的`学习效率，有针对性的复习。</w:t>
      </w:r>
      <w:r>
        <w:rPr>
          <w:lang w:eastAsia="zh-CN"/>
        </w:rPr>
        <w:br/>
      </w:r>
      <w:r>
        <w:rPr>
          <w:lang w:eastAsia="zh-CN"/>
        </w:rPr>
        <w:t>　　三、做好“培优转差”</w:t>
      </w:r>
      <w:r>
        <w:rPr>
          <w:lang w:eastAsia="zh-CN"/>
        </w:rPr>
        <w:br/>
      </w:r>
    </w:p>
    <w:p w:rsidR="001B1F19" w14:textId="27C3F48A">
      <w:pPr>
        <w:rPr>
          <w:rFonts w:hint="eastAsia"/>
          <w:lang w:eastAsia="zh-CN"/>
        </w:rPr>
      </w:pPr>
      <w:r>
        <w:rPr>
          <w:lang w:eastAsia="zh-CN"/>
        </w:rPr>
        <w:t>　　按以往阅历，同学在英语学习进入确定阶段后，会消灭好差分化现象，尤其是人教版教材开头启用、学习难度加深以后。为此，我制定了具体的“培优转差”打算和目标，对这部分同学进行有打算的辅导。例如我把这批同学分为三个组。第一组是有确定基础，但平常懒动脑筋不学的同学，对这些同学，我实行集体辅导，给他们支配固定任务，不让他们有偷懒的机会，让他们发挥应有水平;其次组是肯学、但学习力量不强的同学。对这部分同学进行耐烦指导，多加鼓舞，渐渐提高他们的成果;第三组是纪律松散、基础不好、学习又不认真的同学。对这部分人进行课余时间个别辅导。合理支配好对初一和初二同学的辅导时间。</w:t>
      </w:r>
      <w:r>
        <w:rPr>
          <w:lang w:eastAsia="zh-CN"/>
        </w:rPr>
        <w:br/>
      </w:r>
      <w:r>
        <w:rPr>
          <w:lang w:eastAsia="zh-CN"/>
        </w:rPr>
        <w:t>　　四、搞好课堂管理，想四十五分钟要效率。</w:t>
      </w:r>
      <w:r>
        <w:rPr>
          <w:lang w:eastAsia="zh-CN"/>
        </w:rPr>
        <w:br/>
      </w:r>
      <w:r>
        <w:rPr>
          <w:lang w:eastAsia="zh-CN"/>
        </w:rPr>
        <w:t>　　这一届的初一同学比较顽皮，尤其是男生，班里消灭了很长的尾巴，课堂上好几个同学消灭不听课，而且还捣乱四周同学的现象，我尽量在课堂上引导同学，下课和他们交伴侣，对他们进行劝告，教育，让他们在课堂上认真听课，课后认真完成作业，争取初一不掉队。但是我发觉自己在课堂管理方面还是缺乏确定技巧，在今后的教学过程中我还需要连续向有阅历的老师请教，学习，争取做一名全方面进展的优秀老师。</w:t>
      </w:r>
      <w:r>
        <w:rPr>
          <w:lang w:eastAsia="zh-CN"/>
        </w:rPr>
        <w:br/>
      </w:r>
      <w:r>
        <w:rPr>
          <w:lang w:eastAsia="zh-CN"/>
        </w:rPr>
        <w:t>　　以上就是我在本学期的教学工作总结。由于阅历颇浅，很多地方存在缺乏，期望在将来的日子里，能在各位领导老师，前辈的指导下，取得更好成果。初中英语教师工作总结6</w:t>
      </w:r>
      <w:r>
        <w:rPr>
          <w:lang w:eastAsia="zh-CN"/>
        </w:rPr>
        <w:br/>
      </w:r>
      <w:r>
        <w:rPr>
          <w:lang w:eastAsia="zh-CN"/>
        </w:rPr>
        <w:t xml:space="preserve">  </w:t>
      </w:r>
      <w:r>
        <w:rPr>
          <w:lang w:eastAsia="zh-CN"/>
        </w:rPr>
        <w:t xml:space="preserve"> </w:t>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https://d.book118.com/466051142050010054</w:t>
        </w:r>
      </w:hyperlink>
    </w:p>
    <w:p w:rsidR="001B1F19">
      <w:pPr>
        <w:rPr>
          <w:rFonts w:hint="eastAsia"/>
          <w:lang w:eastAsia="zh-CN"/>
        </w:rPr>
      </w:pPr>
    </w:p>
    <w:sectPr>
      <w:type w:val="nextPage"/>
      <w:pgSz w:w="11906" w:h="16838"/>
      <w:pgMar w:top="1440" w:right="1800" w:bottom="1440" w:left="1800" w:header="851" w:footer="992" w:gutter="0"/>
      <w:pgNumType w:start="1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6605114205001005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