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班级活动的策划书（30篇）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班级活动的策划书（精选30篇）</w:t>
      </w:r>
      <w:r>
        <w:rPr>
          <w:lang w:eastAsia="zh-CN"/>
        </w:rPr>
        <w:br/>
      </w:r>
      <w:r>
        <w:rPr>
          <w:lang w:eastAsia="zh-CN"/>
        </w:rPr>
        <w:t xml:space="preserve">    班级活动的策划书 篇1 </w:t>
      </w:r>
      <w:r>
        <w:rPr>
          <w:lang w:eastAsia="zh-CN"/>
        </w:rPr>
        <w:br/>
      </w:r>
      <w:r>
        <w:rPr>
          <w:lang w:eastAsia="zh-CN"/>
        </w:rPr>
        <w:t>　　活动主题：第一届班级风采秀活动</w:t>
      </w:r>
      <w:r>
        <w:rPr>
          <w:lang w:eastAsia="zh-CN"/>
        </w:rPr>
        <w:br/>
      </w:r>
      <w:r>
        <w:rPr>
          <w:lang w:eastAsia="zh-CN"/>
        </w:rPr>
        <w:t>　　一，活动目的：通过举办班级风采秀，更好的展现各个班级的特色风采，调动广大同学们的积极性，进一步的增强班级凝聚力，凸显班级这个整体在同学心目中的地位，领略不一样的班级风貌。</w:t>
      </w:r>
      <w:r>
        <w:rPr>
          <w:lang w:eastAsia="zh-CN"/>
        </w:rPr>
        <w:br/>
      </w:r>
      <w:r>
        <w:rPr>
          <w:lang w:eastAsia="zh-CN"/>
        </w:rPr>
        <w:t>　　二，活动对象：11级全体同学</w:t>
      </w:r>
      <w:r>
        <w:rPr>
          <w:lang w:eastAsia="zh-CN"/>
        </w:rPr>
        <w:br/>
      </w:r>
      <w:r>
        <w:rPr>
          <w:lang w:eastAsia="zh-CN"/>
        </w:rPr>
        <w:t>　　三，活动成员：卫生部，自律部，女生部</w:t>
      </w:r>
      <w:r>
        <w:rPr>
          <w:lang w:eastAsia="zh-CN"/>
        </w:rPr>
        <w:br/>
      </w:r>
      <w:r>
        <w:rPr>
          <w:lang w:eastAsia="zh-CN"/>
        </w:rPr>
        <w:t>　　四，活动时间：室外比赛：5月的第三个周末。室内比赛：6月5日</w:t>
      </w:r>
      <w:r>
        <w:rPr>
          <w:lang w:eastAsia="zh-CN"/>
        </w:rPr>
        <w:br/>
      </w:r>
      <w:r>
        <w:rPr>
          <w:lang w:eastAsia="zh-CN"/>
        </w:rPr>
        <w:t>　　五，活动地点：C101</w:t>
      </w:r>
      <w:r>
        <w:rPr>
          <w:lang w:eastAsia="zh-CN"/>
        </w:rPr>
        <w:br/>
      </w:r>
      <w:r>
        <w:rPr>
          <w:lang w:eastAsia="zh-CN"/>
        </w:rPr>
        <w:t>　　六，参赛方式：以班级为单位组队参加</w:t>
      </w:r>
      <w:r>
        <w:rPr>
          <w:lang w:eastAsia="zh-CN"/>
        </w:rPr>
        <w:br/>
      </w:r>
      <w:r>
        <w:rPr>
          <w:lang w:eastAsia="zh-CN"/>
        </w:rPr>
        <w:t>　　七，活动内容策划：本次活动分为室内和室外两部分，室内比赛定于6月1日在C101报告厅内现场进行比赛，室外比赛定于五月第三个周末在小足球场进行户外拓展训练。两部分分别计算每队得分，最终两部分得分相加即为每队最终得分。最后根据各班得分，在室内比赛的最后进行现场颁奖。</w:t>
      </w:r>
      <w:r>
        <w:rPr>
          <w:lang w:eastAsia="zh-CN"/>
        </w:rPr>
        <w:br/>
      </w:r>
      <w:r>
        <w:rPr>
          <w:lang w:eastAsia="zh-CN"/>
        </w:rPr>
        <w:t>　　1室外部分(30分)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班级风采展——室外部分由三个活动构成，分别是坐地起身、解手链、最炫校园风，每个项目总分值一样，评分标准一样。为了后期视频效果，活动进行之前先抽签将9个班分成3组，每组再进行组内抽签，决定每班进行的项目。由此，每项目会有三个班参与，参与过程中，我们会记录每个班的完成时间，然后按照同一标准进行评分。这样使得各班的项目有所不同，增加了活动的观赏性。</w:t>
      </w:r>
      <w:r>
        <w:rPr>
          <w:lang w:eastAsia="zh-CN"/>
        </w:rPr>
        <w:br/>
      </w:r>
      <w:r>
        <w:rPr>
          <w:lang w:eastAsia="zh-CN"/>
        </w:rPr>
        <w:t>　　下面是对各个活动的详细说明。</w:t>
      </w:r>
      <w:r>
        <w:rPr>
          <w:lang w:eastAsia="zh-CN"/>
        </w:rPr>
        <w:br/>
      </w:r>
      <w:r>
        <w:rPr>
          <w:lang w:eastAsia="zh-CN"/>
        </w:rPr>
        <w:t>　　坐地起身</w:t>
      </w:r>
      <w:r>
        <w:rPr>
          <w:lang w:eastAsia="zh-CN"/>
        </w:rPr>
        <w:br/>
      </w:r>
      <w:r>
        <w:rPr>
          <w:lang w:eastAsia="zh-CN"/>
        </w:rPr>
        <w:t>　　场地要求：空旷的场地一块</w:t>
      </w:r>
      <w:r>
        <w:rPr>
          <w:lang w:eastAsia="zh-CN"/>
        </w:rPr>
        <w:br/>
      </w:r>
      <w:r>
        <w:rPr>
          <w:lang w:eastAsia="zh-CN"/>
        </w:rPr>
        <w:t>　　道具要求：无需其他道具</w:t>
      </w:r>
      <w:r>
        <w:rPr>
          <w:lang w:eastAsia="zh-CN"/>
        </w:rPr>
        <w:br/>
      </w:r>
      <w:r>
        <w:rPr>
          <w:lang w:eastAsia="zh-CN"/>
        </w:rPr>
        <w:t>　　活动规则:</w:t>
      </w:r>
      <w:r>
        <w:rPr>
          <w:lang w:eastAsia="zh-CN"/>
        </w:rPr>
        <w:br/>
      </w:r>
      <w:r>
        <w:rPr>
          <w:lang w:eastAsia="zh-CN"/>
        </w:rPr>
        <w:t>　　1.9个班级赛前通过抽签分成三组，从第一组开始比赛。每班派10名同学参加。</w:t>
      </w:r>
      <w:r>
        <w:rPr>
          <w:lang w:eastAsia="zh-CN"/>
        </w:rPr>
        <w:br/>
      </w:r>
      <w:r>
        <w:rPr>
          <w:lang w:eastAsia="zh-CN"/>
        </w:rPr>
        <w:t>　　2.参赛班级首先派两人一组，背对背，手挽手坐在地上，在不用手撑地的情况下同时站起来。</w:t>
      </w:r>
      <w:r>
        <w:rPr>
          <w:lang w:eastAsia="zh-CN"/>
        </w:rPr>
        <w:br/>
      </w:r>
      <w:r>
        <w:rPr>
          <w:lang w:eastAsia="zh-CN"/>
        </w:rPr>
        <w:t>　　3.然后增加两人，四个人围成一圈，背对背手挽手坐在地上，不用手撑地同时站起来。</w:t>
      </w:r>
      <w:r>
        <w:rPr>
          <w:lang w:eastAsia="zh-CN"/>
        </w:rPr>
        <w:br/>
      </w:r>
      <w:r>
        <w:rPr>
          <w:lang w:eastAsia="zh-CN"/>
        </w:rPr>
        <w:t>　　4.随后一次增加人数，每次增加两人，直至10人为止。</w:t>
      </w:r>
      <w:r>
        <w:rPr>
          <w:lang w:eastAsia="zh-CN"/>
        </w:rPr>
        <w:br/>
      </w:r>
      <w:r>
        <w:rPr>
          <w:lang w:eastAsia="zh-CN"/>
        </w:rPr>
        <w:t>　　要求：</w:t>
      </w:r>
      <w:r>
        <w:rPr>
          <w:lang w:eastAsia="zh-CN"/>
        </w:rPr>
        <w:br/>
      </w:r>
      <w:r>
        <w:rPr>
          <w:lang w:eastAsia="zh-CN"/>
        </w:rPr>
        <w:t>　　1.每个班最多有30分钟时间来完成这个活动，用时越短(或相同时间内增加人数越多)得分越高。</w:t>
      </w:r>
      <w:r>
        <w:rPr>
          <w:lang w:eastAsia="zh-CN"/>
        </w:rPr>
        <w:br/>
      </w:r>
      <w:r>
        <w:rPr>
          <w:lang w:eastAsia="zh-CN"/>
        </w:rPr>
        <w:t>　　成绩记录：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统计并记录各班比赛用时，根据用时分为三个阶梯，用时最少的阶梯的三个班每班得30分;中间阶梯每班25分;第三阶梯每班20分。</w:t>
      </w:r>
      <w:r>
        <w:rPr>
          <w:lang w:eastAsia="zh-CN"/>
        </w:rPr>
        <w:br/>
      </w:r>
      <w:r>
        <w:rPr>
          <w:lang w:eastAsia="zh-CN"/>
        </w:rPr>
        <w:t>　　解手链</w:t>
      </w:r>
      <w:r>
        <w:rPr>
          <w:lang w:eastAsia="zh-CN"/>
        </w:rPr>
        <w:br/>
      </w:r>
      <w:r>
        <w:rPr>
          <w:lang w:eastAsia="zh-CN"/>
        </w:rPr>
        <w:t>　　活动场地：足球场</w:t>
      </w:r>
      <w:r>
        <w:rPr>
          <w:lang w:eastAsia="zh-CN"/>
        </w:rPr>
        <w:br/>
      </w:r>
      <w:r>
        <w:rPr>
          <w:lang w:eastAsia="zh-CN"/>
        </w:rPr>
        <w:t>　　道具要求：无</w:t>
      </w:r>
      <w:r>
        <w:rPr>
          <w:lang w:eastAsia="zh-CN"/>
        </w:rPr>
        <w:br/>
      </w:r>
      <w:r>
        <w:rPr>
          <w:lang w:eastAsia="zh-CN"/>
        </w:rPr>
        <w:t>　　活动规则：</w:t>
      </w:r>
      <w:r>
        <w:rPr>
          <w:lang w:eastAsia="zh-CN"/>
        </w:rPr>
        <w:br/>
      </w:r>
      <w:r>
        <w:rPr>
          <w:lang w:eastAsia="zh-CN"/>
        </w:rPr>
        <w:t>　　1、每班选出10名同学，站成一个圆形区域。</w:t>
      </w:r>
      <w:r>
        <w:rPr>
          <w:lang w:eastAsia="zh-CN"/>
        </w:rPr>
        <w:br/>
      </w:r>
      <w:r>
        <w:rPr>
          <w:lang w:eastAsia="zh-CN"/>
        </w:rPr>
        <w:t>　　2、从一名同学开始，使他的右手握住对面同学的手，左手握住另外一个同学的手，依次类推，直到10个同学的手都彼此相握。</w:t>
      </w:r>
      <w:r>
        <w:rPr>
          <w:lang w:eastAsia="zh-CN"/>
        </w:rPr>
        <w:br/>
      </w:r>
      <w:r>
        <w:rPr>
          <w:lang w:eastAsia="zh-CN"/>
        </w:rPr>
        <w:t>　　3、要求同学们再不松开手的情况下，把“手链”解开，呈现出一个圆形。</w:t>
      </w:r>
      <w:r>
        <w:rPr>
          <w:lang w:eastAsia="zh-CN"/>
        </w:rPr>
        <w:br/>
      </w:r>
      <w:r>
        <w:rPr>
          <w:lang w:eastAsia="zh-CN"/>
        </w:rPr>
        <w:t>　　要求：每班有最多30分钟完成这个活动，用时越短，得分越高。</w:t>
      </w:r>
      <w:r>
        <w:rPr>
          <w:lang w:eastAsia="zh-CN"/>
        </w:rPr>
        <w:br/>
      </w:r>
      <w:r>
        <w:rPr>
          <w:lang w:eastAsia="zh-CN"/>
        </w:rPr>
        <w:t>　　成绩记录：</w:t>
      </w:r>
      <w:r>
        <w:rPr>
          <w:lang w:eastAsia="zh-CN"/>
        </w:rPr>
        <w:br/>
      </w:r>
      <w:r>
        <w:rPr>
          <w:lang w:eastAsia="zh-CN"/>
        </w:rPr>
        <w:t>　　统计并记录各班比赛用时，根据用时分为三个阶梯，用时最少的阶梯的三个班每班得30分;中间阶梯每班25分;第三阶梯每班20分。</w:t>
      </w:r>
      <w:r>
        <w:rPr>
          <w:lang w:eastAsia="zh-CN"/>
        </w:rPr>
        <w:br/>
      </w:r>
      <w:r>
        <w:rPr>
          <w:lang w:eastAsia="zh-CN"/>
        </w:rPr>
        <w:t>　　最炫校园风</w:t>
      </w:r>
      <w:r>
        <w:rPr>
          <w:lang w:eastAsia="zh-CN"/>
        </w:rPr>
        <w:br/>
      </w:r>
      <w:r>
        <w:rPr>
          <w:lang w:eastAsia="zh-CN"/>
        </w:rPr>
        <w:t>　　1、活动形式：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9个班级赛前通过抽签分成三组进行比赛，每组的照片是相同的。每组同学于同一地点开始，通过手中的照片提示，找到该照片在校园中的位置然后到达，工作人员在该地等候，等待选手的到达后，在指定的照片背面做上标记后，队员们可继续进行下一幅照片的寻找。三组出发地点相同，中间均经过3个不同的候选地点，终点均为小足球场。在起点处给A、B、C三个班级分别发放1、2、3号照片，在三个队的下一个到达地点由工作人员分别给他们发放2、3、1号照片，在三个队的下一个到达地点由工作人员分别给他们发放3、1、2号照片，最后，三队再次回到小足球场。</w:t>
      </w:r>
      <w:r>
        <w:rPr>
          <w:lang w:eastAsia="zh-CN"/>
        </w:rPr>
        <w:br/>
      </w:r>
      <w:r>
        <w:rPr>
          <w:lang w:eastAsia="zh-CN"/>
        </w:rPr>
        <w:t>　　2、成绩记录：</w:t>
      </w:r>
      <w:r>
        <w:rPr>
          <w:lang w:eastAsia="zh-CN"/>
        </w:rPr>
        <w:br/>
      </w:r>
      <w:r>
        <w:rPr>
          <w:lang w:eastAsia="zh-CN"/>
        </w:rPr>
        <w:t>　　比赛按照时间积分，从比赛开始正式开始计时，到最后一名同学到达终点为止终止计时。并由工作人员核查照片标记，保证比赛的公平性。</w:t>
      </w:r>
      <w:r>
        <w:rPr>
          <w:lang w:eastAsia="zh-CN"/>
        </w:rPr>
        <w:br/>
      </w:r>
      <w:r>
        <w:rPr>
          <w:lang w:eastAsia="zh-CN"/>
        </w:rPr>
        <w:t>　　3、比赛记录：</w:t>
      </w:r>
      <w:r>
        <w:rPr>
          <w:lang w:eastAsia="zh-CN"/>
        </w:rPr>
        <w:br/>
      </w:r>
      <w:r>
        <w:rPr>
          <w:lang w:eastAsia="zh-CN"/>
        </w:rPr>
        <w:t>　　由于是户外活动，需要自律部及卫生部成员进行当场的录制工作，后期做出视频。计划于起点和终点设置DV拍摄选手们冲刺以及赛后感想，比赛过程中设置一名工作人员进行照片的跟拍以收集素材。最后整理好户外比赛素材，由科技部制作户外比赛视频，于室内比赛开始阶段现场播放，简单介绍整体活动。</w:t>
      </w:r>
      <w:r>
        <w:rPr>
          <w:lang w:eastAsia="zh-CN"/>
        </w:rPr>
        <w:br/>
      </w:r>
      <w:r>
        <w:rPr>
          <w:lang w:eastAsia="zh-CN"/>
        </w:rPr>
        <w:t>　　4、活动细则：</w:t>
      </w:r>
      <w:r>
        <w:rPr>
          <w:lang w:eastAsia="zh-CN"/>
        </w:rPr>
        <w:br/>
      </w:r>
      <w:r>
        <w:rPr>
          <w:lang w:eastAsia="zh-CN"/>
        </w:rPr>
        <w:t>　　a)全部选手必须徒步进行比赛</w:t>
      </w:r>
      <w:r>
        <w:rPr>
          <w:lang w:eastAsia="zh-CN"/>
        </w:rPr>
        <w:br/>
      </w:r>
      <w:r>
        <w:rPr>
          <w:lang w:eastAsia="zh-CN"/>
        </w:rPr>
        <w:t>　　b)每队队员数量为4人，其中至少有一名女生。比赛之前，由各班负责人报上队员名字。</w:t>
      </w:r>
      <w:r>
        <w:rPr>
          <w:lang w:eastAsia="zh-CN"/>
        </w:rPr>
        <w:br/>
      </w:r>
      <w:r>
        <w:rPr>
          <w:lang w:eastAsia="zh-CN"/>
        </w:rPr>
        <w:t>　　c)选手不得求助于现场工作人员，如有发现成绩无效。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d)每队必须全部成员到达指定地点之后，工作人员才会发放下一地点的照片。</w:t>
      </w:r>
      <w:r>
        <w:rPr>
          <w:lang w:eastAsia="zh-CN"/>
        </w:rPr>
        <w:br/>
      </w:r>
      <w:r>
        <w:rPr>
          <w:lang w:eastAsia="zh-CN"/>
        </w:rPr>
        <w:t>　　e)每队最后一名成员到达终点后，计时才停止。</w:t>
      </w:r>
      <w:r>
        <w:rPr>
          <w:lang w:eastAsia="zh-CN"/>
        </w:rPr>
        <w:br/>
      </w:r>
      <w:r>
        <w:rPr>
          <w:lang w:eastAsia="zh-CN"/>
        </w:rPr>
        <w:t>　　5、前期准备：</w:t>
      </w:r>
      <w:r>
        <w:rPr>
          <w:lang w:eastAsia="zh-CN"/>
        </w:rPr>
        <w:br/>
      </w:r>
      <w:r>
        <w:rPr>
          <w:lang w:eastAsia="zh-CN"/>
        </w:rPr>
        <w:t>　　a)正式比赛开始之前，安排各个班级负责人开会，现场抽签决定比赛顺序和分组。</w:t>
      </w:r>
      <w:r>
        <w:rPr>
          <w:lang w:eastAsia="zh-CN"/>
        </w:rPr>
        <w:br/>
      </w:r>
      <w:r>
        <w:rPr>
          <w:lang w:eastAsia="zh-CN"/>
        </w:rPr>
        <w:t>　　b)由工作人员事先考察路径，为每个班级制定不同的路径方案，但会保证每组的比赛距离大致相当。</w:t>
      </w:r>
      <w:r>
        <w:rPr>
          <w:lang w:eastAsia="zh-CN"/>
        </w:rPr>
        <w:br/>
      </w:r>
      <w:r>
        <w:rPr>
          <w:lang w:eastAsia="zh-CN"/>
        </w:rPr>
        <w:t>　　c)赛前安排工作人员的现场任务，负责各个地点记录的同学需提前到场等候同学，每个地点安排两名工作人员负责发放照片</w:t>
      </w:r>
      <w:r>
        <w:rPr>
          <w:lang w:eastAsia="zh-CN"/>
        </w:rPr>
        <w:br/>
      </w:r>
      <w:r>
        <w:rPr>
          <w:lang w:eastAsia="zh-CN"/>
        </w:rPr>
        <w:t>　　d)联系宣传部进行前期宣传，联系信息部进行现场的信息采集。</w:t>
      </w:r>
      <w:r>
        <w:rPr>
          <w:lang w:eastAsia="zh-CN"/>
        </w:rPr>
        <w:br/>
      </w:r>
      <w:r>
        <w:rPr>
          <w:lang w:eastAsia="zh-CN"/>
        </w:rPr>
        <w:t>　　6、评分标准：</w:t>
      </w:r>
      <w:r>
        <w:rPr>
          <w:lang w:eastAsia="zh-CN"/>
        </w:rPr>
        <w:br/>
      </w:r>
      <w:r>
        <w:rPr>
          <w:lang w:eastAsia="zh-CN"/>
        </w:rPr>
        <w:t>　　每组第一名得30分，第二名25分，第三名20分</w:t>
      </w:r>
      <w:r>
        <w:rPr>
          <w:lang w:eastAsia="zh-CN"/>
        </w:rPr>
        <w:br/>
      </w:r>
      <w:r>
        <w:rPr>
          <w:lang w:eastAsia="zh-CN"/>
        </w:rPr>
        <w:t>　　2，室内比赛部分(90分)</w:t>
      </w:r>
      <w:r>
        <w:rPr>
          <w:lang w:eastAsia="zh-CN"/>
        </w:rPr>
        <w:br/>
      </w:r>
      <w:r>
        <w:rPr>
          <w:lang w:eastAsia="zh-CN"/>
        </w:rPr>
        <w:t>　　室内比赛共分为3个阶段：</w:t>
      </w:r>
      <w:r>
        <w:rPr>
          <w:lang w:eastAsia="zh-CN"/>
        </w:rPr>
        <w:br/>
      </w:r>
      <w:r>
        <w:rPr>
          <w:lang w:eastAsia="zh-CN"/>
        </w:rPr>
        <w:t>　　第一阶段：播放室外比赛视频，让同学们了解一下前期比赛的精彩内容。(时间为5分钟)。</w:t>
      </w:r>
      <w:r>
        <w:rPr>
          <w:lang w:eastAsia="zh-CN"/>
        </w:rPr>
        <w:br/>
      </w:r>
      <w:r>
        <w:rPr>
          <w:lang w:eastAsia="zh-CN"/>
        </w:rPr>
        <w:t>　　第二阶段：班级风采秀(50分)</w:t>
      </w:r>
      <w:r>
        <w:rPr>
          <w:lang w:eastAsia="zh-CN"/>
        </w:rPr>
        <w:br/>
      </w:r>
      <w:r>
        <w:rPr>
          <w:lang w:eastAsia="zh-CN"/>
        </w:rPr>
        <w:t>　　活动规则：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本环节将由各个班级出一个节目，节目形式不限，要求能够贴近大学生活，较好的展现班级特色魅力，体现班级风采，鼓励创新性节目。节目时间限制在10分钟之内。(要求节目中能够介绍自己班级的情况和特色，可以加入视频，ppt或者现场介绍等形式，鼓励更多的同学能参与进去)</w:t>
      </w:r>
      <w:r>
        <w:rPr>
          <w:lang w:eastAsia="zh-CN"/>
        </w:rPr>
        <w:br/>
      </w:r>
      <w:r>
        <w:rPr>
          <w:lang w:eastAsia="zh-CN"/>
        </w:rPr>
        <w:t>　　评分细则：</w:t>
      </w:r>
      <w:r>
        <w:rPr>
          <w:lang w:eastAsia="zh-CN"/>
        </w:rPr>
        <w:br/>
      </w:r>
      <w:r>
        <w:rPr>
          <w:lang w:eastAsia="zh-CN"/>
        </w:rPr>
        <w:t>　　评委团将根据现场的舞台效果(20分)，与班级情况的贴近程度(10分)，节目新颖性(10分)与现场的互动情况(10分)等进行评分，满分50分，最后取平均分。并在本环节结束后公布各个班级的得分情况。</w:t>
      </w:r>
      <w:r>
        <w:rPr>
          <w:lang w:eastAsia="zh-CN"/>
        </w:rPr>
        <w:br/>
      </w:r>
      <w:r>
        <w:rPr>
          <w:lang w:eastAsia="zh-CN"/>
        </w:rPr>
        <w:t>　　串场小游戏1(CALLME)</w:t>
      </w:r>
      <w:r>
        <w:rPr>
          <w:lang w:eastAsia="zh-CN"/>
        </w:rPr>
        <w:br/>
      </w:r>
      <w:r>
        <w:rPr>
          <w:lang w:eastAsia="zh-CN"/>
        </w:rPr>
        <w:t>　　游戏规则：抽取主席团其中一位的电话号码投影在屏幕上，台下观众用自己的电话拨打屏幕上的电话号码，第一个打通的同学即为幸运者，会得到相应的`礼品。但是在拿到礼品之前必须和上述的主席共同进行一段现场表演，如果没有可展示的，可以从提前准备的备选表演方案中，随机抽取一个，表演完之后即可拿着相应的礼品回到观众席当中。</w:t>
      </w:r>
      <w:r>
        <w:rPr>
          <w:lang w:eastAsia="zh-CN"/>
        </w:rPr>
        <w:br/>
      </w:r>
      <w:r>
        <w:rPr>
          <w:lang w:eastAsia="zh-CN"/>
        </w:rPr>
        <w:t>　　第三阶段：化敌为友(30分)</w:t>
      </w:r>
      <w:r>
        <w:rPr>
          <w:lang w:eastAsia="zh-CN"/>
        </w:rPr>
        <w:br/>
      </w:r>
      <w:r>
        <w:rPr>
          <w:lang w:eastAsia="zh-CN"/>
        </w:rPr>
        <w:t>　　活动规则：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本环节按照户外比赛分组进行，昔日的户外对手将变为场上的队友，共同争取最终的荣誉。具体规则如下：每组3个班级共3组进行比赛，每组3人，每班选派一名队员。参赛选手背对大屏幕，在大屏幕上显示出选手要回答的题目，选手手中持绳跳绳，同时主持人快速读题。选手听完题进行回答，回答的同时大屏幕显示正确答案，回答正确将继续跳绳回答下一问题，回答错误则换第二个同学跳绳回答下一问题。主持人仅在跳绳的同时读题，且保持紧张气氛。每组限时3分钟。</w:t>
      </w:r>
      <w:r>
        <w:rPr>
          <w:lang w:eastAsia="zh-CN"/>
        </w:rPr>
        <w:br/>
      </w:r>
      <w:r>
        <w:rPr>
          <w:lang w:eastAsia="zh-CN"/>
        </w:rPr>
        <w:t>　　评分细则：</w:t>
      </w:r>
      <w:r>
        <w:rPr>
          <w:lang w:eastAsia="zh-CN"/>
        </w:rPr>
        <w:br/>
      </w:r>
      <w:r>
        <w:rPr>
          <w:lang w:eastAsia="zh-CN"/>
        </w:rPr>
        <w:t>　　每回答对一题加3分，上限30分，答错不扣分。</w:t>
      </w:r>
      <w:r>
        <w:rPr>
          <w:lang w:eastAsia="zh-CN"/>
        </w:rPr>
        <w:br/>
      </w:r>
      <w:r>
        <w:rPr>
          <w:lang w:eastAsia="zh-CN"/>
        </w:rPr>
        <w:t>　　现场气氛得分(共10分)</w:t>
      </w:r>
      <w:r>
        <w:rPr>
          <w:lang w:eastAsia="zh-CN"/>
        </w:rPr>
        <w:br/>
      </w:r>
      <w:r>
        <w:rPr>
          <w:lang w:eastAsia="zh-CN"/>
        </w:rPr>
        <w:t>　　自律部同学根据现场各个班级的气氛，各班衣服的统一程度，参与人数进行综合打分，共10分。最终汇总到综合得分中。</w:t>
      </w:r>
      <w:r>
        <w:rPr>
          <w:lang w:eastAsia="zh-CN"/>
        </w:rPr>
        <w:br/>
      </w:r>
      <w:r>
        <w:rPr>
          <w:lang w:eastAsia="zh-CN"/>
        </w:rPr>
        <w:t>　　八，获奖情况：本次活动共选出一等奖一名，二等奖两名，三等奖三名，优秀奖三名。</w:t>
      </w:r>
      <w:r>
        <w:rPr>
          <w:lang w:eastAsia="zh-CN"/>
        </w:rPr>
        <w:br/>
      </w:r>
      <w:r>
        <w:rPr>
          <w:lang w:eastAsia="zh-CN"/>
        </w:rPr>
        <w:t>　　九，前期准备阶段：</w:t>
      </w:r>
      <w:r>
        <w:rPr>
          <w:lang w:eastAsia="zh-CN"/>
        </w:rPr>
        <w:br/>
      </w:r>
      <w:r>
        <w:rPr>
          <w:lang w:eastAsia="zh-CN"/>
        </w:rPr>
        <w:t>　　1)正式活动开始之前，将大一各班的班长，团支书叫到会议室进行现场动员，鼓励他们积极参加，并进行比赛抽签。</w:t>
      </w:r>
      <w:r>
        <w:rPr>
          <w:lang w:eastAsia="zh-CN"/>
        </w:rPr>
        <w:br/>
      </w:r>
      <w:r>
        <w:rPr>
          <w:lang w:eastAsia="zh-CN"/>
        </w:rPr>
        <w:t>　　2)前期联系宣传部进行海报的制作，进行前期的宣传。</w:t>
      </w:r>
      <w:r>
        <w:rPr>
          <w:lang w:eastAsia="zh-CN"/>
        </w:rPr>
        <w:br/>
      </w:r>
      <w:r>
        <w:rPr>
          <w:lang w:eastAsia="zh-CN"/>
        </w:rPr>
        <w:t>　　3)提前申请报告厅，核实比赛时间</w:t>
      </w:r>
      <w:r>
        <w:rPr>
          <w:lang w:eastAsia="zh-CN"/>
        </w:rPr>
        <w:br/>
      </w:r>
      <w:r>
        <w:rPr>
          <w:lang w:eastAsia="zh-CN"/>
        </w:rPr>
        <w:t>　　4)提前在会议室审核一遍节目。</w:t>
      </w:r>
      <w:r>
        <w:rPr>
          <w:lang w:eastAsia="zh-CN"/>
        </w:rPr>
        <w:br/>
      </w:r>
      <w:r>
        <w:rPr>
          <w:lang w:eastAsia="zh-CN"/>
        </w:rPr>
        <w:t>　　5)联系科技部进行现场的仪器调试</w:t>
      </w:r>
      <w:r>
        <w:rPr>
          <w:lang w:eastAsia="zh-CN"/>
        </w:rPr>
        <w:br/>
      </w:r>
      <w:r>
        <w:rPr>
          <w:lang w:eastAsia="zh-CN"/>
        </w:rPr>
        <w:t>　　6)跟文艺部请教现场的情况处理(现场的叫场，每环节的得分公示，中间环节的衔接)</w:t>
      </w:r>
      <w:r>
        <w:rPr>
          <w:lang w:eastAsia="zh-CN"/>
        </w:rPr>
        <w:br/>
      </w:r>
      <w:r>
        <w:rPr>
          <w:lang w:eastAsia="zh-CN"/>
        </w:rPr>
        <w:t>　　7)前期联系信息部，进行现场的信息采集和拍摄。</w:t>
      </w:r>
      <w:r>
        <w:rPr>
          <w:lang w:eastAsia="zh-CN"/>
        </w:rPr>
        <w:br/>
      </w:r>
      <w:r>
        <w:rPr>
          <w:lang w:eastAsia="zh-CN"/>
        </w:rPr>
        <w:t>　　8)活动所需物品：拉花，气球，奖状，礼品(大本子)，棒棒糖，花束。</w:t>
      </w:r>
      <w:r>
        <w:rPr>
          <w:lang w:eastAsia="zh-CN"/>
        </w:rPr>
        <w:br/>
      </w:r>
      <w:r>
        <w:rPr>
          <w:lang w:eastAsia="zh-CN"/>
        </w:rPr>
        <w:t xml:space="preserve">    班级活动的策划书 篇2 </w:t>
      </w:r>
      <w:r>
        <w:rPr>
          <w:lang w:eastAsia="zh-CN"/>
        </w:rPr>
        <w:br/>
      </w:r>
      <w:r>
        <w:rPr>
          <w:lang w:eastAsia="zh-CN"/>
        </w:rPr>
        <w:t>　　一、活动主题：数学与计算科学系首届班级接力赛</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二、活动目的：</w:t>
      </w:r>
      <w:r>
        <w:rPr>
          <w:lang w:eastAsia="zh-CN"/>
        </w:rPr>
        <w:br/>
      </w:r>
      <w:r>
        <w:rPr>
          <w:lang w:eastAsia="zh-CN"/>
        </w:rPr>
        <w:t>　　1、加速大一各班的团结和凝聚，进一步巩固大二同学的班级集体荣誉感。</w:t>
      </w:r>
      <w:r>
        <w:rPr>
          <w:lang w:eastAsia="zh-CN"/>
        </w:rPr>
        <w:br/>
      </w:r>
      <w:r>
        <w:rPr>
          <w:lang w:eastAsia="zh-CN"/>
        </w:rPr>
        <w:t>　　2、通过本次活动发现和挖掘我系高素质运动健儿，训练并组织一支强劲的队伍，迎战即将举行的我校第七届校运会。</w:t>
      </w:r>
      <w:r>
        <w:rPr>
          <w:lang w:eastAsia="zh-CN"/>
        </w:rPr>
        <w:br/>
      </w:r>
      <w:r>
        <w:rPr>
          <w:lang w:eastAsia="zh-CN"/>
        </w:rPr>
        <w:t>　　3、进一步提高我系体育素质和体育风尚，向全院师生展现我系学生的.精神风貌。</w:t>
      </w:r>
      <w:r>
        <w:rPr>
          <w:lang w:eastAsia="zh-CN"/>
        </w:rPr>
        <w:br/>
      </w:r>
      <w:r>
        <w:rPr>
          <w:lang w:eastAsia="zh-CN"/>
        </w:rPr>
        <w:t>　　三、主办单位：数学与计算科学系团学会体育部、保卫部、女生部</w:t>
      </w:r>
      <w:r>
        <w:rPr>
          <w:lang w:eastAsia="zh-CN"/>
        </w:rPr>
        <w:br/>
      </w:r>
      <w:r>
        <w:rPr>
          <w:lang w:eastAsia="zh-CN"/>
        </w:rPr>
        <w:t>　　四、参赛对象：07级、08级、09级所有班级</w:t>
      </w:r>
      <w:r>
        <w:rPr>
          <w:lang w:eastAsia="zh-CN"/>
        </w:rPr>
        <w:br/>
      </w:r>
      <w:r>
        <w:rPr>
          <w:lang w:eastAsia="zh-CN"/>
        </w:rPr>
        <w:t>　　五、比赛时间：20__年10月中下旬</w:t>
      </w:r>
      <w:r>
        <w:rPr>
          <w:lang w:eastAsia="zh-CN"/>
        </w:rPr>
        <w:br/>
      </w:r>
      <w:r>
        <w:rPr>
          <w:lang w:eastAsia="zh-CN"/>
        </w:rPr>
        <w:t>　　六、比赛地点：学校新校区田径场标准四百米跑道</w:t>
      </w:r>
      <w:r>
        <w:rPr>
          <w:lang w:eastAsia="zh-CN"/>
        </w:rPr>
        <w:br/>
      </w:r>
      <w:r>
        <w:rPr>
          <w:lang w:eastAsia="zh-CN"/>
        </w:rPr>
        <w:t>　　七、比赛方式及要求：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4_400接力赛，比赛分男子组、女子组，不分年级。08级、09级各班选派4名男生、4名女生组队参加比赛，07级各专业选派4名男生、4名女生组队参加比赛，男子组、女子组又各分为两个小组，每组5个参赛队同时参赛。各班报名单一经确定，无特需情况不得改动；各参赛队比赛前必须登记本队四人参赛的棒次顺序，比赛时不可再擅自改动。各队参赛跑道随机决定，绝对公平，比赛过程中不得因任何原因随意改动。比赛时不要求运动员传接接力棒，每一位选手均听口令单独起跑，班级有效成绩为该队四人个人成绩总和。比赛时，我们将安排工作人员在跑道各个角监督运动员不得跑内线，情节严重者取消个人成绩及所属队成绩。</w:t>
      </w:r>
      <w:r>
        <w:rPr>
          <w:lang w:eastAsia="zh-CN"/>
        </w:rPr>
        <w:br/>
      </w:r>
      <w:r>
        <w:rPr>
          <w:lang w:eastAsia="zh-CN"/>
        </w:rPr>
        <w:t>　　八、工作人员：（具体安排另行通知）</w:t>
      </w:r>
      <w:r>
        <w:rPr>
          <w:lang w:eastAsia="zh-CN"/>
        </w:rPr>
        <w:br/>
      </w:r>
      <w:r>
        <w:rPr>
          <w:lang w:eastAsia="zh-CN"/>
        </w:rPr>
        <w:t>　　口令员一名，检录员两名，监督五名，记录员6名。</w:t>
      </w:r>
      <w:r>
        <w:rPr>
          <w:lang w:eastAsia="zh-CN"/>
        </w:rPr>
        <w:br/>
      </w:r>
      <w:r>
        <w:rPr>
          <w:lang w:eastAsia="zh-CN"/>
        </w:rPr>
        <w:t>　　每一小组比赛进行时，要求记录员五人记录各队每位运动员的个人400米成绩，并及时登记，另外一位记录员在每一轮比赛结束后及时统计各队有效总成绩。</w:t>
      </w:r>
      <w:r>
        <w:rPr>
          <w:lang w:eastAsia="zh-CN"/>
        </w:rPr>
        <w:br/>
      </w:r>
      <w:r>
        <w:rPr>
          <w:lang w:eastAsia="zh-CN"/>
        </w:rPr>
        <w:t>　　九、奖项设置:</w:t>
      </w:r>
      <w:r>
        <w:rPr>
          <w:lang w:eastAsia="zh-CN"/>
        </w:rPr>
        <w:br/>
      </w:r>
      <w:r>
        <w:rPr>
          <w:lang w:eastAsia="zh-CN"/>
        </w:rPr>
        <w:t>　　1、男子组、女子组均取个人成绩前三名颁发荣誉证书；并取个人成绩前十二名直接参加我校第七届校运会。</w:t>
      </w:r>
      <w:r>
        <w:rPr>
          <w:lang w:eastAsia="zh-CN"/>
        </w:rPr>
        <w:br/>
      </w:r>
      <w:r>
        <w:rPr>
          <w:lang w:eastAsia="zh-CN"/>
        </w:rPr>
        <w:t>　　2、男子组、女子组各取总成绩前三名的班级颁发奖状。</w:t>
      </w:r>
      <w:r>
        <w:rPr>
          <w:lang w:eastAsia="zh-CN"/>
        </w:rPr>
        <w:br/>
      </w:r>
      <w:r>
        <w:rPr>
          <w:lang w:eastAsia="zh-CN"/>
        </w:rPr>
        <w:t xml:space="preserve">    班级活动的策划书 篇3 </w:t>
      </w:r>
      <w:r>
        <w:rPr>
          <w:lang w:eastAsia="zh-CN"/>
        </w:rPr>
        <w:br/>
      </w:r>
      <w:r>
        <w:rPr>
          <w:lang w:eastAsia="zh-CN"/>
        </w:rPr>
        <w:t>　　一、欢聚目的：</w:t>
      </w:r>
      <w:r>
        <w:rPr>
          <w:lang w:eastAsia="zh-CN"/>
        </w:rPr>
        <w:br/>
      </w:r>
      <w:r>
        <w:rPr>
          <w:lang w:eastAsia="zh-CN"/>
        </w:rPr>
        <w:t>　　增进三3班全体同学的更深了解，促进团结，增加自信，树立自尊。为家长搭建一个交流平台，营造和谐、轻松的氛围。</w:t>
      </w:r>
      <w:r>
        <w:rPr>
          <w:lang w:eastAsia="zh-CN"/>
        </w:rPr>
        <w:br/>
      </w:r>
      <w:r>
        <w:rPr>
          <w:lang w:eastAsia="zh-CN"/>
        </w:rPr>
        <w:t>　　二、活动时间：</w:t>
      </w:r>
      <w:r>
        <w:rPr>
          <w:lang w:eastAsia="zh-CN"/>
        </w:rPr>
        <w:br/>
      </w:r>
      <w:r>
        <w:rPr>
          <w:lang w:eastAsia="zh-CN"/>
        </w:rPr>
        <w:t>　　20__年3月8日下午2时</w:t>
      </w:r>
      <w:r>
        <w:rPr>
          <w:lang w:eastAsia="zh-CN"/>
        </w:rPr>
        <w:br/>
      </w:r>
      <w:r>
        <w:rPr>
          <w:lang w:eastAsia="zh-CN"/>
        </w:rPr>
        <w:t>　　三、活动地点：</w:t>
      </w:r>
      <w:r>
        <w:rPr>
          <w:lang w:eastAsia="zh-CN"/>
        </w:rPr>
        <w:br/>
      </w:r>
      <w:r>
        <w:rPr>
          <w:lang w:eastAsia="zh-CN"/>
        </w:rPr>
        <w:t>　　东湖公园泊尚商务会所</w:t>
      </w:r>
      <w:r>
        <w:rPr>
          <w:lang w:eastAsia="zh-CN"/>
        </w:rPr>
        <w:br/>
      </w:r>
      <w:r>
        <w:rPr>
          <w:lang w:eastAsia="zh-CN"/>
        </w:rPr>
        <w:t>　　四、参加人员：</w:t>
      </w:r>
      <w:r>
        <w:rPr>
          <w:lang w:eastAsia="zh-CN"/>
        </w:rPr>
        <w:br/>
      </w:r>
      <w:r>
        <w:rPr>
          <w:lang w:eastAsia="zh-CN"/>
        </w:rPr>
        <w:t>　　三班全体同学、任课老师、生活老师及家长</w:t>
      </w:r>
      <w:r>
        <w:rPr>
          <w:lang w:eastAsia="zh-CN"/>
        </w:rPr>
        <w:br/>
      </w:r>
      <w:r>
        <w:rPr>
          <w:lang w:eastAsia="zh-CN"/>
        </w:rPr>
        <w:t>　　五、活动内容：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1、宗旨：让三班同学在获取知识的'同时，收获友谊。辛勤学习后，畅快地释放心情，收获愉悦。快乐多多，意义满满。</w:t>
      </w:r>
      <w:r>
        <w:rPr>
          <w:lang w:eastAsia="zh-CN"/>
        </w:rPr>
        <w:br/>
      </w:r>
      <w:r>
        <w:rPr>
          <w:lang w:eastAsia="zh-CN"/>
        </w:rPr>
        <w:t>　　2、方式：开展才艺表演、益智游戏等活动；东湖公园漫步踏青（自由活动）；快乐晚餐（自助餐）。</w:t>
      </w:r>
      <w:r>
        <w:rPr>
          <w:lang w:eastAsia="zh-CN"/>
        </w:rPr>
        <w:br/>
      </w:r>
      <w:r>
        <w:rPr>
          <w:lang w:eastAsia="zh-CN"/>
        </w:rPr>
        <w:t>　　六、其他说明：</w:t>
      </w:r>
      <w:r>
        <w:rPr>
          <w:lang w:eastAsia="zh-CN"/>
        </w:rPr>
        <w:br/>
      </w:r>
      <w:r>
        <w:rPr>
          <w:lang w:eastAsia="zh-CN"/>
        </w:rPr>
        <w:t>　　1、活动费用大致包括：</w:t>
      </w:r>
      <w:r>
        <w:rPr>
          <w:lang w:eastAsia="zh-CN"/>
        </w:rPr>
        <w:br/>
      </w:r>
      <w:r>
        <w:rPr>
          <w:lang w:eastAsia="zh-CN"/>
        </w:rPr>
        <w:t>　　餐费：大人68.00/人，孩子34.00/人；</w:t>
      </w:r>
      <w:r>
        <w:rPr>
          <w:lang w:eastAsia="zh-CN"/>
        </w:rPr>
        <w:br/>
      </w:r>
      <w:r>
        <w:rPr>
          <w:lang w:eastAsia="zh-CN"/>
        </w:rPr>
        <w:t>　　场地费：800.00和其他费用（纪念品、鲜花、条幅等）约400.00~500.00据实以家庭为单位均摊。</w:t>
      </w:r>
      <w:r>
        <w:rPr>
          <w:lang w:eastAsia="zh-CN"/>
        </w:rPr>
        <w:br/>
      </w:r>
      <w:r>
        <w:rPr>
          <w:lang w:eastAsia="zh-CN"/>
        </w:rPr>
        <w:t>　　2、交通自理</w:t>
      </w:r>
      <w:r>
        <w:rPr>
          <w:lang w:eastAsia="zh-CN"/>
        </w:rPr>
        <w:br/>
      </w:r>
      <w:r>
        <w:rPr>
          <w:lang w:eastAsia="zh-CN"/>
        </w:rPr>
        <w:t xml:space="preserve">    班级活动的策划书 篇4 </w:t>
      </w:r>
      <w:r>
        <w:rPr>
          <w:lang w:eastAsia="zh-CN"/>
        </w:rPr>
        <w:br/>
      </w:r>
      <w:r>
        <w:rPr>
          <w:lang w:eastAsia="zh-CN"/>
        </w:rPr>
        <w:t>　　一、活动主题：</w:t>
      </w:r>
      <w:r>
        <w:rPr>
          <w:lang w:eastAsia="zh-CN"/>
        </w:rPr>
        <w:br/>
      </w:r>
      <w:r>
        <w:rPr>
          <w:lang w:eastAsia="zh-CN"/>
        </w:rPr>
        <w:t>　　数学与计算科学系首届班级接力赛</w:t>
      </w:r>
      <w:r>
        <w:rPr>
          <w:lang w:eastAsia="zh-CN"/>
        </w:rPr>
        <w:br/>
      </w:r>
      <w:r>
        <w:rPr>
          <w:lang w:eastAsia="zh-CN"/>
        </w:rPr>
        <w:t>　　二、活动目的：</w:t>
      </w:r>
      <w:r>
        <w:rPr>
          <w:lang w:eastAsia="zh-CN"/>
        </w:rPr>
        <w:br/>
      </w:r>
      <w:r>
        <w:rPr>
          <w:lang w:eastAsia="zh-CN"/>
        </w:rPr>
        <w:t>　　1、加速大一各班的团结和凝聚，进一步巩固大二同学的班级集体荣誉感。</w:t>
      </w:r>
      <w:r>
        <w:rPr>
          <w:lang w:eastAsia="zh-CN"/>
        </w:rPr>
        <w:br/>
      </w:r>
      <w:r>
        <w:rPr>
          <w:lang w:eastAsia="zh-CN"/>
        </w:rPr>
        <w:t>　　2、通过本次活动发现和挖掘我系高素质运动健儿，训练并组织一支强劲的`队伍，迎战即将举行的我校第七届校运会。</w:t>
      </w:r>
      <w:r>
        <w:rPr>
          <w:lang w:eastAsia="zh-CN"/>
        </w:rPr>
        <w:br/>
      </w:r>
      <w:r>
        <w:rPr>
          <w:lang w:eastAsia="zh-CN"/>
        </w:rPr>
        <w:t>　　3、进一步提高我系体育素质和体育风尚，向全院师生展现我系学生的精神风貌。</w:t>
      </w:r>
      <w:r>
        <w:rPr>
          <w:lang w:eastAsia="zh-CN"/>
        </w:rPr>
        <w:br/>
      </w:r>
      <w:r>
        <w:rPr>
          <w:lang w:eastAsia="zh-CN"/>
        </w:rPr>
        <w:t>　　三、主办单位：</w:t>
      </w:r>
      <w:r>
        <w:rPr>
          <w:lang w:eastAsia="zh-CN"/>
        </w:rPr>
        <w:br/>
      </w:r>
      <w:r>
        <w:rPr>
          <w:lang w:eastAsia="zh-CN"/>
        </w:rPr>
        <w:t>　　数学与计算科学系团学会体育部、保卫部、女生部</w:t>
      </w:r>
      <w:r>
        <w:rPr>
          <w:lang w:eastAsia="zh-CN"/>
        </w:rPr>
        <w:br/>
      </w:r>
      <w:r>
        <w:rPr>
          <w:lang w:eastAsia="zh-CN"/>
        </w:rPr>
        <w:t>　　四、参赛对象：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07级、08级、09级所有班级</w:t>
      </w:r>
      <w:r>
        <w:rPr>
          <w:lang w:eastAsia="zh-CN"/>
        </w:rPr>
        <w:br/>
      </w:r>
      <w:r>
        <w:rPr>
          <w:lang w:eastAsia="zh-CN"/>
        </w:rPr>
        <w:t>　　五、比赛时间：</w:t>
      </w:r>
      <w:r>
        <w:rPr>
          <w:lang w:eastAsia="zh-CN"/>
        </w:rPr>
        <w:br/>
      </w:r>
      <w:r>
        <w:rPr>
          <w:lang w:eastAsia="zh-CN"/>
        </w:rPr>
        <w:t>　　__年10月中下旬</w:t>
      </w:r>
      <w:r>
        <w:rPr>
          <w:lang w:eastAsia="zh-CN"/>
        </w:rPr>
        <w:br/>
      </w:r>
      <w:r>
        <w:rPr>
          <w:lang w:eastAsia="zh-CN"/>
        </w:rPr>
        <w:t>　　六、比赛地点：</w:t>
      </w:r>
      <w:r>
        <w:rPr>
          <w:lang w:eastAsia="zh-CN"/>
        </w:rPr>
        <w:br/>
      </w:r>
      <w:r>
        <w:rPr>
          <w:lang w:eastAsia="zh-CN"/>
        </w:rPr>
        <w:t>　　学校新校区田径场标准四百米跑道</w:t>
      </w:r>
      <w:r>
        <w:rPr>
          <w:lang w:eastAsia="zh-CN"/>
        </w:rPr>
        <w:br/>
      </w:r>
      <w:r>
        <w:rPr>
          <w:lang w:eastAsia="zh-CN"/>
        </w:rPr>
        <w:t>　　七、比赛方式及要求：</w:t>
      </w:r>
      <w:r>
        <w:rPr>
          <w:lang w:eastAsia="zh-CN"/>
        </w:rPr>
        <w:br/>
      </w:r>
      <w:r>
        <w:rPr>
          <w:lang w:eastAsia="zh-CN"/>
        </w:rPr>
        <w:t>　　4_400接力赛，比赛分男子组、女子组，不分年级。08级、09级各班选派4名男生、4名女生组队参加比赛，07级各专业选派4名男生、4名女生组队参加比赛，男子组、女子组又各分为两个小组，每组5个参赛队同时参赛。各班报名单一经确定，无特需情况不得改动；各参赛队比赛前必须登记本队四人参赛的棒次顺序，比赛时不可再擅自改动。各队参赛跑道随机决定，绝对公平，比赛过程中不得因任何原因随意改动。比赛时不要求运动员传接接力棒，每一位选手均听口令单独起跑，班级有效成绩为该队四人个人成绩总和。比赛时，我们将安排工作人员在跑道各个角监督运动员不得跑内线，情节严重者取消个人成绩及所属队成绩。</w:t>
      </w:r>
      <w:r>
        <w:rPr>
          <w:lang w:eastAsia="zh-CN"/>
        </w:rPr>
        <w:br/>
      </w:r>
      <w:r>
        <w:rPr>
          <w:lang w:eastAsia="zh-CN"/>
        </w:rPr>
        <w:t>　　八、工作人员：（具体安排另行通知）</w:t>
      </w:r>
      <w:r>
        <w:rPr>
          <w:lang w:eastAsia="zh-CN"/>
        </w:rPr>
        <w:br/>
      </w:r>
      <w:r>
        <w:rPr>
          <w:lang w:eastAsia="zh-CN"/>
        </w:rPr>
        <w:t>　　口令员一名，检录员两名，监督五名，记录员6名。</w:t>
      </w:r>
      <w:r>
        <w:rPr>
          <w:lang w:eastAsia="zh-CN"/>
        </w:rPr>
        <w:br/>
      </w:r>
      <w:r>
        <w:rPr>
          <w:lang w:eastAsia="zh-CN"/>
        </w:rPr>
        <w:t>　　每一小组比赛进行时，要求记录员五人记录各队每位运动员的个人400米成绩，并及时登记，另外一位记录员在每一轮比赛结束后及时统计各队有效总成绩。</w:t>
      </w:r>
      <w:r>
        <w:rPr>
          <w:lang w:eastAsia="zh-CN"/>
        </w:rPr>
        <w:br/>
      </w:r>
      <w:r>
        <w:rPr>
          <w:lang w:eastAsia="zh-CN"/>
        </w:rPr>
        <w:t>　　九、奖项设置: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1、男子组、女子组均取个人成绩前三名颁发荣誉证书；并取个人成绩前十二名直接参加我校第七届校运会。</w:t>
      </w:r>
      <w:r>
        <w:rPr>
          <w:lang w:eastAsia="zh-CN"/>
        </w:rPr>
        <w:br/>
      </w:r>
      <w:r>
        <w:rPr>
          <w:lang w:eastAsia="zh-CN"/>
        </w:rPr>
        <w:t>　　2、男子组、女子组各取总成绩前三名的班级颁发奖状。</w:t>
      </w:r>
      <w:r>
        <w:rPr>
          <w:lang w:eastAsia="zh-CN"/>
        </w:rPr>
        <w:br/>
      </w:r>
      <w:r>
        <w:rPr>
          <w:lang w:eastAsia="zh-CN"/>
        </w:rPr>
        <w:t>　　数学与计算科学系团学会体育部、保卫部、女生部</w:t>
      </w:r>
      <w:r>
        <w:rPr>
          <w:lang w:eastAsia="zh-CN"/>
        </w:rPr>
        <w:br/>
      </w:r>
      <w:r>
        <w:rPr>
          <w:lang w:eastAsia="zh-CN"/>
        </w:rPr>
        <w:t>　　二〇__年_月__日</w:t>
      </w:r>
      <w:r>
        <w:rPr>
          <w:lang w:eastAsia="zh-CN"/>
        </w:rPr>
        <w:br/>
      </w:r>
      <w:r>
        <w:rPr>
          <w:lang w:eastAsia="zh-CN"/>
        </w:rPr>
        <w:t>　　数学与计算科学系首届班级4_400接力赛报名及成绩记录表（略）</w:t>
      </w:r>
      <w:r>
        <w:rPr>
          <w:lang w:eastAsia="zh-CN"/>
        </w:rPr>
        <w:br/>
      </w:r>
      <w:r>
        <w:rPr>
          <w:lang w:eastAsia="zh-CN"/>
        </w:rPr>
        <w:t xml:space="preserve">    班级活动的策划书 篇5 </w:t>
      </w:r>
      <w:r>
        <w:rPr>
          <w:lang w:eastAsia="zh-CN"/>
        </w:rPr>
        <w:br/>
      </w:r>
      <w:r>
        <w:rPr>
          <w:lang w:eastAsia="zh-CN"/>
        </w:rPr>
        <w:t>　　大学是我们展现风采，放飞梦想的殿堂。在这里我们遇到了来自不同地方的人们，在老师和同学们的陪伴下度过宝贵的大学时光。四年时间说长不长，说短也不短，能够在茫茫人海之中聚集在同一所学校的同一个班级，是一种缘分，同时也意味着一种责任。建设一个和谐美好的班级环境，我们义不容辞。</w:t>
      </w:r>
      <w:r>
        <w:rPr>
          <w:lang w:eastAsia="zh-CN"/>
        </w:rPr>
        <w:br/>
      </w:r>
      <w:r>
        <w:rPr>
          <w:lang w:eastAsia="zh-CN"/>
        </w:rPr>
        <w:t>　　一、主题</w:t>
      </w:r>
      <w:r>
        <w:rPr>
          <w:lang w:eastAsia="zh-CN"/>
        </w:rPr>
        <w:br/>
      </w:r>
      <w:r>
        <w:rPr>
          <w:lang w:eastAsia="zh-CN"/>
        </w:rPr>
        <w:t>　　享受青春，争做文明的大学生</w:t>
      </w:r>
      <w:r>
        <w:rPr>
          <w:lang w:eastAsia="zh-CN"/>
        </w:rPr>
        <w:br/>
      </w:r>
      <w:r>
        <w:rPr>
          <w:lang w:eastAsia="zh-CN"/>
        </w:rPr>
        <w:t>　　二、活动目的及意义</w:t>
      </w:r>
      <w:r>
        <w:rPr>
          <w:lang w:eastAsia="zh-CN"/>
        </w:rPr>
        <w:br/>
      </w:r>
      <w:r>
        <w:rPr>
          <w:lang w:eastAsia="zh-CN"/>
        </w:rPr>
        <w:t>　　开展本次活动，是为了提高皖西学院校内的精神文明建设和各班级同学之间的凝聚力。让同学们在进行班级建设中培养感情，便于以后更好的学习和生活。</w:t>
      </w:r>
      <w:r>
        <w:rPr>
          <w:lang w:eastAsia="zh-CN"/>
        </w:rPr>
        <w:br/>
      </w:r>
      <w:r>
        <w:rPr>
          <w:lang w:eastAsia="zh-CN"/>
        </w:rPr>
        <w:t>　　三、时间</w:t>
      </w:r>
      <w:r>
        <w:rPr>
          <w:lang w:eastAsia="zh-CN"/>
        </w:rPr>
        <w:br/>
      </w:r>
      <w:r>
        <w:rPr>
          <w:lang w:eastAsia="zh-CN"/>
        </w:rPr>
        <w:t>　　20__年 4月7日-20__年4月27日</w:t>
      </w:r>
      <w:r>
        <w:rPr>
          <w:lang w:eastAsia="zh-CN"/>
        </w:rPr>
        <w:br/>
      </w:r>
      <w:r>
        <w:rPr>
          <w:lang w:eastAsia="zh-CN"/>
        </w:rPr>
        <w:t>　　四、地点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逸夫楼报告厅</w:t>
      </w:r>
      <w:r>
        <w:rPr>
          <w:lang w:eastAsia="zh-CN"/>
        </w:rPr>
        <w:br/>
      </w:r>
      <w:r>
        <w:rPr>
          <w:lang w:eastAsia="zh-CN"/>
        </w:rPr>
        <w:t>　　五、活动对象</w:t>
      </w:r>
      <w:r>
        <w:rPr>
          <w:lang w:eastAsia="zh-CN"/>
        </w:rPr>
        <w:br/>
      </w:r>
      <w:r>
        <w:rPr>
          <w:lang w:eastAsia="zh-CN"/>
        </w:rPr>
        <w:t>　　皖西学院全体在校学生</w:t>
      </w:r>
      <w:r>
        <w:rPr>
          <w:lang w:eastAsia="zh-CN"/>
        </w:rPr>
        <w:br/>
      </w:r>
      <w:r>
        <w:rPr>
          <w:lang w:eastAsia="zh-CN"/>
        </w:rPr>
        <w:t>　　六、活动形式</w:t>
      </w:r>
      <w:r>
        <w:rPr>
          <w:lang w:eastAsia="zh-CN"/>
        </w:rPr>
        <w:br/>
      </w:r>
      <w:r>
        <w:rPr>
          <w:lang w:eastAsia="zh-CN"/>
        </w:rPr>
        <w:t>　　各班评比材料在校学生会官方微博上公布并进行投票评比→各院的线上投票最多班级进入决赛→参与决赛的班级各派一名班级代表进行演讲和ppt或视频展示→评委进行评分。</w:t>
      </w:r>
      <w:r>
        <w:rPr>
          <w:lang w:eastAsia="zh-CN"/>
        </w:rPr>
        <w:br/>
      </w:r>
      <w:r>
        <w:rPr>
          <w:lang w:eastAsia="zh-CN"/>
        </w:rPr>
        <w:t>　　七、具体流程</w:t>
      </w:r>
      <w:r>
        <w:rPr>
          <w:lang w:eastAsia="zh-CN"/>
        </w:rPr>
        <w:br/>
      </w:r>
      <w:r>
        <w:rPr>
          <w:lang w:eastAsia="zh-CN"/>
        </w:rPr>
        <w:t>　　（一）前期准备（4月7日至4月18日）</w:t>
      </w:r>
      <w:r>
        <w:rPr>
          <w:lang w:eastAsia="zh-CN"/>
        </w:rPr>
        <w:br/>
      </w:r>
      <w:r>
        <w:rPr>
          <w:lang w:eastAsia="zh-CN"/>
        </w:rPr>
        <w:t>　　在各线上平台宣传该项活动，一食堂、二食堂前进行展板宣传，各学院在各班级进行活动宣传。</w:t>
      </w:r>
      <w:r>
        <w:rPr>
          <w:lang w:eastAsia="zh-CN"/>
        </w:rPr>
        <w:br/>
      </w:r>
      <w:r>
        <w:rPr>
          <w:lang w:eastAsia="zh-CN"/>
        </w:rPr>
        <w:t>　　报名班级把参与评比文明班级的材料通过电子邮件发到文明自律部的部门邮箱里。（）。（提交文件的要求与需提交的材料要求，详情请见本策划书第八项：评比要求）经过前期对各班提交材料的筛选，符合提交材料要求、材料完整、材料属实的班级，将会参与初赛。</w:t>
      </w:r>
      <w:r>
        <w:rPr>
          <w:lang w:eastAsia="zh-CN"/>
        </w:rPr>
        <w:br/>
      </w:r>
      <w:r>
        <w:rPr>
          <w:lang w:eastAsia="zh-CN"/>
        </w:rPr>
        <w:t>　　（二）活动过程</w:t>
      </w:r>
      <w:r>
        <w:rPr>
          <w:lang w:eastAsia="zh-CN"/>
        </w:rPr>
        <w:br/>
      </w:r>
      <w:r>
        <w:rPr>
          <w:lang w:eastAsia="zh-CN"/>
        </w:rPr>
        <w:t>　　一、线上阶段（4月19日至4月21日）</w:t>
      </w:r>
      <w:r>
        <w:rPr>
          <w:lang w:eastAsia="zh-CN"/>
        </w:rPr>
        <w:br/>
      </w:r>
      <w:r>
        <w:rPr>
          <w:lang w:eastAsia="zh-CN"/>
        </w:rPr>
        <w:t>　　通过校学生会学生文明自律部的官方微博，在线上公布相关参与班级的资料，全校学生可对参赛班级进行投票。最终，各学院中得票最多的班级将进入决赛。</w:t>
      </w:r>
      <w:r>
        <w:rPr>
          <w:lang w:eastAsia="zh-CN"/>
        </w:rPr>
        <w:br/>
      </w:r>
      <w:r>
        <w:rPr>
          <w:lang w:eastAsia="zh-CN"/>
        </w:rPr>
        <w:t>　　二、线下阶段（4月27日）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4月27日下午在报告厅让选手进行彩排，4月27日晚上6.40进行正式决赛。</w:t>
      </w:r>
      <w:r>
        <w:rPr>
          <w:lang w:eastAsia="zh-CN"/>
        </w:rPr>
        <w:br/>
      </w:r>
      <w:r>
        <w:rPr>
          <w:lang w:eastAsia="zh-CN"/>
        </w:rPr>
        <w:t>　　1、活动当天提前半小时布置会场，各参赛班级代表在校学生会文明自律部学干的`安排下有序进行签到。</w:t>
      </w:r>
      <w:r>
        <w:rPr>
          <w:lang w:eastAsia="zh-CN"/>
        </w:rPr>
        <w:br/>
      </w:r>
      <w:r>
        <w:rPr>
          <w:lang w:eastAsia="zh-CN"/>
        </w:rPr>
        <w:t>　　2、参赛班级代表抽签，然后决定上场顺序。</w:t>
      </w:r>
      <w:r>
        <w:rPr>
          <w:lang w:eastAsia="zh-CN"/>
        </w:rPr>
        <w:br/>
      </w:r>
      <w:r>
        <w:rPr>
          <w:lang w:eastAsia="zh-CN"/>
        </w:rPr>
        <w:t>　　3、主持人开场白，参赛班级代表上台进行演讲并展示ppt或视频。</w:t>
      </w:r>
      <w:r>
        <w:rPr>
          <w:lang w:eastAsia="zh-CN"/>
        </w:rPr>
        <w:br/>
      </w:r>
      <w:r>
        <w:rPr>
          <w:lang w:eastAsia="zh-CN"/>
        </w:rPr>
        <w:t>　　4、由评委进行评比，最后公布成绩。</w:t>
      </w:r>
      <w:r>
        <w:rPr>
          <w:lang w:eastAsia="zh-CN"/>
        </w:rPr>
        <w:br/>
      </w:r>
      <w:r>
        <w:rPr>
          <w:lang w:eastAsia="zh-CN"/>
        </w:rPr>
        <w:t>　　5、进行颁奖仪式。</w:t>
      </w:r>
      <w:r>
        <w:rPr>
          <w:lang w:eastAsia="zh-CN"/>
        </w:rPr>
        <w:br/>
      </w:r>
      <w:r>
        <w:rPr>
          <w:lang w:eastAsia="zh-CN"/>
        </w:rPr>
        <w:t>　　6、活动结束，组织签退离场。</w:t>
      </w:r>
      <w:r>
        <w:rPr>
          <w:lang w:eastAsia="zh-CN"/>
        </w:rPr>
        <w:br/>
      </w:r>
      <w:r>
        <w:rPr>
          <w:lang w:eastAsia="zh-CN"/>
        </w:rPr>
        <w:t>　　三、推广部门官方微博</w:t>
      </w:r>
      <w:r>
        <w:rPr>
          <w:lang w:eastAsia="zh-CN"/>
        </w:rPr>
        <w:br/>
      </w:r>
      <w:r>
        <w:rPr>
          <w:lang w:eastAsia="zh-CN"/>
        </w:rPr>
        <w:t>　　决赛期间，在报告厅内设立微博墙。台下观众可通过扫微博墙上二维码来关注部门微博,观众参与留言可上微博墙,并有机会在微博墙摇号作为幸运观众被抽取。</w:t>
      </w:r>
      <w:r>
        <w:rPr>
          <w:lang w:eastAsia="zh-CN"/>
        </w:rPr>
        <w:br/>
      </w:r>
      <w:r>
        <w:rPr>
          <w:lang w:eastAsia="zh-CN"/>
        </w:rPr>
        <w:t>　　八、评比要求</w:t>
      </w:r>
      <w:r>
        <w:rPr>
          <w:lang w:eastAsia="zh-CN"/>
        </w:rPr>
        <w:br/>
      </w:r>
      <w:r>
        <w:rPr>
          <w:lang w:eastAsia="zh-CN"/>
        </w:rPr>
        <w:t>　　（一）、线上评比提交材料要求：</w:t>
      </w:r>
      <w:r>
        <w:rPr>
          <w:lang w:eastAsia="zh-CN"/>
        </w:rPr>
        <w:br/>
      </w:r>
      <w:r>
        <w:rPr>
          <w:lang w:eastAsia="zh-CN"/>
        </w:rPr>
        <w:t>　　文明班级线上评比需提交的材料要符合以下方面的几个要求：</w:t>
      </w:r>
      <w:r>
        <w:rPr>
          <w:lang w:eastAsia="zh-CN"/>
        </w:rPr>
        <w:br/>
      </w:r>
      <w:r>
        <w:rPr>
          <w:lang w:eastAsia="zh-CN"/>
        </w:rPr>
        <w:t>　　班级精神文明建设方面</w:t>
      </w:r>
      <w:r>
        <w:rPr>
          <w:lang w:eastAsia="zh-CN"/>
        </w:rPr>
        <w:br/>
      </w:r>
      <w:r>
        <w:rPr>
          <w:lang w:eastAsia="zh-CN"/>
        </w:rPr>
        <w:t>　　1、如班级开展过以爱国、守法、文明为主题的班会、活动，对班会或活动的开展时间、地点、主题、意义、过程进行文字说明，并且需配有图片或视频材料证明。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2、如班级组织开展过志愿者活动，对开展活动的时间、地点、过程、意义进行文字说明，并且需配有活动的图片或视频。</w:t>
      </w:r>
      <w:r>
        <w:rPr>
          <w:lang w:eastAsia="zh-CN"/>
        </w:rPr>
        <w:br/>
      </w:r>
      <w:r>
        <w:rPr>
          <w:lang w:eastAsia="zh-CN"/>
        </w:rPr>
        <w:t>　　3、班级成员参加过的以爱国、守法、文明为主题的校级活动或校级以上的活动或比赛，需说明同学（或几个同学名字，根据多少人参与同一项志愿者活动而定）在_年_月参加_活动，并对该同学参与活动过程和结果进行说明。并需配上该同学参与相关活动和活动中身份的照片或视频证明（如：同学手持活动证书的照片）。</w:t>
      </w:r>
      <w:r>
        <w:rPr>
          <w:lang w:eastAsia="zh-CN"/>
        </w:rPr>
        <w:br/>
      </w:r>
      <w:r>
        <w:rPr>
          <w:lang w:eastAsia="zh-CN"/>
        </w:rPr>
        <w:t>　　4、班级成员参加过的校级及校级以上志愿者活动，需说明同学（或几个同学名字，根据多少人参与同一项志愿者活动而定）在_年_月参加_活动，并对该同学参与活动过程和结果进行说明。需展示该同学参加活动时的现场照片或志愿者证书。</w:t>
      </w:r>
      <w:r>
        <w:rPr>
          <w:lang w:eastAsia="zh-CN"/>
        </w:rPr>
        <w:br/>
      </w:r>
      <w:r>
        <w:rPr>
          <w:lang w:eastAsia="zh-CN"/>
        </w:rPr>
        <w:t>　　5、展示班级的班徽图片并解释班徽的寓意，寓意需是积极向上、对班级发展有促进作用的。展示班级班旗的图片；班级有班歌，展示班歌的歌词，歌词需原创并且主题积极向上；如有班级成员合唱或班级部分成员歌唱的视频（播放时间不得超过1分钟）。</w:t>
      </w:r>
      <w:r>
        <w:rPr>
          <w:lang w:eastAsia="zh-CN"/>
        </w:rPr>
        <w:br/>
      </w:r>
      <w:r>
        <w:rPr>
          <w:lang w:eastAsia="zh-CN"/>
        </w:rPr>
        <w:t>　　班级生活文明建设方面</w:t>
      </w:r>
      <w:r>
        <w:rPr>
          <w:lang w:eastAsia="zh-CN"/>
        </w:rPr>
        <w:br/>
      </w:r>
      <w:r>
        <w:rPr>
          <w:lang w:eastAsia="zh-CN"/>
        </w:rPr>
        <w:t>　　1、班级得过文艺、体育、摄影、互联网等与学生生活相关的院级、校级活动奖项（已经在其它加分项目中出现的活动奖项将不能用于此处加分项目），对参加活动的时间、地点、参加的活动名称、获奖名称与名次进行文字说明，并且需配有活动的图片或视频，以及奖项证书的图片材料证明。</w:t>
      </w:r>
      <w:r>
        <w:rPr>
          <w:lang w:eastAsia="zh-CN"/>
        </w:rPr>
        <w:br/>
      </w:r>
      <w:r>
        <w:rPr>
          <w:lang w:eastAsia="zh-CN"/>
        </w:rPr>
        <w:t>　　2、班级开展过关于文艺、体育的活动（如班级联谊晚会、班级内部篮球赛），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对开展活动的时间、地点、过程、意义进行文字说明，并且需配有活动的图片或视频。</w:t>
      </w:r>
      <w:r>
        <w:rPr>
          <w:lang w:eastAsia="zh-CN"/>
        </w:rPr>
        <w:br/>
      </w:r>
      <w:r>
        <w:rPr>
          <w:lang w:eastAsia="zh-CN"/>
        </w:rPr>
        <w:t>　　3、班级成员获得的文艺、体育、摄影、互联网等与学生生活相关的校级及校级以上的活动奖项（已经在其它加分项目中出现的活动奖项将不能用于此处加分项目），需说明同学（或几个同学名字，根据多少人参与同一项活动而定）在_年_月参加_活动，并对该同学参与活动过程和获奖结果进行说明。需展示该同学手持获奖证书的图片证明。</w:t>
      </w:r>
      <w:r>
        <w:rPr>
          <w:lang w:eastAsia="zh-CN"/>
        </w:rPr>
        <w:br/>
      </w:r>
      <w:r>
        <w:rPr>
          <w:lang w:eastAsia="zh-CN"/>
        </w:rPr>
        <w:t>　　4、以宿舍为单位参加过校级活动并获得奖项的宿舍，如“寝室最表情”，需要提供获奖宿舍具体信息：新（老）区男生（女生）宿舍+宿舍楼+宿舍号，并对获奖时间、参加的活动名称、获奖名称与名次进行文字说明，并且需配有活动的图片或视频，以及获奖证书的图片材料证明。</w:t>
      </w:r>
      <w:r>
        <w:rPr>
          <w:lang w:eastAsia="zh-CN"/>
        </w:rPr>
        <w:br/>
      </w:r>
      <w:r>
        <w:rPr>
          <w:lang w:eastAsia="zh-CN"/>
        </w:rPr>
        <w:t>　　5、有“校文明寝室”称号的宿舍，需提供宿舍具体信息：“新（老）区男生（女生）宿舍+宿舍楼+宿舍号，并配有宿舍室内的图片及“校文明寝室”的证明照片。</w:t>
      </w:r>
      <w:r>
        <w:rPr>
          <w:lang w:eastAsia="zh-CN"/>
        </w:rPr>
        <w:br/>
      </w:r>
      <w:r>
        <w:rPr>
          <w:lang w:eastAsia="zh-CN"/>
        </w:rPr>
        <w:t>　　班级学习文明建设方面</w:t>
      </w:r>
      <w:r>
        <w:rPr>
          <w:lang w:eastAsia="zh-CN"/>
        </w:rPr>
        <w:br/>
      </w:r>
      <w:r>
        <w:rPr>
          <w:lang w:eastAsia="zh-CN"/>
        </w:rPr>
        <w:t>　　1、对班级15年秋学期及格率和不及格率进行文字说明。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2、班级每周都至少上一次自习，对上晚自习班级成员的出勤情况、自习时长、对于上晚自习的态度和成绩上的收获进行文字说明，需配上班级成员自习的图片或视频证明，并需有该班辅导员确认该班级每周都至少上一次晚自习（需具体晚自习次数）的手写证明图片。</w:t>
      </w:r>
      <w:r>
        <w:rPr>
          <w:lang w:eastAsia="zh-CN"/>
        </w:rPr>
        <w:br/>
      </w:r>
      <w:r>
        <w:rPr>
          <w:lang w:eastAsia="zh-CN"/>
        </w:rPr>
        <w:t>　　3、班级成员在各学科竞赛、课外学术科技作品竞赛比赛中获得校级及校级以上的奖项（已经在其它加分项目中出现的活动奖项将不能用于此处加分项目），需说明同学（或几个同学名字，根据多少人参与同一项活动而定）在_年_月参加_活动，并对该同学参与活动过程和获奖结果进行说明。需展示该同学手持获奖证书的图片证明。</w:t>
      </w:r>
      <w:r>
        <w:rPr>
          <w:lang w:eastAsia="zh-CN"/>
        </w:rPr>
        <w:br/>
      </w:r>
      <w:r>
        <w:rPr>
          <w:lang w:eastAsia="zh-CN"/>
        </w:rPr>
        <w:t>　　4、如班级班委为提高班级成员学习成绩而采取相关措施并取得了成效，通过文字说明采取措施的方法以及结果，以及通过各学期的及格率与不及格率之间的对比进行数字上的说明。</w:t>
      </w:r>
      <w:r>
        <w:rPr>
          <w:lang w:eastAsia="zh-CN"/>
        </w:rPr>
        <w:br/>
      </w:r>
      <w:r>
        <w:rPr>
          <w:lang w:eastAsia="zh-CN"/>
        </w:rPr>
        <w:t>　　参赛班级提交的材料需包含上面的三个方面，班级精神文明建设方面和班级生活文明建设方面各至少提交里面的3项要求，班级学习文明建设方面至少提交里面的两项要求。</w:t>
      </w:r>
      <w:r>
        <w:rPr>
          <w:lang w:eastAsia="zh-CN"/>
        </w:rPr>
        <w:br/>
      </w:r>
      <w:r>
        <w:rPr>
          <w:lang w:eastAsia="zh-CN"/>
        </w:rPr>
        <w:t>　　班级把所有材料、图片以及班级报名表（报名表见附件1）整合到一个word文档里面，并给文档命名，命名格式为：学院+专业+班级。例：机电学院机械1402班。于4月17日之前发到校学生会文明自律部的部门邮箱里。（）</w:t>
      </w:r>
      <w:r>
        <w:rPr>
          <w:lang w:eastAsia="zh-CN"/>
        </w:rPr>
        <w:br/>
      </w:r>
      <w:r>
        <w:rPr>
          <w:lang w:eastAsia="zh-CN"/>
        </w:rPr>
        <w:t>　　（二）、线下评比要求</w:t>
      </w:r>
      <w:r>
        <w:rPr>
          <w:lang w:eastAsia="zh-CN"/>
        </w:rPr>
        <w:br/>
      </w:r>
      <w:r>
        <w:rPr>
          <w:lang w:eastAsia="zh-CN"/>
        </w:rPr>
        <w:t>　　1、比赛形式：参赛班级派一名班级代表，将班级的初赛材料交给评委审评，进行文明班级竞评的演讲，同时进行ppt展示或视频展示，每位选手在台上时间不得超过10分钟。</w:t>
      </w:r>
      <w:r>
        <w:rPr>
          <w:lang w:eastAsia="zh-CN"/>
        </w:rPr>
        <w:br/>
      </w:r>
      <w:r>
        <w:rPr>
          <w:lang w:eastAsia="zh-CN"/>
        </w:rPr>
        <w:t>　　2、评分细则、评分表，见附录二。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3、演讲要求：</w:t>
      </w:r>
      <w:r>
        <w:rPr>
          <w:lang w:eastAsia="zh-CN"/>
        </w:rPr>
        <w:br/>
      </w:r>
      <w:r>
        <w:rPr>
          <w:lang w:eastAsia="zh-CN"/>
        </w:rPr>
        <w:t>　　（1）、各班级代表演讲内容和ppt、视频展示内容要涉及初赛提交的文字材料。</w:t>
      </w:r>
      <w:r>
        <w:rPr>
          <w:lang w:eastAsia="zh-CN"/>
        </w:rPr>
        <w:br/>
      </w:r>
      <w:r>
        <w:rPr>
          <w:lang w:eastAsia="zh-CN"/>
        </w:rPr>
        <w:t>　　（2）、演讲者要口齿清晰，语句得体，举止文雅，着装端正。</w:t>
      </w:r>
      <w:r>
        <w:rPr>
          <w:lang w:eastAsia="zh-CN"/>
        </w:rPr>
        <w:br/>
      </w:r>
      <w:r>
        <w:rPr>
          <w:lang w:eastAsia="zh-CN"/>
        </w:rPr>
        <w:t>　　4、 注意事项：各班提交的材料需属实，一经发现班级伪报材料或经人举报并核实确实属实，立即取消该班参赛资格。</w:t>
      </w:r>
      <w:r>
        <w:rPr>
          <w:lang w:eastAsia="zh-CN"/>
        </w:rPr>
        <w:br/>
      </w:r>
      <w:r>
        <w:rPr>
          <w:lang w:eastAsia="zh-CN"/>
        </w:rPr>
        <w:t>　　九、奖品设置</w:t>
      </w:r>
      <w:r>
        <w:rPr>
          <w:lang w:eastAsia="zh-CN"/>
        </w:rPr>
        <w:br/>
      </w:r>
      <w:r>
        <w:rPr>
          <w:lang w:eastAsia="zh-CN"/>
        </w:rPr>
        <w:t>　　（一）、文明班级奖项：</w:t>
      </w:r>
      <w:r>
        <w:rPr>
          <w:lang w:eastAsia="zh-CN"/>
        </w:rPr>
        <w:br/>
      </w:r>
      <w:r>
        <w:rPr>
          <w:lang w:eastAsia="zh-CN"/>
        </w:rPr>
        <w:t>　　1、一等奖：一名。</w:t>
      </w:r>
      <w:r>
        <w:rPr>
          <w:lang w:eastAsia="zh-CN"/>
        </w:rPr>
        <w:br/>
      </w:r>
      <w:r>
        <w:rPr>
          <w:lang w:eastAsia="zh-CN"/>
        </w:rPr>
        <w:t>　　2、二等奖：一名。</w:t>
      </w:r>
      <w:r>
        <w:rPr>
          <w:lang w:eastAsia="zh-CN"/>
        </w:rPr>
        <w:br/>
      </w:r>
      <w:r>
        <w:rPr>
          <w:lang w:eastAsia="zh-CN"/>
        </w:rPr>
        <w:t>　　3、 三等奖：二名。</w:t>
      </w:r>
      <w:r>
        <w:rPr>
          <w:lang w:eastAsia="zh-CN"/>
        </w:rPr>
        <w:br/>
      </w:r>
      <w:r>
        <w:rPr>
          <w:lang w:eastAsia="zh-CN"/>
        </w:rPr>
        <w:t>　　（二）、特别奖项：九名。</w:t>
      </w:r>
      <w:r>
        <w:rPr>
          <w:lang w:eastAsia="zh-CN"/>
        </w:rPr>
        <w:br/>
      </w:r>
      <w:r>
        <w:rPr>
          <w:lang w:eastAsia="zh-CN"/>
        </w:rPr>
        <w:t>　　班级精神文明建设优秀奖：三名</w:t>
      </w:r>
      <w:r>
        <w:rPr>
          <w:lang w:eastAsia="zh-CN"/>
        </w:rPr>
        <w:br/>
      </w:r>
      <w:r>
        <w:rPr>
          <w:lang w:eastAsia="zh-CN"/>
        </w:rPr>
        <w:t>　　班级生活文明建设优秀奖：三名</w:t>
      </w:r>
      <w:r>
        <w:rPr>
          <w:lang w:eastAsia="zh-CN"/>
        </w:rPr>
        <w:br/>
      </w:r>
      <w:r>
        <w:rPr>
          <w:lang w:eastAsia="zh-CN"/>
        </w:rPr>
        <w:t>　　班级学习文明建设优秀奖∶三名</w:t>
      </w:r>
      <w:r>
        <w:rPr>
          <w:lang w:eastAsia="zh-CN"/>
        </w:rPr>
        <w:br/>
      </w:r>
      <w:r>
        <w:rPr>
          <w:lang w:eastAsia="zh-CN"/>
        </w:rPr>
        <w:t>　　校团委给予获奖班级颁发荣誉证书。</w:t>
      </w:r>
      <w:r>
        <w:rPr>
          <w:lang w:eastAsia="zh-CN"/>
        </w:rPr>
        <w:br/>
      </w:r>
      <w:r>
        <w:rPr>
          <w:lang w:eastAsia="zh-CN"/>
        </w:rPr>
        <w:t>　　班级全体成员加公选分：一等奖：0.5分。</w:t>
      </w:r>
      <w:r>
        <w:rPr>
          <w:lang w:eastAsia="zh-CN"/>
        </w:rPr>
        <w:br/>
      </w:r>
      <w:r>
        <w:rPr>
          <w:lang w:eastAsia="zh-CN"/>
        </w:rPr>
        <w:t>　　二等奖：0.4分。</w:t>
      </w:r>
      <w:r>
        <w:rPr>
          <w:lang w:eastAsia="zh-CN"/>
        </w:rPr>
        <w:br/>
      </w:r>
      <w:r>
        <w:rPr>
          <w:lang w:eastAsia="zh-CN"/>
        </w:rPr>
        <w:t>　　三等奖：0.3分。</w:t>
      </w:r>
      <w:r>
        <w:rPr>
          <w:lang w:eastAsia="zh-CN"/>
        </w:rPr>
        <w:br/>
      </w:r>
      <w:r>
        <w:rPr>
          <w:lang w:eastAsia="zh-CN"/>
        </w:rPr>
        <w:t>　　特别奖项：0.3分。</w:t>
      </w:r>
      <w:r>
        <w:rPr>
          <w:lang w:eastAsia="zh-CN"/>
        </w:rPr>
        <w:br/>
      </w:r>
      <w:r>
        <w:rPr>
          <w:lang w:eastAsia="zh-CN"/>
        </w:rPr>
        <w:t>　　皖西学院校学生会学生文明自律部</w:t>
      </w:r>
      <w:r>
        <w:rPr>
          <w:lang w:eastAsia="zh-CN"/>
        </w:rPr>
        <w:br/>
      </w:r>
      <w:r>
        <w:rPr>
          <w:lang w:eastAsia="zh-CN"/>
        </w:rPr>
        <w:t xml:space="preserve">    班级活动的策划书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一、 活动目的：为营造浓厚的学习氛围、加强我系的学风建设，通过考察班级的学习风气来发现优势和不足，从而为广大同学提供一个良好的学习环境，提高学习效率，激发我系学生的学习积极与主动性。</w:t>
      </w:r>
      <w:r>
        <w:rPr>
          <w:lang w:eastAsia="zh-CN"/>
        </w:rPr>
        <w:br/>
      </w:r>
      <w:r>
        <w:rPr>
          <w:lang w:eastAsia="zh-CN"/>
        </w:rPr>
        <w:t>　　二、 活动时间：20__年11月初~11月末</w:t>
      </w:r>
      <w:r>
        <w:rPr>
          <w:lang w:eastAsia="zh-CN"/>
        </w:rPr>
        <w:br/>
      </w:r>
      <w:r>
        <w:rPr>
          <w:lang w:eastAsia="zh-CN"/>
        </w:rPr>
        <w:t>　　三、 活动范围：人文社科系9个教学班级</w:t>
      </w:r>
      <w:r>
        <w:rPr>
          <w:lang w:eastAsia="zh-CN"/>
        </w:rPr>
        <w:br/>
      </w:r>
      <w:r>
        <w:rPr>
          <w:lang w:eastAsia="zh-CN"/>
        </w:rPr>
        <w:t>　　四、 活动内容：</w:t>
      </w:r>
      <w:r>
        <w:rPr>
          <w:lang w:eastAsia="zh-CN"/>
        </w:rPr>
        <w:br/>
      </w:r>
      <w:r>
        <w:rPr>
          <w:lang w:eastAsia="zh-CN"/>
        </w:rPr>
        <w:t>　　1、 班级特色。以学生思想政治建设为基础，加强宣传力度，开展以“建优良学风，创</w:t>
      </w:r>
      <w:r>
        <w:rPr>
          <w:lang w:eastAsia="zh-CN"/>
        </w:rPr>
        <w:br/>
      </w:r>
      <w:r>
        <w:rPr>
          <w:lang w:eastAsia="zh-CN"/>
        </w:rPr>
        <w:t>　　优秀班级“为主题的系列活动，班委组织全班同学学习各类科学知识；定期开展各种交流活动（如：宿舍间的思想交流），使班级形成一个团结协作的整体。</w:t>
      </w:r>
      <w:r>
        <w:rPr>
          <w:lang w:eastAsia="zh-CN"/>
        </w:rPr>
        <w:br/>
      </w:r>
      <w:r>
        <w:rPr>
          <w:lang w:eastAsia="zh-CN"/>
        </w:rPr>
        <w:t>　　2、 课堂纪律。严格整治课堂纪律，提高课堂出勤率和听课效率，保持课堂安静，不许</w:t>
      </w:r>
      <w:r>
        <w:rPr>
          <w:lang w:eastAsia="zh-CN"/>
        </w:rPr>
        <w:br/>
      </w:r>
      <w:r>
        <w:rPr>
          <w:lang w:eastAsia="zh-CN"/>
        </w:rPr>
        <w:t>　　无故旷课、迟到和早退。</w:t>
      </w:r>
      <w:r>
        <w:rPr>
          <w:lang w:eastAsia="zh-CN"/>
        </w:rPr>
        <w:br/>
      </w:r>
      <w:r>
        <w:rPr>
          <w:lang w:eastAsia="zh-CN"/>
        </w:rPr>
        <w:t>　　3、 考风考纪。培养学生良好的道德情操，加强考风考纪教育，严禁考试舞弊恶心性行为的发生。</w:t>
      </w:r>
      <w:r>
        <w:rPr>
          <w:lang w:eastAsia="zh-CN"/>
        </w:rPr>
        <w:br/>
      </w:r>
      <w:r>
        <w:rPr>
          <w:lang w:eastAsia="zh-CN"/>
        </w:rPr>
        <w:t>　　4、 学习成绩。调动学生学习的积极性，提高学习效率，提倡“1+1”学习帮扶活动小组，由班级成绩较好的同学帮助成绩相对较差的同学（尤其是英语和计算机技能专业方面的知识），使其成绩达到学校的基本要求，甚至更好。</w:t>
      </w:r>
      <w:r>
        <w:rPr>
          <w:lang w:eastAsia="zh-CN"/>
        </w:rPr>
        <w:br/>
      </w:r>
      <w:r>
        <w:rPr>
          <w:lang w:eastAsia="zh-CN"/>
        </w:rPr>
        <w:t>　　5、</w:t>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加强文明礼仪教育。严格要求自身的言行举止文明礼貌，不说脏话，不违反校规校纪，知法守法，提高自身的道德修养。</w:t>
      </w:r>
      <w:r>
        <w:rPr>
          <w:lang w:eastAsia="zh-CN"/>
        </w:rPr>
        <w:br/>
      </w:r>
      <w:r>
        <w:rPr>
          <w:lang w:eastAsia="zh-CN"/>
        </w:rPr>
        <w:t>　　五、活动流程：</w:t>
      </w:r>
      <w:r>
        <w:rPr>
          <w:lang w:eastAsia="zh-CN"/>
        </w:rPr>
        <w:br/>
      </w:r>
      <w:r>
        <w:rPr>
          <w:lang w:eastAsia="zh-CN"/>
        </w:rPr>
        <w:t>　　1、前期准备：制定考核打分表，粘贴活动通知以及告知各班级学习委员，由学位传达到各班级，做好宣传工作，并从学生会的'其他部门送出一些代表协助学习不工作，组成评审团。各部部长级代表组成评委会。</w:t>
      </w:r>
      <w:r>
        <w:rPr>
          <w:lang w:eastAsia="zh-CN"/>
        </w:rPr>
        <w:br/>
      </w:r>
      <w:r>
        <w:rPr>
          <w:lang w:eastAsia="zh-CN"/>
        </w:rPr>
        <w:t>　　2、中期进行：由评审团依据规定到各班听课考察，并针对各班级实际情况进行打分。</w:t>
      </w:r>
      <w:r>
        <w:rPr>
          <w:lang w:eastAsia="zh-CN"/>
        </w:rPr>
        <w:br/>
      </w:r>
      <w:r>
        <w:rPr>
          <w:lang w:eastAsia="zh-CN"/>
        </w:rPr>
        <w:t>　　3、后期总结：依据评分表和各个班级的实际情况综合评分，由评委会成员总结分数及各个班级的优点和缺点给出最后评分，根据最后得分评选出优秀班级，由学习部成员负责活动总结。</w:t>
      </w:r>
      <w:r>
        <w:rPr>
          <w:lang w:eastAsia="zh-CN"/>
        </w:rPr>
        <w:br/>
      </w:r>
      <w:r>
        <w:rPr>
          <w:lang w:eastAsia="zh-CN"/>
        </w:rPr>
        <w:t>　　六、人员安排：学生会成员</w:t>
      </w:r>
      <w:r>
        <w:rPr>
          <w:lang w:eastAsia="zh-CN"/>
        </w:rPr>
        <w:br/>
      </w:r>
      <w:r>
        <w:rPr>
          <w:lang w:eastAsia="zh-CN"/>
        </w:rPr>
        <w:t>　　七、奖项设置：优秀班级第一，第二，第三名（对于优秀班级给予公开表扬）</w:t>
      </w:r>
      <w:r>
        <w:rPr>
          <w:lang w:eastAsia="zh-CN"/>
        </w:rPr>
        <w:br/>
      </w:r>
      <w:r>
        <w:rPr>
          <w:lang w:eastAsia="zh-CN"/>
        </w:rPr>
        <w:t>　　八、颁奖仪式：在大教室举行，邀请学生会主席，各部部长给优秀班级颁奖，评为代表，</w:t>
      </w:r>
      <w:r>
        <w:rPr>
          <w:lang w:eastAsia="zh-CN"/>
        </w:rPr>
        <w:br/>
      </w:r>
      <w:r>
        <w:rPr>
          <w:lang w:eastAsia="zh-CN"/>
        </w:rPr>
        <w:t>　　学生代表发言总结。</w:t>
      </w:r>
      <w:r>
        <w:rPr>
          <w:lang w:eastAsia="zh-CN"/>
        </w:rPr>
        <w:br/>
      </w:r>
      <w:r>
        <w:rPr>
          <w:lang w:eastAsia="zh-CN"/>
        </w:rPr>
        <w:t>　　九、活动经费（预算）：复印打分表84张，费用为6元</w:t>
      </w:r>
      <w:r>
        <w:rPr>
          <w:lang w:eastAsia="zh-CN"/>
        </w:rPr>
        <w:br/>
      </w:r>
      <w:r>
        <w:rPr>
          <w:lang w:eastAsia="zh-CN"/>
        </w:rPr>
        <w:t>　　奖状33张，费用为3元</w:t>
      </w:r>
      <w:r>
        <w:rPr>
          <w:lang w:eastAsia="zh-CN"/>
        </w:rPr>
        <w:br/>
      </w:r>
      <w:r>
        <w:rPr>
          <w:lang w:eastAsia="zh-CN"/>
        </w:rPr>
        <w:t>　　合计：9元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十、活动意义：通过开展：学风考察“活动，使我系学生明确学习目的，认识到自己肩负的责任，从而激发学习的积极性，培养了良好的学习风气，同时也充实了学习部工作内容，使其融入到学生中，及时掌握学生动态，随时做出工作调整，营造良好的学习氛围，形成浓厚的学习气息。</w:t>
      </w:r>
      <w:r>
        <w:rPr>
          <w:lang w:eastAsia="zh-CN"/>
        </w:rPr>
        <w:br/>
      </w:r>
      <w:r>
        <w:rPr>
          <w:lang w:eastAsia="zh-CN"/>
        </w:rPr>
        <w:t xml:space="preserve">    班级活动的策划书 篇7 </w:t>
      </w:r>
      <w:r>
        <w:rPr>
          <w:lang w:eastAsia="zh-CN"/>
        </w:rPr>
        <w:br/>
      </w:r>
      <w:r>
        <w:rPr>
          <w:lang w:eastAsia="zh-CN"/>
        </w:rPr>
        <w:t>　　一、活动背景</w:t>
      </w:r>
      <w:r>
        <w:rPr>
          <w:lang w:eastAsia="zh-CN"/>
        </w:rPr>
        <w:br/>
      </w:r>
      <w:r>
        <w:rPr>
          <w:lang w:eastAsia="zh-CN"/>
        </w:rPr>
        <w:t>　　一场细雨过后，我们迎来了久别的春天，与此同时，大家把大部分精力投入到考研中去，为了活跃班级气氛，让大家有一个喜悦的心情，在欢声笑语中更加自信地投入到接下来的学习生活中去,我们寝室提议并策划组织此次春季户外野餐活动。</w:t>
      </w:r>
      <w:r>
        <w:rPr>
          <w:lang w:eastAsia="zh-CN"/>
        </w:rPr>
        <w:br/>
      </w:r>
      <w:r>
        <w:rPr>
          <w:lang w:eastAsia="zh-CN"/>
        </w:rPr>
        <w:t>　　二、活动目的</w:t>
      </w:r>
      <w:r>
        <w:rPr>
          <w:lang w:eastAsia="zh-CN"/>
        </w:rPr>
        <w:br/>
      </w:r>
      <w:r>
        <w:rPr>
          <w:lang w:eastAsia="zh-CN"/>
        </w:rPr>
        <w:t>　　大学的生活已经过了大半，很快我们就要毕业各奔东西去追求自己的'梦想。经过近三年的相处，同学们关系已经基本融洽，但男生与女生之间、各寝室之间还是存在不同程度的隔阂。为打破这种隔阂，增进班级团结，增加班级凝聚力、亲和力、战斗力，同时，本活动也有助于增进同学之间的交流，培养大家的动手能力和团队合作意识，丰富大家的课余生活，并开拓大家的视野，使大家的身心得到陶冶，为同学之间的相互学习提供平台。</w:t>
      </w:r>
      <w:r>
        <w:rPr>
          <w:lang w:eastAsia="zh-CN"/>
        </w:rPr>
        <w:br/>
      </w:r>
      <w:r>
        <w:rPr>
          <w:lang w:eastAsia="zh-CN"/>
        </w:rPr>
        <w:t>　　三、活动主题</w:t>
      </w:r>
      <w:r>
        <w:rPr>
          <w:lang w:eastAsia="zh-CN"/>
        </w:rPr>
        <w:br/>
      </w:r>
      <w:r>
        <w:rPr>
          <w:lang w:eastAsia="zh-CN"/>
        </w:rPr>
        <w:t>　　班级春季户外野餐</w:t>
      </w:r>
      <w:r>
        <w:rPr>
          <w:lang w:eastAsia="zh-CN"/>
        </w:rPr>
        <w:br/>
      </w:r>
      <w:r>
        <w:rPr>
          <w:lang w:eastAsia="zh-CN"/>
        </w:rPr>
        <w:t>　　四、活动时间</w:t>
      </w:r>
      <w:r>
        <w:rPr>
          <w:lang w:eastAsia="zh-CN"/>
        </w:rPr>
        <w:br/>
      </w:r>
      <w:r>
        <w:rPr>
          <w:lang w:eastAsia="zh-CN"/>
        </w:rPr>
        <w:t>　　__年_月</w:t>
      </w:r>
      <w:r>
        <w:rPr>
          <w:lang w:eastAsia="zh-CN"/>
        </w:rPr>
        <w:br/>
      </w:r>
      <w:r>
        <w:rPr>
          <w:lang w:eastAsia="zh-CN"/>
        </w:rPr>
        <w:t>　　五、活动地点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洛浦清风园及洛河沿岸</w:t>
      </w:r>
      <w:r>
        <w:rPr>
          <w:lang w:eastAsia="zh-CN"/>
        </w:rPr>
        <w:br/>
      </w:r>
      <w:r>
        <w:rPr>
          <w:lang w:eastAsia="zh-CN"/>
        </w:rPr>
        <w:t>　　六、参与人员</w:t>
      </w:r>
      <w:r>
        <w:rPr>
          <w:lang w:eastAsia="zh-CN"/>
        </w:rPr>
        <w:br/>
      </w:r>
      <w:r>
        <w:rPr>
          <w:lang w:eastAsia="zh-CN"/>
        </w:rPr>
        <w:t>　　应物__班全体同学(欢迎带家属，嘿嘿)</w:t>
      </w:r>
      <w:r>
        <w:rPr>
          <w:lang w:eastAsia="zh-CN"/>
        </w:rPr>
        <w:br/>
      </w:r>
      <w:r>
        <w:rPr>
          <w:lang w:eastAsia="zh-CN"/>
        </w:rPr>
        <w:t>　　七、活动流程</w:t>
      </w:r>
      <w:r>
        <w:rPr>
          <w:lang w:eastAsia="zh-CN"/>
        </w:rPr>
        <w:br/>
      </w:r>
      <w:r>
        <w:rPr>
          <w:lang w:eastAsia="zh-CN"/>
        </w:rPr>
        <w:t>　　1.班委根据活动内容提前到市场预订烧烤器具及食物;</w:t>
      </w:r>
      <w:r>
        <w:rPr>
          <w:lang w:eastAsia="zh-CN"/>
        </w:rPr>
        <w:br/>
      </w:r>
      <w:r>
        <w:rPr>
          <w:lang w:eastAsia="zh-CN"/>
        </w:rPr>
        <w:t>　　2.活动当天早上10点在本部校门口集合统一出发;</w:t>
      </w:r>
      <w:r>
        <w:rPr>
          <w:lang w:eastAsia="zh-CN"/>
        </w:rPr>
        <w:br/>
      </w:r>
      <w:r>
        <w:rPr>
          <w:lang w:eastAsia="zh-CN"/>
        </w:rPr>
        <w:t>　　3.到达目的地后分组做好烧烤前的准备工作;</w:t>
      </w:r>
      <w:r>
        <w:rPr>
          <w:lang w:eastAsia="zh-CN"/>
        </w:rPr>
        <w:br/>
      </w:r>
      <w:r>
        <w:rPr>
          <w:lang w:eastAsia="zh-CN"/>
        </w:rPr>
        <w:t>　　4.做完烧烤前准备后，就开始我们的这次烧烤，开始进行各种娱乐活动和一些小游戏。</w:t>
      </w:r>
      <w:r>
        <w:rPr>
          <w:lang w:eastAsia="zh-CN"/>
        </w:rPr>
        <w:br/>
      </w:r>
      <w:r>
        <w:rPr>
          <w:lang w:eastAsia="zh-CN"/>
        </w:rPr>
        <w:t>　　5.烧烤完毕后，大家围坐进行聊天或游戏等;</w:t>
      </w:r>
      <w:r>
        <w:rPr>
          <w:lang w:eastAsia="zh-CN"/>
        </w:rPr>
        <w:br/>
      </w:r>
      <w:r>
        <w:rPr>
          <w:lang w:eastAsia="zh-CN"/>
        </w:rPr>
        <w:t>　　6.最后集合人员并清点物品，组织带回。</w:t>
      </w:r>
      <w:r>
        <w:rPr>
          <w:lang w:eastAsia="zh-CN"/>
        </w:rPr>
        <w:br/>
      </w:r>
      <w:r>
        <w:rPr>
          <w:lang w:eastAsia="zh-CN"/>
        </w:rPr>
        <w:t>　　八、物资准备(灵活改变)</w:t>
      </w:r>
      <w:r>
        <w:rPr>
          <w:lang w:eastAsia="zh-CN"/>
        </w:rPr>
        <w:br/>
      </w:r>
      <w:r>
        <w:rPr>
          <w:lang w:eastAsia="zh-CN"/>
        </w:rPr>
        <w:t>　　肉类：鱼、鸡肉;</w:t>
      </w:r>
      <w:r>
        <w:rPr>
          <w:lang w:eastAsia="zh-CN"/>
        </w:rPr>
        <w:br/>
      </w:r>
      <w:r>
        <w:rPr>
          <w:lang w:eastAsia="zh-CN"/>
        </w:rPr>
        <w:t>　　蔬菜：跟实际情况采购;</w:t>
      </w:r>
      <w:r>
        <w:rPr>
          <w:lang w:eastAsia="zh-CN"/>
        </w:rPr>
        <w:br/>
      </w:r>
      <w:r>
        <w:rPr>
          <w:lang w:eastAsia="zh-CN"/>
        </w:rPr>
        <w:t>　　水果：橘子、香蕉 、梨等;</w:t>
      </w:r>
      <w:r>
        <w:rPr>
          <w:lang w:eastAsia="zh-CN"/>
        </w:rPr>
        <w:br/>
      </w:r>
      <w:r>
        <w:rPr>
          <w:lang w:eastAsia="zh-CN"/>
        </w:rPr>
        <w:t>　　其他：面包、馒头、包子、烧饼、饼干、豆筋、豆腐皮、豆干;</w:t>
      </w:r>
      <w:r>
        <w:rPr>
          <w:lang w:eastAsia="zh-CN"/>
        </w:rPr>
        <w:br/>
      </w:r>
      <w:r>
        <w:rPr>
          <w:lang w:eastAsia="zh-CN"/>
        </w:rPr>
        <w:t>　　烧烤工具：木炭，竹签，烧烤刷，一次性手套等;</w:t>
      </w:r>
      <w:r>
        <w:rPr>
          <w:lang w:eastAsia="zh-CN"/>
        </w:rPr>
        <w:br/>
      </w:r>
      <w:r>
        <w:rPr>
          <w:lang w:eastAsia="zh-CN"/>
        </w:rPr>
        <w:t>　　配料：烧烤汁，盐，辣椒，油等;</w:t>
      </w:r>
      <w:r>
        <w:rPr>
          <w:lang w:eastAsia="zh-CN"/>
        </w:rPr>
        <w:br/>
      </w:r>
      <w:r>
        <w:rPr>
          <w:lang w:eastAsia="zh-CN"/>
        </w:rPr>
        <w:t>　　饮料：可乐、雪碧、果汁、啤酒。</w:t>
      </w:r>
      <w:r>
        <w:rPr>
          <w:lang w:eastAsia="zh-CN"/>
        </w:rPr>
        <w:br/>
      </w:r>
      <w:r>
        <w:rPr>
          <w:lang w:eastAsia="zh-CN"/>
        </w:rPr>
        <w:t>　　九、注意事项</w:t>
      </w:r>
      <w:r>
        <w:rPr>
          <w:lang w:eastAsia="zh-CN"/>
        </w:rPr>
        <w:br/>
      </w:r>
      <w:r>
        <w:rPr>
          <w:lang w:eastAsia="zh-CN"/>
        </w:rPr>
        <w:t>　　1.团结友爱、互相帮助，发扬团队精神;</w:t>
      </w:r>
      <w:r>
        <w:rPr>
          <w:lang w:eastAsia="zh-CN"/>
        </w:rPr>
        <w:br/>
      </w:r>
      <w:r>
        <w:rPr>
          <w:lang w:eastAsia="zh-CN"/>
        </w:rPr>
        <w:t>　　2.注意安全，听从班委的指挥;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3.野餐期间注意卫生，垃圾集中后带走。</w:t>
      </w:r>
      <w:r>
        <w:rPr>
          <w:lang w:eastAsia="zh-CN"/>
        </w:rPr>
        <w:br/>
      </w:r>
      <w:r>
        <w:rPr>
          <w:lang w:eastAsia="zh-CN"/>
        </w:rPr>
        <w:t>　　十、应急预案</w:t>
      </w:r>
      <w:r>
        <w:rPr>
          <w:lang w:eastAsia="zh-CN"/>
        </w:rPr>
        <w:br/>
      </w:r>
      <w:r>
        <w:rPr>
          <w:lang w:eastAsia="zh-CN"/>
        </w:rPr>
        <w:t>　　1.天气如有变化根据具体情况处理;</w:t>
      </w:r>
      <w:r>
        <w:rPr>
          <w:lang w:eastAsia="zh-CN"/>
        </w:rPr>
        <w:br/>
      </w:r>
      <w:r>
        <w:rPr>
          <w:lang w:eastAsia="zh-CN"/>
        </w:rPr>
        <w:t>　　2.预备拉肚子等药物，以备不时之需。</w:t>
      </w:r>
      <w:r>
        <w:rPr>
          <w:lang w:eastAsia="zh-CN"/>
        </w:rPr>
        <w:br/>
      </w:r>
      <w:r>
        <w:rPr>
          <w:lang w:eastAsia="zh-CN"/>
        </w:rPr>
        <w:t>　　十一、活动预算</w:t>
      </w:r>
      <w:r>
        <w:rPr>
          <w:lang w:eastAsia="zh-CN"/>
        </w:rPr>
        <w:br/>
      </w:r>
      <w:r>
        <w:rPr>
          <w:lang w:eastAsia="zh-CN"/>
        </w:rPr>
        <w:t>　　20元/人 _ 34人 = 680元(具体视情况定)</w:t>
      </w:r>
      <w:r>
        <w:rPr>
          <w:lang w:eastAsia="zh-CN"/>
        </w:rPr>
        <w:br/>
      </w:r>
      <w:r>
        <w:rPr>
          <w:lang w:eastAsia="zh-CN"/>
        </w:rPr>
        <w:t>　　注：鼓励自带即食性食物，或自备材料展现厨艺。</w:t>
      </w:r>
      <w:r>
        <w:rPr>
          <w:lang w:eastAsia="zh-CN"/>
        </w:rPr>
        <w:br/>
      </w:r>
      <w:r>
        <w:rPr>
          <w:lang w:eastAsia="zh-CN"/>
        </w:rPr>
        <w:t>　　策划人：应物__班寝</w:t>
      </w:r>
      <w:r>
        <w:rPr>
          <w:lang w:eastAsia="zh-CN"/>
        </w:rPr>
        <w:br/>
      </w:r>
      <w:r>
        <w:rPr>
          <w:lang w:eastAsia="zh-CN"/>
        </w:rPr>
        <w:t>　　__年_月</w:t>
      </w:r>
      <w:r>
        <w:rPr>
          <w:lang w:eastAsia="zh-CN"/>
        </w:rPr>
        <w:br/>
      </w:r>
      <w:r>
        <w:rPr>
          <w:lang w:eastAsia="zh-CN"/>
        </w:rPr>
        <w:t xml:space="preserve">    班级活动的策划书 篇8 </w:t>
      </w:r>
      <w:r>
        <w:rPr>
          <w:lang w:eastAsia="zh-CN"/>
        </w:rPr>
        <w:br/>
      </w:r>
      <w:r>
        <w:rPr>
          <w:lang w:eastAsia="zh-CN"/>
        </w:rPr>
        <w:t>　　一、活动主题</w:t>
      </w:r>
      <w:r>
        <w:rPr>
          <w:lang w:eastAsia="zh-CN"/>
        </w:rPr>
        <w:br/>
      </w:r>
      <w:r>
        <w:rPr>
          <w:lang w:eastAsia="zh-CN"/>
        </w:rPr>
        <w:t>　　人际交往的技巧</w:t>
      </w:r>
      <w:r>
        <w:rPr>
          <w:lang w:eastAsia="zh-CN"/>
        </w:rPr>
        <w:br/>
      </w:r>
      <w:r>
        <w:rPr>
          <w:lang w:eastAsia="zh-CN"/>
        </w:rPr>
        <w:t>　　二、活动背景</w:t>
      </w:r>
      <w:r>
        <w:rPr>
          <w:lang w:eastAsia="zh-CN"/>
        </w:rPr>
        <w:br/>
      </w:r>
      <w:r>
        <w:rPr>
          <w:lang w:eastAsia="zh-CN"/>
        </w:rPr>
        <w:t>　　有人说过，人与人之间的交往是“人类唯一的豪华”。从人类出现以来，人际交往就发挥着协调人与人之间的行动和满足个体间心理接触需要的重要作用。良好的人际交往对于个体的健康成长和良好心理品质的形成有重要作用。在现在这个高速发展的社会，人际交往变得尤为重要。所以我班准备举办一次关于人际交往的主题心理活动。</w:t>
      </w:r>
      <w:r>
        <w:rPr>
          <w:lang w:eastAsia="zh-CN"/>
        </w:rPr>
        <w:br/>
      </w:r>
      <w:r>
        <w:rPr>
          <w:lang w:eastAsia="zh-CN"/>
        </w:rPr>
        <w:t>　　三、活动目的</w:t>
      </w:r>
      <w:r>
        <w:rPr>
          <w:lang w:eastAsia="zh-CN"/>
        </w:rPr>
        <w:br/>
      </w:r>
      <w:r>
        <w:rPr>
          <w:lang w:eastAsia="zh-CN"/>
        </w:rPr>
        <w:t>　　向同学们普及人际交往之中的小技巧，提高同学们在人际交往中的能力，使同学们之间可以更为融洽的相处。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四、活动时间</w:t>
      </w:r>
      <w:r>
        <w:rPr>
          <w:lang w:eastAsia="zh-CN"/>
        </w:rPr>
        <w:br/>
      </w:r>
      <w:r>
        <w:rPr>
          <w:lang w:eastAsia="zh-CN"/>
        </w:rPr>
        <w:t>　　20__年_月_日星期_，19:00~21:00</w:t>
      </w:r>
      <w:r>
        <w:rPr>
          <w:lang w:eastAsia="zh-CN"/>
        </w:rPr>
        <w:br/>
      </w:r>
      <w:r>
        <w:rPr>
          <w:lang w:eastAsia="zh-CN"/>
        </w:rPr>
        <w:t>　　五、活动地点</w:t>
      </w:r>
      <w:r>
        <w:rPr>
          <w:lang w:eastAsia="zh-CN"/>
        </w:rPr>
        <w:br/>
      </w:r>
      <w:r>
        <w:rPr>
          <w:lang w:eastAsia="zh-CN"/>
        </w:rPr>
        <w:t>　　东区教室</w:t>
      </w:r>
      <w:r>
        <w:rPr>
          <w:lang w:eastAsia="zh-CN"/>
        </w:rPr>
        <w:br/>
      </w:r>
      <w:r>
        <w:rPr>
          <w:lang w:eastAsia="zh-CN"/>
        </w:rPr>
        <w:t>　　六、参与人员</w:t>
      </w:r>
      <w:r>
        <w:rPr>
          <w:lang w:eastAsia="zh-CN"/>
        </w:rPr>
        <w:br/>
      </w:r>
      <w:r>
        <w:rPr>
          <w:lang w:eastAsia="zh-CN"/>
        </w:rPr>
        <w:t>　　材料科学与技术学院材料科学与工程0614103班全体成员</w:t>
      </w:r>
      <w:r>
        <w:rPr>
          <w:lang w:eastAsia="zh-CN"/>
        </w:rPr>
        <w:br/>
      </w:r>
      <w:r>
        <w:rPr>
          <w:lang w:eastAsia="zh-CN"/>
        </w:rPr>
        <w:t>　　七、活动内容</w:t>
      </w:r>
      <w:r>
        <w:rPr>
          <w:lang w:eastAsia="zh-CN"/>
        </w:rPr>
        <w:br/>
      </w:r>
      <w:r>
        <w:rPr>
          <w:lang w:eastAsia="zh-CN"/>
        </w:rPr>
        <w:t>　　1、前期准备：了解同学们的空闲时间，使尽可能多的同学可以参与进来。</w:t>
      </w:r>
      <w:r>
        <w:rPr>
          <w:lang w:eastAsia="zh-CN"/>
        </w:rPr>
        <w:br/>
      </w:r>
      <w:r>
        <w:rPr>
          <w:lang w:eastAsia="zh-CN"/>
        </w:rPr>
        <w:t>　　搜集活动中所需要的视频、图片等资料。</w:t>
      </w:r>
      <w:r>
        <w:rPr>
          <w:lang w:eastAsia="zh-CN"/>
        </w:rPr>
        <w:br/>
      </w:r>
      <w:r>
        <w:rPr>
          <w:lang w:eastAsia="zh-CN"/>
        </w:rPr>
        <w:t>　　提前借好教室和投影仪等设施。</w:t>
      </w:r>
      <w:r>
        <w:rPr>
          <w:lang w:eastAsia="zh-CN"/>
        </w:rPr>
        <w:br/>
      </w:r>
      <w:r>
        <w:rPr>
          <w:lang w:eastAsia="zh-CN"/>
        </w:rPr>
        <w:t>　　2、开场视频：内容简要说明人际交往在生活中的重要作用。（5min）</w:t>
      </w:r>
      <w:r>
        <w:rPr>
          <w:lang w:eastAsia="zh-CN"/>
        </w:rPr>
        <w:br/>
      </w:r>
      <w:r>
        <w:rPr>
          <w:lang w:eastAsia="zh-CN"/>
        </w:rPr>
        <w:t>　　3、正式开始：心理气象员进行开场发言，简要介绍此次活动的目的。（5min）</w:t>
      </w:r>
      <w:r>
        <w:rPr>
          <w:lang w:eastAsia="zh-CN"/>
        </w:rPr>
        <w:br/>
      </w:r>
      <w:r>
        <w:rPr>
          <w:lang w:eastAsia="zh-CN"/>
        </w:rPr>
        <w:t>　　4、热场游戏：阿水的故事。所有同学围成一圈，两手抬起，其中右手平伸手</w:t>
      </w:r>
      <w:r>
        <w:rPr>
          <w:lang w:eastAsia="zh-CN"/>
        </w:rPr>
        <w:br/>
      </w:r>
      <w:r>
        <w:rPr>
          <w:lang w:eastAsia="zh-CN"/>
        </w:rPr>
        <w:t>　　心向下，左手握拳并伸出食指指在左边的人右手手心。主持人念一段话，当读到“水”时，右手迅速握住右边人的手指，同时将左手手指从左边人的手心逃出。成功握住得一分，成功逃出得一分。最后统计分数，并进行游戏分析。（30min）</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5、案例介绍：向同学们介绍生活中人际交往的实例并总结人际交往的技巧。(20min)</w:t>
      </w:r>
      <w:r>
        <w:rPr>
          <w:lang w:eastAsia="zh-CN"/>
        </w:rPr>
        <w:br/>
      </w:r>
      <w:r>
        <w:rPr>
          <w:lang w:eastAsia="zh-CN"/>
        </w:rPr>
        <w:t>　　6、人际关系小测试：将提前准备好的心理小测试发给同学们，完成后告诉同学们相应选项的`结果和改善的小方法。(20min)</w:t>
      </w:r>
      <w:r>
        <w:rPr>
          <w:lang w:eastAsia="zh-CN"/>
        </w:rPr>
        <w:br/>
      </w:r>
      <w:r>
        <w:rPr>
          <w:lang w:eastAsia="zh-CN"/>
        </w:rPr>
        <w:t>　　7、结尾游戏：大风吹小风吹。通过游戏来增进同学们之间的感情。（30min）</w:t>
      </w:r>
      <w:r>
        <w:rPr>
          <w:lang w:eastAsia="zh-CN"/>
        </w:rPr>
        <w:br/>
      </w:r>
      <w:r>
        <w:rPr>
          <w:lang w:eastAsia="zh-CN"/>
        </w:rPr>
        <w:t>　　8、总结发言：简要总结此次活动是否达到目的，认识到不足并继续改善。（5min）</w:t>
      </w:r>
      <w:r>
        <w:rPr>
          <w:lang w:eastAsia="zh-CN"/>
        </w:rPr>
        <w:br/>
      </w:r>
      <w:r>
        <w:rPr>
          <w:lang w:eastAsia="zh-CN"/>
        </w:rPr>
        <w:t>　　八、经费计算</w:t>
      </w:r>
      <w:r>
        <w:rPr>
          <w:lang w:eastAsia="zh-CN"/>
        </w:rPr>
        <w:br/>
      </w:r>
      <w:r>
        <w:rPr>
          <w:lang w:eastAsia="zh-CN"/>
        </w:rPr>
        <w:t>　　小测试所需纸张数：31花费：3.2元</w:t>
      </w:r>
      <w:r>
        <w:rPr>
          <w:lang w:eastAsia="zh-CN"/>
        </w:rPr>
        <w:br/>
      </w:r>
      <w:r>
        <w:rPr>
          <w:lang w:eastAsia="zh-CN"/>
        </w:rPr>
        <w:t>　　九、活动总结</w:t>
      </w:r>
      <w:r>
        <w:rPr>
          <w:lang w:eastAsia="zh-CN"/>
        </w:rPr>
        <w:br/>
      </w:r>
      <w:r>
        <w:rPr>
          <w:lang w:eastAsia="zh-CN"/>
        </w:rPr>
        <w:t>　　通过此次活动，提高同学们人际交往的能力，使同学们可以更好的与周围的人交往。同时总结这次活动的不足，为下一次的活动积累经验。</w:t>
      </w:r>
      <w:r>
        <w:rPr>
          <w:lang w:eastAsia="zh-CN"/>
        </w:rPr>
        <w:br/>
      </w:r>
      <w:r>
        <w:rPr>
          <w:lang w:eastAsia="zh-CN"/>
        </w:rPr>
        <w:t xml:space="preserve">    班级活动的策划书 篇9 </w:t>
      </w:r>
      <w:r>
        <w:rPr>
          <w:lang w:eastAsia="zh-CN"/>
        </w:rPr>
        <w:br/>
      </w:r>
      <w:r>
        <w:rPr>
          <w:lang w:eastAsia="zh-CN"/>
        </w:rPr>
        <w:t>　　为了更好的推动12级会电一、二班的体育文化建设，提高班级凝聚力，促进班级交流，特别是男女同学之间的了解和互助。丰富同学们的课余生活，提高同学身体素质，锻炼同学意志，让同学们体验运动乐趣，调动参加体育锻炼的积极性。特开展这次小型的体育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经历了六月高考，我们踏入了南航的校园。大学的课程比高中的课程更深、更广，需要同学们用更多的课余时间消化。种类繁多的社团活动也占据了我们不少的时间，这使得我们常常忽视了自身健康，缺乏体育锻炼。</w:t>
      </w:r>
      <w:r>
        <w:rPr>
          <w:lang w:eastAsia="zh-CN"/>
        </w:rPr>
        <w:br/>
      </w:r>
      <w:r>
        <w:rPr>
          <w:lang w:eastAsia="zh-CN"/>
        </w:rPr>
        <w:t>　　1、通过科学合理、适度适量的体育活动增强同学们的体质，培养同学们的坚毅品质，是体育锻炼成为同学们受益终生的良好习惯。</w:t>
      </w:r>
      <w:r>
        <w:rPr>
          <w:lang w:eastAsia="zh-CN"/>
        </w:rPr>
        <w:br/>
      </w:r>
      <w:r>
        <w:rPr>
          <w:lang w:eastAsia="zh-CN"/>
        </w:rPr>
        <w:t>　　2、在活动中，通过互帮互助、男女互动，进一步增强我班凝聚力，形成良好的团队合作精神，培养沟通交际能力，展示我班昂扬向上、阳光自信的精神风貌，展现我学院新生自强不息、奋发向上、团结互助的青春风采。</w:t>
      </w:r>
      <w:r>
        <w:rPr>
          <w:lang w:eastAsia="zh-CN"/>
        </w:rPr>
        <w:br/>
      </w:r>
      <w:r>
        <w:rPr>
          <w:lang w:eastAsia="zh-CN"/>
        </w:rPr>
        <w:t>　　1、活动规划做到科学、合理，做到以人为本。通过适宜、适量运动，真正做到有益于同学的`身体健康及身心发展。</w:t>
      </w:r>
      <w:r>
        <w:rPr>
          <w:lang w:eastAsia="zh-CN"/>
        </w:rPr>
        <w:br/>
      </w:r>
      <w:r>
        <w:rPr>
          <w:lang w:eastAsia="zh-CN"/>
        </w:rPr>
        <w:t>　　2、活动要有可行性、趣味性，通过开展同学们喜爱的活动形式，激发同学们自觉参加体育锻炼的热情，使大家在享受户外阳光，进行户外锻炼的同时，能感受到体育锻炼的快乐，把“阳光体育”诠释为强健的体魄和阳光般自信灿烂的笑容。</w:t>
      </w:r>
      <w:r>
        <w:rPr>
          <w:lang w:eastAsia="zh-CN"/>
        </w:rPr>
        <w:br/>
      </w:r>
      <w:r>
        <w:rPr>
          <w:lang w:eastAsia="zh-CN"/>
        </w:rPr>
        <w:t>　　__班全体同学</w:t>
      </w:r>
      <w:r>
        <w:rPr>
          <w:lang w:eastAsia="zh-CN"/>
        </w:rPr>
        <w:br/>
      </w:r>
      <w:r>
        <w:rPr>
          <w:lang w:eastAsia="zh-CN"/>
        </w:rPr>
        <w:t>　　集体活动、分组活动、班级联动</w:t>
      </w:r>
      <w:r>
        <w:rPr>
          <w:lang w:eastAsia="zh-CN"/>
        </w:rPr>
        <w:br/>
      </w:r>
      <w:r>
        <w:rPr>
          <w:lang w:eastAsia="zh-CN"/>
        </w:rPr>
        <w:t>　　1、太极拳：时间：每周三下午16：30—17：30</w:t>
      </w:r>
      <w:r>
        <w:rPr>
          <w:lang w:eastAsia="zh-CN"/>
        </w:rPr>
        <w:br/>
      </w:r>
      <w:r>
        <w:rPr>
          <w:lang w:eastAsia="zh-CN"/>
        </w:rPr>
        <w:t>　　场地：空闲场地</w:t>
      </w:r>
      <w:r>
        <w:rPr>
          <w:lang w:eastAsia="zh-CN"/>
        </w:rPr>
        <w:br/>
      </w:r>
      <w:r>
        <w:rPr>
          <w:lang w:eastAsia="zh-CN"/>
        </w:rPr>
        <w:t>　　方式：通过课上学习掌握动作要领，由动作熟练的同学带领大家做。可联合其他班级一起锻炼，成为我院具有特色的太极拳方阵。</w:t>
      </w:r>
      <w:r>
        <w:rPr>
          <w:lang w:eastAsia="zh-CN"/>
        </w:rPr>
        <w:br/>
      </w:r>
      <w:r>
        <w:rPr>
          <w:lang w:eastAsia="zh-CN"/>
        </w:rPr>
        <w:t>　　2、趣味锻炼活动：时间：周日下午</w:t>
      </w:r>
      <w:r>
        <w:rPr>
          <w:lang w:eastAsia="zh-CN"/>
        </w:rPr>
        <w:br/>
      </w:r>
      <w:r>
        <w:rPr>
          <w:lang w:eastAsia="zh-CN"/>
        </w:rPr>
        <w:t>　　地点：操场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方式：可轮次开展跳大绳、踢毽子比赛、快速往返跑比赛、两人三腿跑等形式多样的活动，充分调动大家的积极性。</w:t>
      </w:r>
      <w:r>
        <w:rPr>
          <w:lang w:eastAsia="zh-CN"/>
        </w:rPr>
        <w:br/>
      </w:r>
      <w:r>
        <w:rPr>
          <w:lang w:eastAsia="zh-CN"/>
        </w:rPr>
        <w:t>　　3、竞技体育：根据同学的兴趣爱好，分成篮球小组、足球小组、羽毛球小组、乒乓球小组等小队自行安排合适时间参加锻炼。由小组组长负责，并可与其他班级开展友谊赛，激发同学兴趣，乐在体育中。</w:t>
      </w:r>
      <w:r>
        <w:rPr>
          <w:lang w:eastAsia="zh-CN"/>
        </w:rPr>
        <w:br/>
      </w:r>
      <w:r>
        <w:rPr>
          <w:lang w:eastAsia="zh-CN"/>
        </w:rPr>
        <w:t>　　4、爬山：每周二或周三可组织一次全体爬山活动。地点可选在翠屏山，领略山川秀丽，呼吸新鲜空气，感受山文浩然，促进身心健康。</w:t>
      </w:r>
      <w:r>
        <w:rPr>
          <w:lang w:eastAsia="zh-CN"/>
        </w:rPr>
        <w:br/>
      </w:r>
      <w:r>
        <w:rPr>
          <w:lang w:eastAsia="zh-CN"/>
        </w:rPr>
        <w:t>　　1、各小组长要开展切实可行的锻炼计划，积极组织合理安排，遇到问题要尽力解决并及时联系班长、团支书。</w:t>
      </w:r>
      <w:r>
        <w:rPr>
          <w:lang w:eastAsia="zh-CN"/>
        </w:rPr>
        <w:br/>
      </w:r>
      <w:r>
        <w:rPr>
          <w:lang w:eastAsia="zh-CN"/>
        </w:rPr>
        <w:t>　　2、注意安全，适量适宜；外出时注意人员安全，做足准备工作。</w:t>
      </w:r>
      <w:r>
        <w:rPr>
          <w:lang w:eastAsia="zh-CN"/>
        </w:rPr>
        <w:br/>
      </w:r>
      <w:r>
        <w:rPr>
          <w:lang w:eastAsia="zh-CN"/>
        </w:rPr>
        <w:t>　　3、具体安排应视天气等因素有所变通。</w:t>
      </w:r>
      <w:r>
        <w:rPr>
          <w:lang w:eastAsia="zh-CN"/>
        </w:rPr>
        <w:br/>
      </w:r>
      <w:r>
        <w:rPr>
          <w:lang w:eastAsia="zh-CN"/>
        </w:rPr>
        <w:t>　　本次活动以青春活力，增强班级友谊及凝聚力，促进良好的团体精神为主题。</w:t>
      </w:r>
      <w:r>
        <w:rPr>
          <w:lang w:eastAsia="zh-CN"/>
        </w:rPr>
        <w:br/>
      </w:r>
      <w:r>
        <w:rPr>
          <w:lang w:eastAsia="zh-CN"/>
        </w:rPr>
        <w:t>　　时入暮春，为丰富我们的校园生活，将我们专业活动推向高潮火热的视幻震撼，“热情奔放，青春飞扬”__级信息与计算科学专业班级间的荣誉感，同学间友谊的融洽度，更重要的是让同学们都有个自我展示的机会，展示自己的风采。同时也用小小的奖励来调动同学们的激情。”热情奔放，青春飞扬”就是我们青春的象征。</w:t>
      </w:r>
      <w:r>
        <w:rPr>
          <w:lang w:eastAsia="zh-CN"/>
        </w:rPr>
        <w:br/>
      </w:r>
      <w:r>
        <w:rPr>
          <w:lang w:eastAsia="zh-CN"/>
        </w:rPr>
        <w:t>　　__年4月17日星期六——18日星期天与20__年4月24号星期六——25号星期天。</w:t>
      </w:r>
      <w:r>
        <w:rPr>
          <w:lang w:eastAsia="zh-CN"/>
        </w:rPr>
        <w:br/>
      </w:r>
      <w:r>
        <w:rPr>
          <w:lang w:eastAsia="zh-CN"/>
        </w:rPr>
        <w:t>　　地点主要为：篮球场、乒乓球场、羽毛球场、田径场。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到场嘉宾：请来的一些裁判，辅导员及学生会干部</w:t>
      </w:r>
      <w:r>
        <w:rPr>
          <w:lang w:eastAsia="zh-CN"/>
        </w:rPr>
        <w:br/>
      </w:r>
      <w:r>
        <w:rPr>
          <w:lang w:eastAsia="zh-CN"/>
        </w:rPr>
        <w:t>　　比赛单位：__级信息与计算科学专业所有自愿参赛的学生</w:t>
      </w:r>
      <w:r>
        <w:rPr>
          <w:lang w:eastAsia="zh-CN"/>
        </w:rPr>
        <w:br/>
      </w:r>
      <w:r>
        <w:rPr>
          <w:lang w:eastAsia="zh-CN"/>
        </w:rPr>
        <w:t>　　主办单位：__级信息与计算科学专业的体育委员及各位班委的团结合作。</w:t>
      </w:r>
      <w:r>
        <w:rPr>
          <w:lang w:eastAsia="zh-CN"/>
        </w:rPr>
        <w:br/>
      </w:r>
      <w:r>
        <w:rPr>
          <w:lang w:eastAsia="zh-CN"/>
        </w:rPr>
        <w:t>　　1、4月17号星期六下午篮球比赛</w:t>
      </w:r>
      <w:r>
        <w:rPr>
          <w:lang w:eastAsia="zh-CN"/>
        </w:rPr>
        <w:br/>
      </w:r>
      <w:r>
        <w:rPr>
          <w:lang w:eastAsia="zh-CN"/>
        </w:rPr>
        <w:t>　　主要内容：</w:t>
      </w:r>
      <w:r>
        <w:rPr>
          <w:lang w:eastAsia="zh-CN"/>
        </w:rPr>
        <w:br/>
      </w:r>
      <w:r>
        <w:rPr>
          <w:lang w:eastAsia="zh-CN"/>
        </w:rPr>
        <w:t>　　a、由两个班级的比赛选手进入篮球场热身；</w:t>
      </w:r>
      <w:r>
        <w:rPr>
          <w:lang w:eastAsia="zh-CN"/>
        </w:rPr>
        <w:br/>
      </w:r>
      <w:r>
        <w:rPr>
          <w:lang w:eastAsia="zh-CN"/>
        </w:rPr>
        <w:t>　　b、由裁判员吹口哨开始比赛并且由计时员正式开始计算时间和各队的得分；</w:t>
      </w:r>
      <w:r>
        <w:rPr>
          <w:lang w:eastAsia="zh-CN"/>
        </w:rPr>
        <w:br/>
      </w:r>
      <w:r>
        <w:rPr>
          <w:lang w:eastAsia="zh-CN"/>
        </w:rPr>
        <w:t>　　c、比赛结束由裁判员宣布比赛结束并由体育委员记录结果；</w:t>
      </w:r>
      <w:r>
        <w:rPr>
          <w:lang w:eastAsia="zh-CN"/>
        </w:rPr>
        <w:br/>
      </w:r>
      <w:r>
        <w:rPr>
          <w:lang w:eastAsia="zh-CN"/>
        </w:rPr>
        <w:t>　　2、4月18日星期天下午羽毛球比赛</w:t>
      </w:r>
      <w:r>
        <w:rPr>
          <w:lang w:eastAsia="zh-CN"/>
        </w:rPr>
        <w:br/>
      </w:r>
      <w:r>
        <w:rPr>
          <w:lang w:eastAsia="zh-CN"/>
        </w:rPr>
        <w:t>　　主要内容：</w:t>
      </w:r>
      <w:r>
        <w:rPr>
          <w:lang w:eastAsia="zh-CN"/>
        </w:rPr>
        <w:br/>
      </w:r>
      <w:r>
        <w:rPr>
          <w:lang w:eastAsia="zh-CN"/>
        </w:rPr>
        <w:t>　　a、各位选手进入比赛场地；（羽毛球场）</w:t>
      </w:r>
      <w:r>
        <w:rPr>
          <w:lang w:eastAsia="zh-CN"/>
        </w:rPr>
        <w:br/>
      </w:r>
      <w:r>
        <w:rPr>
          <w:lang w:eastAsia="zh-CN"/>
        </w:rPr>
        <w:t>　　b、由裁判员宣布比赛规则；</w:t>
      </w:r>
      <w:r>
        <w:rPr>
          <w:lang w:eastAsia="zh-CN"/>
        </w:rPr>
        <w:br/>
      </w:r>
      <w:r>
        <w:rPr>
          <w:lang w:eastAsia="zh-CN"/>
        </w:rPr>
        <w:t>　　c、由裁判员宣布比赛开始并且由计时员正式开始计算时间和各队的得分；</w:t>
      </w:r>
      <w:r>
        <w:rPr>
          <w:lang w:eastAsia="zh-CN"/>
        </w:rPr>
        <w:br/>
      </w:r>
      <w:r>
        <w:rPr>
          <w:lang w:eastAsia="zh-CN"/>
        </w:rPr>
        <w:t>　　d、比赛结束由裁判员宣布比赛结束并由体育委员记录结果；</w:t>
      </w:r>
      <w:r>
        <w:rPr>
          <w:lang w:eastAsia="zh-CN"/>
        </w:rPr>
        <w:br/>
      </w:r>
      <w:r>
        <w:rPr>
          <w:lang w:eastAsia="zh-CN"/>
        </w:rPr>
        <w:t>　　3、4月25日星期六的乒乓球比赛</w:t>
      </w:r>
      <w:r>
        <w:rPr>
          <w:lang w:eastAsia="zh-CN"/>
        </w:rPr>
        <w:br/>
      </w:r>
      <w:r>
        <w:rPr>
          <w:lang w:eastAsia="zh-CN"/>
        </w:rPr>
        <w:t>　　主要内容：</w:t>
      </w:r>
      <w:r>
        <w:rPr>
          <w:lang w:eastAsia="zh-CN"/>
        </w:rPr>
        <w:br/>
      </w:r>
      <w:r>
        <w:rPr>
          <w:lang w:eastAsia="zh-CN"/>
        </w:rPr>
        <w:t>　　a、各位选手进入比赛场地；（乒乓球场）</w:t>
      </w:r>
      <w:r>
        <w:rPr>
          <w:lang w:eastAsia="zh-CN"/>
        </w:rPr>
        <w:br/>
      </w:r>
      <w:r>
        <w:rPr>
          <w:lang w:eastAsia="zh-CN"/>
        </w:rPr>
        <w:t>　　b、由裁判员宣布比赛规则；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c、由裁判员宣布比赛开始并且由计时员正式开始计算时间和各队的得分；</w:t>
      </w:r>
      <w:r>
        <w:rPr>
          <w:lang w:eastAsia="zh-CN"/>
        </w:rPr>
        <w:br/>
      </w:r>
      <w:r>
        <w:rPr>
          <w:lang w:eastAsia="zh-CN"/>
        </w:rPr>
        <w:t>　　d、比赛结束由裁判员宣布比赛结束并由体育委员记录结果；</w:t>
      </w:r>
      <w:r>
        <w:rPr>
          <w:lang w:eastAsia="zh-CN"/>
        </w:rPr>
        <w:br/>
      </w:r>
      <w:r>
        <w:rPr>
          <w:lang w:eastAsia="zh-CN"/>
        </w:rPr>
        <w:t>　　4、4月26日星期天的男子10_100接力赛和女子4_100接力赛</w:t>
      </w:r>
      <w:r>
        <w:rPr>
          <w:lang w:eastAsia="zh-CN"/>
        </w:rPr>
        <w:br/>
      </w:r>
      <w:r>
        <w:rPr>
          <w:lang w:eastAsia="zh-CN"/>
        </w:rPr>
        <w:t>　　主要内容：</w:t>
      </w:r>
      <w:r>
        <w:rPr>
          <w:lang w:eastAsia="zh-CN"/>
        </w:rPr>
        <w:br/>
      </w:r>
      <w:r>
        <w:rPr>
          <w:lang w:eastAsia="zh-CN"/>
        </w:rPr>
        <w:t>　　a、各位选手进入比赛场地；（塑胶运动场）</w:t>
      </w:r>
      <w:r>
        <w:rPr>
          <w:lang w:eastAsia="zh-CN"/>
        </w:rPr>
        <w:br/>
      </w:r>
      <w:r>
        <w:rPr>
          <w:lang w:eastAsia="zh-CN"/>
        </w:rPr>
        <w:t>　　b、由裁判员宣布比赛规则；</w:t>
      </w:r>
      <w:r>
        <w:rPr>
          <w:lang w:eastAsia="zh-CN"/>
        </w:rPr>
        <w:br/>
      </w:r>
      <w:r>
        <w:rPr>
          <w:lang w:eastAsia="zh-CN"/>
        </w:rPr>
        <w:t>　　c、由裁判员宣布比赛开始并且由计时员正式开始计算时间和各队的得分；</w:t>
      </w:r>
      <w:r>
        <w:rPr>
          <w:lang w:eastAsia="zh-CN"/>
        </w:rPr>
        <w:br/>
      </w:r>
      <w:r>
        <w:rPr>
          <w:lang w:eastAsia="zh-CN"/>
        </w:rPr>
        <w:t>　　d、比赛结束由裁判员宣布比赛结束并由体育委员记录结果；</w:t>
      </w:r>
      <w:r>
        <w:rPr>
          <w:lang w:eastAsia="zh-CN"/>
        </w:rPr>
        <w:br/>
      </w:r>
      <w:r>
        <w:rPr>
          <w:lang w:eastAsia="zh-CN"/>
        </w:rPr>
        <w:t>　　1、各项比赛奖品预算200元；</w:t>
      </w:r>
      <w:r>
        <w:rPr>
          <w:lang w:eastAsia="zh-CN"/>
        </w:rPr>
        <w:br/>
      </w:r>
      <w:r>
        <w:rPr>
          <w:lang w:eastAsia="zh-CN"/>
        </w:rPr>
        <w:t>　　2、场地费用预计100元；</w:t>
      </w:r>
      <w:r>
        <w:rPr>
          <w:lang w:eastAsia="zh-CN"/>
        </w:rPr>
        <w:br/>
      </w:r>
      <w:r>
        <w:rPr>
          <w:lang w:eastAsia="zh-CN"/>
        </w:rPr>
        <w:t>　　3、比赛用品预计费用100元；</w:t>
      </w:r>
      <w:r>
        <w:rPr>
          <w:lang w:eastAsia="zh-CN"/>
        </w:rPr>
        <w:br/>
      </w:r>
      <w:r>
        <w:rPr>
          <w:lang w:eastAsia="zh-CN"/>
        </w:rPr>
        <w:t>　　总计：400元</w:t>
      </w:r>
      <w:r>
        <w:rPr>
          <w:lang w:eastAsia="zh-CN"/>
        </w:rPr>
        <w:br/>
      </w:r>
      <w:r>
        <w:rPr>
          <w:lang w:eastAsia="zh-CN"/>
        </w:rPr>
        <w:t xml:space="preserve">    班级活动的策划书 篇10 </w:t>
      </w:r>
      <w:r>
        <w:rPr>
          <w:lang w:eastAsia="zh-CN"/>
        </w:rPr>
        <w:br/>
      </w:r>
      <w:r>
        <w:rPr>
          <w:lang w:eastAsia="zh-CN"/>
        </w:rPr>
        <w:t>　　一、活动意义：</w:t>
      </w:r>
      <w:r>
        <w:rPr>
          <w:lang w:eastAsia="zh-CN"/>
        </w:rPr>
        <w:br/>
      </w:r>
      <w:r>
        <w:rPr>
          <w:lang w:eastAsia="zh-CN"/>
        </w:rPr>
        <w:t>　　童谣是一种文学形式，通过传唱童谣，既可以得到快乐，又可以学到知识，有助于孩子们形成良好的审美能力。并且对儿重开朗乐观的人格塑造、思想品德的形成、美好情感的培养、行为习惯的养成、乃至中华民族语言美感的熏陶都有着潜移默化、无可替代的作用。</w:t>
      </w:r>
      <w:r>
        <w:rPr>
          <w:lang w:eastAsia="zh-CN"/>
        </w:rPr>
        <w:br/>
      </w:r>
      <w:r>
        <w:rPr>
          <w:lang w:eastAsia="zh-CN"/>
        </w:rPr>
        <w:t>　　二、活动措施: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1、认真落实每周三的特色课的教学时间，指导学生能自觉主动地学会一首短小的童谣。</w:t>
      </w:r>
      <w:r>
        <w:rPr>
          <w:lang w:eastAsia="zh-CN"/>
        </w:rPr>
        <w:br/>
      </w:r>
      <w:r>
        <w:rPr>
          <w:lang w:eastAsia="zh-CN"/>
        </w:rPr>
        <w:t>　　2、充分利用班级现有白板资源，图文并茂的展示有关童谣的知识。</w:t>
      </w:r>
      <w:r>
        <w:rPr>
          <w:lang w:eastAsia="zh-CN"/>
        </w:rPr>
        <w:br/>
      </w:r>
      <w:r>
        <w:rPr>
          <w:lang w:eastAsia="zh-CN"/>
        </w:rPr>
        <w:t>　　3、引导学生诵读童谣，书面积累童谣，适当加上快板、简单的舞蹈动作等形式，让学生在快乐的气氛中学习。</w:t>
      </w:r>
      <w:r>
        <w:rPr>
          <w:lang w:eastAsia="zh-CN"/>
        </w:rPr>
        <w:br/>
      </w:r>
      <w:r>
        <w:rPr>
          <w:lang w:eastAsia="zh-CN"/>
        </w:rPr>
        <w:t>　　4、每月组织学生展示一次自己学习的童谣，起到资源共享。</w:t>
      </w:r>
      <w:r>
        <w:rPr>
          <w:lang w:eastAsia="zh-CN"/>
        </w:rPr>
        <w:br/>
      </w:r>
      <w:r>
        <w:rPr>
          <w:lang w:eastAsia="zh-CN"/>
        </w:rPr>
        <w:t>　　三、实施步骤:</w:t>
      </w:r>
      <w:r>
        <w:rPr>
          <w:lang w:eastAsia="zh-CN"/>
        </w:rPr>
        <w:br/>
      </w:r>
      <w:r>
        <w:rPr>
          <w:lang w:eastAsia="zh-CN"/>
        </w:rPr>
        <w:t>　　1、从教学的实际出发，利用多媒体电脑将文字描写化为具体可感的形象。采用直观、形象的教学手段，唤醒孩子们头脑中已有的表象，加深他们对事物综合表象的感知，从而加深对童谣的'整体把握和理解。</w:t>
      </w:r>
      <w:r>
        <w:rPr>
          <w:lang w:eastAsia="zh-CN"/>
        </w:rPr>
        <w:br/>
      </w:r>
      <w:r>
        <w:rPr>
          <w:lang w:eastAsia="zh-CN"/>
        </w:rPr>
        <w:t>　　2、作为教师，引导孩子阅读一些思想内容健康的童谣，让孩子学会背诵，满足其好奇心，培养孩子的学习兴趣，向孩子灌输各种知识，丰富想象力，进行美德教育、培养崇高的道德品质</w:t>
      </w:r>
      <w:r>
        <w:rPr>
          <w:lang w:eastAsia="zh-CN"/>
        </w:rPr>
        <w:br/>
      </w:r>
      <w:r>
        <w:rPr>
          <w:lang w:eastAsia="zh-CN"/>
        </w:rPr>
        <w:t>　　3、学生积累的童谣整理成册，并加以美化，不光收集青海本地童谣，适当渗透各地的童谣，拓展学生的知识面。</w:t>
      </w:r>
      <w:r>
        <w:rPr>
          <w:lang w:eastAsia="zh-CN"/>
        </w:rPr>
        <w:br/>
      </w:r>
      <w:r>
        <w:rPr>
          <w:lang w:eastAsia="zh-CN"/>
        </w:rPr>
        <w:t xml:space="preserve">    班级活动的策划书 篇11 </w:t>
      </w:r>
      <w:r>
        <w:rPr>
          <w:lang w:eastAsia="zh-CN"/>
        </w:rPr>
        <w:br/>
      </w:r>
      <w:r>
        <w:rPr>
          <w:lang w:eastAsia="zh-CN"/>
        </w:rPr>
        <w:t>　　【活动时间】</w:t>
      </w:r>
      <w:r>
        <w:rPr>
          <w:lang w:eastAsia="zh-CN"/>
        </w:rPr>
        <w:br/>
      </w:r>
      <w:r>
        <w:rPr>
          <w:lang w:eastAsia="zh-CN"/>
        </w:rPr>
        <w:t>　　20__年11月3日下午第三节课.</w:t>
      </w:r>
      <w:r>
        <w:rPr>
          <w:lang w:eastAsia="zh-CN"/>
        </w:rPr>
        <w:br/>
      </w:r>
      <w:r>
        <w:rPr>
          <w:lang w:eastAsia="zh-CN"/>
        </w:rPr>
        <w:t>　　【活动目的】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为了使全班同学进一步了解、理解新的《中学生日常行为规范》要求，增强班级凝聚力，使学生能把规范的要求内化为自己自觉的行动，做一个文明守纪、诚实守信、勤奋向上的学生。</w:t>
      </w:r>
      <w:r>
        <w:rPr>
          <w:lang w:eastAsia="zh-CN"/>
        </w:rPr>
        <w:br/>
      </w:r>
      <w:r>
        <w:rPr>
          <w:lang w:eastAsia="zh-CN"/>
        </w:rPr>
        <w:t>　　【活动准备】</w:t>
      </w:r>
      <w:r>
        <w:rPr>
          <w:lang w:eastAsia="zh-CN"/>
        </w:rPr>
        <w:br/>
      </w:r>
      <w:r>
        <w:rPr>
          <w:lang w:eastAsia="zh-CN"/>
        </w:rPr>
        <w:t>　　比画题目板、判断、选择、填空题库、小奖品等</w:t>
      </w:r>
      <w:r>
        <w:rPr>
          <w:lang w:eastAsia="zh-CN"/>
        </w:rPr>
        <w:br/>
      </w:r>
      <w:r>
        <w:rPr>
          <w:lang w:eastAsia="zh-CN"/>
        </w:rPr>
        <w:t>　　【主持人】</w:t>
      </w:r>
      <w:r>
        <w:rPr>
          <w:lang w:eastAsia="zh-CN"/>
        </w:rPr>
        <w:br/>
      </w:r>
      <w:r>
        <w:rPr>
          <w:lang w:eastAsia="zh-CN"/>
        </w:rPr>
        <w:t>　　张舒涵.顾煜娇.</w:t>
      </w:r>
      <w:r>
        <w:rPr>
          <w:lang w:eastAsia="zh-CN"/>
        </w:rPr>
        <w:br/>
      </w:r>
      <w:r>
        <w:rPr>
          <w:lang w:eastAsia="zh-CN"/>
        </w:rPr>
        <w:t>　　【活动过程】</w:t>
      </w:r>
      <w:r>
        <w:rPr>
          <w:lang w:eastAsia="zh-CN"/>
        </w:rPr>
        <w:br/>
      </w:r>
      <w:r>
        <w:rPr>
          <w:lang w:eastAsia="zh-CN"/>
        </w:rPr>
        <w:t>　　主持人语:</w:t>
      </w:r>
      <w:r>
        <w:rPr>
          <w:lang w:eastAsia="zh-CN"/>
        </w:rPr>
        <w:br/>
      </w:r>
      <w:r>
        <w:rPr>
          <w:lang w:eastAsia="zh-CN"/>
        </w:rPr>
        <w:t>　　张：同学们,今天我们大家在这个教室里开展开学以来第一次班队活动,我想,咱们开学已经一个月多了,我不知道大家对中学生日常行为规范是否有所了解,又是否落实到行动中了.今天我们就针对这个问题举办一次班队活动.</w:t>
      </w:r>
      <w:r>
        <w:rPr>
          <w:lang w:eastAsia="zh-CN"/>
        </w:rPr>
        <w:br/>
      </w:r>
      <w:r>
        <w:rPr>
          <w:lang w:eastAsia="zh-CN"/>
        </w:rPr>
        <w:t>　　【活动一】</w:t>
      </w:r>
      <w:r>
        <w:rPr>
          <w:lang w:eastAsia="zh-CN"/>
        </w:rPr>
        <w:br/>
      </w:r>
      <w:r>
        <w:rPr>
          <w:lang w:eastAsia="zh-CN"/>
        </w:rPr>
        <w:t>　　顾：下面我们进行第一个活动——《是对是错》.</w:t>
      </w:r>
      <w:r>
        <w:rPr>
          <w:lang w:eastAsia="zh-CN"/>
        </w:rPr>
        <w:br/>
      </w:r>
      <w:r>
        <w:rPr>
          <w:lang w:eastAsia="zh-CN"/>
        </w:rPr>
        <w:t>　　(1)不满13周岁的.孩子不能在道路上骑车.这是交通规则规定的(w)</w:t>
      </w:r>
      <w:r>
        <w:rPr>
          <w:lang w:eastAsia="zh-CN"/>
        </w:rPr>
        <w:br/>
      </w:r>
      <w:r>
        <w:rPr>
          <w:lang w:eastAsia="zh-CN"/>
        </w:rPr>
        <w:t>　　(2)不入二厅是只不入游戏厅和舞厅.( √ )</w:t>
      </w:r>
      <w:r>
        <w:rPr>
          <w:lang w:eastAsia="zh-CN"/>
        </w:rPr>
        <w:br/>
      </w:r>
      <w:r>
        <w:rPr>
          <w:lang w:eastAsia="zh-CN"/>
        </w:rPr>
        <w:t>　　(3)评三好生只需思想品德好和主课好就行了。.( _)</w:t>
      </w:r>
      <w:r>
        <w:rPr>
          <w:lang w:eastAsia="zh-CN"/>
        </w:rPr>
        <w:br/>
      </w:r>
      <w:r>
        <w:rPr>
          <w:lang w:eastAsia="zh-CN"/>
        </w:rPr>
        <w:t>　　(4)体检时要做到;(1)不能弄虚作假(2)不嘻嘻哈哈.( _ )</w:t>
      </w:r>
      <w:r>
        <w:rPr>
          <w:lang w:eastAsia="zh-CN"/>
        </w:rPr>
        <w:br/>
      </w:r>
      <w:r>
        <w:rPr>
          <w:lang w:eastAsia="zh-CN"/>
        </w:rPr>
        <w:t>　　【活动二】小品</w:t>
      </w:r>
      <w:r>
        <w:rPr>
          <w:lang w:eastAsia="zh-CN"/>
        </w:rPr>
        <w:br/>
      </w:r>
      <w:r>
        <w:rPr>
          <w:lang w:eastAsia="zh-CN"/>
        </w:rPr>
        <w:t>　　张：《是对是错》真可谓是精彩纷呈，不过有句话说精彩还在后头，一点也不假下面请欣赏小品《鸡毛掸子的风波》</w:t>
      </w:r>
      <w:r>
        <w:rPr>
          <w:lang w:eastAsia="zh-CN"/>
        </w:rPr>
        <w:br/>
      </w:r>
      <w:r>
        <w:rPr>
          <w:lang w:eastAsia="zh-CN"/>
        </w:rPr>
        <w:t>　　表演者：李成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【活动三】《比划猜猜猜》</w:t>
      </w:r>
      <w:r>
        <w:rPr>
          <w:lang w:eastAsia="zh-CN"/>
        </w:rPr>
        <w:br/>
      </w:r>
      <w:r>
        <w:rPr>
          <w:lang w:eastAsia="zh-CN"/>
        </w:rPr>
        <w:t>　　顾：这个小品可真够有意思，前面的节目都是一个人当角儿，这次我们可不一样，这个活动需要双方合作才能完成，刻不容缓，下面请大家玩《比划、猜、猜、猜》</w:t>
      </w:r>
      <w:r>
        <w:rPr>
          <w:lang w:eastAsia="zh-CN"/>
        </w:rPr>
        <w:br/>
      </w:r>
      <w:r>
        <w:rPr>
          <w:lang w:eastAsia="zh-CN"/>
        </w:rPr>
        <w:t>　　请听规则：【由2个人为一组，一个比划一个猜，根据主持人手里的题卡内容，抽到几号题就答儿号题。比划者可以用动作或者语言提示，但不能带到所猜词中的任何一字，场下同字请保持安静，违规者倒扣50分。】</w:t>
      </w:r>
      <w:r>
        <w:rPr>
          <w:lang w:eastAsia="zh-CN"/>
        </w:rPr>
        <w:br/>
      </w:r>
      <w:r>
        <w:rPr>
          <w:lang w:eastAsia="zh-CN"/>
        </w:rPr>
        <w:t>　　1.小偷小摸;</w:t>
      </w:r>
      <w:r>
        <w:rPr>
          <w:lang w:eastAsia="zh-CN"/>
        </w:rPr>
        <w:br/>
      </w:r>
      <w:r>
        <w:rPr>
          <w:lang w:eastAsia="zh-CN"/>
        </w:rPr>
        <w:t>　　2.轻声缓步;</w:t>
      </w:r>
      <w:r>
        <w:rPr>
          <w:lang w:eastAsia="zh-CN"/>
        </w:rPr>
        <w:br/>
      </w:r>
      <w:r>
        <w:rPr>
          <w:lang w:eastAsia="zh-CN"/>
        </w:rPr>
        <w:t>　　3.拳打脚踢;</w:t>
      </w:r>
      <w:r>
        <w:rPr>
          <w:lang w:eastAsia="zh-CN"/>
        </w:rPr>
        <w:br/>
      </w:r>
      <w:r>
        <w:rPr>
          <w:lang w:eastAsia="zh-CN"/>
        </w:rPr>
        <w:t>　　4.礼让三分;</w:t>
      </w:r>
      <w:r>
        <w:rPr>
          <w:lang w:eastAsia="zh-CN"/>
        </w:rPr>
        <w:br/>
      </w:r>
      <w:r>
        <w:rPr>
          <w:lang w:eastAsia="zh-CN"/>
        </w:rPr>
        <w:t>　　5.追逐喧哗;</w:t>
      </w:r>
      <w:r>
        <w:rPr>
          <w:lang w:eastAsia="zh-CN"/>
        </w:rPr>
        <w:br/>
      </w:r>
      <w:r>
        <w:rPr>
          <w:lang w:eastAsia="zh-CN"/>
        </w:rPr>
        <w:t>　　6.鼓掌。</w:t>
      </w:r>
      <w:r>
        <w:rPr>
          <w:lang w:eastAsia="zh-CN"/>
        </w:rPr>
        <w:br/>
      </w:r>
      <w:r>
        <w:rPr>
          <w:lang w:eastAsia="zh-CN"/>
        </w:rPr>
        <w:t>　　【活动四】歌曲欣赏</w:t>
      </w:r>
      <w:r>
        <w:rPr>
          <w:lang w:eastAsia="zh-CN"/>
        </w:rPr>
        <w:br/>
      </w:r>
      <w:r>
        <w:rPr>
          <w:lang w:eastAsia="zh-CN"/>
        </w:rPr>
        <w:t>　　张：时间不饶人，下面我们一起欣赏由杨斌同学给大家带来的一首歌——《热爱地球妈妈》，掌声有请。</w:t>
      </w:r>
      <w:r>
        <w:rPr>
          <w:lang w:eastAsia="zh-CN"/>
        </w:rPr>
        <w:br/>
      </w:r>
      <w:r>
        <w:rPr>
          <w:lang w:eastAsia="zh-CN"/>
        </w:rPr>
        <w:t>　　【活动五】答题竞赛：(全体同学参与，赢取小奖品)</w:t>
      </w:r>
      <w:r>
        <w:rPr>
          <w:lang w:eastAsia="zh-CN"/>
        </w:rPr>
        <w:br/>
      </w:r>
      <w:r>
        <w:rPr>
          <w:lang w:eastAsia="zh-CN"/>
        </w:rPr>
        <w:t>　　【活动小结】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本次主题班会活动内容丰富，形式多样，贴近实际，寓教于乐，我们全班同学积极参与，表现出了很高的热情，收到了较好的效果，希望我们全体同学通过这次活动，牢记《中小学生日常性行为规范》的要求，并把“规范”变为自己自觉的行动，处理好道德、纪律、自由的关系，力争在学校做一名好学生，在家做一名好孩子，在社会上做一名好公民。</w:t>
      </w:r>
      <w:r>
        <w:rPr>
          <w:lang w:eastAsia="zh-CN"/>
        </w:rPr>
        <w:br/>
      </w:r>
      <w:r>
        <w:rPr>
          <w:lang w:eastAsia="zh-CN"/>
        </w:rPr>
        <w:t xml:space="preserve">    班级活动的策划书 篇12 </w:t>
      </w:r>
      <w:r>
        <w:rPr>
          <w:lang w:eastAsia="zh-CN"/>
        </w:rPr>
        <w:br/>
      </w:r>
      <w:r>
        <w:rPr>
          <w:lang w:eastAsia="zh-CN"/>
        </w:rPr>
        <w:t>　　一、 落雁岛之行</w:t>
      </w:r>
      <w:r>
        <w:rPr>
          <w:lang w:eastAsia="zh-CN"/>
        </w:rPr>
        <w:br/>
      </w:r>
      <w:r>
        <w:rPr>
          <w:lang w:eastAsia="zh-CN"/>
        </w:rPr>
        <w:t>　　活动时间：9.24</w:t>
      </w:r>
      <w:r>
        <w:rPr>
          <w:lang w:eastAsia="zh-CN"/>
        </w:rPr>
        <w:br/>
      </w:r>
      <w:r>
        <w:rPr>
          <w:lang w:eastAsia="zh-CN"/>
        </w:rPr>
        <w:t>　　活动地点：落雁岛</w:t>
      </w:r>
      <w:r>
        <w:rPr>
          <w:lang w:eastAsia="zh-CN"/>
        </w:rPr>
        <w:br/>
      </w:r>
      <w:r>
        <w:rPr>
          <w:lang w:eastAsia="zh-CN"/>
        </w:rPr>
        <w:t>　　参与班级：金融1234</w:t>
      </w:r>
      <w:r>
        <w:rPr>
          <w:lang w:eastAsia="zh-CN"/>
        </w:rPr>
        <w:br/>
      </w:r>
      <w:r>
        <w:rPr>
          <w:lang w:eastAsia="zh-CN"/>
        </w:rPr>
        <w:t>　　活动流程：1、班委联系好车辆，确保同学安全。</w:t>
      </w:r>
      <w:r>
        <w:rPr>
          <w:lang w:eastAsia="zh-CN"/>
        </w:rPr>
        <w:br/>
      </w:r>
      <w:r>
        <w:rPr>
          <w:lang w:eastAsia="zh-CN"/>
        </w:rPr>
        <w:t>　　2、将全班同学进行分组，每组选出组长负责点名，卖菜。</w:t>
      </w:r>
      <w:r>
        <w:rPr>
          <w:lang w:eastAsia="zh-CN"/>
        </w:rPr>
        <w:br/>
      </w:r>
      <w:r>
        <w:rPr>
          <w:lang w:eastAsia="zh-CN"/>
        </w:rPr>
        <w:t>　　3、24号早上所有组长一起去买菜，下午两点所有同学出发去落雁岛。</w:t>
      </w:r>
      <w:r>
        <w:rPr>
          <w:lang w:eastAsia="zh-CN"/>
        </w:rPr>
        <w:br/>
      </w:r>
      <w:r>
        <w:rPr>
          <w:lang w:eastAsia="zh-CN"/>
        </w:rPr>
        <w:t>　　4、在岛上自由活动，四点半全班集合一起做饭。</w:t>
      </w:r>
      <w:r>
        <w:rPr>
          <w:lang w:eastAsia="zh-CN"/>
        </w:rPr>
        <w:br/>
      </w:r>
      <w:r>
        <w:rPr>
          <w:lang w:eastAsia="zh-CN"/>
        </w:rPr>
        <w:t>　　5、晚上一起进行篝火晚会，然后回宿舍休息。</w:t>
      </w:r>
      <w:r>
        <w:rPr>
          <w:lang w:eastAsia="zh-CN"/>
        </w:rPr>
        <w:br/>
      </w:r>
      <w:r>
        <w:rPr>
          <w:lang w:eastAsia="zh-CN"/>
        </w:rPr>
        <w:t>　　6、25日早上九点集合做早饭，然后再自由活动。11：30离岛回校。</w:t>
      </w:r>
      <w:r>
        <w:rPr>
          <w:lang w:eastAsia="zh-CN"/>
        </w:rPr>
        <w:br/>
      </w:r>
      <w:r>
        <w:rPr>
          <w:lang w:eastAsia="zh-CN"/>
        </w:rPr>
        <w:t>　　活动花费：门票1330+车费240+饭钱390=1960。</w:t>
      </w:r>
      <w:r>
        <w:rPr>
          <w:lang w:eastAsia="zh-CN"/>
        </w:rPr>
        <w:br/>
      </w:r>
      <w:r>
        <w:rPr>
          <w:lang w:eastAsia="zh-CN"/>
        </w:rPr>
        <w:t>　　二、 班级特色活动——模拟招聘会</w:t>
      </w:r>
      <w:r>
        <w:rPr>
          <w:lang w:eastAsia="zh-CN"/>
        </w:rPr>
        <w:br/>
      </w:r>
      <w:r>
        <w:rPr>
          <w:lang w:eastAsia="zh-CN"/>
        </w:rPr>
        <w:t>　　活动时间：11月初</w:t>
      </w:r>
      <w:r>
        <w:rPr>
          <w:lang w:eastAsia="zh-CN"/>
        </w:rPr>
        <w:br/>
      </w:r>
      <w:r>
        <w:rPr>
          <w:lang w:eastAsia="zh-CN"/>
        </w:rPr>
        <w:t>　　活动地点：教学楼</w:t>
      </w:r>
      <w:r>
        <w:rPr>
          <w:lang w:eastAsia="zh-CN"/>
        </w:rPr>
        <w:br/>
      </w:r>
      <w:r>
        <w:rPr>
          <w:lang w:eastAsia="zh-CN"/>
        </w:rPr>
        <w:t>　　参与班级：金融1234以及其他班有意向参加的同学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活动目的：随着全国高职院校的扩招以及近几年的经济发展状况，高职毕业生的就业形势日趋严峻，就业压力日益增大，在这样的环境下，为了给职院学子一个社会实践的机会，提高职院学生在未来职业道路上的职业竞争力，同时也为了给企业与学校、学生之间更广泛的交流建立一个平台，我们认为有必要为在校生开展一个模拟招聘会。</w:t>
      </w:r>
      <w:r>
        <w:rPr>
          <w:lang w:eastAsia="zh-CN"/>
        </w:rPr>
        <w:br/>
      </w:r>
      <w:r>
        <w:rPr>
          <w:lang w:eastAsia="zh-CN"/>
        </w:rPr>
        <w:t>　　大学生普遍希望尽快的融入社会，找到自己满意的工作，但往往会有很大一部分学生在迈出校园走进社会的起跑线——招聘会上，就已经比其他人落后了。而模拟招聘会可以让在校大学生体验招聘场面，了解招聘礼仪，提高自己的应聘技巧。通过招聘会也可以让我们更深入的'了解目前的市场状况，以后就会能更清晰的培养自己，弥补不足之处，为自己将来走向社会作好准备。</w:t>
      </w:r>
      <w:r>
        <w:rPr>
          <w:lang w:eastAsia="zh-CN"/>
        </w:rPr>
        <w:br/>
      </w:r>
      <w:r>
        <w:rPr>
          <w:lang w:eastAsia="zh-CN"/>
        </w:rPr>
        <w:t>　　活动流程：1、制作（由各位参加招聘会同学事先准备）。</w:t>
      </w:r>
      <w:r>
        <w:rPr>
          <w:lang w:eastAsia="zh-CN"/>
        </w:rPr>
        <w:br/>
      </w:r>
      <w:r>
        <w:rPr>
          <w:lang w:eastAsia="zh-CN"/>
        </w:rPr>
        <w:t>　　2、邀请相关专业老师作为主考官与评委。</w:t>
      </w:r>
      <w:r>
        <w:rPr>
          <w:lang w:eastAsia="zh-CN"/>
        </w:rPr>
        <w:br/>
      </w:r>
      <w:r>
        <w:rPr>
          <w:lang w:eastAsia="zh-CN"/>
        </w:rPr>
        <w:t>　　3、布置招聘会现场。</w:t>
      </w:r>
      <w:r>
        <w:rPr>
          <w:lang w:eastAsia="zh-CN"/>
        </w:rPr>
        <w:br/>
      </w:r>
      <w:r>
        <w:rPr>
          <w:lang w:eastAsia="zh-CN"/>
        </w:rPr>
        <w:t>　　4、应聘会开始（应聘者入场——主考官入场——开始面试）。</w:t>
      </w:r>
      <w:r>
        <w:rPr>
          <w:lang w:eastAsia="zh-CN"/>
        </w:rPr>
        <w:br/>
      </w:r>
      <w:r>
        <w:rPr>
          <w:lang w:eastAsia="zh-CN"/>
        </w:rPr>
        <w:t>　　5、面试结束，主考官和评委分析学生在面试中存在的问题，并给出相应的建议。</w:t>
      </w:r>
      <w:r>
        <w:rPr>
          <w:lang w:eastAsia="zh-CN"/>
        </w:rPr>
        <w:br/>
      </w:r>
      <w:r>
        <w:rPr>
          <w:lang w:eastAsia="zh-CN"/>
        </w:rPr>
        <w:t>　　6、学生自己总结经验，并为自己制定相应的计划。</w:t>
      </w:r>
      <w:r>
        <w:rPr>
          <w:lang w:eastAsia="zh-CN"/>
        </w:rPr>
        <w:br/>
      </w:r>
      <w:r>
        <w:rPr>
          <w:lang w:eastAsia="zh-CN"/>
        </w:rPr>
        <w:t>　　7、应聘会结束。</w:t>
      </w:r>
      <w:r>
        <w:rPr>
          <w:lang w:eastAsia="zh-CN"/>
        </w:rPr>
        <w:br/>
      </w:r>
      <w:r>
        <w:rPr>
          <w:lang w:eastAsia="zh-CN"/>
        </w:rPr>
        <w:t>　　三、 羽毛球友谊赛</w:t>
      </w:r>
      <w:r>
        <w:rPr>
          <w:lang w:eastAsia="zh-CN"/>
        </w:rPr>
        <w:br/>
      </w:r>
      <w:r>
        <w:rPr>
          <w:lang w:eastAsia="zh-CN"/>
        </w:rPr>
        <w:t>　　活动时间：11月上旬</w:t>
      </w:r>
      <w:r>
        <w:rPr>
          <w:lang w:eastAsia="zh-CN"/>
        </w:rPr>
        <w:br/>
      </w:r>
      <w:r>
        <w:rPr>
          <w:lang w:eastAsia="zh-CN"/>
        </w:rPr>
        <w:t>　　活动地点：学校田径场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参与班级：金融1234、金融1233</w:t>
      </w:r>
      <w:r>
        <w:rPr>
          <w:lang w:eastAsia="zh-CN"/>
        </w:rPr>
        <w:br/>
      </w:r>
      <w:r>
        <w:rPr>
          <w:lang w:eastAsia="zh-CN"/>
        </w:rPr>
        <w:t>　　活动目的：随着天气的转冷，很多同学都不是很愿意进行户外活动锻炼。此次活动旨在号召同学们多进行体育锻炼，预防感冒。同时此次活动也是与金融1233班进行友谊赛，可以促进班级间的联系。</w:t>
      </w:r>
      <w:r>
        <w:rPr>
          <w:lang w:eastAsia="zh-CN"/>
        </w:rPr>
        <w:br/>
      </w:r>
      <w:r>
        <w:rPr>
          <w:lang w:eastAsia="zh-CN"/>
        </w:rPr>
        <w:t>　　活动流程：1、安排好时间，赛前做好宣传工作</w:t>
      </w:r>
      <w:r>
        <w:rPr>
          <w:lang w:eastAsia="zh-CN"/>
        </w:rPr>
        <w:br/>
      </w:r>
      <w:r>
        <w:rPr>
          <w:lang w:eastAsia="zh-CN"/>
        </w:rPr>
        <w:t>　　2、体育委员做裁判，同学们提前报名参加，体育委员进行分组</w:t>
      </w:r>
      <w:r>
        <w:rPr>
          <w:lang w:eastAsia="zh-CN"/>
        </w:rPr>
        <w:br/>
      </w:r>
      <w:r>
        <w:rPr>
          <w:lang w:eastAsia="zh-CN"/>
        </w:rPr>
        <w:t>　　3、比赛进行</w:t>
      </w:r>
      <w:r>
        <w:rPr>
          <w:lang w:eastAsia="zh-CN"/>
        </w:rPr>
        <w:br/>
      </w:r>
      <w:r>
        <w:rPr>
          <w:lang w:eastAsia="zh-CN"/>
        </w:rPr>
        <w:t>　　4、比赛结素，颁发奖品</w:t>
      </w:r>
      <w:r>
        <w:rPr>
          <w:lang w:eastAsia="zh-CN"/>
        </w:rPr>
        <w:br/>
      </w:r>
      <w:r>
        <w:rPr>
          <w:lang w:eastAsia="zh-CN"/>
        </w:rPr>
        <w:t>　　四、 东湖打雪仗</w:t>
      </w:r>
      <w:r>
        <w:rPr>
          <w:lang w:eastAsia="zh-CN"/>
        </w:rPr>
        <w:br/>
      </w:r>
      <w:r>
        <w:rPr>
          <w:lang w:eastAsia="zh-CN"/>
        </w:rPr>
        <w:t>　　活动时间：12月中旬</w:t>
      </w:r>
      <w:r>
        <w:rPr>
          <w:lang w:eastAsia="zh-CN"/>
        </w:rPr>
        <w:br/>
      </w:r>
      <w:r>
        <w:rPr>
          <w:lang w:eastAsia="zh-CN"/>
        </w:rPr>
        <w:t>　　活动地点：东湖公园</w:t>
      </w:r>
      <w:r>
        <w:rPr>
          <w:lang w:eastAsia="zh-CN"/>
        </w:rPr>
        <w:br/>
      </w:r>
      <w:r>
        <w:rPr>
          <w:lang w:eastAsia="zh-CN"/>
        </w:rPr>
        <w:t>　　参与班级：金融1234</w:t>
      </w:r>
      <w:r>
        <w:rPr>
          <w:lang w:eastAsia="zh-CN"/>
        </w:rPr>
        <w:br/>
      </w:r>
      <w:r>
        <w:rPr>
          <w:lang w:eastAsia="zh-CN"/>
        </w:rPr>
        <w:t>　　活动目的：全班一起活动，增强班级凝聚力，号召大家亲近大自然，热爱生活。</w:t>
      </w:r>
      <w:r>
        <w:rPr>
          <w:lang w:eastAsia="zh-CN"/>
        </w:rPr>
        <w:br/>
      </w:r>
      <w:r>
        <w:rPr>
          <w:lang w:eastAsia="zh-CN"/>
        </w:rPr>
        <w:t>　　活动流程：1、班委选好时间通知大家</w:t>
      </w:r>
      <w:r>
        <w:rPr>
          <w:lang w:eastAsia="zh-CN"/>
        </w:rPr>
        <w:br/>
      </w:r>
      <w:r>
        <w:rPr>
          <w:lang w:eastAsia="zh-CN"/>
        </w:rPr>
        <w:t>　　2、把全班同学带到选好的地点，要做好安全工作</w:t>
      </w:r>
      <w:r>
        <w:rPr>
          <w:lang w:eastAsia="zh-CN"/>
        </w:rPr>
        <w:br/>
      </w:r>
      <w:r>
        <w:rPr>
          <w:lang w:eastAsia="zh-CN"/>
        </w:rPr>
        <w:t>　　3、全班同学自由活动。</w:t>
      </w:r>
      <w:r>
        <w:rPr>
          <w:lang w:eastAsia="zh-CN"/>
        </w:rPr>
        <w:br/>
      </w:r>
      <w:r>
        <w:rPr>
          <w:lang w:eastAsia="zh-CN"/>
        </w:rPr>
        <w:t>　　五、 元旦活动——趣味运动会</w:t>
      </w:r>
      <w:r>
        <w:rPr>
          <w:lang w:eastAsia="zh-CN"/>
        </w:rPr>
        <w:br/>
      </w:r>
      <w:r>
        <w:rPr>
          <w:lang w:eastAsia="zh-CN"/>
        </w:rPr>
        <w:t>　　活动时间：12.30</w:t>
      </w:r>
      <w:r>
        <w:rPr>
          <w:lang w:eastAsia="zh-CN"/>
        </w:rPr>
        <w:br/>
      </w:r>
      <w:r>
        <w:rPr>
          <w:lang w:eastAsia="zh-CN"/>
        </w:rPr>
        <w:t>　　活动地点：大学生活动中心</w:t>
      </w:r>
      <w:r>
        <w:rPr>
          <w:lang w:eastAsia="zh-CN"/>
        </w:rPr>
        <w:br/>
      </w:r>
      <w:r>
        <w:rPr>
          <w:lang w:eastAsia="zh-CN"/>
        </w:rPr>
        <w:t>　　参与班级：金融1234</w:t>
      </w:r>
      <w:r>
        <w:rPr>
          <w:lang w:eastAsia="zh-CN"/>
        </w:rPr>
        <w:br/>
      </w:r>
    </w:p>
    <w:p w:rsidR="001B1F19" w14:textId="27C3F48A">
      <w:pPr>
        <w:rPr>
          <w:rFonts w:hint="eastAsia"/>
          <w:lang w:eastAsia="zh-CN"/>
        </w:rPr>
      </w:pPr>
      <w:r>
        <w:rPr>
          <w:lang w:eastAsia="zh-CN"/>
        </w:rPr>
        <w:t>　　活动目的：组织同学们一起迎接新年，使大家能感受到新年新气象。回顾过去展望未来。同时也让大家在趣味非凡的比赛中得到锻炼，增强体质，也增强了同学之间的合作能力</w:t>
      </w:r>
      <w:r>
        <w:rPr>
          <w:lang w:eastAsia="zh-CN"/>
        </w:rPr>
        <w:br/>
      </w:r>
      <w:r>
        <w:rPr>
          <w:lang w:eastAsia="zh-CN"/>
        </w:rPr>
        <w:t>　　活动流程：1、组织者敲定比赛项目，同学们报名，组织者进行划分。</w:t>
      </w:r>
      <w:r>
        <w:rPr>
          <w:lang w:eastAsia="zh-CN"/>
        </w:rPr>
        <w:br/>
      </w:r>
      <w:r>
        <w:rPr>
          <w:lang w:eastAsia="zh-CN"/>
        </w:rPr>
        <w:t>　　2、申请教室，购买装扮教室的东西以及奖品</w:t>
      </w:r>
      <w:r>
        <w:rPr>
          <w:lang w:eastAsia="zh-CN"/>
        </w:rPr>
        <w:br/>
      </w:r>
      <w:r>
        <w:rPr>
          <w:lang w:eastAsia="zh-CN"/>
        </w:rPr>
        <w:t>　　3、装扮教室，比赛开始</w:t>
      </w:r>
      <w:r>
        <w:rPr>
          <w:lang w:eastAsia="zh-CN"/>
        </w:rPr>
        <w:br/>
      </w:r>
      <w:r>
        <w:rPr>
          <w:lang w:eastAsia="zh-CN"/>
        </w:rPr>
        <w:t>　　4，颁发奖品</w:t>
      </w:r>
      <w:r>
        <w:rPr>
          <w:lang w:eastAsia="zh-CN"/>
        </w:rPr>
        <w:br/>
      </w:r>
      <w:r>
        <w:rPr>
          <w:lang w:eastAsia="zh-CN"/>
        </w:rPr>
        <w:t>　　5、同学们一起唱我班班歌，为新年祝福</w:t>
      </w:r>
      <w:r>
        <w:rPr>
          <w:lang w:eastAsia="zh-CN"/>
        </w:rPr>
        <w:br/>
      </w:r>
      <w:r>
        <w:rPr>
          <w:lang w:eastAsia="zh-CN"/>
        </w:rPr>
        <w:t>　　6、活动结束，班委收拾会场，并总结经验。</w:t>
      </w:r>
      <w:r>
        <w:rPr>
          <w:lang w:eastAsia="zh-CN"/>
        </w:rPr>
        <w:br/>
      </w:r>
      <w:r>
        <w:rPr>
          <w:lang w:eastAsia="zh-CN"/>
        </w:rPr>
        <w:t xml:space="preserve">    班级活动的策划书 篇13 </w:t>
      </w:r>
      <w:r>
        <w:rPr>
          <w:lang w:eastAsia="zh-CN"/>
        </w:rPr>
        <w:br/>
      </w:r>
      <w:r>
        <w:rPr>
          <w:lang w:eastAsia="zh-CN"/>
        </w:rPr>
        <w:t>　　一、班会目的</w:t>
      </w:r>
      <w:r>
        <w:rPr>
          <w:lang w:eastAsia="zh-CN"/>
        </w:rPr>
        <w:br/>
      </w:r>
      <w:r>
        <w:rPr>
          <w:lang w:eastAsia="zh-CN"/>
        </w:rPr>
        <w:t>　　通过感恩主题班会让学生时时保持一颗感恩的心来对待身边的人，发现想感激的人。体会到在点点滴滴的生活中流露着的父母爱，在学习上无私奉献的老师爱，与自己共同成长的朋友爱。促使学生在那些早已习惯的行为中理解、感悟爱。教育学生从现在开始，从小事做起，努力学习，健康成长，用实际行动来表达感恩之情。</w:t>
      </w:r>
      <w:r>
        <w:rPr>
          <w:lang w:eastAsia="zh-CN"/>
        </w:rPr>
        <w:br/>
      </w:r>
      <w:r>
        <w:rPr>
          <w:lang w:eastAsia="zh-CN"/>
        </w:rPr>
        <w:t>　　二、班会过程</w:t>
      </w:r>
      <w:r>
        <w:rPr>
          <w:lang w:eastAsia="zh-CN"/>
        </w:rPr>
        <w:br/>
      </w:r>
      <w:r>
        <w:rPr>
          <w:lang w:eastAsia="zh-CN"/>
        </w:rPr>
        <w:t>　　【提问导入】提到感恩，大家会想起什么呢？提问学生感恩节的起源。</w:t>
      </w:r>
      <w:r>
        <w:rPr>
          <w:lang w:eastAsia="zh-CN"/>
        </w:rPr>
        <w:br/>
      </w:r>
      <w:r>
        <w:rPr>
          <w:lang w:eastAsia="zh-CN"/>
        </w:rPr>
        <w:t>　　（如果学生不清楚则由教师解答）</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https://d.book118.com/468043036123006036</w:t>
        </w:r>
      </w:hyperlink>
    </w:p>
    <w:p w:rsidR="001B1F19">
      <w:pPr>
        <w:rPr>
          <w:rFonts w:hint="eastAsia"/>
          <w:lang w:eastAsia="zh-CN"/>
        </w:rPr>
      </w:pPr>
    </w:p>
    <w:sectPr>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68043036123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